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Saratus Tilu Puluh Salapan</w:t>
      </w:r>
    </w:p>
    <w:p>
      <w:pPr>
        <w:pStyle w:val="ArticleSubtitle"/>
        <w:jc w:val="left"/>
      </w:pPr>
      <w:r>
        <w:rPr>
          <w:rFonts w:ascii="Arial" w:hAnsi="Arial" w:eastAsia="Arial" w:cs="Arial"/>
        </w:rPr>
        <w:t>Kasaluyuan Kenabian Daniel 11:40 jeung Kanyataan Politik Modéren: Mibanda Buka Rahasia Présidén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Urang keur mertimbangkeun kasaluyuan Daniel pasal sabelas ayat kaopat puluh jeung ayat kahiji jeung kadua dina pasal anu sarua. Ayat kahiji nétélakeun waktu ahir dina taun 1989, sarta ayat kaopat puluh ogé nandaan waktu ahir dina taun 1989, kalawan ragragna Uni Soviét sakumaha dilambangkeun ku diruntuhkeunana Tembok Berlin dina tanggal 9 Nopémber 1989.</w:t>
      </w:r>
    </w:p>
    <w:p>
      <w:pPr>
        <w:pStyle w:val="ArticleBody"/>
        <w:jc w:val="left"/>
      </w:pPr>
      <w:r>
        <w:rPr>
          <w:rFonts w:ascii="Times New Roman" w:hAnsi="Times New Roman" w:eastAsia="Times New Roman" w:cs="Times New Roman"/>
        </w:rPr>
        <w:t>Ayat kadua netelakeun présidén kagenep Amérika Sarikat sanggeus taun 1989 minangka anu pangbeungharna di antara sakabéh para présidén, ku kituna écés nunjuk ka Donald Trump. Ku kituna ogé ditegeskeun yén Trump bakal “ngahudangkeun” sakumna Grecia, nyaéta Kakaisaran Yunani milik Alexander Agung dina ayat katilu. Karajaan Yunani dina ayat katilu jeung kaopat mangrupa lambang hiji karajaan sadunya dina Daniel pasal sabelas.</w:t>
      </w:r>
    </w:p>
    <w:p>
      <w:pPr>
        <w:pStyle w:val="ArticleBody"/>
        <w:jc w:val="left"/>
      </w:pPr>
      <w:r>
        <w:rPr>
          <w:rFonts w:ascii="Times New Roman" w:hAnsi="Times New Roman" w:eastAsia="Times New Roman" w:cs="Times New Roman"/>
        </w:rPr>
        <w:t>William Miller nyiptakeun ungkara, “history and prophecy doth agree,” sarta sajarah Donald Trump méré bukti anu teu tiasa dipungkir yén anjeunna lain waé jalma pangbeungharna di antara dalapan présidén panungtungan Amérika Sarikat, tapi ogé yén para globalis di Amérika Sarikat, jeung di sakuliah dunya, ngabenci ka Donald Trump ku kabencian anu kacida teu asup akalna nepi ka ku loba jalma didefinisikeun minangka kagilaan.</w:t>
      </w:r>
    </w:p>
    <w:p>
      <w:pPr>
        <w:pStyle w:val="ArticleBody"/>
        <w:jc w:val="left"/>
      </w:pPr>
      <w:r>
        <w:rPr>
          <w:rFonts w:ascii="Times New Roman" w:hAnsi="Times New Roman" w:eastAsia="Times New Roman" w:cs="Times New Roman"/>
        </w:rPr>
        <w:t>Nu kahiji tina dalapan présidén panungtungan, dimimitian taun 1989, écés ngalambangkeun Trump dina rupa-rupa cara, ku kituna negeskeun yén présidén kagenep dina ayat dua, dina ahirna, bakal jadi présidén kadalapan jeung panungtungan. Reagan, minangka nu kahiji dina runtuyan dalapan, bakal ngalambangkeun nu kadalapan jeung panungtungan, sabab Isa salawasna mintonkeun tungtung hiji perkara ku awal hiji perkara.</w:t>
      </w:r>
    </w:p>
    <w:p>
      <w:pPr>
        <w:pStyle w:val="ArticleBody"/>
        <w:jc w:val="left"/>
      </w:pPr>
      <w:r>
        <w:rPr>
          <w:rFonts w:ascii="Times New Roman" w:hAnsi="Times New Roman" w:eastAsia="Times New Roman" w:cs="Times New Roman"/>
        </w:rPr>
        <w:t>Kasaksian Ronald Reagan, présidén dina mangsa ahir taun 1989, sacara nubuatan ngagambarkeun présidén anu bakal jadi anu panungtungan tina dalapan présidén. Bakal aya tujuh présidén sanggeus Reagan, sabab Amérika Sarikat eureun jadi karajaan kagenep dina nubuatan Alkitab dina undang-undang Minggu anu enggal datang, sarta ngajugjug kana undang-undang Minggu éta, Amérika Sarikat ngawangun hiji gambar tina sato galak, sarta sato galak éta nyaéta anu kadalapan, tina tujuh sato galak. Reagan téh présidén kahiji dina mangsa ahir taun 1989, sarta anu panungtungan bakal jadi anu kadalapan, nyaéta anu asalna tina tujuh.</w:t>
      </w:r>
    </w:p>
    <w:p>
      <w:pPr>
        <w:pStyle w:val="ArticleBody"/>
        <w:jc w:val="left"/>
      </w:pPr>
      <w:r>
        <w:rPr>
          <w:rFonts w:ascii="Times New Roman" w:hAnsi="Times New Roman" w:eastAsia="Times New Roman" w:cs="Times New Roman"/>
        </w:rPr>
        <w:t>Reagan nyarios, dina tanggal 12 Juni 1987, dina hiji pidato di Gerbang Brandenburg deukeut Tembok Berlin di Berlin Kulon, Jérman, nalika nyarita ka Sekretaris Jéndral Partéy Komunis Uni Soviét, Mikhail Gorbachev, “Sekretaris Jéndral Gorbachev, upami anjeun neangan karapihan, upami anjeun neangan kamakmuran pikeun Uni Soviét jeung Éropa Wétan, upami anjeun neangan liberalisasi: Sumping ka dieu, ka gerbang ieu! Tuan Gorbachev, bukakeun gerbang ieu! Tuan Gorbachev, rubuhkeun témbok ieu!” Kalimah anu pangsohorna ti nu kahiji tina dalapan présidén panungtung éta nandaan kacumponan rubuhna témbok éta dua taun ti harita, dina 9 Nopémber 1989.</w:t>
      </w:r>
    </w:p>
    <w:p>
      <w:pPr>
        <w:pStyle w:val="ArticleBody"/>
        <w:jc w:val="left"/>
      </w:pPr>
      <w:r>
        <w:rPr>
          <w:rFonts w:ascii="Times New Roman" w:hAnsi="Times New Roman" w:eastAsia="Times New Roman" w:cs="Times New Roman"/>
        </w:rPr>
        <w:t>Ku kituna, tekenan Reagan ngeunaan ngararuntuhkeun témbok éta nyarita ka présidén anu ka dalapan, anu nalika nyalonkeun diri pikeun jadi présidén anu ka genep, ngadasarkeun kampanyéna kana jangji “ngawangun témbok.” Nu kahiji tina dalapan présidén panungtung nyauran supaya témbok éta diraruntuhkeun, sarta Tembok Berlin diraruntuhkeun dina taun 1989, dina waktu ahir. Dina hukum Minggu anu baris geura datang, “témbok” pamisahan antara Garéja jeung Nagara bakal diraruntuhkeun, sakumaha diwakilan ku mimiti dina taun 1989. Di tengah mangsa éta, présidén anu ka genep, anu ngagolakkeun para globalis, nyoba ngawangun hiji témbok anu maranéhna teu pikahayang, sarta nalika anjeunna sakali deui jadi présidén anu ka dalapan tina anu tujuh, “témbok” séjénna bakal rubuh.</w:t>
      </w:r>
    </w:p>
    <w:p>
      <w:pPr>
        <w:pStyle w:val="ArticleBody"/>
        <w:jc w:val="left"/>
      </w:pPr>
      <w:r>
        <w:rPr>
          <w:rFonts w:ascii="Times New Roman" w:hAnsi="Times New Roman" w:eastAsia="Times New Roman" w:cs="Times New Roman"/>
        </w:rPr>
        <w:t>Nu kahiji tina dalapan présidén ditandaan ku diruntuhkeunana hiji témbok anu nandaan waktu ahir, sakumaha dilambangkeun dina Daniel pasal sabelas ayat opat puluh, sarta nu pamungkas tina dalapan présidén ditandaan ku diruntuhkeunana hiji “témbok” anu nandaan ahirna waktos pemeteraian saratus opat puluh opat rébu, sakumaha dilambangkeun dina Daniel pasal sabelas ayat opat puluh hiji.</w:t>
      </w:r>
    </w:p>
    <w:p>
      <w:pPr>
        <w:pStyle w:val="ArticleBody"/>
        <w:jc w:val="left"/>
      </w:pPr>
      <w:r>
        <w:rPr>
          <w:rFonts w:ascii="Times New Roman" w:hAnsi="Times New Roman" w:eastAsia="Times New Roman" w:cs="Times New Roman"/>
        </w:rPr>
        <w:t>Présidén Reagan téh urut Démokrat anu tuluy jadi Républikan, urut béntang média, saurang lalaki anu kawentar ku kaparigelan biantara anu écés, miboga rasa humor anu jero, saurang konservatif dina widang fiskal anu ngalaksanakeun kampanye ngalawan kalangan pangadeg kakawasaan di Washington, DC. Sanajan kitu, najan rétorika Reagan dina kampanye kahijina ngalawan kalangan pangadeg kakawasaan (rawa) anu geus ngakar pageuh di ibukota nagara éta, ahirna manéhna malah ngangkat perséntase anu leuwih luhur tina para pulitikus globalis anu geus dikonfirmasi kana jabatan-jabatan kabinetna tibatan présidén modéren séjénna nepi ka mangsa éta. Malah, manéhna nepi ka milih George Bush anu kahiji jadi Wakil Présidénna, saurang lalaki anu akar kulawargana ngalegaan jauh ka tukang kana sajarah globalis.</w:t>
      </w:r>
    </w:p>
    <w:p>
      <w:pPr>
        <w:pStyle w:val="ArticleBody"/>
        <w:jc w:val="left"/>
      </w:pPr>
      <w:r>
        <w:rPr>
          <w:rFonts w:ascii="Times New Roman" w:hAnsi="Times New Roman" w:eastAsia="Times New Roman" w:cs="Times New Roman"/>
        </w:rPr>
        <w:t>Trump ngalaksanakeun kampanye kalayan jangji rék ngabersihan golongan pangadeg kakawasaan nu ku anjeunna disebut “rawa”, tapi catetan ngeunaan jalma-jalma nu dipilihna pikeun damel raket jeung anjeunna, nembongkeun kalemahanana nu panggedéna. Meh sakabéh éta jalma téh mangrupa wawakil ti “rawa” nu ku Trump dipaliré kalayan kacida pageuhna. Trump, sarua jeung Reagan, baheulana saurang Demokrat nu tuluy jadi Republik, hiji béntang média baheula, saurang lalaki nu kasohor ku kaparigelan biantarana, miboga rasa humor nu jero, sarta saurang konservatif dina widang fiskal.</w:t>
      </w:r>
    </w:p>
    <w:p>
      <w:pPr>
        <w:pStyle w:val="ArticleBody"/>
        <w:jc w:val="left"/>
      </w:pPr>
      <w:r>
        <w:rPr>
          <w:rFonts w:ascii="Times New Roman" w:hAnsi="Times New Roman" w:eastAsia="Times New Roman" w:cs="Times New Roman"/>
        </w:rPr>
        <w:t>Présidén panungtungan Amérika Sarikat bakal jadi présidén nalika gambar kapapaan éta (gambar sato galak) diwangun di Amérika Sarikat. Ku kituna, présidén anu ka dalapan jeung panungtungan ti saprak 1989 bakal kalibet dina hiji perang ngalawan hiji kakawasaan naga, sabab dina hiji perang panjang nu nyered lila jeung naga éta kapapaan téh mimiti diangkat kana tahta ku hiji kakawasaan naga dina taun 538, tuluy diturunkeun tina tahta ku kakawasaan naga anu sarua dina taun 1798, sarta engké bakal deui diangkat kana tahta ku kakawasaan naga anu dilambangkeun ku sapuluh raja anu sapuk mikeun karajaan maranéhna anu katujuh ka kapapaan, sarta sanggeus éta maranéhna ngagulingkeun sato galak kapapaan éta nalika maranéhna ngaduruk manéhna ku seuneu jeung ngadahar dagingna, waktu manéhna ngahontal tungtungna bari euweuh nu nulungan.</w:t>
      </w:r>
    </w:p>
    <w:p>
      <w:pPr>
        <w:pStyle w:val="ArticleBody"/>
        <w:jc w:val="left"/>
      </w:pPr>
      <w:r>
        <w:rPr>
          <w:rFonts w:ascii="Times New Roman" w:hAnsi="Times New Roman" w:eastAsia="Times New Roman" w:cs="Times New Roman"/>
        </w:rPr>
        <w:t>Présidén anu bakal jadi nu ka dalapan, nyaéta nu asalna tina nu tujuh, ogé bakal jadi présidén anu kalibet dina hiji perang ngalawan hiji kakawasaan naga. Perang éta diidéntifikasi nalika présidén nu kagenep jeung pangbeungharna ngagerakkeun sakabéh kakawasaan naga globalis. Tina dalapan présidén panungtung, dimimitian dina taun 1989, dua geus pupus, nyésakeun genep présidén anu mungkin kalibet dina hiji perang ngalawan hiji kakawasaan naga.</w:t>
      </w:r>
    </w:p>
    <w:p>
      <w:pPr>
        <w:pStyle w:val="ArticleBody"/>
        <w:jc w:val="left"/>
      </w:pPr>
      <w:r>
        <w:rPr>
          <w:rFonts w:ascii="Times New Roman" w:hAnsi="Times New Roman" w:eastAsia="Times New Roman" w:cs="Times New Roman"/>
        </w:rPr>
        <w:t>Tina genep kamungkinan éta, opat sacara terang-terangan mangrupa golong globalis nu dikuatan ku naga. Hiji tina éta genep, saperti bapana, ngaku dirina Républikan, tapi anjeunna Républikan ngan dina ngaran wungkul, sarta saperti bapana, anjeunna téh wawakil kakawasaan naga globalis. Tina genep présidén nu masih hirup, ngan hiji nu écés lain globalis, sarta anjeunna téh présidén nu ngagerakkeun golong globalis. Anjeunna hiji-hijina tina dalapan présidén pamungkas nu bisa nyumponan unsur gambaran kapausan, dina harti kalibet dina hiji peperangan ngalawan hiji kakawasaan naga.</w:t>
      </w:r>
    </w:p>
    <w:p>
      <w:pPr>
        <w:pStyle w:val="ArticleBody"/>
        <w:jc w:val="left"/>
      </w:pPr>
      <w:r>
        <w:rPr>
          <w:rFonts w:ascii="Times New Roman" w:hAnsi="Times New Roman" w:eastAsia="Times New Roman" w:cs="Times New Roman"/>
        </w:rPr>
        <w:t>Présidén Républik anu pangmimitina kaceluk kungsi ngutip hiji ayat Kitab Suci ngeunaan Perang Sipil AS anu nyarioskeun kanyataan ieu pisan.</w:t>
      </w:r>
    </w:p>
    <w:p>
      <w:pPr>
        <w:pStyle w:val="ArticleScripture"/>
        <w:jc w:val="left"/>
      </w:pPr>
      <w:r>
        <w:rPr>
          <w:rFonts w:ascii="Times New Roman" w:hAnsi="Times New Roman" w:eastAsia="Times New Roman" w:cs="Times New Roman"/>
        </w:rPr>
        <w:t>Jeung Isa terang kana pikiran maranéhna, tuluy ngandika ka maranéhna, “Unggal karajaan anu papisah ngalawan dirina sorangan bakal dibinasakeun; jeung unggal kota atawa imah anu papisah ngalawan dirina sorangan moal tahan ngadeg. Jeung lamun Iblis ngusir Iblis, hartina manéhna papisah ngalawan dirina sorangan; atuh kumaha karajaanna bakal bisa nangtung? Jeung lamun Kami ngusir setan ku Beelzebul, ku saha barudak maranéh ngusirna? Ku sabab éta maranéhna bakal jadi hakim pikeun maranéh. Tapi lamun Kami ngusir setan ku Roh Allah, mangka Karajaan Allah geus sumping ka maranéh.” Mateus 12:25–28.</w:t>
      </w:r>
    </w:p>
    <w:p>
      <w:pPr>
        <w:pStyle w:val="ArticleBody"/>
        <w:jc w:val="left"/>
      </w:pPr>
      <w:r>
        <w:rPr>
          <w:rFonts w:ascii="Times New Roman" w:hAnsi="Times New Roman" w:eastAsia="Times New Roman" w:cs="Times New Roman"/>
        </w:rPr>
        <w:t>Perang naga ngalawan présidén anu pangbeungharna anu ngagerakkeun karajaan Grecia ngan bisa jadi antara Donald Trump jeung para globalis, sabab sakabéh lima présidén hirup séjénna anu mungkin téh nyaéta globalis anti-Amérika. Nalika Lincoln nyutat ayat-ayat saméméhna pikeun nyarita ngeunaan pamisahan bangsa kana dua kubu, nyaéta nu pro-perbudakan jeung nu anti-perbudakan, anjeunna keur nyanghareupan Demokrat pro-perbudakan jeung Republik anti-perbudakan, sarta ku kitu anjeunna ogé keur nyanghareupan perang dina poé-poé panungtungan antara Demokrat globalis, anu digugah ku présidén Republik panungtungan ngaliwatan gerakan MAGA-ism na, anu ku anjeunna diwakilan jeung dipingpin.</w:t>
      </w:r>
    </w:p>
    <w:p>
      <w:pPr>
        <w:pStyle w:val="ArticleBody"/>
        <w:jc w:val="left"/>
      </w:pPr>
      <w:r>
        <w:rPr>
          <w:rFonts w:ascii="Times New Roman" w:hAnsi="Times New Roman" w:eastAsia="Times New Roman" w:cs="Times New Roman"/>
        </w:rPr>
        <w:t>Salaku présidén Républik anu kahiji, Lincoln ngalambangkeun présidén Républik anu panungtung. Présidén panungtung ogé diwakilan ku présidén Républik dina mangsa ahir taun 1989. Ieu dua saksi ngaidéntifikasi yén présidén anu keur dilambangkeun ku maranéhna téh saurang Républik. Présidén Républik dina mangsa ahir taun 1989 lain ngan saukur saurang Républik, tapi anjeunna téh nu kahiji tina dalapan présidén panungtung. Présidén panungtung ogé bakal geus dilambangkeun ku George Washington, présidén anu kahiji jeung Panglima Tertinggi anu kahiji.</w:t>
      </w:r>
    </w:p>
    <w:p>
      <w:pPr>
        <w:pStyle w:val="ArticleBody"/>
        <w:jc w:val="left"/>
      </w:pPr>
      <w:r>
        <w:rPr>
          <w:rFonts w:ascii="Times New Roman" w:hAnsi="Times New Roman" w:eastAsia="Times New Roman" w:cs="Times New Roman"/>
        </w:rPr>
        <w:t>Washington dina gilirannana parantos dilambangkeun ku présidén kahiji dina mangsa anu diwakilan ku 1776, sarta éta présidén kahiji (Peyton Randolph), nya éta salah saurang tina tujuh lalaki anu ngalayanan salila dalapan mangsa anu diwakilan ku tujuh lalaki. Randolph nya éta anu kahiji tina dalapan, ku kituna anjeunna ngawakilan Reagan, anu nya éta anu kahiji tina dalapan, sarta anjeunna nya éta anu kadalapan, anu asalna tina tujuh. Ku lantaran kitu Randolph ngawakilan Washington (présidén kahiji), Lincoln (présidén Républik anu kahiji), Reagan (présidén kahiji tina dalapan pamungkas), jeung présidén anu kadalapan sanggeus 1989, anu ku kabutuhan nubuat tangtu bakal janten anu kadalapan, anu asalna tina tujuh.</w:t>
      </w:r>
    </w:p>
    <w:p>
      <w:pPr>
        <w:pStyle w:val="ArticleBody"/>
        <w:jc w:val="left"/>
      </w:pPr>
      <w:r>
        <w:rPr>
          <w:rFonts w:ascii="Times New Roman" w:hAnsi="Times New Roman" w:eastAsia="Times New Roman" w:cs="Times New Roman"/>
        </w:rPr>
        <w:t>Washington ogé bakal dilambangkeun ku John Hancock, anu mangrupa présidén dina sajarah anu diwakilan ku 1789, sarta anu, saperti Randolph, nyaéta nu kadalapan, anu asalna ti nu tujuh. Randolph geus ngalambangkeun Washington, ku kituna nalika Hancock sajajar jeung Randolph minangka nu kadalapan anu asalna ti nu tujuh, Hancock ngawakilan présidén nu kadalapan sanggeus 1989, anu ku katerpaksaan profétis tangtu kudu jadi nu kadalapan, anu asalna ti nu tujuh.</w:t>
      </w:r>
    </w:p>
    <w:p>
      <w:pPr>
        <w:pStyle w:val="ArticleBody"/>
        <w:jc w:val="left"/>
      </w:pPr>
      <w:r>
        <w:rPr>
          <w:rFonts w:ascii="Times New Roman" w:hAnsi="Times New Roman" w:eastAsia="Times New Roman" w:cs="Times New Roman"/>
        </w:rPr>
        <w:t>Randolph, Hancock, Washington, Lincoln, jeung Reagan sadayana ngalambangkeun présidén panungtung. Dua tina éta saksi netepkeun yén présidén panungtung bakal jadi saurang Republican. Dua deui netepkeun yén présidén panungtung bakal jadi nu ka dalapan, nyaéta asalna tina tujuh. Lima présidén anu masih hirup tina dalapan présidén sanggeus mangsa ahir taun 1989, ngaidéntifikasi yén ngan Trump anu miboga idéologi pulitik pikeun kalibet dina hiji perang jeung kakawasaan naga.</w:t>
      </w:r>
    </w:p>
    <w:p>
      <w:pPr>
        <w:pStyle w:val="ArticleBody"/>
        <w:jc w:val="left"/>
      </w:pPr>
      <w:r>
        <w:rPr>
          <w:rFonts w:ascii="Times New Roman" w:hAnsi="Times New Roman" w:eastAsia="Times New Roman" w:cs="Times New Roman"/>
        </w:rPr>
        <w:t>Lincoln dipiheulaan ku James Buchanan, saurang Démokrat, anu ku para sajarawan nu jujur diaku minangka présidén nu pangteu-epektifna dina mangsa awal sajarah Amérika éta, sarta anu kapamingpinanana nu henteu epektif dina dasarna ngabalukarkeun Perang Sipil Amérika Sarikat. Saméméh Lincoln dicumpahkeun jabatanana, nagara-nagara bagian kidul geus mimiti misahkeun diri tina union, sarta ngan sabulan sanggeus pelantikan Lincoln, bedil-bedil mimiti ditembakkeun. Buchanan ngagerakkeun léngkah-léngkah anu nimbulkeun hiji perang anu kapaksa kudu diréngsékeun ku Lincoln.</w:t>
      </w:r>
    </w:p>
    <w:p>
      <w:pPr>
        <w:pStyle w:val="ArticleBody"/>
        <w:jc w:val="left"/>
      </w:pPr>
      <w:r>
        <w:rPr>
          <w:rFonts w:ascii="Times New Roman" w:hAnsi="Times New Roman" w:eastAsia="Times New Roman" w:cs="Times New Roman"/>
        </w:rPr>
        <w:t>Reagan dipiheulaan ku présidén anu pangteu-eféktifna dina jaman modéren. Carter, saurang Démokrat, ngahinakeun Amérika Sarikat ku henteu mampuhna anjeunna pikeun nyanghareupan Islam radikal anu leres, anu ayana di Iran.</w:t>
      </w:r>
    </w:p>
    <w:p>
      <w:pPr>
        <w:pStyle w:val="ArticleBody"/>
        <w:jc w:val="left"/>
      </w:pPr>
      <w:r>
        <w:rPr>
          <w:rFonts w:ascii="Times New Roman" w:hAnsi="Times New Roman" w:eastAsia="Times New Roman" w:cs="Times New Roman"/>
        </w:rPr>
        <w:t>Trump dipiheulaan ku Obama, saurang Demokrat, anu kalawan dihaja ngamimitian pasulayan-pasulayan dina widang budaya, pulitik, jeung ékonomi anu ti harita ngan beuki nambahan. Kapamingpinanana anu teu mujarab ditandaan ku boh Buchanan boh Carter, tapi dina sajarah nalika anjeunna maréntah, Média Arus Utama geus mimiti ngamanifestasikeun dirina sajajar jeung Reich Ministry of Public Enlightenment and Propaganda milik Adolph Hitler. Serangan-serangan Obama kana lembaga-lembaga sosial, pulitik, kauangan, jeung agama di Amérika Sarikat ditutupan, pikeun maranéhna anu milih henteu ningali, sarta katefmujarabanana salaku jalma anu disumpah pikeun ngajaga Konstitusi disumputkeun kalawan taliti. Obama ngahinakeun Amérika Sarikat ku henteu mampuhna pikeun nungkulan Islam radikal kalayan leres, anu aya di Iran.</w:t>
      </w:r>
    </w:p>
    <w:p>
      <w:pPr>
        <w:pStyle w:val="ArticleBody"/>
        <w:jc w:val="left"/>
      </w:pPr>
      <w:r>
        <w:rPr>
          <w:rFonts w:ascii="Times New Roman" w:hAnsi="Times New Roman" w:eastAsia="Times New Roman" w:cs="Times New Roman"/>
        </w:rPr>
        <w:t>Nalika Trump kapilih deui dina taun 2024, minangka présidén ka dalapan ti saprak Reagan dina 1989, anjeunna sakali deui bakal didahuluan ku saurang Démokrat globalis anu digerakkeun ku naga, anu ayeuna geus nyekel makuta salaku présidén pangteuaya panghenteuna dina sajarah, anu sababaraha kali geus ngahinakeun Amérika Sarikat dina upayana pikeun nyanghareupan Islam radikal, anu perenahna di Iran, sanajan sakali deui Média Arus Utama modéren (sakumaha dicirikeun ku Reich Ministry of Public Enlightenment and Propaganda) digawé pikeun ngubur kanyataan anu écés éta.</w:t>
      </w:r>
    </w:p>
    <w:p>
      <w:pPr>
        <w:pStyle w:val="ArticleBody"/>
        <w:jc w:val="left"/>
      </w:pPr>
      <w:r>
        <w:rPr>
          <w:rFonts w:ascii="Times New Roman" w:hAnsi="Times New Roman" w:eastAsia="Times New Roman" w:cs="Times New Roman"/>
        </w:rPr>
        <w:t>Nalika Reagan nyekel kalungguhan, hiji krisis anu can kaungkulan jeung Islam radikal, anu perenahna di Iran, geus ditinggalkeun teu kaungkulan ku présidén Démokrat. Reagan geuwat ngalakukeun léngkah-léngkah pikeun ngabalikeun arah ketegangan antara Amérika Sarikat jeung Islam radikal, sakumaha diwakilan ku Iran. Nalika Trump nyekel kalungguhan, hiji krisis anu can kaungkulan jeung Islam radikal, deuih perenahna di Iran, lain waé geus ditinggalkeun teu kaungkulan, tapi ogé dibiayaan ku présidén Démokrat. Trump geuwat ngalakukeun léngkah-léngkah pikeun ngabalikeun arah ketegangan antara Amérika Sarikat jeung Islam radikal, sakumaha diwakilan ku Iran. Présidén Démokrat ayeuna ngabalikeun sakabéh kamajuan anu geus dihontal ku Trump, sarta sakumna dunya ayeuna keur kaséréd kana perang dunya katilu ku kapamingpinan Biden anu teu éféktif.</w:t>
      </w:r>
    </w:p>
    <w:p>
      <w:pPr>
        <w:pStyle w:val="ArticleBody"/>
        <w:jc w:val="left"/>
      </w:pPr>
      <w:r>
        <w:rPr>
          <w:rFonts w:ascii="Times New Roman" w:hAnsi="Times New Roman" w:eastAsia="Times New Roman" w:cs="Times New Roman"/>
        </w:rPr>
        <w:t>Éta ngalengkepan lain waé pagawean anu patali jeung Islam anu diwakilan ku teu epektifna Carter, jeung ku ngamajukeun Islam ku Obama, tapi ogé ku pagawean Buchanan dina ngamimitian hiji perang, anu ku présidén Républik kudu diréngsékeun.</w:t>
      </w:r>
    </w:p>
    <w:p>
      <w:pPr>
        <w:pStyle w:val="ArticleBody"/>
        <w:jc w:val="left"/>
      </w:pPr>
      <w:r>
        <w:rPr>
          <w:rFonts w:ascii="Times New Roman" w:hAnsi="Times New Roman" w:eastAsia="Times New Roman" w:cs="Times New Roman"/>
        </w:rPr>
        <w:t>Sakumaha kaayaan présidén Republik anu kahiji, Trump dipaéhan sacara pulitik ku kakawasaan naga globalis dina pamilihan taun 2020. Nalika anjeunna dianggap geus paéh di jalan, para globalis ti sato galak bumi jeung para globalis ti sakuliah dunya mimiti ngarayakeunana, sakumaha geus dinubuatkeun dina Wahyu pasal sabelas.</w:t>
      </w:r>
    </w:p>
    <w:p>
      <w:pPr>
        <w:pStyle w:val="ArticleScripture"/>
        <w:jc w:val="left"/>
      </w:pPr>
      <w:r>
        <w:rPr>
          <w:rFonts w:ascii="Times New Roman" w:hAnsi="Times New Roman" w:eastAsia="Times New Roman" w:cs="Times New Roman"/>
        </w:rPr>
        <w:t>Jeung lamun maranéhna geus ngarampungkeun kasaksian maranéhna, sato galak anu naék ti jurang anu taya dasarna bakal merangan maranéhna, sarta bakal ngéléhkeun maranéhna, jeung maéhan maranéhna. Jeung mayit-mayit maranéhna bakal ngagolér di jalan kota gedé éta, anu sacara rohani disebut Sodom jeung Mesir, tempat ogé Gusti urang disalibkeun. Jeung jalma-jalma tina rupa-rupa bangsa, kaom, basa, jeung nagara bakal ningali mayit-mayit maranéhna salila tilu poé satengah, sarta moal ngidinan supaya mayit-mayit maranéhna dikurebkeun. Jeung maranéhna anu cicing di bumi bakal bungah ku sabab éta, jeung suka-ria, sarta bakal silih kirim hadiah; sabab dua nabi ieu geus nyiksa jalma-jalma anu cicing di bumi. Jeung sanggeus tilu poé satengah, Roh kahirupan ti Allah asup kana maranéhna, tuluy maranéhna nangtung dina suku-suku maranéhna; sarta kasieun anu kacida gedéna narajang jalma-jalma anu ningali maranéhna. Wahyu 11:7–11.</w:t>
      </w:r>
    </w:p>
    <w:p>
      <w:pPr>
        <w:pStyle w:val="ArticleBody"/>
        <w:jc w:val="left"/>
      </w:pPr>
      <w:r>
        <w:rPr>
          <w:rFonts w:ascii="Times New Roman" w:hAnsi="Times New Roman" w:eastAsia="Times New Roman" w:cs="Times New Roman"/>
        </w:rPr>
        <w:t>Urang ayeuna geus nepi ka taun 2024, nalika Trump geus nangtung dina sukuna, sarta dunya naga anu geus surak-surak jeung suka bungah ti saprak 6 Januari 2021, ayeuna keur disanghareupan ku “sieun anu gedé.” Média Arus Utama (MSM) keur kalabur. Pokok-pokok omongan maranéhna sorangan geus mimiti nganyatakeun kaprihatinan yén, sakumaha ceuk hiji lagu rock and roll heubeul, “lalaki kolot capé anu geus dipilih ku maranéhna jadi raja,” henteu boga kamampuhan pikeun tetep cukup deukeut kana angka-angka Trump nepi ka ngamungkinkeun mesin pamilihan maranéhna ngadorong Biden nepi ka unggul. Média Arus Utama ayeuna sarua waé mangrupa mesin propaganda, sakumaha Kamentrian Pencerahan Umum jeung Propaganda Reich dina mangsa Hitler.</w:t>
      </w:r>
    </w:p>
    <w:p>
      <w:pPr>
        <w:pStyle w:val="ArticleBody"/>
        <w:jc w:val="left"/>
      </w:pPr>
      <w:r>
        <w:rPr>
          <w:rFonts w:ascii="Times New Roman" w:hAnsi="Times New Roman" w:eastAsia="Times New Roman" w:cs="Times New Roman"/>
        </w:rPr>
        <w:t>Kanyataan ieu geus repeatedly dipintonkeun nepi ka ngaleuwihan sagala kamungkinan matematis yén hal éta tiasa béda. Unggal waktu hiji talking point globalis anyar diasupkeun ka masarakat sacara lega, geus repeatedly kadokuméntasikeun yén rupa-rupa jalur komunikasi anu diatur ku mesin propaganda naga ngahasilkeun phrasing anu sarua persis kecap demi kecap nalika maranéhna ngajelaskeun ieu kajadian atawa éta isu.</w:t>
      </w:r>
    </w:p>
    <w:p>
      <w:pPr>
        <w:pStyle w:val="ArticleBody"/>
        <w:jc w:val="left"/>
      </w:pPr>
      <w:r>
        <w:rPr>
          <w:rFonts w:ascii="Times New Roman" w:hAnsi="Times New Roman" w:eastAsia="Times New Roman" w:cs="Times New Roman"/>
        </w:rPr>
        <w:t>Lamun aya di antara maranéh anu apal kana kaulinan barudak baheula anu disebut “telephone,” atawa sakapeung “Chinese whispers,” maranéh terang yén nalika jalma-jalma diuk ngurilingan bunderan, sarta kaulinan lumangsung, tuluy jalma kahiji ngabisik dina ceuli jalma saterusna, lajeng éta bisikan diteruskeun ngurilingan bunderan, bisikan awal anu ngider ngurilingan bunderan téh, teu weléh robah jadi hal anu béda ti naon anu dimaksud ku bisikan kahiji. Sanajan kitu, Média Arus Utama ngarepkeun para pangikutna supaya percaya yén unggal wartawan di nagara ieu jeung di sakuliah dunya kumaha waé milih kecap-kecap jeung frasa-frasa anu sarua pikeun ngajelaskeun posisi naga ngeunaan hiji perkara atawa kajadian. Ratusan anu disebut wartawan niténan kajadian anu sarua, sarta lain ngan ukur nepi kana kacindekan anu sarua, tapi maranéhna ogé milih kecap-kecap jeung frasa-frasa anu persis sarua pikeun ngajelaskeun éta kajadian.</w:t>
      </w:r>
    </w:p>
    <w:p>
      <w:pPr>
        <w:pStyle w:val="ArticleBody"/>
        <w:jc w:val="left"/>
      </w:pPr>
      <w:r>
        <w:rPr>
          <w:rFonts w:ascii="Times New Roman" w:hAnsi="Times New Roman" w:eastAsia="Times New Roman" w:cs="Times New Roman"/>
        </w:rPr>
        <w:t>Anu keur urang bahas dina waktos ieu lain serangan kana mesin propaganda para globalis, ieu ngan saukur nangtukeun hiji ciri profétis tina perang rohani anu ayeuna keur lumangsung di planét bumi. Dina jaman Kristus, bangsa Yahudi tungtungna sacara umum milih Kaisar jadi rajana, nalika maranéhna nolak Mésiasna. Dina mangsa anu pinuh ku pasaliah éta, imam agung nyayogikeun hiji alesan pikeun maéhan Kristus anu sipatna satanis, sarta dumasar kana nalar anu cacad, tapi dina waktu anu sarua éta téh akurat.</w:t>
      </w:r>
    </w:p>
    <w:p>
      <w:pPr>
        <w:pStyle w:val="ArticleScripture"/>
        <w:jc w:val="left"/>
      </w:pPr>
      <w:r>
        <w:rPr>
          <w:rFonts w:ascii="Times New Roman" w:hAnsi="Times New Roman" w:eastAsia="Times New Roman" w:cs="Times New Roman"/>
        </w:rPr>
        <w:t>Sarta salah saurang ti maranéhna, anu ngaranna Kayapas, imam agung dina taun éta, ngandika ka maranéhna, Maranéh teu nyaho nanaon pisan, Jeung teu nganggap yén leuwih mangpaat pikeun urang, lamun saurang jalma maot pikeun rahayat, supaya sakumna bangsa henteu binasa. Jeung hal éta henteu diucapkeun ku anjeunna tina dirina sorangan; tapi ku sabab anjeunna imam agung dina taun éta, anjeunna ngaramal yén Yesus bakal maot pikeun bangsa éta; Jeung lain pikeun bangsa éta wungkul, tapi ogé supaya Anjeunna ngumpulkeun jadi hiji anak-anak Allah anu sumebar di mana-mana. Yohanes 11:49–52.</w:t>
      </w:r>
    </w:p>
    <w:p>
      <w:pPr>
        <w:pStyle w:val="ArticleBody"/>
        <w:jc w:val="left"/>
      </w:pPr>
      <w:r>
        <w:rPr>
          <w:rFonts w:ascii="Times New Roman" w:hAnsi="Times New Roman" w:eastAsia="Times New Roman" w:cs="Times New Roman"/>
        </w:rPr>
        <w:t>Kayapas keur ngarakit hiji logika pikeun nyerang Kristus, sarta ku jalan kitu saéstuna anjeunna keur ngedalkeun hiji ramalan anu sah. Anjeunna henteu percaya yén Kristus kedah janten kurban pikeun umat manusa; anjeunna ngan saukur hayang maéhan Anjeunna. Média Arus Utama milik kakawasaan naga ayeuna keur ngalaksanakeun hal anu sarupa ka Trump. Maranéhna keur nyoba nyulap rasa sieun kana rahayat, yén lamun Trump kapilih deui, anjeunna bakal jadi saurang diktator, sakumaha Adolf Hitler. Partéy Demokrat téh partéy anu ngadukung perbudakan, sarta miboga ciri-ciri partéy Nazi, kaasup mesin propaganda sadunya, lain ngan ukur propaganda Jérman; tapi maranéhna ngaku yén lamun Trump kapilih, démokrasi bakal diruntuhkeun sarta Trump bakal jadi saurang diktator saperti Adolf Hitler.</w:t>
      </w:r>
    </w:p>
    <w:p>
      <w:pPr>
        <w:pStyle w:val="ArticleBody"/>
        <w:jc w:val="left"/>
      </w:pPr>
      <w:r>
        <w:rPr>
          <w:rFonts w:ascii="Times New Roman" w:hAnsi="Times New Roman" w:eastAsia="Times New Roman" w:cs="Times New Roman"/>
        </w:rPr>
        <w:t>Eta téh pisan anu dipedar ku Firman Allah ngeunaan présidén panungtungan Amérika Serikat, sanajan Média Arus Utama, saperti Kayafas anu diilhaman ku naga, henteu ngartos yén pokok-pokok omongan maranéhna téh sipatna nubuat sarta sabenerna bakal kajadian.</w:t>
      </w:r>
    </w:p>
    <w:p>
      <w:pPr>
        <w:pStyle w:val="ArticleScripture"/>
        <w:jc w:val="left"/>
      </w:pPr>
      <w:r>
        <w:rPr>
          <w:rFonts w:ascii="Times New Roman" w:hAnsi="Times New Roman" w:eastAsia="Times New Roman" w:cs="Times New Roman"/>
        </w:rPr>
        <w:t>“Tanah urang aya dina kaayaan bahaya. Waktuna geus beuki ngadeukeutan nalika para pangurus undang-undangna bakal nepi ka mungkir kana prinsip-prinsip Protestanisme nepi ka méré pangrojong ka kamurtadan Romawi. Jalma-jalma anu ku Allah geus dipigawékeun hal-hal anu kacida ajaibna, bari dikuatkeun ku Anjeunna sangkan ngaleupaskeun diri tina kuk papalisme anu nyiksa, ku hiji kalakuan nasional bakal méré kakuatan ka iman Roma anu rusak, sarta ku kituna ngahudangkeun deui kakawasaan tirani anu ngan ukur ngadagoan hiji sentuhan pikeun ngamimitian deui kana kajahatan jeung despotisme. Kalawan léngkah-léngkah anu gancang urang geus nyampeurkeun mangsa ieu.” The Spirit of Prophecy, volume 4, 410.</w:t>
      </w:r>
    </w:p>
    <w:p>
      <w:pPr>
        <w:pStyle w:val="ArticleBody"/>
        <w:jc w:val="left"/>
      </w:pPr>
      <w:r>
        <w:rPr>
          <w:rFonts w:ascii="Times New Roman" w:hAnsi="Times New Roman" w:eastAsia="Times New Roman" w:cs="Times New Roman"/>
        </w:rPr>
        <w:t>Abdi sadar yén nalika abdi ngaidéntifikasi unsur-unsur anu geus ruksak dina Partéy Demokrat di Amérika Serikat, jalma-jalma nu ngaku Republikan padahal sabenerna globalis, jeung para globalis progresif di sakuliah dunya, aya kamungkinan saurang nu maca jadi kabawa kana pamadegan yén abdi miboga sabangsa simpati pulitik ka Partéy Republik, atawa ka Donald Trump. Ieu jauh pisan tina kanyataan sabenerna; présidén panungtung téh bakal jadi saurang diktator, sakumaha Média Arus Utama geus ngaramalkeunana, sanajan maranéhna teu leuwih nyaho ngeunaan naon anu saéstuna keur diramalkeun ku maranéhna tibatan Kaiapas baheula. Anu ku kami keur dipigawé téh saukur ngaidéntifikasi dinamika profétik anu pakait jeung “interplay anu rumit tina kajadian-kajadian manusa,” anu dilambangkeun ku roda di jero roda milik Yehezkiel.</w:t>
      </w:r>
    </w:p>
    <w:p>
      <w:pPr>
        <w:pStyle w:val="ArticleBody"/>
        <w:jc w:val="left"/>
      </w:pPr>
      <w:r>
        <w:rPr>
          <w:rFonts w:ascii="Times New Roman" w:hAnsi="Times New Roman" w:eastAsia="Times New Roman" w:cs="Times New Roman"/>
        </w:rPr>
        <w:t>Urang baris neraskeun ieu pangajian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Saratus Tilu Puluh Salapan</dc:title>
  <dc:subject>Kasaluyuan Kenabian Daniel 11:40 jeung Kanyataan Politik Modéren: Mibanda Buka Rahasia Présidén Panungtungan</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