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Masehi Advent Poé Katujuh Laodikia — Nomer Opat Puluh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Nomer Opat Puluh Dua</w:t>
      </w:r>
    </w:p>
    <w:p>
      <w:pPr>
        <w:pStyle w:val="ArticleBody"/>
        <w:jc w:val="left"/>
      </w:pPr>
      <w:r>
        <w:rPr>
          <w:rFonts w:ascii="Times New Roman" w:hAnsi="Times New Roman" w:eastAsia="Times New Roman" w:cs="Times New Roman"/>
        </w:rPr>
        <w:t>Nalika Imamat dua puluh tilu dipisahkeun jadi dua garis nu sarua, masing-masing dua puluh dua ayat, babarengan jeung garis Kristus tempat pesta-pesta cinyusu patepung jeung antitipena, urang tiasa nembongkeun hiji garis nu dimimitian ku tilu léngkah Paska dina peuting Jumaah, roti teu diragian dina Sabat, jeung buah bungaran dina poé kahiji dina saminggu. Ieu mangrupikeun hiji waymark, sakumaha diwakilan ku baptisan Kristus, tapi éta hiji waymark miboga tilu léngkah.</w:t>
      </w:r>
    </w:p>
    <w:p>
      <w:pPr>
        <w:pStyle w:val="ArticleBody"/>
        <w:jc w:val="left"/>
      </w:pPr>
      <w:r>
        <w:rPr>
          <w:rFonts w:ascii="Times New Roman" w:hAnsi="Times New Roman" w:eastAsia="Times New Roman" w:cs="Times New Roman"/>
        </w:rPr>
        <w:t>Nalika urang ngamimitian ti kabangkitan sarta neraskeun ka hareup opat puluh poé, urang nepi ka hiji titik balik, sabab dina waktu éta Kristus eureun ngajar padeukeut langsung sarta naék ka sawarga dina méga. Nu saratus opat puluh opat rébu ogé naék dina méga.</w:t>
      </w:r>
    </w:p>
    <w:p>
      <w:pPr>
        <w:pStyle w:val="ArticleScripture"/>
        <w:jc w:val="left"/>
      </w:pPr>
      <w:r>
        <w:rPr>
          <w:rFonts w:ascii="Times New Roman" w:hAnsi="Times New Roman" w:eastAsia="Times New Roman" w:cs="Times New Roman"/>
        </w:rPr>
        <w:t>Tuluy maranéhna ngadéngé hiji sora anu tarik ti sawarga, nyebut ka maranéhna, “Naék ka dieu.” Tuluy maranéhna naék ka sawarga dina hiji mega; sarta musuh-musuhna ningali maranéhna. Dina jam éta ogé kajadian lini anu gedé, sarta saparupuluh bagian kota rubuh, jeung dina lini éta paéh jalma tujuh rébu; ari nu kari kacida sarieuneunana, tuluy muji kaagungan Allah nu di sawarga. Cilaka anu kadua geus kaliwat; jeung, behold, cilaka anu katilu datang gancang. Tuluy malaikat anu katujuh niup tarompét; sarta aya sora-sora anu tarik di sawarga, pokna, “Karajaan-karajaan dunya ieu geus jadi Karajaan Gusti urang, jeung Karajaan Al-Masih-Na; sarta Anjeunna bakal maréntah salalanggengna.” Wahyu 11:12–15.</w:t>
      </w:r>
    </w:p>
    <w:p>
      <w:pPr>
        <w:pStyle w:val="ArticleBody"/>
        <w:jc w:val="left"/>
      </w:pPr>
      <w:r>
        <w:rPr>
          <w:rFonts w:ascii="Times New Roman" w:hAnsi="Times New Roman" w:eastAsia="Times New Roman" w:cs="Times New Roman"/>
        </w:rPr>
        <w:t>Cilaka anu kadua jeung katilu nyaéta Islam, jeung malaikat anu katujuh nyaéta cilaka anu katilu, anu sakali deui, nyaéta Islam. Cilaka anu katilu datang gancang dina waktu lini. Lini éta nyaéta hukum Minggu di Amérika Serikat; Amérika Serikat nyaéta sato galak bumi dina Wahyu tilu welas, jeung hukum Minggu éta nyaéta pangguncangan, anu mangrupa lini. Sato galak bumi nyaéta raja pangutamana tina sapuluh raja, jeung nalika Amérika Serikat diruntuhkeun dina hukum Minggu, sapertilu tina kota bakal geus rubuh. Dina jam anu sarua tina hukum Minggu, dua saksi anu dilambangkeun ku Élia jeung Musa, dua saksi anu sarua anu nembongan dina kamulyaan babarengan jeung Kristus ka Pétrus, Yakobus, jeung Yohanes, diangkat ka sawarga dina mega, sarta saréréa ningali, sabab musuh-musuh maranéhna nenjo ka maranéhna.</w:t>
      </w:r>
    </w:p>
    <w:p>
      <w:pPr>
        <w:pStyle w:val="ArticleBody"/>
        <w:jc w:val="left"/>
      </w:pPr>
      <w:r>
        <w:rPr>
          <w:rFonts w:ascii="Times New Roman" w:hAnsi="Times New Roman" w:eastAsia="Times New Roman" w:cs="Times New Roman"/>
        </w:rPr>
        <w:t>Opat puluh poé sanggeus hudang deui, Yesus “naék” kana mega, sarta sapuluh poé di kamar luhur mimiti lumangsung. Kanaékan téh mangrupa hiji ujian visual, sakumaha ogé malaikat anu kadua tina tilu malaikat. Dina waktu kanaékan-Na, para malaikat nyatakeun yén Anjeunna bakal mulang jeung mega, sakumaha Anjeunna kakara naék jeung mega.</w:t>
      </w:r>
    </w:p>
    <w:p>
      <w:pPr>
        <w:pStyle w:val="ArticleScripture"/>
        <w:jc w:val="left"/>
      </w:pPr>
      <w:r>
        <w:rPr>
          <w:rFonts w:ascii="Times New Roman" w:hAnsi="Times New Roman" w:eastAsia="Times New Roman" w:cs="Times New Roman"/>
        </w:rPr>
        <w:t>Jeung sanggeus Mantenna ngandika perkara-perkara ieu, waktu maranéhna keur nengetan, Mantenna diangkat ka luhur; sarta hiji mega narima Anjeunna nepi ka leungit tina panénjo maranéhna. Jeung nalika maranéhna neuteup pageuh ka langit samentara Mantenna naék, behold, dua jelema nangtung di gigireun maranéhna, maké papakéan bodas; anu tuluy ngandika kieu, Heh urang Galilea, ku naon maranéh nangtung bari neuteup ka langit? Ieu Yesus anu sarua, anu geus diangkat ti aranjeun ka sawarga, bakal datang deui ku cara anu sarua, sakumaha maranéh geus ningali Mantenna angkat ka sawarga. Rasul-rasul 1:9–11.</w:t>
      </w:r>
    </w:p>
    <w:p>
      <w:pPr>
        <w:pStyle w:val="ArticleBody"/>
        <w:jc w:val="left"/>
      </w:pPr>
      <w:r>
        <w:rPr>
          <w:rFonts w:ascii="Times New Roman" w:hAnsi="Times New Roman" w:eastAsia="Times New Roman" w:cs="Times New Roman"/>
        </w:rPr>
        <w:t>Balik-Na dina Kadatangan-Na anu Kadua aya dina “kamulyaan” Karajaan-Na.</w:t>
      </w:r>
    </w:p>
    <w:p>
      <w:pPr>
        <w:pStyle w:val="ArticleScripture"/>
        <w:jc w:val="left"/>
      </w:pPr>
      <w:r>
        <w:rPr>
          <w:rFonts w:ascii="Times New Roman" w:hAnsi="Times New Roman" w:eastAsia="Times New Roman" w:cs="Times New Roman"/>
        </w:rPr>
        <w:t>Ku sabab eta, sing saha bae anu era ku Kami jeung ku pangandika-pangandika Kami di tengah ieu turunan anu jinah jeung pinuh ku dosa, ka manehna oge Putra Manusa bakal era, nalika Anjeunna sumping dina kamulyaan Rama-Na jeung para malaikat suci. Markus 8:38.</w:t>
      </w:r>
    </w:p>
    <w:p>
      <w:pPr>
        <w:pStyle w:val="ArticleBody"/>
        <w:jc w:val="left"/>
      </w:pPr>
      <w:r>
        <w:rPr>
          <w:rFonts w:ascii="Times New Roman" w:hAnsi="Times New Roman" w:eastAsia="Times New Roman" w:cs="Times New Roman"/>
        </w:rPr>
        <w:t>“Kamulyaan” anu sarua ieu téh anu disaksian ku Petrus, Yakobus, jeung Yohanes di Gunung Transfigurasi. Gunung Transfigurasi ogé mangrupa léngkah kadua, anu didahuluan ku Caesarea Philippi sarta dituturkeun ku Caesarea Maritima. Ujian kadua ogé mangrupa ujian gambar sato galak, hiji ujian anu nungtut pangakuan nubuat yén gambar sato galak éta keur diwujudkeun. Ujian kadua ogé nyaéta nalika Melzar mariksa Daniel jeung rerencanganana pikeun ngabandingkeun rupa maranéhna jeung jalma-jalma anu henteu ngadahar kacang-kacangan. Ieu téh hiji ujian anu katempo ku panon. Léngkah kadua dina tilu léngkah perjangjian dina sajarah perjangjian Abram nyaéta “tanda” sunat. Léngkah kadua ngagambarkeun dimeteraianana umat Allah nalika maranéhna diangkat jadi panji. Léngkah kadua nyaéta tempat “kamulyaan” dinyatakeun, sabab tilu léngkah malaikat kahiji nyaéta sieun, “kamulyaan,” jeung pangadilan. Poé kaopat puluh dina mangsa Pentakosta sajajar jeung Gunung Transfigurasi. Cokot sapatu maranéh, sabab maranéh aya dina taneuh anu suci.</w:t>
      </w:r>
    </w:p>
    <w:p>
      <w:pPr>
        <w:pStyle w:val="ArticleBody"/>
        <w:jc w:val="left"/>
      </w:pPr>
      <w:r>
        <w:rPr>
          <w:rFonts w:ascii="Times New Roman" w:hAnsi="Times New Roman" w:eastAsia="Times New Roman" w:cs="Times New Roman"/>
        </w:rPr>
        <w:t>Mi‘raj teh nya éta hiji tés anu katingali ku panon, sarta dina runtuyan poé-poé raya, mi‘raj dina tanda opat puluh poé dipiheulaan ku lima poé anu patalina jeung poé raya Tarompét. Poé raya Tarompét nandakeun pangéling-ngéling tina tarompét katujuh, nyaéta pangéling-ngéling ngeunaan Islam.</w:t>
      </w:r>
    </w:p>
    <w:p>
      <w:pPr>
        <w:pStyle w:val="ArticleBody"/>
        <w:jc w:val="left"/>
      </w:pPr>
      <w:r>
        <w:rPr>
          <w:rFonts w:ascii="Times New Roman" w:hAnsi="Times New Roman" w:eastAsia="Times New Roman" w:cs="Times New Roman"/>
        </w:rPr>
        <w:t>Naék ka sawarga nyusul kana tarompét sanggeus lima poé, tuluy lima poé sanggeus naék ka sawarga éta, Poé Panebusan nandaan pangadilan. Tarompét téh nyaéta jalan-jalan baheula, nyaéta pesen Laodikia, nyaéta Islam, sarta nyaéta pesen dasar malaikat kahiji. Lima poé ti harita, nalika pangajaran “papaséa beungeut” réngsé, ujian kadua anu katingali tina malaikat kadua ditandaan ku naék ka sawarga. Lima poé sanggeus éta, pangadilan nandaan malaikat katilu.</w:t>
      </w:r>
    </w:p>
    <w:p>
      <w:pPr>
        <w:pStyle w:val="ArticleBody"/>
        <w:jc w:val="left"/>
      </w:pPr>
      <w:r>
        <w:rPr>
          <w:rFonts w:ascii="Times New Roman" w:hAnsi="Times New Roman" w:eastAsia="Times New Roman" w:cs="Times New Roman"/>
        </w:rPr>
        <w:t>Lima poé sanggeus pangadilan ka atas kulawarga Allah réngsé, pangadilan sumping ka Amérika Sarikat sakumaha ditandaan ku Poé Péntakosta.</w:t>
      </w:r>
    </w:p>
    <w:p>
      <w:pPr>
        <w:pStyle w:val="ArticleScripture"/>
        <w:jc w:val="left"/>
      </w:pPr>
      <w:r>
        <w:rPr>
          <w:rFonts w:ascii="Times New Roman" w:hAnsi="Times New Roman" w:eastAsia="Times New Roman" w:cs="Times New Roman"/>
        </w:rPr>
        <w:t>Tuluy anjeunna ngandika ka Abram, “Kanyahokeun kalawan pasti, yén turunan maneh bakal jadi urang asing di hiji tanah anu lain kagungan maranéhna, sarta maranéhna bakal ngalalayanan ka dinya; jeung maranéhna bakal ditindes salila opat ratus taun. Jeung bangsa anu bakal dilalayanan ku maranéhna éta kénéh ku Kami bakal dihukum; tuluy sanggeus éta maranéhna bakal kaluar mawa banda anu kacida lobana.” Kajadian 15:13, 14.</w:t>
      </w:r>
    </w:p>
    <w:p>
      <w:pPr>
        <w:pStyle w:val="ArticleBody"/>
        <w:jc w:val="left"/>
      </w:pPr>
      <w:r>
        <w:rPr>
          <w:rFonts w:ascii="Times New Roman" w:hAnsi="Times New Roman" w:eastAsia="Times New Roman" w:cs="Times New Roman"/>
        </w:rPr>
        <w:t>“Bahan anu gedé” anu dipiboga ku saratus opat puluh opat rébu dina mangsa hukum Minggu, nalika “bangsa” Amérika Sarikat dihukum, nyaéta bahan dina Yesaya pasal genep, anu ngawakilan Kaallahan. Nubuatan perjangjian Ibrahim nyebut, “oge eta bangsa,” ku kituna nandakeun yén umat Allah geus disegel saméméh hukum Minggu. Tuluy dina hukum Minggu, hiji mangsa anu dilambangkeun ku tujuh poé pesta Kemah Daun, hujan panungtungan dicurahkeun tanpa ukuran nalika pangadilan keur dilaksanakeun ka jalma réa anu gedé di luar imah Allah.</w:t>
      </w:r>
    </w:p>
    <w:p>
      <w:pPr>
        <w:pStyle w:val="ArticleBody"/>
        <w:jc w:val="left"/>
      </w:pPr>
      <w:r>
        <w:rPr>
          <w:rFonts w:ascii="Times New Roman" w:hAnsi="Times New Roman" w:eastAsia="Times New Roman" w:cs="Times New Roman"/>
        </w:rPr>
        <w:t>Dina 18 Juli 2020, dua saksi dipaéhan di jalan-jalan Sodom jeung Mesir. Dua saksi éta nya éta Musa jeung Élia, sarta William Miller téh Élia dina sajarahna. Dina impianana, anjeunna nutup panonna sakeudeung, sarta dina 18 Juli 2020 anjeunna sacara nubuat nutup panonna dina maot. Nalika anjeunna muka panonna, éta rohangan geus kosong, hiji panto jeung jandéla-jandéla kabuka. Tuluy nalika Miller ningali pagawean anu keur diréngsékeun ku lalaki panyapu kokotor éta, anjeunna ngahaturkeun pamenta sangkan anjeunna ati-ati, sarta lalaki panyapu kokotor éta ngajamin ka anjeunna yén sagalana bakal saé.</w:t>
      </w:r>
    </w:p>
    <w:p>
      <w:pPr>
        <w:pStyle w:val="ArticleBody"/>
        <w:jc w:val="left"/>
      </w:pPr>
      <w:r>
        <w:rPr>
          <w:rFonts w:ascii="Times New Roman" w:hAnsi="Times New Roman" w:eastAsia="Times New Roman" w:cs="Times New Roman"/>
        </w:rPr>
        <w:t>Nalika Miller hudang di padang gurun, dina bulan Juli 2023, pesta roti teu diragi sumping, pas sateuacan kabangkitan dina 31 Désémber 2023. Dina waktu éta—amanat nubuat tina Midanget Peuting anu sajati, nyaéta “saur” anu ditipikeun ku unggal amanat nubuat séjén anu kantos dibuka segelna, mimiti dibuka segelna, sabab tungtung tina tilu satengah poé nandakeun hiji “waktu ahir,” sarta dina “waktu ahir” sok aya pambukaan segel nubuat. Ieu salawasna kitu, sabab Kristus téh sarua kamari, ayeuna, jeung salalanggengna. Lampah-Na ka manusa salawasna sarua, sabab Mantenna damel dina “garis-garis” anu sarua ayeuna sakumaha Mantenna salawasna geus damel. Dina tungtung tilu satengah poé éta Wahyu Isa Al Masih dibuka segelna.</w:t>
      </w:r>
    </w:p>
    <w:p>
      <w:pPr>
        <w:pStyle w:val="ArticleBody"/>
        <w:jc w:val="left"/>
      </w:pPr>
      <w:r>
        <w:rPr>
          <w:rFonts w:ascii="Times New Roman" w:hAnsi="Times New Roman" w:eastAsia="Times New Roman" w:cs="Times New Roman"/>
        </w:rPr>
        <w:t>Awak nu geus dihirupkeun deui geus dilambangkeun ku Adam, anu mula-mula dibentuk, tuluy ditiupan ku napas kahirupan. Tulang-tulang garing anu paéh dina Yehezkiel 37 ogé mula-mula dibentuk ku hiji nubuat, sarta satuluyna dihirupkeun ku nubuat anu kadua anu mawa napas kahirupan ka awak anu taya nyawa ngaliwatan hiji pesen ngeunaan opat angin, nyaéta pesen pemeteraian. Dina duanana gambaran éta, nubuat anu geus dibuka segelna téh dua bagian, anu dipidangkeun ku rupa-rupa cara. Éta téh anu internal jeung anu eksternal; éta téh titingalian ngeunaan walungan Ulai jeung Hiddekel; éta téh titingalian chazon jeung mareh; éta téh dua saksi, dua pipa emas, jeung sajabana.</w:t>
      </w:r>
    </w:p>
    <w:p>
      <w:pPr>
        <w:pStyle w:val="ArticleBody"/>
        <w:jc w:val="left"/>
      </w:pPr>
      <w:r>
        <w:rPr>
          <w:rFonts w:ascii="Times New Roman" w:hAnsi="Times New Roman" w:eastAsia="Times New Roman" w:cs="Times New Roman"/>
        </w:rPr>
        <w:t>Dina sajarah kaum Millerite, Midnite Cry éta nya éta nubuat anu ngahiji jeung nubuat malaikat kadua. Hiji nubuat dua léngkah. Nalika tulang-tulang garing anu paéh dihudangkeun deui dina taun 2023, ku kabutuhan kenabian maranéhna kudu diuji, sabab pambukaan segel hiji nubuat salawasna ngamimitian hiji prosés pangujian tilu léngkah. Dua pangujian anu kahiji nya éta pangujian dasar, tuluy pangujian Bait Allah.</w:t>
      </w:r>
    </w:p>
    <w:p>
      <w:pPr>
        <w:pStyle w:val="ArticleBody"/>
        <w:jc w:val="left"/>
      </w:pPr>
      <w:r>
        <w:rPr>
          <w:rFonts w:ascii="Times New Roman" w:hAnsi="Times New Roman" w:eastAsia="Times New Roman" w:cs="Times New Roman"/>
        </w:rPr>
        <w:t>Lima poé sanggeus kabangkitan—sora di tanah gurun, anu diwakilan ku mangsa roti teu diragikeun, réngsé, sabab Élia, anu diwakilan ku Miller jeung Yohanes Pembaptis, duanana nyiapkeun jalan pikeun Anjeunna anu sapatuna ogé maranéhna teu pantes ngagotongna. Dina mangsa kabangkitan, Yesus ngamimitian mangsa pangajaran-Na “beungeut ka beungeut” salila opat puluh poé. Pangajaran “beungeut ka beungeut” éta dimimitian dina poé ka-dua puluh dua pikeun Daniel dina pasal sapuluh. Di dinya éta diwakilan minangka tilu léngkah jeung tilu rampa, babarengan jeung panggandaan dina hal jadi kuat.</w:t>
      </w:r>
    </w:p>
    <w:p>
      <w:pPr>
        <w:pStyle w:val="ArticleBody"/>
        <w:jc w:val="left"/>
      </w:pPr>
      <w:r>
        <w:rPr>
          <w:rFonts w:ascii="Times New Roman" w:hAnsi="Times New Roman" w:eastAsia="Times New Roman" w:cs="Times New Roman"/>
        </w:rPr>
        <w:t>Lima poé saméméh opat puluh poé éta lekasan, panggeuing tina tarompet Islam dibunyikeun. Panggeuing Islam dilambangkeun ku kalde anu ditumpakan ku Kristus dina asupna-Na kalayan kajayaan ka Yerusalem. Saméméh Anjeunna nurun lamping Gunung Zaitun ka Yerusalem, Anjeunna heula maréntahkeun ka murid-murid-Na supaya indit jeung ngaleupaskeun kalde éta.</w:t>
      </w:r>
    </w:p>
    <w:p>
      <w:pPr>
        <w:pStyle w:val="ArticleScripture"/>
        <w:jc w:val="left"/>
      </w:pPr>
      <w:r>
        <w:rPr>
          <w:rFonts w:ascii="Times New Roman" w:hAnsi="Times New Roman" w:eastAsia="Times New Roman" w:cs="Times New Roman"/>
        </w:rPr>
        <w:t>“Pandangan ieu dipaparinkeun dina taun 1847, nalika dulur-dulur Advent anu miara poe Sabat téh can saeutik kénéh, sarta tina maranéhna ogé ngan saeutik anu nganggap yén miarana téh cukup penting nepi ka narik hiji garis pamisah antara umat Allah jeung jalma-jalma anu teu percaya. Ayeuna, minuhan éta pandangan téh geus mimiti katempo. ‘Mimitina mangsa kasusah’ anu disebatkeun di dieu lain nunjuk kana mangsa nalika bala-bala éta mimiti dituangkeun, tapi kana hiji mangsa pondok pas saméméh éta dituangkeun, waktu Kristus aya di tempat suci. Dina mangsa éta, nalika pagawéan kasalametan keur ditutup, kasusah bakal datang ka bumi, sarta bangsa-bangsa bakal ambek, tapi tetep dicekel sangkan henteu ngahalangan pagawéan malaikat katilu. Dina mangsa éta, ‘hujan panungtungan,’ atawa kasegeran ti payuneun Gusti, bakal datang, pikeun méré kakawasaan ka sora tarik malaikat katilu, sarta nyiapkeun umat-umat suci sangkan sanggup nangtung dina mangsa nalika tujuh bala panungtungan bakal dituangkeun.” Early Writings, 85.</w:t>
      </w:r>
    </w:p>
    <w:p>
      <w:pPr>
        <w:pStyle w:val="ArticleBody"/>
        <w:jc w:val="left"/>
      </w:pPr>
      <w:r>
        <w:rPr>
          <w:rFonts w:ascii="Times New Roman" w:hAnsi="Times New Roman" w:eastAsia="Times New Roman" w:cs="Times New Roman"/>
        </w:rPr>
        <w:t>Dina 9/11 Anjeunna maréntahkeun malaikat-malaikat-Na pikeun ngaleupaskeun kalde éta, tuluy George Bush nu leutik nahan kalde éta. Kores ngalambangkeun malaikat anu kahiji, sabab manéhna ngumumkeun parentah anu kahiji. Ku sabab kitu, manéhna ngawakilan boh 11 Agustus 1840 boh 9/11, sarta dina 9/11 Islam, sakumaha dilambangkeun ku “ngamukna bangsa-bangsa,” dileupaskeun tuluy ditahan. Dina waktu éta hujan ahir mimiti turun. Kores ngawakilan duanana waymark Islam dina 11 Agustus 1840 jeung 9/11.</w:t>
      </w:r>
    </w:p>
    <w:p>
      <w:pPr>
        <w:pStyle w:val="ArticleScripture"/>
        <w:jc w:val="left"/>
      </w:pPr>
      <w:r>
        <w:rPr>
          <w:rFonts w:ascii="Times New Roman" w:hAnsi="Times New Roman" w:eastAsia="Times New Roman" w:cs="Times New Roman"/>
        </w:rPr>
        <w:t>“Salila tilu minggu Jibril bergumul jeung kakawasaan-kakawasaan poek, ngupayakeun pikeun ngalawan pangaruh-pangaruh anu keur digawé dina pikiran Kores; sarta saméméh éta pasanggiri réngsé, Kristus sorangan sumping nulungan Jibril. ‘Pangéran karajaan Pérsia nahan kaula dua puluh hiji poé lilana,’ saur Jibril; ‘tapi, tingali, Mikail, salah sahiji pamingpin pangagungna, sumping nulungan kaula; sarta kaula cicing di dinya jeung raja-raja Pérsia.’ Daniel 10:13. Sagala anu sawarga tiasa lakukeun demi umat Allah geus dilakukeun. Kameunangan ahirna kahontal; kakuatan-kakuatan musuh dikekang salila sakabéh mangsa pamaréntahan Kores, jeung salila sakabéh mangsa pamaréntahan putrana Kambises, anu maréntah kira-kira tujuh satengah taun.” Prophets and Kings, 571.</w:t>
      </w:r>
    </w:p>
    <w:p>
      <w:pPr>
        <w:pStyle w:val="ArticleBody"/>
        <w:jc w:val="left"/>
      </w:pPr>
      <w:r>
        <w:rPr>
          <w:rFonts w:ascii="Times New Roman" w:hAnsi="Times New Roman" w:eastAsia="Times New Roman" w:cs="Times New Roman"/>
        </w:rPr>
        <w:t>Kores, 11 Agustus 1840 nalika kakawasaan utama Ottoman lekasan, sakumaha ditepikeun ku para pelopor, Islam tina musibat kadua ditahan. Panahanan éta nandaan puncakna nubuat waktu salila tilu ratus salapan puluh hiji taun jeung lima belas poé, anu dimimitian nalika opat malaikat, anu ngalambangkeun opat sultan Islam, dileupaskeun ku malaikat kagenep, anu ngalambangkeun musibat kadua tina tilu musibat Islam. Dina 9/11 Islam nyerang tuluy ditahan, sakumaha dilambangkeun ku panahanan dina sajarah Kores jeung taun 1840. Katilu saksi éta saréréa nandaan panahanan atawa peleupasan Islam, sarta dina awal asupna Kristus anu pinuh ku kajayaan, kalde éta dileupaskeun.</w:t>
      </w:r>
    </w:p>
    <w:p>
      <w:pPr>
        <w:pStyle w:val="ArticleBody"/>
        <w:jc w:val="left"/>
      </w:pPr>
      <w:r>
        <w:rPr>
          <w:rFonts w:ascii="Times New Roman" w:hAnsi="Times New Roman" w:eastAsia="Times New Roman" w:cs="Times New Roman"/>
        </w:rPr>
        <w:t>Leupasna kalde dina saméméh asupna Mantenna sacara triumfal nandakeun amanat tarompet anu datang lima poé saméméh pangangkatan. Amanat yén Islam dileupaskeun deui, sakumaha kajadian dina 9/11, sarta sakumaha engké bakal dileupaskeun deui lima belas poé ti harita dina hukum Minggu, anu nyaéta Pentecost, nyaéta amanat anu nandaan mimiti Sora Tengah Peuting. Kalde anu dileupaskeun nandaan mimiti, atawa alfa, tina pangwawaran amanat Sora Tengah Peuting, sarta dina hukum Minggu, nalika Sora Tengah Peuting robah jadi sora tarik, Islam nyerang deui sato galak bumi.</w:t>
      </w:r>
    </w:p>
    <w:p>
      <w:pPr>
        <w:pStyle w:val="ArticleBody"/>
        <w:jc w:val="left"/>
      </w:pPr>
      <w:r>
        <w:rPr>
          <w:rFonts w:ascii="Times New Roman" w:hAnsi="Times New Roman" w:eastAsia="Times New Roman" w:cs="Times New Roman"/>
        </w:rPr>
        <w:t>Mangsa Panyaur Wengi dimimitian ku serangan alfa ti Islam, sarta ditungtungan ku serangan omega ti Islam. Serangan-serangan Islam ka Amérika Sarikat dilambangkeun dina kasaksian Bileam jeung kalédéna, anu tangtu dipedar dina Bilangan pasal dua puluh dua. Nasib garéja Advent Poé Katujuh Laodikia minangka tanduk Protestan tina sato galak bumi dilambangkeun dina Yesaya 22:22 (internal), sedengkeun nasib tanduk Republik dipedar dina Bilangan 22:22 (external) jeung saterusna.</w:t>
      </w:r>
    </w:p>
    <w:p>
      <w:pPr>
        <w:pStyle w:val="ArticleScripture"/>
        <w:jc w:val="left"/>
      </w:pPr>
      <w:r>
        <w:rPr>
          <w:rFonts w:ascii="Times New Roman" w:hAnsi="Times New Roman" w:eastAsia="Times New Roman" w:cs="Times New Roman"/>
        </w:rPr>
        <w:t>Jeung murka Allah hurung, sabab anjeunna indit; sarta malaikat PANGERAN nangtung di jalan pikeun jadi lawan ka anjeunna. Ari anjeunna keur nunggang kalde-Na, jeung dua bujangna aya babarengan jeung anjeunna.</w:t>
      </w:r>
    </w:p>
    <w:p>
      <w:pPr>
        <w:pStyle w:val="ArticleScripture"/>
        <w:jc w:val="left"/>
      </w:pPr>
      <w:r>
        <w:rPr>
          <w:rFonts w:ascii="Times New Roman" w:hAnsi="Times New Roman" w:eastAsia="Times New Roman" w:cs="Times New Roman"/>
        </w:rPr>
        <w:t>Jeung kalde téh ningali malaikat PANGERAN nangtung di jalan, bari pedang-Na geus dicabut dina panangan-Na; tuluy kalde téh nyimpang ti jalan sarta asup ka tegalan; sarta Bileam neunggeul kalde éta, supaya dibalikkeun deui kana jalan. Bilangan 22:22, 23.</w:t>
      </w:r>
    </w:p>
    <w:p>
      <w:pPr>
        <w:pStyle w:val="ArticleBody"/>
        <w:jc w:val="left"/>
      </w:pPr>
      <w:r>
        <w:rPr>
          <w:rFonts w:ascii="Times New Roman" w:hAnsi="Times New Roman" w:eastAsia="Times New Roman" w:cs="Times New Roman"/>
        </w:rPr>
        <w:t>Dina 9/11, Balhum nabi palsu, anu ngawakilan Amérika Sarikat jeung George Bush nu ngora, keur neangan pikeun ngaréngsékeun pagawean anu geus dimimitian ku bapana, George Bush nu kahiji, dina usaha kaum globalis pikeun ngagulingkeun Amérika Sarikat sarta ngalaksanakeun naon anu ku anjeunna disebut “tatanan dunya anyar.” Panyurung biblika kaum globalis nyaéta pikeun maéhan umat sésa Allah, sarta George Bush nu ngora ngawakilan ahir warisan nubuat bapana dina ngawanohkeun “tatanan dunya anyar,” sakumaha anu ku anjeunna disebut kitu. “Tatanan dunya anyar” Bush ngahontal kana persatuan tilu rupa antara naga, sato galak, jeung nabi palsu dina hukum Minggu, sarta George Bush nu ngora nandaan mimiti mangsa anu puncakna ngahontal hukum Minggu, nyaéta waktu panyegelan, waktu pangajian gambar sato galak, mangsa anu diwakilan ku sora kahiji tina Wahyu dalapan welas, sarta leuwih loba deui. Kalde Balhum nyingsieunan agenda globalis nepi ka saratus opat puluh opat rébu diségel dina tarangna.</w:t>
      </w:r>
    </w:p>
    <w:p>
      <w:pPr>
        <w:pStyle w:val="ArticleScripture"/>
        <w:jc w:val="left"/>
      </w:pPr>
      <w:r>
        <w:rPr>
          <w:rFonts w:ascii="Times New Roman" w:hAnsi="Times New Roman" w:eastAsia="Times New Roman" w:cs="Times New Roman"/>
        </w:rPr>
        <w:t>Hiji Lagu atawa Jabur Asap. Ya Allah, ulah cicing; ulah nahan katengtreman-Mu, jeung ulah cicingeun, ya Allah. Sabab, tingali, musuh-musuh-Mu nyieun kaributan; jeung maranéhna anu ngahina ka Anjeun geus ngangkat sirah. Maranéhna geus nyieun pasualan licik ngalawan umat-Mu, jeung geus silih runding ngalawan jalma-jalma panangtayungan-Mu. Maranéhna geus ngadawuh, Hayu, urang tumpes maranéhna nepi ka henteu deui jadi hiji bangsa; supaya ngaran Israil henteu deui kainget. Sabab maranéhna geus silih runding babarengan kalayan sapamadegan; maranéhna geus nyieun pakumpulan ngalawan ka Anjeun. Jabur 83:1–5.</w:t>
      </w:r>
    </w:p>
    <w:p>
      <w:pPr>
        <w:pStyle w:val="ArticleBody"/>
        <w:jc w:val="left"/>
      </w:pPr>
      <w:r>
        <w:rPr>
          <w:rFonts w:ascii="Times New Roman" w:hAnsi="Times New Roman" w:eastAsia="Times New Roman" w:cs="Times New Roman"/>
        </w:rPr>
        <w:t>Ayat kagenep sareng satuluyna netelakeun yén “musuh-musuh” téh nyaéta “sapuluh” bangsa, anu dilambangkeun minangka sapuluh raja dina Wahyu tujuh welas. Di dinya sapuluh raja éta sajiwa, nanging Asap nyarios, “maranéhna geus silih paséa jeung sapamadegan: maranéhna nyieun pakumpulan ngalawan ka Anjeun.” Sapuluh raja éta nyaéta pakumpulan jahat globalis dina poé-poé panungtungan, anu geus nangtukeun pikeun “mupus” “Israél” “jalma-jalma disumputkeun-Mantenna” ti “jadi hiji bangsa.” Pagawéan pakumpulan sapuluh raja anu “ngangkat” kakawasaan kapausan jadi “sirah” tina persatuan tilu rangkep nyaéta pikeun ngaleungitkeun “Israél” rohani, anu disumputkeun di “tempat rusiah Nu Maha Agung.”</w:t>
      </w:r>
    </w:p>
    <w:p>
      <w:pPr>
        <w:pStyle w:val="ArticleBody"/>
        <w:jc w:val="left"/>
      </w:pPr>
      <w:r>
        <w:rPr>
          <w:rFonts w:ascii="Times New Roman" w:hAnsi="Times New Roman" w:eastAsia="Times New Roman" w:cs="Times New Roman"/>
        </w:rPr>
        <w:t>Dina 9/11, keledéy Islam nyasabkeun agenda naga tina jalurna, sabab malaikat anu kuat dina Wahyu 18 turun bari nyekel pedang dina panangan-Na. Tés internal waktu harita nyaéta mulang deui kana jalan-jalan heubeul. Dina éta waktu, pangulangan sajarah-sajarah Millerite boh malaikat kahiji boh malaikat kadua mimiti ngulang deui sakumaha ditepikeun dina sajarah tilu ayat kahiji Wahyu dalapan welas. Tilu ayat kahiji éta, nyaéta ayat-ayat anu ceuk Sister White bakal kaeusi nalika gedong-gedong badag Kota New York diruntuhkeun.</w:t>
      </w:r>
    </w:p>
    <w:p>
      <w:pPr>
        <w:pStyle w:val="ArticleBody"/>
        <w:jc w:val="left"/>
      </w:pPr>
      <w:r>
        <w:rPr>
          <w:rFonts w:ascii="Times New Roman" w:hAnsi="Times New Roman" w:eastAsia="Times New Roman" w:cs="Times New Roman"/>
        </w:rPr>
        <w:t>Dina 9/11 Wahyu 18:1–3 kacumponan, sarta paralél malaikat kahiji anu turun pikeun nyaangan bumi ku kamulyaanana dina 11 Agustus 1840 harita dihijikeun ku malaikat kadua anu ngumumkeun runtagna Babul. Balaam mangrupakeun lambang malaikat kahiji, sarta Balaam dibarengan ku dua palayanna, anu ngawakilan malaikat kadua.</w:t>
      </w:r>
    </w:p>
    <w:p>
      <w:pPr>
        <w:pStyle w:val="ArticleBody"/>
        <w:jc w:val="left"/>
      </w:pPr>
      <w:r>
        <w:rPr>
          <w:rFonts w:ascii="Times New Roman" w:hAnsi="Times New Roman" w:eastAsia="Times New Roman" w:cs="Times New Roman"/>
        </w:rPr>
        <w:t>Dina ilustrasi Balaam ngeunaan tanduk Républikan tina nabi palsu, Balaam bakal ngalaman dua deui patepungan jeung kalde Islam. Dina patepungan katilu, kalde éta bakal “nyarita,” sarta nyaritana nubuat nandaan hukum Minggu. Dina 7 Oktober 2023 kalde éta neunggeul deui, tapi lain tanah mulya modéren rohani. Eta neunggeul tanah mulya kuna anu harfiah, sarta Balaam jeung kaldéna ayeuna geus aya dina patepungan kadua maranéhna.</w:t>
      </w:r>
    </w:p>
    <w:p>
      <w:pPr>
        <w:pStyle w:val="ArticleScripture"/>
        <w:jc w:val="left"/>
      </w:pPr>
      <w:r>
        <w:rPr>
          <w:rFonts w:ascii="Times New Roman" w:hAnsi="Times New Roman" w:eastAsia="Times New Roman" w:cs="Times New Roman"/>
        </w:rPr>
        <w:t>Tapi malaikat PANGERAN ngadeg dina hiji jalan sempit di antara kebon anggur, aya témbok di sisi ieu jeung témbok di sisi éta. Jeung nalika kalde éta ningali malaikat PANGERAN, manéhna nyurung dirina ka témbok, nepi ka ngagencet suku Balaam kana témbok; tuluy manéhna neunggeul deui kalde éta. Bilangan 22:24, 25.</w:t>
      </w:r>
    </w:p>
    <w:p>
      <w:pPr>
        <w:pStyle w:val="ArticleBody"/>
        <w:jc w:val="left"/>
      </w:pPr>
      <w:r>
        <w:rPr>
          <w:rFonts w:ascii="Times New Roman" w:hAnsi="Times New Roman" w:eastAsia="Times New Roman" w:cs="Times New Roman"/>
        </w:rPr>
        <w:t>Kebon anggur Israil baheula ngalambangkeun kebon anggur Adventisme Poé Katujuh Laodikea. Maranéhna duanana téh umat pajangjian anu dipasrahkeun tanggung jawab pikeun jadi panyimpen Hukum Allah, anu dilambangkeun minangka “témbok,” sarta mangrupa salah sahiji unsur anu nyusun kebon anggur.</w:t>
      </w:r>
    </w:p>
    <w:p>
      <w:pPr>
        <w:pStyle w:val="ArticleScripture"/>
        <w:jc w:val="left"/>
      </w:pPr>
      <w:r>
        <w:rPr>
          <w:rFonts w:ascii="Times New Roman" w:hAnsi="Times New Roman" w:eastAsia="Times New Roman" w:cs="Times New Roman"/>
        </w:rPr>
        <w:t>Naon deui anu sakuduna bisa dipigawé ka kebon anggur Kami, anu can ku Kami dipigawé di jerona? Ku naon, nalika Kami ngarepkeun supaya éta ngahasilkeun buah anggur, malah ngahasilkeun buah anggur liar? Jeung ayeuna, hayu; ku Kami baris dibéjakeun ka maranéh naon anu ku Kami rek dipigawé ka kebon anggur Kami: pagerna ku Kami baris dicabut, nepi ka éta bakal didahar béak; tembokna ku Kami baris dirubuhkeun, nepi ka éta bakal diinjak-injak. Yesaya 5:4, 5.</w:t>
      </w:r>
    </w:p>
    <w:p>
      <w:pPr>
        <w:pStyle w:val="ArticleBody"/>
        <w:jc w:val="left"/>
      </w:pPr>
      <w:r>
        <w:rPr>
          <w:rFonts w:ascii="Times New Roman" w:hAnsi="Times New Roman" w:eastAsia="Times New Roman" w:cs="Times New Roman"/>
        </w:rPr>
        <w:t>Israél baheula anu harfiah jeung Israél rohani modéren duanana barontak sarta nampik tanggung jawab suci maranéhna. Ti 9/11 nepi ka hukum Minggu, hiji perkara nubuat dilambangkeun ku hiji “témbok.” Perkara nubuat éta nyaéta karuksakan “témbok” pamisah antara garéja jeung nagara di jero Konstitusi Amérika Sarikat. Dina 9/11 Bush ngalaksanakeun Patriot Act, anu mangrupa léngkah gedé dina ngabatalkeun Konstitusi, sabab di dinya filsafat anu nungtun Konstitusi dibalikeun, nalika prinsip-prinsip hukum Romawi, anu ngaku yén hiji jalma salah nepi ka kabuktian teu salah, ditarima, ngaleuwihan prinsip hukum Inggris anu ngajaga yén hiji jalma teu salah nepi ka kabuktian salah.</w:t>
      </w:r>
    </w:p>
    <w:p>
      <w:pPr>
        <w:pStyle w:val="ArticleBody"/>
        <w:jc w:val="left"/>
      </w:pPr>
      <w:r>
        <w:rPr>
          <w:rFonts w:ascii="Times New Roman" w:hAnsi="Times New Roman" w:eastAsia="Times New Roman" w:cs="Times New Roman"/>
        </w:rPr>
        <w:t>Mangsa ti 9/11 nepi ka hukum Minggu ngandung rujukan nubuat ngeunaan “témbok.” Islam anu nabrak témbok, saperti kalde Balaam, nandakeun yén perkara Islam lah anu bakal nyayagikeun logika anu sesat pikeun ngagulingkeun prinsip-prinsip anu aya dina Konstitusi. Dina harti nubuat ieu, Islam, hiji nabi palsu dina Kitab Suci, nya éta anu nipu Amérika Sarikat salila mangsa pangujian gambar sato galak, sakumaha nabi palsu Amérika Sarikat ogé nipu sakuliah dunya salila mangsa pangujian gambar sato galak di tingkat dunya.</w:t>
      </w:r>
    </w:p>
    <w:p>
      <w:pPr>
        <w:pStyle w:val="ArticleBody"/>
        <w:jc w:val="left"/>
      </w:pPr>
      <w:r>
        <w:rPr>
          <w:rFonts w:ascii="Times New Roman" w:hAnsi="Times New Roman" w:eastAsia="Times New Roman" w:cs="Times New Roman"/>
        </w:rPr>
        <w:t>Dina 7 Oktober 2023, kalde Islam nyerang tanah kamulyaan kuna anu sajati; sarta nalika kalde éta dileupaskeun saméméh pangwawaran Sorak Peuting, Islam baris deui nyerang Amérika Sarikat, tanah kamulyaan modéren anu sipatna rohani, sakumaha anu geus dilakukeunana dina 9/11. Dina kadua kalina Baléam neunggeul kalde éta, éta téh malaikat kadua, sarta malaikat kadua salawasna ngahasilkeun panggandaan, sakumaha dilambangkeun ku “jalan kebon anggur” nu miboga dua témbok.</w:t>
      </w:r>
    </w:p>
    <w:p>
      <w:pPr>
        <w:pStyle w:val="ArticleScripture"/>
        <w:jc w:val="left"/>
      </w:pPr>
      <w:r>
        <w:rPr>
          <w:rFonts w:ascii="Times New Roman" w:hAnsi="Times New Roman" w:eastAsia="Times New Roman" w:cs="Times New Roman"/>
        </w:rPr>
        <w:t>Tuluy malaikat PANGERAN maju deui, tuluy nangtung di hiji tempat anu heureut, anu taya jalan pikeun nyimpang ka katuhu atawa ka kenca. Jeung nalika kalde éta ningali malaikat PANGERAN, manéhna tuluy ragrag ka handapeun Bileam; sarta amarah Bileam hurung, tuluy manéhna mecut kalde éta ku iteuk. Jeung PANGERAN muka sungut kalde éta, tuluy kalde éta nyarita ka Bileam, “Naon anu geus ku kuring dipigawé ka anjeun, nepi ka anjeun mecut kuring ieu tilu kali?” Bilangan 22:26–28.</w:t>
      </w:r>
    </w:p>
    <w:p>
      <w:pPr>
        <w:pStyle w:val="ArticleBody"/>
        <w:jc w:val="left"/>
      </w:pPr>
      <w:r>
        <w:rPr>
          <w:rFonts w:ascii="Times New Roman" w:hAnsi="Times New Roman" w:eastAsia="Times New Roman" w:cs="Times New Roman"/>
        </w:rPr>
        <w:t>Nalika urang nitenan ayat dua puluh dua jeung dua puluh tilu kalayan leuwih taliti, urang manggihan yén sabenerna dina ayat dua puluh tilulah kalde éta dipaéhan pikeun kahiji kalina.</w:t>
      </w:r>
    </w:p>
    <w:p>
      <w:pPr>
        <w:pStyle w:val="ArticleScripture"/>
        <w:jc w:val="left"/>
      </w:pPr>
      <w:r>
        <w:rPr>
          <w:rFonts w:ascii="Times New Roman" w:hAnsi="Times New Roman" w:eastAsia="Times New Roman" w:cs="Times New Roman"/>
        </w:rPr>
        <w:t>Jeung bendu Allah hurung, sabab manéhna indit; tuluy malaikat PANGERAN nangtung di jalan pikeun jadi lawan ka manéhna. Ari manéhna keur nunggang kalde-na, jeung dua abdi-Na aya babarengan jeung manéhna.</w:t>
      </w:r>
    </w:p>
    <w:p>
      <w:pPr>
        <w:pStyle w:val="ArticleScripture"/>
        <w:jc w:val="left"/>
      </w:pPr>
      <w:r>
        <w:rPr>
          <w:rFonts w:ascii="Times New Roman" w:hAnsi="Times New Roman" w:eastAsia="Times New Roman" w:cs="Times New Roman"/>
        </w:rPr>
        <w:t>Jeung kalde éta ningali Malaikat PANGERAN nangtung di jalan, bari pedang-Na geus dicabut dina panangan-Na; tuluy kalde éta nyimpang ti jalan sarta asup ka tegalan; jeung Baléam neunggeul kalde éta, supaya dibalikeun deui kana jalan. Bilangan 22:22, 23.</w:t>
      </w:r>
    </w:p>
    <w:p>
      <w:pPr>
        <w:pStyle w:val="ArticleBody"/>
        <w:jc w:val="left"/>
      </w:pPr>
      <w:r>
        <w:rPr>
          <w:rFonts w:ascii="Times New Roman" w:hAnsi="Times New Roman" w:eastAsia="Times New Roman" w:cs="Times New Roman"/>
        </w:rPr>
        <w:t>Amarah Allah ka Balaam ku lantaran narima paménta pikeun jadi nabi palsu téh sajajar jeung Kristus mungkas paguneman-Na jeung urang Yahudi nu sok ngabada dina ayat panungtungan Mateus 22. Ayat dua puluh tilu tina Bilangan dua puluh dua saluyu jeung Mateus pasal dua puluh tilu, jeung ayat dua puluh opat jeung dua puluh lima tina Bilangan saluyu jeung Mateus pasal dua puluh opat jeung dua puluh lima. Ayat dua puluh genep, dua puluh tujuh, jeung dua puluh dalapan saluyu jeung Mateus pasal 26, 27, 28.</w:t>
      </w:r>
    </w:p>
    <w:p>
      <w:pPr>
        <w:pStyle w:val="ArticleBody"/>
        <w:jc w:val="left"/>
      </w:pPr>
      <w:r>
        <w:rPr>
          <w:rFonts w:ascii="Times New Roman" w:hAnsi="Times New Roman" w:eastAsia="Times New Roman" w:cs="Times New Roman"/>
        </w:rPr>
        <w:t>Mateus 23 nyaéta malaikat kahiji, 24 jeung 25 nyaéta malaikat kadua, sarta 26, 27, jeung 28 nyaéta malaikat katilu. Dina Bilangan 22, ayat 23 nyaéta malaikat kahiji, ayat 24 jeung 25 nyaéta malaikat kadua, sarta ayat 26, 27, jeung 28 nyaéta malaikat katilu. Mateus nuju nyarita ka umat perjangjian, boh nu heubeul boh nu anyar: Bilangan nuju ngaidentipikasi kalungguhan Islam salaku pakakas Allah pikeun ngadisiplin ibadah Minggu anu dimimitian di Amérika Serikat lajeng saterusna ka sakuliah dunya. Sanggeus pukulan nu katilu, nalika kalde éta nyarita, Balam dipaparin katerangan ngeunaan naon anu kakara kajadian.</w:t>
      </w:r>
    </w:p>
    <w:p>
      <w:pPr>
        <w:pStyle w:val="ArticleScripture"/>
        <w:jc w:val="left"/>
      </w:pPr>
      <w:r>
        <w:rPr>
          <w:rFonts w:ascii="Times New Roman" w:hAnsi="Times New Roman" w:eastAsia="Times New Roman" w:cs="Times New Roman"/>
        </w:rPr>
        <w:t>Tuluy PANGERAN ngabuka panon Balaam, nepi ka manéhna ningali malaikat PANGERAN nangtung di jalan, bari pedangna geus kakeunaan dina leungeunna; tuluy manéhna nungkulkeun sirahna sarta sujud nepi ka beungeutna napak kana taneuh. Jeung malaikat PANGERAN nimbalan ka manéhna, “Ku naon maneh ngagebug kalde maneh ieu nepi ka tilu kali? Tingali, Kami geus kaluar pikeun ngahalangan maneh, sabab jalan maneh téh jahat di payuneun Kami. Kalde éta geus ningali ka Kami, tuluy nyimpang ti hareupeun Kami ieu nepi ka tilu kali; upama manéhna henteu nyimpang ti hareupeun Kami, tangtu ayeuna kénéh maneh geus ku Kami dipaéhan, ari manéhna mah ku Kami dipiara tetep hirup.” Jeung Balaam ngawaler ka malaikat PANGERAN, “Kami geus dosa; sabab kami henteu nyaho yén Gusti nangtung di jalan ngalawan kami; ku sabab éta ayeuna, upama ieu henteu merenah ka Gusti, kami baris mulang deui.” Bilangan 22:31–34.</w:t>
      </w:r>
    </w:p>
    <w:p>
      <w:pPr>
        <w:pStyle w:val="ArticleBody"/>
        <w:jc w:val="left"/>
      </w:pPr>
      <w:r>
        <w:rPr>
          <w:rFonts w:ascii="Times New Roman" w:hAnsi="Times New Roman" w:eastAsia="Times New Roman" w:cs="Times New Roman"/>
        </w:rPr>
        <w:t>Balaam ngalambangkeun nabi palsu, nyaéta Amérika Sarikat anu nyarita saperti naga dina hukum Minggu. Dina hukum Minggu, nalika manéhna dipaparin pencerahan, manéhna ngalambangkeun jalma-jalma anu masih aya di Babul, anu satuluyna dihudangkeun kana perkara hukum Minggu sarta dipanggil kaluar ti Babul.</w:t>
      </w:r>
    </w:p>
    <w:p>
      <w:pPr>
        <w:pStyle w:val="ArticleBody"/>
        <w:jc w:val="left"/>
      </w:pPr>
      <w:r>
        <w:rPr>
          <w:rFonts w:ascii="Times New Roman" w:hAnsi="Times New Roman" w:eastAsia="Times New Roman" w:cs="Times New Roman"/>
        </w:rPr>
        <w:t>Lima poé pangajaran ngeunaan amanat roti teu diragi ti Miller, tuluy tilu puluh poé Kristus ngajar para imam-Na, anu dilambangkeun ku angka tilu puluh, anu ngabalukarkeun kana amanat pangéling tarompét ngeunaan dileupaskeunana kalde, anu miheulaan ku lima poé kana diangkatna panji, anu miheulaan ku lima poé kana panto katutup dina misil sapuluh parawan, anu miheulaan ku lima poé kana hukum Minggu Pentakosta, anu ngawanohkeun mangsa tujuh poé Pondok Daun, anu mangrupakeun curahan pinuh hujan ahir salila krisis hukum Minggu, sabab ujian dina mangsa éta téh ngeunaan poé katujuh.</w:t>
      </w:r>
    </w:p>
    <w:p>
      <w:pPr>
        <w:pStyle w:val="ArticleBody"/>
        <w:jc w:val="left"/>
      </w:pPr>
      <w:r>
        <w:rPr>
          <w:rFonts w:ascii="Times New Roman" w:hAnsi="Times New Roman" w:eastAsia="Times New Roman" w:cs="Times New Roman"/>
        </w:rPr>
        <w:t>Angka lima mangrupikeun lambang para parawan, boh anu wijaksana boh anu bodo. Angka tilu puluh mangrupikeun lambang para imam, anu ku éta dicirian ku ngaran Imamat. Angka tujuh mangrupikeun Sabat. Imamat dua puluh tilu ngagambarkeun sajarah para imam, urang Lewi dina Maleakhi tilu, para parawan anu wijaksana, jeung saratus opat puluh opat rébu salila mangsa panggujian dina waktu Sabat.</w:t>
      </w:r>
    </w:p>
    <w:p>
      <w:pPr>
        <w:pStyle w:val="ArticleBody"/>
        <w:jc w:val="left"/>
      </w:pPr>
      <w:r>
        <w:rPr>
          <w:rFonts w:ascii="Times New Roman" w:hAnsi="Times New Roman" w:eastAsia="Times New Roman" w:cs="Times New Roman"/>
        </w:rPr>
        <w:t>Urang baris neraskeun hal-hal ieu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Masehi Advent Poé Katujuh Laodikia — Nomer Opat Puluh Dua</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