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Lima Welas</w:t>
      </w:r>
    </w:p>
    <w:p>
      <w:pPr>
        <w:pStyle w:val="ArticleSubtitle"/>
        <w:jc w:val="left"/>
      </w:pPr>
      <w:r>
        <w:rPr>
          <w:rFonts w:ascii="Arial" w:hAnsi="Arial" w:eastAsia="Arial" w:cs="Arial"/>
        </w:rPr>
        <w:t>“250” Tilu Kali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Dina taun 2026, Trump baris ngarayakeun “250” taun Amérika, ku kituna saluyu jeung “250” taun ti 457 SM nepi ka Antiochus Magnus dina sajarah antara perang Raphia jeung perang Panium. Dina ahir “250” taun, Antiochus Magnus nangtung dina 207 SM, sapuluh taun sanggeus Raphia jeung tujuh taun saméméh Panium. Kasaksian “250” taun ogé saluyu jeung mangsa “250” taun Roma kapir, sabab dina taun 64 Nero ngamimitian panganiayaan ka urang Kristen, sarta “250” taun ti harita, dina Edik Milan taun 313, Constantinus Agung ngasahkeun Kristen jadi sah, jeung panganiayaan-panganiayaan éta réngsé.</w:t>
      </w:r>
    </w:p>
    <w:p>
      <w:pPr>
        <w:pStyle w:val="ArticleBody"/>
        <w:jc w:val="left"/>
      </w:pPr>
      <w:r>
        <w:rPr>
          <w:rFonts w:ascii="Times New Roman" w:hAnsi="Times New Roman" w:eastAsia="Times New Roman" w:cs="Times New Roman"/>
        </w:rPr>
        <w:t>Donald Trump dipikawanoh ku usaha-usahana pikeun ngajadikeun Amérika agung deui; éta téh labél para pangikutna—MAGA. Trump geus dilambangkeun dina nubuat ku Constantine the Great, Antiochus the Great, sarta tangtu dina sababaraha ayat mimiti Daniel pasal sabelas, anjeunna nyaéta Cyrus the Great, Xerxes the Great, lajeng saterusna Alexander the Great. Ti parentah Cyrus, Darius, jeung Artaxerxes dina taun 457 SM nepi ka sajarah Panium aya dua ratus lima puluh taun. Tungtung tina “250” taun téh aya dina hiji titik tengah antara Raphia jeung Panium, kitu deui 2026. Taun 2026 nyaéta titik tengah tina mangsa jabatan kadua Trump. “250” taun panganiayaan ku Nero ngarah kana hiji parentah anu ngeureunkeun panganiayaan ka urang Kristen. Garis Nero téh nyaéta garis tengah tina tilu garis “250” taun anu diwakilan ku Cyrus, Nero, jeung Trump.</w:t>
      </w:r>
    </w:p>
    <w:p>
      <w:pPr>
        <w:pStyle w:val="ArticleBody"/>
        <w:jc w:val="left"/>
      </w:pPr>
      <w:r>
        <w:rPr>
          <w:rFonts w:ascii="Times New Roman" w:hAnsi="Times New Roman" w:eastAsia="Times New Roman" w:cs="Times New Roman"/>
        </w:rPr>
        <w:t>Kores netepkeun parentah anu kahiji, sarta Artahsasta netepkeun parentah anu katilu. Kores téh malaikat anu kahiji, jeung Artahsasta anu katilu. Kami ngahaja ngagunakeun Kores minangka lambang tina sakabéh tilu parentah anu babarengan nandakeun taun 457 SM.</w:t>
      </w:r>
    </w:p>
    <w:p>
      <w:pPr>
        <w:pStyle w:val="ArticleBody"/>
        <w:jc w:val="left"/>
      </w:pPr>
      <w:r>
        <w:rPr>
          <w:rFonts w:ascii="Times New Roman" w:hAnsi="Times New Roman" w:eastAsia="Times New Roman" w:cs="Times New Roman"/>
        </w:rPr>
        <w:t>Cyrus ngamimitian hiji garis “250” taun dina 457 SM anu réngsé dina sajarah Panium, nyaéta sajarah Antiochus the Great, anu nyaéta Donald Trump. Panium téh ayat saméméh hukum Minggu. Cyrus nandaan awal garis sajarah “250” taun anu ngagambarkeun tanduk Républikan ti sato galak bumi, sarta Cyrus ogé nandaan awal garis sajarah 2.300 taun anu ngagambarkeun tanduk Protestan ti sato galak bumi.</w:t>
      </w:r>
    </w:p>
    <w:p>
      <w:pPr>
        <w:pStyle w:val="ArticleBody"/>
        <w:jc w:val="left"/>
      </w:pPr>
      <w:r>
        <w:rPr>
          <w:rFonts w:ascii="Times New Roman" w:hAnsi="Times New Roman" w:eastAsia="Times New Roman" w:cs="Times New Roman"/>
        </w:rPr>
        <w:t>Nero ngamimitian hiji runtuyan sajarah anu ngagambarkeun panganiayaan nepi ka kompromi. Béda jeung Cyrus jeung Amérika Sarikat anu ngagambarkeun hiji runtuyan anu réngsé dina titik tengah hiji période nubuat, runtuyan Nero réngsé ku hiji gambaran ngeunaan hiji période kompromi anu maju saeutik-saeutik, dimimitian ku Édik Milan dina taun 313, tuluy hukum Minggu anu kahiji dina taun 321, anu satuluyna dituturkeun dina taun 330 ku pamisahan Roma jadi wétan jeung kulon. Constantine digambarkeun dina sakabéh tilu tanggal éta. Dina runtuyan Nero, ti taun 313 nepi ka taun 330 aya tujuh belas taun. Dina runtuyan Cyrus, ti perang Raphia dina taun 217 SM nepi ka perang Panium dina taun 200 SM ogé aya tujuh belas taun.</w:t>
      </w:r>
    </w:p>
    <w:p>
      <w:pPr>
        <w:pStyle w:val="ArticleBody"/>
        <w:jc w:val="left"/>
      </w:pPr>
      <w:r>
        <w:rPr>
          <w:rFonts w:ascii="Times New Roman" w:hAnsi="Times New Roman" w:eastAsia="Times New Roman" w:cs="Times New Roman"/>
        </w:rPr>
        <w:t>Dina pasal sabelas tina Daniel, Artahsasta mangrupa dekrit katilu. Dekrit katilu ngalambangkeun malaikat katilu jeung hukum Minggu. “250” taun ti 457 SM jeung “250” taun ti 1776, duanana réngsé di tengah sajarah anu lumangsung pas saméméh hukum Minggu dina ayat genep belas. Pasal sabelas ngedalkeun ayat-ayat anu ahirna ngawakilan sajarah taun 1989 dina ayat sapuluh, jeung sajarah Perang Ukraina anu dimimitian dina 2014, sakumaha diwakilan dina ayat sabelas, tuluy Trump mulang pikeun mangsa kalungguhan kadua dina 2024, sakumaha diwakilan dina ayat tilu welas, tuluy ayat opat welas nandakeun 2025, kalayan paus kahiji ti tanah kamulyaan ngadegkeun visi lahiriah.</w:t>
      </w:r>
    </w:p>
    <w:p>
      <w:pPr>
        <w:pStyle w:val="ArticleBody"/>
        <w:jc w:val="left"/>
      </w:pPr>
      <w:r>
        <w:rPr>
          <w:rFonts w:ascii="Times New Roman" w:hAnsi="Times New Roman" w:eastAsia="Times New Roman" w:cs="Times New Roman"/>
        </w:rPr>
        <w:t>Daniel 11:40 kajadian minuhanana dina taun 1989 nalika Uni Soviét diruntuhkeun ngaliwatan hiji pakumpulan rusiah antara Yohanes Paulus II jeung Ronald Reagan. Pakumpulan rusiah éta dina waktu ahir, dina taun 1989, ngalambangkeun hiji pakumpulan kabuka dina ahir période nubuat anu dimimitian dina taun 1989. Pakumpulan kabuka éta anu netepkeun éta tetenjoan.</w:t>
      </w:r>
    </w:p>
    <w:p>
      <w:pPr>
        <w:pStyle w:val="ArticleBody"/>
        <w:jc w:val="left"/>
      </w:pPr>
      <w:r>
        <w:rPr>
          <w:rFonts w:ascii="Times New Roman" w:hAnsi="Times New Roman" w:eastAsia="Times New Roman" w:cs="Times New Roman"/>
        </w:rPr>
        <w:t>2026 nyaéta ahir “250” taun sajarah nubuat, hiji mangsa anu dimimitian ku dua puluh dua taun ti 1776 nepi ka waktu ahir dina 1798. Dua puluh dua taun dina sajarah awal éta kacermin dina sajarah dua puluh dua taun ti 9/11 nepi ka 2023. Dina ahir dua puluh dua taun dina 1798, kitab Daniel dibuka segelna; saterusna dina ahir dua puluh dua taun anu dimimitian dina 9/11 sarta réngsé dina 31 Désémber 2023, Singa ti kaom Yuda mimiti muka segel Wahyu Yesus Kristus.</w:t>
      </w:r>
    </w:p>
    <w:p>
      <w:pPr>
        <w:pStyle w:val="ArticleBody"/>
        <w:jc w:val="left"/>
      </w:pPr>
      <w:r>
        <w:rPr>
          <w:rFonts w:ascii="Times New Roman" w:hAnsi="Times New Roman" w:eastAsia="Times New Roman" w:cs="Times New Roman"/>
        </w:rPr>
        <w:t>Pesen anu dibuka segelna dina ahir dua puluh dua taun dina 1798 disangking ka hareupeun umum dina 1831, dua ratus dua puluh taun sanggeus Alkitab King James diterbitkeun dina 1611. Ti 1798 nepi ka 1831, Firman nubuat Allah dibuka laun-laun. Dina taun 1831 eta geus aya dina gelanggang umum, sarta lalaki jeung awewe harita bisa dipertanggungjawabkeun kana pesen anu geus dibuka segelna dina 1798. Tuluy dina 1840, “kajadian séjén anu luar biasa,” sakumaha anu disebut ku Sister White, lumangsung nalika hiji ramalan ngeunaan Islam kacumponan.</w:t>
      </w:r>
    </w:p>
    <w:p>
      <w:pPr>
        <w:pStyle w:val="ArticleBody"/>
        <w:jc w:val="left"/>
      </w:pPr>
      <w:r>
        <w:rPr>
          <w:rFonts w:ascii="Times New Roman" w:hAnsi="Times New Roman" w:eastAsia="Times New Roman" w:cs="Times New Roman"/>
        </w:rPr>
        <w:t>Ti ahir hiji mangsa dua puluh dua taun (1798), nepi ka ahir hiji mangsa dua ratus dua puluh taun (1831); digambarkeun hiji mangsa dibukana segel hiji amanat. Éta gambaran ngawengku hiji waymark tempat amanat éta dipormalkeun, dituturkeun ku hiji waymark anu nandakeun hiji ramalan, anu satuluyna geus diitung deui, anu nalika satuluyna kacumponan ngahasilkeun hiji waymark anu nandakeun mimiti hiji “manifestasi anu ajaib tina kakawasaan Allah.”</w:t>
      </w:r>
    </w:p>
    <w:p>
      <w:pPr>
        <w:pStyle w:val="ArticleBody"/>
        <w:jc w:val="left"/>
      </w:pPr>
      <w:r>
        <w:rPr>
          <w:rFonts w:ascii="Times New Roman" w:hAnsi="Times New Roman" w:eastAsia="Times New Roman" w:cs="Times New Roman"/>
        </w:rPr>
        <w:t>Mangsa dua puluh dua taun dina ahir gerakan taun 1989 téh lumangsung ti 9/11 nepi ka 2023, nalika hiji nubuat deui dibuka segelna. Nubuat éta ku kabutuhanana kudu ngamimitian hiji mangsa nambahanana pangaweruh, nyaéta pangaweruh anu bakal nguji jeung misahkeun, sabab loba anu dipanggil, tapi saeutik anu dipilih. Bakal aya hiji titik nalika éta pesen ditepikeun ka ranah umum. Éta pesen bakal mawa ciri-ciri minangka pesen anu geus diitung deui sacara nubuat, sarta bakal deui ngandung hiji ramalan. Nalika ramalan umum éta kacumponan, éta pesen bakal dipaparin kakawasaan, sakumaha digambarkeun ku sajarah 1840 jeung Pentakosta.</w:t>
      </w:r>
    </w:p>
    <w:p>
      <w:pPr>
        <w:pStyle w:val="ArticleBody"/>
        <w:jc w:val="left"/>
      </w:pPr>
      <w:r>
        <w:rPr>
          <w:rFonts w:ascii="Times New Roman" w:hAnsi="Times New Roman" w:eastAsia="Times New Roman" w:cs="Times New Roman"/>
        </w:rPr>
        <w:t>Kalayan runtuhna Uni Soviét dina taun 1989, Daniel 11:40 dibuka segelna; sarta dina taun 1996 amanat Daniel 11 diteundeun kana ranah umum. Taun 1996 téh dua ratus dua puluh taun sanggeus 1776, anu lain ngan ukur ngamimitian dua puluh dua taun nu ditungtungan dina 1798, tapi ogé ngamimitian dua ratus lima puluh taun nu réngsé dina 2026. Tanduk Républikan ngahontal titik tengah dina pamilu sela pulitik taun 2026, sarta tanduk Protestan manjang nepi ka 2026, nyaéta tungtung hiji mangsa tilu puluh taun anu dimimitian ku diformalkeunana amanat dina 1996, anu dibuka segelna dina waktu tungtung dina 1989. Isa salawasna ngagambarkeun tungtung ku awal, ku kituna 2026 téh taun nalika amanat anu geus dibenerkeun tina Panjerit Tengah Peuting kudu diformalkeun, tilu puluh taun sanggeus amanat 1989 anu geus dibuka segelna diformalkeun dina 1996.</w:t>
      </w:r>
    </w:p>
    <w:p>
      <w:pPr>
        <w:pStyle w:val="ArticleBody"/>
        <w:jc w:val="left"/>
      </w:pPr>
      <w:r>
        <w:rPr>
          <w:rFonts w:ascii="Times New Roman" w:hAnsi="Times New Roman" w:eastAsia="Times New Roman" w:cs="Times New Roman"/>
        </w:rPr>
        <w:t>Garis waktu “250” taun nu dimimitian dina 1776 mawa anjeun ka 2026, mangsa patengahan kalungguhan Donald Trump, pas saméméh peperangan antara Amérika Serikat jeung Rusia, nu dimimitian nalika kalde dileupaskeun sarta Islam narajang deui Amérika Serikat saperti anu dilakonan dina 9/11.</w:t>
      </w:r>
    </w:p>
    <w:p>
      <w:pPr>
        <w:pStyle w:val="ArticleBody"/>
        <w:jc w:val="left"/>
      </w:pPr>
      <w:r>
        <w:rPr>
          <w:rFonts w:ascii="Times New Roman" w:hAnsi="Times New Roman" w:eastAsia="Times New Roman" w:cs="Times New Roman"/>
        </w:rPr>
        <w:t>Garis “250” Nero téh mangrupa garis tengah tina tilu garis, boh sacara sajarah boh sacara nubuatan. Ieu ngaidentipikasi garis Nero minangka malaikat kadua, nyaéta ujian kadua anu miheulaan ujian katilu. Ujian kadua éta nyaéta ujian gambar sato galak, anu ngalambangkeun pangadegkeun anu beuki maju tina paduan garéja jeung nagara anu ditipikeun ku édit Milan dina taun 313, anu saterusna ngabalukarkeun hukum Minggu anu kahiji, dina taun 321, tuluy kana karuksakan nasional anu salawasna nuturkeun hiji hukum Minggu sakumaha digambarkeun ku sajarah taun 330.</w:t>
      </w:r>
    </w:p>
    <w:p>
      <w:pPr>
        <w:pStyle w:val="ArticleBody"/>
        <w:jc w:val="left"/>
      </w:pPr>
      <w:r>
        <w:rPr>
          <w:rFonts w:ascii="Times New Roman" w:hAnsi="Times New Roman" w:eastAsia="Times New Roman" w:cs="Times New Roman"/>
        </w:rPr>
        <w:t>Dékrit Milan taun 313 nandaan mimiti diadegkeunana hubungan antara garéja jeung nagara di Amérika Sarikat anu laun-laun nungtun kana hukum Minggu dina ayat genep welas. Pagawéan éta dimimitian dina 9/11 ku Patriot Act, tapi dina fraktal di ahir waktu pamaséhan, Patriot Act jeung Dékrit Milan duanana ngalambangkeun hiji tindakan anu ngamimitian hiji mangsa kompromi anu lumangsung sacara bertahap, anu nungtun kana hukum Minggu anu geura datang. Ieu téh anu kahiji dina runtuyan tindakan profétis anu langsung ngahijikeun garéja jeung nagara di Amérika Sarikat, sarta ahirna nungtun kana hukum Minggu.</w:t>
      </w:r>
    </w:p>
    <w:p>
      <w:pPr>
        <w:pStyle w:val="ArticleBody"/>
        <w:jc w:val="left"/>
      </w:pPr>
      <w:r>
        <w:rPr>
          <w:rFonts w:ascii="Times New Roman" w:hAnsi="Times New Roman" w:eastAsia="Times New Roman" w:cs="Times New Roman"/>
        </w:rPr>
        <w:t>Edik Milan dina taun 313 miboga unsur-unsur ieu pisan dina catetan sajarahna, sabab éta lain ngan saukur hiji edik tunggal; éta téh runtuyan surat ti Licinius, pangawasa Romawi Wétan. Romawi Wétan dina mangsa éta kénéh kuat pisan kapangaruhan ku kapercayaan pagan, sedengkeun Constantine keur muka karajaan kulonna pikeun Kristen. Kasapukan éta sorangan lumangsung dina bulan Pébruari taun 313, dina hiji pasamoan puncak nalika Licinius ogé nikah ka satengah-lanceuk awéwé Constantine pikeun ngukuhkeun pakaitanana. Surat-surat Licinius anu dipasang di beulah wétan kakaisaran ngalaksanakeun kabébasan ibadah pikeun urang Kristen jeung sakumna nu séjénna, kitu deui mulangkeun harta banda urang Kristen anu kungsi dirampas.</w:t>
      </w:r>
    </w:p>
    <w:p>
      <w:pPr>
        <w:pStyle w:val="ArticleBody"/>
        <w:jc w:val="left"/>
      </w:pPr>
      <w:r>
        <w:rPr>
          <w:rFonts w:ascii="Times New Roman" w:hAnsi="Times New Roman" w:eastAsia="Times New Roman" w:cs="Times New Roman"/>
        </w:rPr>
        <w:t>Edik Milan mungkas “250” taun panganiayaan sarta ngagambarkeun hiji mangsa waktu nalika sakabéh kabébasan anu dilambangkeun ku éta edik téh bakal saeutik-saeutik dicabut ti urang Kristen, satengahing dunya maju sasarengan jeung Trump nuju kana hukum Minggu anu baris geura datang.</w:t>
      </w:r>
    </w:p>
    <w:p>
      <w:pPr>
        <w:pStyle w:val="ArticleScripture"/>
        <w:jc w:val="left"/>
      </w:pPr>
      <w:r>
        <w:rPr>
          <w:rFonts w:ascii="Times New Roman" w:hAnsi="Times New Roman" w:eastAsia="Times New Roman" w:cs="Times New Roman"/>
        </w:rPr>
        <w:t>“Lamun nu maca hayang ngartos kakuatan-kakuatan nu baris dipaké dina pasanggiri anu geura datang, manéhna cukup ngan nalungtik catetan ngeunaan cara-cara anu ku Roma dipaké pikeun tujuan anu sarua dina jaman-jaman baheula. Lamun manéhna hayang nyaho kumaha kaum papis jeung kaum Protestan anu ngahiji bakal nindak ka jalma-jalma anu nolak dogma-dogmana, sing tingali sumanget anu ku Roma geus dipintonkeun ka poé Sabat jeung ka para pembélana.</w:t>
      </w:r>
    </w:p>
    <w:p>
      <w:pPr>
        <w:pStyle w:val="ArticleScripture"/>
        <w:jc w:val="left"/>
      </w:pPr>
      <w:r>
        <w:rPr>
          <w:rFonts w:ascii="Times New Roman" w:hAnsi="Times New Roman" w:eastAsia="Times New Roman" w:cs="Times New Roman"/>
        </w:rPr>
        <w:t>“Titah karajaan, konsili-konsili umum, jeung katetepan-katetepan garéja anu disangga ku kakawasaan sipil, nya éta léngkah-léngkah anu ku éta pésta kapir ngahontal kadudukan kahormatanana di dunya Kristen. Ukuran umum anu pangheulana pikeun maksa pangajén poé Minggu nya éta hukum anu ditetepkeun ku Konstantinus. (A.D. 321) Édik ieu maréntahkeun sangkan warga kota reureuh dina ‘poé panonpoé anu mulya,’ tapi ngidinan jalma-jalma di padesaan pikeun neruskeun pagawean tatanén maranéhna. Sanajan saéstuna mangrupa katetepan kapir, éta ditegakeun ku kaisar sanggeus panarimaanana kana agama Kristen anu ngan saukur lahiriah.” The Great Controversy, 573, 574.</w:t>
      </w:r>
    </w:p>
    <w:p>
      <w:pPr>
        <w:pStyle w:val="ArticleBody"/>
        <w:jc w:val="left"/>
      </w:pPr>
      <w:r>
        <w:rPr>
          <w:rFonts w:ascii="Times New Roman" w:hAnsi="Times New Roman" w:eastAsia="Times New Roman" w:cs="Times New Roman"/>
        </w:rPr>
        <w:t>Angka “25,” anu mangrupa perpuluhan tina “250,” ngagambarkeun pangbarontakan jeung pamisahan. Dua puluh lima pamingpin Adventisme Laodikea anu sujud ka panonpoé dina Yehezkiel pasal dalapan dipisahkeun ti jalma-jalma anu dimeteraian dina pasal salajengna pisan, sarta Sister White kalayan écés ngaidéntifikasi pemeteraian dina Yehezkiel pasal salapan minangka pemeteraian saratus opat puluh opat rébu dina Wahyu. Eta “25” lalaki téh ngan saukur perpuluhan tina “250” lalaki kasohor anu ngahiji dina pangbarontakan Korah, Datan, jeung Abiram. Sister White dilarang ninggalkeun pasamoan General Conference taun 1888, sabab Jibril nyarios ka anjeunna yén manéhna kudu tetep cicing sarta nyatet pangbarontakan Minneapolis, lantaran éta mangrupa pangulangan pangbarontakan Korah. “250” téh lambang pangbarontakan jeung pamisahan. Dina Mateus “25” aya tilu misil anu ngajar ngeunaan pamisahan antara anu jahat jeung anu wijaksana. Tanduk Républikan jeung Protestan duanana aya dina mangsa pangujian anu digambarkeun minangka opat turunan, sarta boh umat perjangjian boh bangsa tempat umat perjangjian ditegakkan, dihukum dina mangsa waktu anu sarua.</w:t>
      </w:r>
    </w:p>
    <w:p>
      <w:pPr>
        <w:pStyle w:val="ArticleBody"/>
        <w:jc w:val="left"/>
      </w:pPr>
      <w:r>
        <w:rPr>
          <w:rFonts w:ascii="Times New Roman" w:hAnsi="Times New Roman" w:eastAsia="Times New Roman" w:cs="Times New Roman"/>
        </w:rPr>
        <w:t>Dina “250” taun sato bumi, anu mangrupa karajaan kagenep dina nubuat Alkitab sarta nyaéta Amérika Serikat, garis Nero nangtukeun hiji dékrét, sakumaha diwakilan ku Edik Milan anu nandaan awal hiji paningkatan progresif tina perang-hukum anu réngsé dina dékrét hukum Minggu dina taun 321, ngawanohkeun hiji mangsa anu réngsé dina taun 330 ku kabéhanana dunya dibagi kana dua golongan, diwakilan minangka wétan jeung kulon. Mangsa salapan taun ti 321 nepi ka 330 éta ogé mangrupa tujuh poé Kemah Daun anu dimimitian dina hukum Minggu taun 321, sarta ditungtungan nalika Mikaél ngadeg sarta waktu kasempetan rahmat ditutup dina taun 330.</w:t>
      </w:r>
    </w:p>
    <w:p>
      <w:pPr>
        <w:pStyle w:val="ArticleBody"/>
        <w:jc w:val="left"/>
      </w:pPr>
      <w:r>
        <w:rPr>
          <w:rFonts w:ascii="Times New Roman" w:hAnsi="Times New Roman" w:eastAsia="Times New Roman" w:cs="Times New Roman"/>
        </w:rPr>
        <w:t>Nolak kana pamahaman dasar Millerite yén Roma téh anu netepkeun tetenjoan, hartina gagal dina ujian dasar anu sumping dina 31 Désémber 2023 sarta réngsé nalika paus kahiji ti tanah anu mulya kapilih dina 8 Méi 2025. Kaleresan dasar anu ngamungkinkeun William Miller ngakuan Roma minangka lambang anu netepkeun tetenjoan téh nyaéta kaleresan anu, lamun ditolak, mawa kasasab anu kuat. Gagal dina ujian kahiji éta mawa kasasab anu kuat sakumaha dina Thessalonians sarta ngabuktikeun yén jalma-jalma bodo anu teu ngarti—teu nyaah ka “Kaleresan.” Nolak lambang anu netepkeun tetenjoan lahiriah téh sarua jeung nolak ujian dasar, anu mangrupa ujian kahiji tina tilu ujian. Sister White nyaluyukeun ujian kahiji dina jaman Kristus jeung amanat Yohanes Pembaptis. Manéhna nétélakeun yén jalma-jalma anu nolak amanat Yohanes moal meunang mangpaat tina pangajaran Yesus, sarta moal sanggup ningali parobahan dispensasional nalika Kristus ngalih ti palataran ka Tempat Suci.</w:t>
      </w:r>
    </w:p>
    <w:p>
      <w:pPr>
        <w:pStyle w:val="ArticleBody"/>
        <w:jc w:val="left"/>
      </w:pPr>
      <w:r>
        <w:rPr>
          <w:rFonts w:ascii="Times New Roman" w:hAnsi="Times New Roman" w:eastAsia="Times New Roman" w:cs="Times New Roman"/>
        </w:rPr>
        <w:t>Anjeunna nyaluyukeun prosés pangujian anu progresif éta kana mangsa kaum Millerit sarta ngajarkeun yén jalma-jalma anu nampik talatah malaikat kahiji sajajar jeung urang Yahudi anu nampik talatah Yohanes. Dina unggal garis sajarah, jalma-jalma anu gagal dina ujian kahiji henteu meunang mangpaat tina léngkah salajengna, sarta dibutakeun kana parobahan dispensasional Kristus. Jalma-jalma anu nampik talatah 9/11 teu bisa ningali yén Kristus geus ngamimitian ngahakiman anu hirup. Jalma-jalma anu gagal dina ujian dasar taun 2023 moal ningali parobahan transisional tina garéja militant kana garéja triumphant. Para panampik tina salah sahiji ujian dasar ieu tungtungna aya dina “poék sampurna.” Di mana teu aya tetenjoan, rahayat tungtungna aya dina poék sampurna, sarta Roma lah anu netepkeun caangna tetenjoan lahiriah. Kaleresan ieu bisa kanyahoan dina tilu paus jeung hubungan maranéhna jeung tilu présidén anu nangtung dina tilu peperangan dina ayat sapuluh, sabelas, jeung lima welas tina Daniel sabelas.</w:t>
      </w:r>
    </w:p>
    <w:p>
      <w:pPr>
        <w:pStyle w:val="ArticleBody"/>
        <w:jc w:val="left"/>
      </w:pPr>
      <w:r>
        <w:rPr>
          <w:rFonts w:ascii="Times New Roman" w:hAnsi="Times New Roman" w:eastAsia="Times New Roman" w:cs="Times New Roman"/>
        </w:rPr>
        <w:t>Garis luar “250” taun Kores anu réngsé dina 207 SM di tengah-tengah hiji mangsa tujuh belas taun anu ditandaan ku perang Raphia nepi ka perang Panium, sajajar jeung garis “250” taun anu dimimitian ku Nero sarta réngsé dina édit Milan dina 313, ku kituna nandaan mangsa tujuh belas taun Konstantinus Agung. Donald Trump keur nangtung minangka Antiokhus Agung dina 207 SM anu sarua jeung 2026, sarta anjeunna ogé keur nangtung minangka Konstantinus Agung dina 313, dina awal mangsa ujian patung sato galak. Tanggal 4 Juli 2026 Trump minangka Antiokhus jeung Konstantinus keur ngajadikeun Amérika “agung.” Trump téh anu katilu tina tilu présidén anu sajajar jeung tilu perang dina ayat sapuluh, sabelas, jeung lima belas. Reagan téh anu kahiji tina tilu éta, sarta Obama téh anu di tengah. Tilu présidén éta mawa ciri “bebeneran,” sarta Reagan jeung Trump ngawakilan lain ngan ukur anu kahiji jeung anu katilu, tapi ogé alfa jeung omega.</w:t>
      </w:r>
    </w:p>
    <w:p>
      <w:pPr>
        <w:pStyle w:val="ArticleBody"/>
        <w:jc w:val="left"/>
      </w:pPr>
      <w:r>
        <w:rPr>
          <w:rFonts w:ascii="Times New Roman" w:hAnsi="Times New Roman" w:eastAsia="Times New Roman" w:cs="Times New Roman"/>
        </w:rPr>
        <w:t>Ciri-ciri kenabian unggal présidén nyaéta yén nalika maranéhna maréntah, maranéhna ngabogaan pakumpulan jeung paus dina mangsa éta. Reagan jeung John Paul II saluyu sacara rusiah nalika maranéhna ngaruntuhkeun Uni Soviét dina taun 1989 minangka panggenepan ayat sapuluh jeung opat puluh tina Daniel sabelas. Obama, présidén globalis “woke” nu aya di antara Reagan jeung Trump, saluyu sacara filsafati jeung paus “woke” Fransiskus. Pakumpulan Trump jeung paus Leo kabuka supaya katingali ku saréréa, sarta dina taun 2025 Trump dilantik jadi présidén jeung Leo dilantik jadi antikristus. Hubungan rohani antara hiji présidén jeung hiji paus dilambangkeun ku Izébél jeung nabi-nabi Baal. Hubungan pulitik antara hiji présidén jeung paus dilambangkeun ku Izébél jeung Ahab. Dina salah sahiji perlambangan éta, Izébél nyaéta kapala.</w:t>
      </w:r>
    </w:p>
    <w:p>
      <w:pPr>
        <w:pStyle w:val="ArticleScripture"/>
        <w:jc w:val="left"/>
      </w:pPr>
      <w:r>
        <w:rPr>
          <w:rFonts w:ascii="Times New Roman" w:hAnsi="Times New Roman" w:eastAsia="Times New Roman" w:cs="Times New Roman"/>
        </w:rPr>
        <w:t>“Sabada urang ngadeukeutan kana krisis panungtungan, kacida pentingna supaya aya kasaluyuan jeung kasatunggalan di antara alat-alat PANGERAN. Dunya pinuh ku badai, ku perang, jeung ku pasalia paham. Tapi dina hiji kapala—kakawasaan kapapaan—jalma-jalma bakal ngahiji pikeun ngalawan Allah dina pribadi para saksi-Na. Kasatunggalan ieu dikuatkeun ku si murtad agung. Bari manéhna ngupayakeun ngahijikeun para agénna dina perang ngalawan bebeneran, manéhna ogé bakal digawé pikeun mecah jeung nyebarkeun para pangabela bebeneran. Sirik, sangkaan goréng, omongan jahat, dihasut ku manéhna pikeun nimbulkeun paséa jeung pacogreg.” Testimonies, jilid 7, 182.</w:t>
      </w:r>
    </w:p>
    <w:p>
      <w:pPr>
        <w:pStyle w:val="ArticleScripture"/>
        <w:jc w:val="left"/>
      </w:pPr>
      <w:r>
        <w:rPr>
          <w:rFonts w:ascii="Times New Roman" w:hAnsi="Times New Roman" w:eastAsia="Times New Roman" w:cs="Times New Roman"/>
        </w:rPr>
        <w:t>“Dina mangsa kajahatan keur ngadominasi ieu, gareja-gareja Protestan anu geus nampik hiji ‘Kieu timbalan PANGERAN,’ bakal nepi ka kaayaan anu anéh. Maranéhna bakal jadi sarupa jeung dunya. Dina papisahan maranéhna ti Allah, maranéhna bakal narékahan ngajadikeun kapalsuan jeung kamurtadan ti Allah jadi hukum bangsa. Maranéhna bakal mangaruhan para pangawasa nagri supaya nyieun hukum-hukum pikeun mulangkeun deui kakawasaan anu geus leungit tina manusa dosa, anu linggih dina bait Allah, bari némbongkeun dirina saolah-olah anjeunna téh Allah. Asas-asas Katolik Roma bakal dicokot dina panangtayungan nagara. Bantahan bebeneran Alkitab moal deui ditarima ku jalma-jalma anu henteu ngajadikeun hukum Allah jadi patokan hirup maranéhna.” Review and Herald, 21 Désémber 1897.</w:t>
      </w:r>
    </w:p>
    <w:p>
      <w:pPr>
        <w:pStyle w:val="ArticleBody"/>
        <w:jc w:val="left"/>
      </w:pPr>
      <w:r>
        <w:rPr>
          <w:rFonts w:ascii="Times New Roman" w:hAnsi="Times New Roman" w:eastAsia="Times New Roman" w:cs="Times New Roman"/>
        </w:rPr>
        <w:t>Para nabi palsu Baal dahar dina méja Izébél. Izébél teh ratu, sarta para nabi éta téh nabi-nabina. Dina ayat opat puluh Daniel sabelas, Reagan dilambangkeun ku “karéta” jeung “pasukan berkuda,” lambang kakuatan militér, sarta ogé ku “kapal-kapal,” lambang kakuatan ékonomi. Sanajan kitu, dina ayat éta, kapausanlah anu jadi “raja” ti kalér. Reagan sacara nubuat aya dina katundukan ka Izébél. Dina mangsa éta dunya ngajugjug ka sato galak éta, nalika Paus Yohanes Paulus II ngumbara ka sakuliah dunya leuwih ti paus mana waé saméméhna. Malachi Martin, saurang panulis Yésuit anu kawentar, nulis ngeunaan Paus Yohanes Paulus II dina bukuna, Keys of This Blood. Dasar anu dinyatakeun tina éta buku nya éta yén dina mangsa Yohanes Paulus II jeung Reagan, dunya harita keur aya dina perjuangan tilu pihak pikeun kakawasaan dunya antara kapausan, Amérika Sarikat, jeung Uni Soviét. Martin ngaramalkeun yén kapausan bakal unggul dina perjuangan éta. Aliansi rusiah antara Reagan jeung antikristus ngumumkeun yén gerakan-gerakan pikeun nyageurkeun tatu maut kapausan geus dimimitian, sakumaha digambarkeun dina ayat opat puluh jeung satuluyna dina Daniel sabelas. Buku Martin nganyatakeun deui tujuan kapausan anu geus lila dicekel, nya éta ngarebut Amérika Protestan. Kahayang Reagan pikeun nutup panonna kana kanyataan yén paus téh antikristus dina nubuat Alkitab, numutkeun kasaksian dirina sorangan, dumasar kana panerapan anu salah kaprah ngeunaan Uni Soviét minangka antikristus dina nubuat Alkitab.</w:t>
      </w:r>
    </w:p>
    <w:p>
      <w:pPr>
        <w:pStyle w:val="ArticleScripture"/>
        <w:jc w:val="left"/>
      </w:pPr>
      <w:r>
        <w:rPr>
          <w:rFonts w:ascii="Times New Roman" w:hAnsi="Times New Roman" w:eastAsia="Times New Roman" w:cs="Times New Roman"/>
        </w:rPr>
        <w:t>“Jalma-jalma anu jadi bingung dina pahamna kana firman, anu teu bisa ningali harti antikristus, tangtu bakal nempatkeun dirina dina pihak antikristus.” Kress Collection, 105.</w:t>
      </w:r>
    </w:p>
    <w:p>
      <w:pPr>
        <w:pStyle w:val="ArticleBody"/>
        <w:jc w:val="left"/>
      </w:pPr>
      <w:r>
        <w:rPr>
          <w:rFonts w:ascii="Times New Roman" w:hAnsi="Times New Roman" w:eastAsia="Times New Roman" w:cs="Times New Roman"/>
        </w:rPr>
        <w:t>Reagan mangrupikeun nu kahiji tina dalapan présidén anu diidéntifikasi dina ayat-ayat kahiji Daniel sabelas, sarta anjeunna ogé mangrupikeun nu kahiji tina tilu présidén dina éta dalapan anu miboga hubungan nubuat jeung antikristus. Dina perlambang tilu pakumpulan Reagan, Obama, jeung Trump, tapak bebeneran téh bisa katenjo. Reagan minangka nu kahiji, ngalambangkeun nu pamungkas, sarta rupa-rupa kasaluyuan antara Reagan jeung Trump téh matak héran tur lobana. Waymark tengah tina tilu léngkah anu netepkeun kecap Ibrani “bebeneran” nyaéta pamberontakan, anu kapersidénan Obama jadi conto anu kacida hasna. Dina 8 Méi 2025, pikeun kahiji kalina hiji paus dipasang anu asalna ti Amérika Sarikat, sarta pakumpulan rusiah Reagan geus nepi kana pakumpulan kabuka Trump. Dina taun 2025, kapausan sacara kabuka ngalantik hiji paus ti nagri anu mulya, nyaéta Amérika Sarikat, sasaran pisan tina perjuangan-perjuanganana ti saprak 1798. Anu kari pikeun ramalan Malachi Martin kacumponan nyaéta hukum Minggu, nalika pakumpulan tilu rupa tina naga, sato galak, jeung nabi palsu dilaksanakeun.</w:t>
      </w:r>
    </w:p>
    <w:p>
      <w:pPr>
        <w:pStyle w:val="ArticleScripture"/>
        <w:jc w:val="left"/>
      </w:pPr>
      <w:r>
        <w:rPr>
          <w:rFonts w:ascii="Times New Roman" w:hAnsi="Times New Roman" w:eastAsia="Times New Roman" w:cs="Times New Roman"/>
        </w:rPr>
        <w:t>“Ku dekrit anu maksa netepkeun lembaga Kapapaan bari ngalanggar hukum Allah, bangsa urang bakal misahkeun dirina sapinuhna tina kabeneran. Lamun Protestanisme ngalegaan leungeunna ngaliwatan jurang pikeun nyekel leungeun kakawasaan Roma, lamun éta ngahontal ngaliwatan teuingna jurang pikeun silihjabat leungeun jeung Spiritualisme, lamun, dina pangaruh ieu pasatuan tilu rupa, nagara urang mungkir kana unggal prinsip Konstitusina minangka pamaréntahan Protestan jeung républikan, sarta ngayakeun jalan pikeun sumebarna kabohongan jeung kasasaran kapapaan, mangka urang bisa nyaho yén waktuna geus sumping pikeun padamelan Iblis anu matak pikaheraneun, sarta yén ahir geus caket.” Testimonies, jilid 5, 451.</w:t>
      </w:r>
    </w:p>
    <w:p>
      <w:pPr>
        <w:pStyle w:val="ArticleBody"/>
        <w:jc w:val="left"/>
      </w:pPr>
      <w:r>
        <w:rPr>
          <w:rFonts w:ascii="Times New Roman" w:hAnsi="Times New Roman" w:eastAsia="Times New Roman" w:cs="Times New Roman"/>
        </w:rPr>
        <w:t>Dina ping 4 Juli 2026, Trump boga niat pikeun miéling éta “250” taun, bari nangtung dina titik tengah mangsa kapersidénanana. Titik tengah éta nyaéta 207 SM, antara perang Raphia jeung perang Panium. Titik tengah tina tujuh welas taun éta ogé nangtukeun awal tujuh welas taun Nero anu ngalambangkeun taun 313, sarta ngagambarkeun ngadegna sacara progresif gambar sato galak ngeunaan garéja jeung nagara anu ngarah kana hukum Minggu taun 321, jeung kana ayat genep welas. Mangsa éta dimimitian dina 313 ku perkawinan antara wétan jeung kulon, anu dilambangkeun ku anak téré Constantine ti kulon jeung Licinius ti wétan. Mangsa anu dimimitian ku hiji pakta perkawinan antara wétan jeung kulon ditungtungan ku pamisahan atawa talakna wétan jeung kulon. Waymark tengahna nyaéta hukum Minggu anu kahiji.</w:t>
      </w:r>
    </w:p>
    <w:p>
      <w:pPr>
        <w:pStyle w:val="ArticleBody"/>
        <w:jc w:val="left"/>
      </w:pPr>
      <w:r>
        <w:rPr>
          <w:rFonts w:ascii="Times New Roman" w:hAnsi="Times New Roman" w:eastAsia="Times New Roman" w:cs="Times New Roman"/>
        </w:rPr>
        <w:t>Reagan, Obama, jeung Trump sacara nubuatan diparéntah ku tilu léngkah tina injil langgeng, anu dina Wahyu opat welas digambarkeun minangka tilu malaikat. Dina mangsa kapersidénan Obama, anu mangrupa léngkah kadua, aya dua paus. Francis, paus woke, ngagentos Joseph Ratzinger (engké Paus Benediktus XVI), anu ngajabat minangka kapala Congregation for the Doctrine of the Faith (CDF) ti 25 Nopémber 1981 nepi ka kapilihna anjeunna jadi paus dina 19 April 2005. Ratzinger mundur sarta Francis ngamimitian pamaréntahanana, sahingga nyayagikeun hiji panggandaan paus dina mangsa pamaréntahan Obama.</w:t>
      </w:r>
    </w:p>
    <w:p>
      <w:pPr>
        <w:pStyle w:val="ArticleBody"/>
        <w:jc w:val="left"/>
      </w:pPr>
      <w:r>
        <w:rPr>
          <w:rFonts w:ascii="Times New Roman" w:hAnsi="Times New Roman" w:eastAsia="Times New Roman" w:cs="Times New Roman"/>
        </w:rPr>
        <w:t>Obama dituduh miboga dua rupi diri sakaligus, boh salaku heteroseksual boh homoseksual, sarta anjeunna mangrupakeun lambang nabi palsu tina Protestan Amérika nu murtad, bari ogé jadi saurang Muslim, anu ogé mangrupa agama nabi palsu Muhammad. Obama téh wawakil tina sistim pulitik nagri anu mulya—nabi palsu dina Wahyu genep welas, tapi simpati pulitikna anu sabenerna saluyu jeung para globalis—naga. Sacara nubuat Obama téh skizofrenik, ngawakilan dua agama palsu, dua kacenderungan séksual, jeung dua sistim pulitik, sarta dina mangsa pamaréntahanana aya dua antikristus. Boh dina kacenderungan séksual, kasaluyuan pulitik, atawa kayakinan agama, dina unggal widang Obama satia pikeun tetep aya dina pacilingan. Dipikawanoh ku sawatara jalma minangka, “Obama Nu Mecah-belah,” ku sabab usaha-usahana pikeun mecah warga Amérika sangkan silih papacangan, hal éta ogé kacerminan dina kayakinan pribadina, pulitikna, jeung agamana anu disumputkeun.</w:t>
      </w:r>
    </w:p>
    <w:p>
      <w:pPr>
        <w:pStyle w:val="ArticleBody"/>
        <w:jc w:val="left"/>
      </w:pPr>
      <w:r>
        <w:rPr>
          <w:rFonts w:ascii="Times New Roman" w:hAnsi="Times New Roman" w:eastAsia="Times New Roman" w:cs="Times New Roman"/>
        </w:rPr>
        <w:t>Antikristus nu kahiji dina mangsa pamaréntahan Obama geus mingpin Kongregasi pikeun Doktrin Iman salila dua puluh opat taun saméméh anjeunna janten paus. Kongregasi pikeun Doktrin Iman téh ngaran modéren pikeun lembaga anu mimitina dingaranan Kantor Inkuisisi. Pamberontakan dina mangsa Obama saluyu jeung angka “13,” dina kecap Ibrani “kabeneran” anu diwangun ku hurup kahiji tina alfabét Ibrani (Reagan), hurup katilu belas (Obama), jeung Trump hurup ka dua puluh dua. Inkuisisi tangtu waé mangrupakeun lambang pamberontakan. Paus Benediktus nurunkeun tahta-Na ka Fransiskus dina taun 2013, salila mangsa pamaréntahan skizofrénik tina lambang para nabi palsu Islam jeung Protestantisme murtad.</w:t>
      </w:r>
    </w:p>
    <w:p>
      <w:pPr>
        <w:pStyle w:val="ArticleBody"/>
        <w:jc w:val="left"/>
      </w:pPr>
      <w:r>
        <w:rPr>
          <w:rFonts w:ascii="Times New Roman" w:hAnsi="Times New Roman" w:eastAsia="Times New Roman" w:cs="Times New Roman"/>
        </w:rPr>
        <w:t>Léngkah kadua dina injil anu langgeng téh mangrupakeun ujian visual, sarta naon anu tiasa katempo dina hubungan antara Obama jeung dua paus téh nya éta patalina antara panganiayaan anu dilambangkeun ku Kantor Inkuisisi, jeung kasingsieunan para globalis kana panyembahan ka indung bumi sakumaha dilambangkeun ku paus woke. Kapercayaan Islam Obama ngalambangkeun ngamurkana bangsa-bangsa anu disababkeun ku Islam jeung kagagalan Protestantisme murtad dina ngalaksanakeun tanggung jawab anu dilambangkeun ku ngaran Protestan. Hiji Protestan téh kudu ngaprotes Roma, tapi henteu kungsi sujud ka Roma.</w:t>
      </w:r>
    </w:p>
    <w:p>
      <w:pPr>
        <w:pStyle w:val="ArticleBody"/>
        <w:jc w:val="left"/>
      </w:pPr>
      <w:r>
        <w:rPr>
          <w:rFonts w:ascii="Times New Roman" w:hAnsi="Times New Roman" w:eastAsia="Times New Roman" w:cs="Times New Roman"/>
        </w:rPr>
        <w:t>Anu kahiji tina tilu paus ngawartakeun ka dunya yén anjeunna yakin dirina téh “paus hadé” dina nubuat pituduh Katolik ngeunaan Fatima. Yohanes Paulus II yakin yén dirina téh “paus hadé” Fatima, anu ku anjeunna dipercaya antukna bakal maréntah sakuliah dunya ku gada beusi nalika tarung tilu pihak antara kapausan, Amérika Serikat, jeung para globalis geus réngsé.</w:t>
      </w:r>
    </w:p>
    <w:p>
      <w:pPr>
        <w:pStyle w:val="ArticleBody"/>
        <w:jc w:val="left"/>
      </w:pPr>
      <w:r>
        <w:rPr>
          <w:rFonts w:ascii="Times New Roman" w:hAnsi="Times New Roman" w:eastAsia="Times New Roman" w:cs="Times New Roman"/>
        </w:rPr>
        <w:t>Kapamimpinan salajengna ngumumkeun kalungguhan para globalis milik naga, kumaha Islam ngagedurkeun amarah bangsa-bangsa, sarta kagagalan Protestantisme murtad pikeun jadi Protestan. Kapamimpinan Trump anu dilantik dina taun 2025 sacara kabuka saluyu jeung antikristus taun 2025. Caang ngeunaan tilu pasatuan ieu antara Roma jeung Amérika Sarikat dibuka segelna dina sajarah panutupna perang Raphia jeung mimiti perang Panium. Pangawinan karajaan Licinius jeung Constantine dina awal tujuh belas taun ngagambarkeun pasatuan taun 2025.</w:t>
      </w:r>
    </w:p>
    <w:p>
      <w:pPr>
        <w:pStyle w:val="ArticleBody"/>
        <w:jc w:val="left"/>
      </w:pPr>
      <w:r>
        <w:rPr>
          <w:rFonts w:ascii="Times New Roman" w:hAnsi="Times New Roman" w:eastAsia="Times New Roman" w:cs="Times New Roman"/>
        </w:rPr>
        <w:t>Persekutuan taun 2025 téh mangrupakeun misil palsu tina pasemon sapuluh parawan. Mimiti nikahna dilaksanakeun, tuluy aya mangsa panalungtikan anu tungtungna ngarah kana tahap kadua tina nikah éta, waktu pangrampunganana kajadian, sarta panto ditutup. Pasemon palsu ngeunaan sapuluh parawan dimimitian dina taun 2025, sarta dirampungkeun dina hukum Minggu anu enggal datang dina ayat genep welas jeung opat puluh hiji tina Daniel sabelas. Dina nikah palsu éta, bapa téh Sétan, panganten lalakina nyaéta kapausan, jeung panganten awéwéna nyaéta Amérika Protestan nu murtad. Dina ayat opat welas tina Daniel sabelas, para garong ti umat Daniel téh Roma, anu netepkeun éta tetenjoan. Nolak idéntifikasi William Miller ngeunaan Roma salaku lambang anu netepkeun tetenjoan téh sajajar jeung nolak pekabaran malaikat kahiji jeung pekabaran Yohanes Pembaptis. Nalika antikristus ayeuna nyekel kalungguhan dina taun 2025, manéhna netepkeun tetenjoan ngeunaan dalapan présidén, sarta ngeusi ayat opat welas.</w:t>
      </w:r>
    </w:p>
    <w:p>
      <w:pPr>
        <w:pStyle w:val="ArticleBody"/>
        <w:jc w:val="left"/>
      </w:pPr>
      <w:r>
        <w:rPr>
          <w:rFonts w:ascii="Times New Roman" w:hAnsi="Times New Roman" w:eastAsia="Times New Roman" w:cs="Times New Roman"/>
        </w:rPr>
        <w:t>Urang ayeuna aya dina ujian bait suci; ujian kadua anu miheulaan ujian litmus jeung ujian katilu.</w:t>
      </w:r>
    </w:p>
    <w:p>
      <w:pPr>
        <w:pStyle w:val="ArticleBody"/>
        <w:jc w:val="left"/>
      </w:pPr>
      <w:r>
        <w:rPr>
          <w:rFonts w:ascii="Times New Roman" w:hAnsi="Times New Roman" w:eastAsia="Times New Roman" w:cs="Times New Roman"/>
        </w:rPr>
        <w:t>Urang baris neruskeun hal-hal ieu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Lima Welas</dc:title>
  <dc:subject>“250” Tilu Kali</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