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 Genep Belas</w:t>
      </w:r>
    </w:p>
    <w:p>
      <w:pPr>
        <w:pStyle w:val="ArticleSubtitle"/>
        <w:jc w:val="left"/>
      </w:pPr>
      <w:r>
        <w:rPr>
          <w:rFonts w:ascii="Arial" w:hAnsi="Arial" w:eastAsia="Arial" w:cs="Arial"/>
        </w:rPr>
        <w:t>Mangsa Ahir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Daniel pasal sabelas ngamimitian ku ngenalkeun Donald Trump minangka présidén panungtung tina karajaan kagenep dina nubuat Alkitab. Dina taun katilu Kores, anu mangrupa tempat mimiti titingalian éta dina pasal sapuluh, dilengkepan dina ayat kahiji pasal sabelas ku kecap, “ogé.”</w:t>
      </w:r>
    </w:p>
    <w:p>
      <w:pPr>
        <w:pStyle w:val="ArticleScripture"/>
        <w:jc w:val="left"/>
      </w:pPr>
      <w:r>
        <w:rPr>
          <w:rFonts w:ascii="Times New Roman" w:hAnsi="Times New Roman" w:eastAsia="Times New Roman" w:cs="Times New Roman"/>
        </w:rPr>
        <w:t>Kitu deui, dina taun kahiji Daríus urang Média, enya kuring, ngadeg pikeun ngukuhkeun jeung nguatkeun anjeunna. Daniel 11:1.</w:t>
      </w:r>
    </w:p>
    <w:p>
      <w:pPr>
        <w:pStyle w:val="ArticleBody"/>
        <w:jc w:val="left"/>
      </w:pPr>
      <w:r>
        <w:rPr>
          <w:rFonts w:ascii="Times New Roman" w:hAnsi="Times New Roman" w:eastAsia="Times New Roman" w:cs="Times New Roman"/>
        </w:rPr>
        <w:t>Jibril kalawan taliti nyusud deui ka Darius sarta nyambungkeun anjeunna ka Koresy nalika anjeunna ngamimitian carita pasal sabelas. Pasal sapuluh neraskeun hiji tetingalian anu sarua nepi ka ayat panungtungan dina pasal dua welas, sarta éta dimimitian dina taun katilu Koresy.</w:t>
      </w:r>
    </w:p>
    <w:p>
      <w:pPr>
        <w:pStyle w:val="ArticleScripture"/>
        <w:jc w:val="left"/>
      </w:pPr>
      <w:r>
        <w:rPr>
          <w:rFonts w:ascii="Times New Roman" w:hAnsi="Times New Roman" w:eastAsia="Times New Roman" w:cs="Times New Roman"/>
        </w:rPr>
        <w:t>Dina taun katilu pamaréntahan Koresy raja Persia, aya hiji perkara anu diwahyukeun ka Daniél, anu dingaranan Béltesyasar; jeung perkara éta leres, tapi waktu anu geus ditangtukeun téh panjang; sarta anjeunna ngartos kana perkara éta, jeung boga pangarti kana tetenjoan éta. Daniel 10:1.</w:t>
      </w:r>
    </w:p>
    <w:p>
      <w:pPr>
        <w:pStyle w:val="ArticleBody"/>
        <w:jc w:val="left"/>
      </w:pPr>
      <w:r>
        <w:rPr>
          <w:rFonts w:ascii="Times New Roman" w:hAnsi="Times New Roman" w:eastAsia="Times New Roman" w:cs="Times New Roman"/>
        </w:rPr>
        <w:t>Darius babarengan jeung Cyrus ngawangun lambang bangsa rangkep dua, nya éta urang Media jeung urang Persia, anu ngagambarkeun kakawasaan rangkep dua tina Republicanism jeung Protestantism di Amérika Serikat; ku kituna, ngagambarkeun lambang rangkep dua tina waktu ahir. Kalahiran Harun jeung Musa nandaan waktu ahir tina nubuat opat ratus taun Abraham dina mimiti Israél baheula; kitu deui, kalahiran Yohanes Pembaptis jeung Kristus ngagambarkeun dua patok waktu tina waktu ahir dina ahir Israél baheula. Isa salawasna ngagambarkeun ahir ku mimiti.</w:t>
      </w:r>
    </w:p>
    <w:p>
      <w:pPr>
        <w:pStyle w:val="ArticleBody"/>
        <w:jc w:val="left"/>
      </w:pPr>
      <w:r>
        <w:rPr>
          <w:rFonts w:ascii="Times New Roman" w:hAnsi="Times New Roman" w:eastAsia="Times New Roman" w:cs="Times New Roman"/>
        </w:rPr>
        <w:t>Darius jeung Cyrus babarengan ngalambangkeun tanda jalan anu dilambangkeun minangka waktu ahir, nalika panangkaran tujuh puluh taun di Babul réngsé.</w:t>
      </w:r>
    </w:p>
    <w:p>
      <w:pPr>
        <w:pStyle w:val="ArticleScripture"/>
        <w:jc w:val="left"/>
      </w:pPr>
      <w:r>
        <w:rPr>
          <w:rFonts w:ascii="Times New Roman" w:hAnsi="Times New Roman" w:eastAsia="Times New Roman" w:cs="Times New Roman"/>
        </w:rPr>
        <w:t>“Garéja Allah di bumi saéstuna aya dina kaayaan panangkaran salila mangsa panjang panganiayaan anu taya kendatna ieu, sakumaha saéstuna urang Israil kungsi ditawan di Babul salila mangsa pangasingan.” Prophets and Kings, 714.</w:t>
      </w:r>
    </w:p>
    <w:p>
      <w:pPr>
        <w:pStyle w:val="ArticleBody"/>
        <w:jc w:val="left"/>
      </w:pPr>
      <w:r>
        <w:rPr>
          <w:rFonts w:ascii="Times New Roman" w:hAnsi="Times New Roman" w:eastAsia="Times New Roman" w:cs="Times New Roman"/>
        </w:rPr>
        <w:t>Darius jeung Cyrus ngalambangkeun taun 1798 jeung 1799, ngagambarkeun waktos ahir, nalika panawanan sajajar Israél rohani di Babul rohani réngsé. Taun 1798 nandaan ahir sistem pulitik kapausan anu dilambangkeun minangka hiji sato galak, anu ditumpakan ku sundal Roma.</w:t>
      </w:r>
    </w:p>
    <w:p>
      <w:pPr>
        <w:pStyle w:val="ArticleScripture"/>
        <w:jc w:val="left"/>
      </w:pPr>
      <w:r>
        <w:rPr>
          <w:rFonts w:ascii="Times New Roman" w:hAnsi="Times New Roman" w:eastAsia="Times New Roman" w:cs="Times New Roman"/>
        </w:rPr>
        <w:t>Tuluy anjeunna mawa kuring dina Roh ka tanah gurun; sarta kuring nempo hiji awéwé calik dina hiji sato galak anu warnana beureum ngora, pinuh ku ngaran-ngaran pitenah, ngabogaan tujuh sirah jeung sapuluh tanduk. Wahyu 17:3.</w:t>
      </w:r>
    </w:p>
    <w:p>
      <w:pPr>
        <w:pStyle w:val="ArticleBody"/>
        <w:jc w:val="left"/>
      </w:pPr>
      <w:r>
        <w:rPr>
          <w:rFonts w:ascii="Times New Roman" w:hAnsi="Times New Roman" w:eastAsia="Times New Roman" w:cs="Times New Roman"/>
        </w:rPr>
        <w:t>Napoleon mungkas kahirupan sato galak éta dina taun 1798, sarta dina taun 1799, awéwé anu nunggang kana éta sato galak maot dina pangasingan. Dina taun 1989, boh Ronald Reagan boh George Bush nu langkung sepuh jadi présidén, nandaan waktu ahir dina taun 1989. Darius jeung Kores ngagambarkeun Reagan jeung Bush nu langkung sepuh. Ayat dua nyebutkeun:</w:t>
      </w:r>
    </w:p>
    <w:p>
      <w:pPr>
        <w:pStyle w:val="ArticleScripture"/>
        <w:jc w:val="left"/>
      </w:pPr>
      <w:r>
        <w:rPr>
          <w:rFonts w:ascii="Times New Roman" w:hAnsi="Times New Roman" w:eastAsia="Times New Roman" w:cs="Times New Roman"/>
        </w:rPr>
        <w:t>Jeung ayeuna Kami rek némbongkeun ka maneh bebeneran. Tingali, bakal aya deui tilu raja anu jumeneng di Pérsia; sarta anu kaopat bakal jauh leuwih beunghar ti maranéhna kabéh; jeung ku kakawasaanana ngaliwatan kakayaanana, manéhna bakal ngagerakkeun sakabéh jalma ngalawan karajaan Grécia. Daniel 11:2.</w:t>
      </w:r>
    </w:p>
    <w:p>
      <w:pPr>
        <w:pStyle w:val="ArticleHeading"/>
        <w:jc w:val="left"/>
      </w:pPr>
      <w:r>
        <w:rPr>
          <w:rFonts w:ascii="Arial" w:hAnsi="Arial" w:eastAsia="Arial" w:cs="Arial"/>
        </w:rPr>
        <w:t>Hudangkeun Jiwa</w:t>
      </w:r>
    </w:p>
    <w:p>
      <w:pPr>
        <w:pStyle w:val="ArticleBody"/>
        <w:jc w:val="left"/>
      </w:pPr>
      <w:r>
        <w:rPr>
          <w:rFonts w:ascii="Times New Roman" w:hAnsi="Times New Roman" w:eastAsia="Times New Roman" w:cs="Times New Roman"/>
        </w:rPr>
        <w:t>Daríus téh Reagan, Kores téh Bush nu leuwih gedé, sarta tilu nu nuturkeun Kores nyaéta Clinton, Bush nu leuwih leutik, Obama si Pamisah, jeung présidén kaopat anu “jauh leuwih beunghar,” anu ngagerakkeun para globalis ti Grecia, nyaéta Trump. Kecap “ngagerakkeun” hartina ngahudangkeun. Nalika Trump ngumumkeun pencalonanana dina taun 2015, para globalis, anu ku Yoél diidentifikasi minangka “kapir,” dihudangkeun.</w:t>
      </w:r>
    </w:p>
    <w:p>
      <w:pPr>
        <w:pStyle w:val="ArticleScripture"/>
        <w:jc w:val="left"/>
      </w:pPr>
      <w:r>
        <w:rPr>
          <w:rFonts w:ascii="Times New Roman" w:hAnsi="Times New Roman" w:eastAsia="Times New Roman" w:cs="Times New Roman"/>
        </w:rPr>
        <w:t>Mugia bangsa-bangsa kapir dihudangkeun, sarta maranéhna naék ka lebak Yosapat; sabab di dinya Kami bakal linggih pikeun ngahakiman sakabéh bangsa kapir anu aya di sabudeureun. Asupkeun arit, sabab panén geus asak; daratang, turunlah maranéh, sabab panggilingan anggur geus pinuh, bak-bakna ngalimpah; sabab kajahatan maranéhna kacida gedéna. Jalma réa, jalma réa di lebak kaputusan; sabab poé PANGERAN geus deukeut di lebak kaputusan. Yoél 3:12–14.</w:t>
      </w:r>
    </w:p>
    <w:p>
      <w:pPr>
        <w:pStyle w:val="ArticleBody"/>
        <w:jc w:val="left"/>
      </w:pPr>
      <w:r>
        <w:rPr>
          <w:rFonts w:ascii="Times New Roman" w:hAnsi="Times New Roman" w:eastAsia="Times New Roman" w:cs="Times New Roman"/>
        </w:rPr>
        <w:t>Nalika “bangsa-bangsa kapir” dihudangkeun, “poé PANGERAN geus caket” di lebak Yosafat. “Yosafat” hartina pangadilan ti Yéhuwa; jeung lebak éta ogé disebut lebak kaputusan. Ti taun 2015 saterusna, “jalma réa” di planét bumi bakal mimiti ngaléngkah asup kana rupa-rupa iketan nu geus disiapkeun pikeun unggal alesan nu dipasihkeun ku manusa pikeun henteu mutuskeun ngawula ka Allah. Dina 9/11 pangadilan ka nu hirup mimiti lumangsung, sarta dina 2015, Trump ngumumkeun yén manéhna bakal néangan kapersidenan. Dina 9/11 tahap kahiji tina hujan ahir mimiti turun, sarta hujan ahir téh nya éta anu mawa pepelakan kana kasampurnaan buahna, jeung dina 2015, opat welas taun sanggeus hujan nu ngahasilkeun panén asak éta dimimitian, kitab Yoél ngagentraan peringatan yén nalika Donald Trump “ngagerakkeun karajaan Grécia,” atawa sakumaha ceuk Yoél, nalika Trump “ngahudangkeun bangsa-bangsa kapir dina 2015,” panén planét bumi keur mimiti asak.</w:t>
      </w:r>
    </w:p>
    <w:p>
      <w:pPr>
        <w:pStyle w:val="ArticleBody"/>
        <w:jc w:val="left"/>
      </w:pPr>
      <w:r>
        <w:rPr>
          <w:rFonts w:ascii="Times New Roman" w:hAnsi="Times New Roman" w:eastAsia="Times New Roman" w:cs="Times New Roman"/>
        </w:rPr>
        <w:t>Penting pikeun ngakuan yén bebeneran anu pangheulana disebatkeun dina Daniel pasal sabelas téh nyaéta peran profétis Donald Trump. Karajaan kahiji dina nubuatan Kitab Suci anu digambarkeun dina kitab Daniel téh nyaéta Babul. Bayangkeun carita Babul dina kitab Daniel lamun Nebukadnésar henteu dipaké ku Inspirasi pikeun netepkeun hiji pola profétis. Karajaan kagenep dina nubuatan Kitab Suci téh henteu lengkep tanpa kasaksian ti panguasa panungtung karajaan éta. Aturan panyebutan anu pangheulana netepkeun pentingna Trump minangka hiji lambang anu kacida utamana dina tetenjoan anu ditampi ku Daniel dina poé ka-dua puluh dua sanggeus anjeunna puasa salila tilu minggu.</w:t>
      </w:r>
    </w:p>
    <w:p>
      <w:pPr>
        <w:pStyle w:val="ArticleScripture"/>
        <w:jc w:val="left"/>
      </w:pPr>
      <w:r>
        <w:rPr>
          <w:rFonts w:ascii="Times New Roman" w:hAnsi="Times New Roman" w:eastAsia="Times New Roman" w:cs="Times New Roman"/>
        </w:rPr>
        <w:t>Tapi pangeran karajaan Persia ngalawan ka kuring salila dua puluh hiji poé; tapi, behold, Mikhael, salah sahiji pangeran lulugu, sumping nulungan ka kuring; sarta kuring tetep di dinya jeung raja-raja Persia. Ayeuna kuring datang pikeun ngajadikeun maneh ngartos naon anu bakal tumiba ka bangsamu dina poé-poé panungtungan; sabab tétéla éta titingalian téh pikeun mangsa anu masih lila. Daniel 10:13, 14.</w:t>
      </w:r>
    </w:p>
    <w:p>
      <w:pPr>
        <w:pStyle w:val="ArticleBody"/>
        <w:jc w:val="left"/>
      </w:pPr>
      <w:r>
        <w:rPr>
          <w:rFonts w:ascii="Times New Roman" w:hAnsi="Times New Roman" w:eastAsia="Times New Roman" w:cs="Times New Roman"/>
        </w:rPr>
        <w:t>Visi dina pasal ka sabelas ngagambarkeun naon anu bakal tumiba ka umat Allah dina poé-poé pamungkas, sarta Trump minangka pamingpin Amérika Sarikat, sarta satuluyna PBB, nyaéta hiji bebeneran anu miboga konsékuénsi langgeng anu patalina jeung ngartos atawa henteu ngartos kana bebeneran éta. Bebeneran éta kacida pentingna pikeun ditepikeun ku Jibril ka Daniél nepi ka dina ayat opat welas, Daniél nyatet tina cahaya anu dipaparinkeun ku malaikat Jibril yén anu netepkeun visi téh nyaéta “nu ngarampog umat maneh.” Mustahil pikeun nuturkeun gerak-léngkah Donald Trump dina nubuat kalayan bener lamun henteu ngagunakeun Roma salaku pola dasar pikeun mikawanoh tapak-léngkah Trump sapanjang sajarah nubuat dina Daniel sabelas.</w:t>
      </w:r>
    </w:p>
    <w:p>
      <w:pPr>
        <w:pStyle w:val="ArticleBody"/>
        <w:jc w:val="left"/>
      </w:pPr>
      <w:r>
        <w:rPr>
          <w:rFonts w:ascii="Times New Roman" w:hAnsi="Times New Roman" w:eastAsia="Times New Roman" w:cs="Times New Roman"/>
        </w:rPr>
        <w:t>Trump, minangka lambang Amérika Sarikat dina mangsa hukum Minggu, ngawangun hiji gambar sato galak, sarta ku ngalakukeun kitu anjeunna ngahormat ka sato galak éta; ku sabab éta, éta téh gambar sato galak, sarta ogé hiji gambar pikeun ngahormat ka sato galak éta. Dina Wahyu 17 kapapaan téh anu kadalapan, nyaéta anu asalna tina anu tujuh, jeung Donald Trump téh présidén anu kadalapan ti saprak Reagan dina waktu ahir taun 1989, tapi anjeunna ogé anu kagenep, anu hartina anjeunna téh anu kadalapan anu asalna tina anu tujuh.</w:t>
      </w:r>
    </w:p>
    <w:p>
      <w:pPr>
        <w:pStyle w:val="ArticleBody"/>
        <w:jc w:val="left"/>
      </w:pPr>
      <w:r>
        <w:rPr>
          <w:rFonts w:ascii="Times New Roman" w:hAnsi="Times New Roman" w:eastAsia="Times New Roman" w:cs="Times New Roman"/>
        </w:rPr>
        <w:t>Dina Wahyu pasal tujuh welas, Yohanes dina ayat tilu dibawa ka padang gurun, tempat anjeunna ningali éta palacuran nunggang kana hiji sato galak. Eta palacuran geus diidentipikasikeun ku unggal denominasi Protestan utama minangka garéja Katolik, sanajan dina poé-poé ahir maranéhna sadayana mungkir kana kapercayaan dasar maranéhna. Garéja Roma geus mabok ku getih para martir nalika Yohanes ningali dirina, sarta anjeunna nyandang gelar indung para palacuran. Ieu nandakeun yén Yohanes dibawa ka taun 1798, nalika kapausan miboga getih kamartiran sarta sababaraha garéja nu baheulana Protestan geus mimiti balik deui kana persekutuan Katolik Roma. Tina titik paningal éta Yohanes ningali “tujuh raja,” anu lima di antarana geus ragrag dina taun 1798, sarta hiji karajaan aya dina taun 1798, jeung éta karajaan téh Amérika Sarikat, sedengkeun hiji karajaan deui, anu diwangun ku sapuluh raja, bakal datang saterusna; sabab dina taun 1798, tempat Yohanes nangtung, karajaan katujuh can datang. Sapuluh raja éta maréntah salila sajam dina mangsa krisis hukum Minggu, sarta maranéhna sapuk pikeun masrahkeun karajaan katujuh maranéhna ka éta sato galak tina karajaan kalima, anu geus narima tatu nu matak paéh dina taun 1798.</w:t>
      </w:r>
    </w:p>
    <w:p>
      <w:pPr>
        <w:pStyle w:val="ArticleBody"/>
        <w:jc w:val="left"/>
      </w:pPr>
      <w:r>
        <w:rPr>
          <w:rFonts w:ascii="Times New Roman" w:hAnsi="Times New Roman" w:eastAsia="Times New Roman" w:cs="Times New Roman"/>
        </w:rPr>
        <w:t>Angka “8” ngalambangkeun kabangkitan, sarta kapausan téh nyaéta anu ka dalapan anu asalna tina anu tujuh nalika tatu maitana digeurkeun dina persatuan tilu rupa antara naga, sato galak, jeung nabi palsu anu kajadian dina hukum Minggu nu bakal geura datang. Dina taun 2020 para globalis maok pamilihan ti Trump, sarta anjeunna dipaéhan di jalan-jalan dina Wahyu pasal sabelas. Dua saksi dina Wahyu pasal sabelas ngalambangkeun dua tanduk sato galak ti bumi anu duanana dipaéhan dina taun 2020. Trump téh présidén ka genep saprak Reagan dina mangsa ahir dina taun 1989; tapi nepi ka taun 2024, anjeunna ogé nyaéta anu ka dalapan anu asalna tina tujuh raja saméméhna. Dina taun 2024, tatu maitana digeurkeun, sarta dina waktu anu sarua anjeunna jadi anu ka dalapan anu asalna tina anu tujuh, dina kasaluyuan anu sampurna jeung lambang nubuat anu netepkeun éta titingalian. Lamun anjeun teu boga Roma, anjeun moal boga kamampuhan pikeun nuturkeun gerak-gerik gambar Roma.</w:t>
      </w:r>
    </w:p>
    <w:p>
      <w:pPr>
        <w:pStyle w:val="ArticleHeading"/>
        <w:jc w:val="left"/>
      </w:pPr>
      <w:r>
        <w:rPr>
          <w:rFonts w:ascii="Arial" w:hAnsi="Arial" w:eastAsia="Arial" w:cs="Arial"/>
        </w:rPr>
        <w:t>MAGA</w:t>
      </w:r>
    </w:p>
    <w:p>
      <w:pPr>
        <w:pStyle w:val="ArticleBody"/>
        <w:jc w:val="left"/>
      </w:pPr>
      <w:r>
        <w:rPr>
          <w:rFonts w:ascii="Times New Roman" w:hAnsi="Times New Roman" w:eastAsia="Times New Roman" w:cs="Times New Roman"/>
        </w:rPr>
        <w:t>Pikeun ngartos kumaha Trump téh Constantine the Great nalika “250” taun milik Nero réngsé, atawa kumaha anjeunna téh Antiochus the Great dina taun 207 SM, atawa kumaha anjeunna téh présidén panungtungan anu sakabéh gerakan jaman kaemasanna didadasaran kana ngajadikeun Amérika “agung,” diperlukeun pangakuan yén pasal éta mimitina nyebut Trump jeung peran profétisna.</w:t>
      </w:r>
    </w:p>
    <w:p>
      <w:pPr>
        <w:pStyle w:val="ArticleBody"/>
        <w:jc w:val="left"/>
      </w:pPr>
      <w:r>
        <w:rPr>
          <w:rFonts w:ascii="Times New Roman" w:hAnsi="Times New Roman" w:eastAsia="Times New Roman" w:cs="Times New Roman"/>
        </w:rPr>
        <w:t>Tanda tangan “kaleresan” anu diwakilan ku kecap Ibrani “kaleresan,” anu diwangun ku hurup kahiji, katilu welas, jeung ka dua puluh dua tina alfabét Ibrani, ngaidéntifikasi Reagan minangka hurup kahiji, sarta Obama minangka hurup katilu welas tina pambrontakan, sakumaha diwakilan ku taun 2013 nalika urut pamingpin Kantor Inkuisisi dituturkeun ku paus Jesuit anu kahiji. Ku sabab pamingpin inkuisisi éta pangsiun, titik ahirna sajajar jeung titik mimiti paus Jesuit éta. Patalina antara dua pausna Obama éta nyaéta 13 Maret 2013. Obama sajajar jeung hurup katilu welas tina pambrontakan, sarta hurup ka dua puluh dua nyaéta Trump.</w:t>
      </w:r>
    </w:p>
    <w:p>
      <w:pPr>
        <w:pStyle w:val="ArticleBody"/>
        <w:jc w:val="left"/>
      </w:pPr>
      <w:r>
        <w:rPr>
          <w:rFonts w:ascii="Times New Roman" w:hAnsi="Times New Roman" w:eastAsia="Times New Roman" w:cs="Times New Roman"/>
        </w:rPr>
        <w:t>Amandemen ka dua puluh dua ngawatesan saurang présidén kana dua mangsa jabatan, sarta lamun nengetan présidén-présidén anu ngajabat dua mangsa, anu mangsa jabatanna TEU berturut-turut, ngan aya dua. Grover Cleveland nyaéta alfa tina présidén-présidén dua mangsa anu mangsa jabatanna teu berturut-turut, sarta Trump nyaéta omega-na. Grover Cleveland nyaéta présidén ka dua puluh dua, sarta Trump, minangka omega ka Cleveland, mibanda ciri alfa “22.” Cleveland jeung Trump ngawakilan hiji alfa jeung omega anu ngandung simbolisme hurup ka dua puluh dua dina alfabét Ibrani. Ngan aya dua présidén anu ngabogaan dua mangsa jabatan anu teu berturut-turut, sarta Trump nyaéta anu kadua tina éta dua. Angka dua tina omega dikali ku angka dua puluh dua tina alfa sarua jeung opat puluh opat, hiji simbol tina 1844, anu mangrupa simbol tina panto nu katutup dina hukum Minggu, sakumaha dilambangkeun ku panto nu katutup dina 1844. Trump nyaéta jalma béda ka-44 anu kungsi janten présidén, sarta anjeunna janten présidén nalika panto katutup dina hukum Minggu.</w:t>
      </w:r>
    </w:p>
    <w:p>
      <w:pPr>
        <w:pStyle w:val="ArticleBody"/>
        <w:jc w:val="left"/>
      </w:pPr>
      <w:r>
        <w:rPr>
          <w:rFonts w:ascii="Times New Roman" w:hAnsi="Times New Roman" w:eastAsia="Times New Roman" w:cs="Times New Roman"/>
        </w:rPr>
        <w:t>Trump geus dipamérkeun minangka pralambang ku Koresy Agung. Koresy Agung ngaluarkeun parentah kahiji, sarta Artahsasta Agung ngaluarkeun parentah katilu. Parentah kahiji jeung katilu silih saluyukeun, sabab Isa salawasna ngagambarkeun ahir ku awal. Trump aya dinya nalika “250” taunna Nero réngsé, anu dilambangkeun ku Konstantinus Agung. Dina ahir “250” taun ti 457 SM, Trump dilambangkeun ku Antiokhus Agung, anu mulang leuwih kuat tibatan saméméhna dina taun 2024, minangka panggenepan ayat katilu welas.</w:t>
      </w:r>
    </w:p>
    <w:p>
      <w:pPr>
        <w:pStyle w:val="ArticleScripture"/>
        <w:jc w:val="left"/>
      </w:pPr>
      <w:r>
        <w:rPr>
          <w:rFonts w:ascii="Times New Roman" w:hAnsi="Times New Roman" w:eastAsia="Times New Roman" w:cs="Times New Roman"/>
        </w:rPr>
        <w:t>Sabab raja kalér bakal mulang deui, sarta bakal ngagerakkeun balaréa anu leuwih loba ti nu kahiji, sarta tangtu bakal datang sanggeus sababaraha taun kalawan pasukan anu gedé jeung kakayaan anu loba. Daniel 11:13.</w:t>
      </w:r>
    </w:p>
    <w:p>
      <w:pPr>
        <w:pStyle w:val="ArticleBody"/>
        <w:jc w:val="left"/>
      </w:pPr>
      <w:r>
        <w:rPr>
          <w:rFonts w:ascii="Times New Roman" w:hAnsi="Times New Roman" w:eastAsia="Times New Roman" w:cs="Times New Roman"/>
        </w:rPr>
        <w:t>Nalika Amérika Sarikat ditaklukkeun ku Roma dina mangsa undang-undang Minggu, mangka sakumna nagara di dunya dipaksa sujud ka Roma.</w:t>
      </w:r>
    </w:p>
    <w:p>
      <w:pPr>
        <w:pStyle w:val="ArticleScripture"/>
        <w:jc w:val="left"/>
      </w:pPr>
      <w:r>
        <w:rPr>
          <w:rFonts w:ascii="Times New Roman" w:hAnsi="Times New Roman" w:eastAsia="Times New Roman" w:cs="Times New Roman"/>
        </w:rPr>
        <w:t>“Bangsa-bangsa deungeun bakal nuturkeun conto Amérika Sarikat. Sanajan manéhna mingpin heula, tapi krisis anu sarua bakal tumiba ka umat urang di sakuliah penjuru dunya.” Testimonies, volume 6, 395.</w:t>
      </w:r>
    </w:p>
    <w:p>
      <w:pPr>
        <w:pStyle w:val="ArticleBody"/>
        <w:jc w:val="left"/>
      </w:pPr>
      <w:r>
        <w:rPr>
          <w:rFonts w:ascii="Times New Roman" w:hAnsi="Times New Roman" w:eastAsia="Times New Roman" w:cs="Times New Roman"/>
        </w:rPr>
        <w:t>“Bangsa-bangsa asing” dipaksa pikeun ngalakukeun kitu ku Amérika Sarikat, anu nyekel kapamingpinan Perserikatan Bangsa-Bangsa dina undang-undang Minggu anu geura sumping. Perserikatan Bangsa-Bangsa téh nyaéta sapuluh raja dina Wahyu 17 anu diparéntah ku Ahab, raja sapuluh kaom kalér, anu nikah jeung Izébél. Perkawinan Izébél jeung Ahab nyaéta perkawinan anu disampurnakeun dina undang-undang Minggu anu geura sumping. Dina undang-undang Minggu, Amérika Sarikat, tanah kamulyaan dina Daniel sabelas, jeung sato galak bumi dina Wahyu tilu welas, mungkas sajarahna minangka karajaan kagenep tina nubuat Kitab Suci. Di Gunung Karmél, 850 nabi Baal jeung imam-imam rungkun anu dahar di méja Izébél dipaéhan ku Élia. Amérika Sarikat dipaéhan dina undang-undang Minggu anu geura sumping, sakumaha nabi-nabi palsu dipaéhan di Gunung Karmél. Caritana ti dinya teras lumangsung antara Élia ngalawan Ahab jeung Izébél, sarta Ahab ngagambarkeun hiji karajaan sapuluh rangkep, anu diparéntah ku anu pangheulana ngalakukeun cabul jeung Izébél. Izébél boga maksud ngalakukeun cabul jeung unggal karajaan, tapi Ahab ngagambarkeun anu pangheulana ngalakukeun kitu, jeung nya éta Amérika Sarikat anu paéh di Gunung Karmél sarta sakedapan éta ogé jadi kabogoh haram Izébél anu pangheulana. Dina harti Daniel sabelas, di dinya, dina undang-undang Minggu, Trump nangtung minangka raja Yunani anu gagah perkasa, dilambangkeun ku Aleksander Agung.</w:t>
      </w:r>
    </w:p>
    <w:p>
      <w:pPr>
        <w:pStyle w:val="ArticleScripture"/>
        <w:jc w:val="left"/>
      </w:pPr>
      <w:r>
        <w:rPr>
          <w:rFonts w:ascii="Times New Roman" w:hAnsi="Times New Roman" w:eastAsia="Times New Roman" w:cs="Times New Roman"/>
        </w:rPr>
        <w:t>Sarta bakal ngadeg hiji raja anu perkasa, anu bakal maréntah kalawan kakawasaan anu gedé, sarta ngalakonan sakumaha kahayangna. Jeung nalika anjeunna geus ngadeg, karajaanna bakal pegat, sarta bakal kabagi ka opat angin langit; lain ka turunanana, ogé lain nurutkeun kakawasaan anu ku anjeunna diparéntahkeun: sabab karajaanna bakal dicabut, nya éta pikeun batur salian ti maranéhna. Daniel 11:3, 4.</w:t>
      </w:r>
    </w:p>
    <w:p>
      <w:pPr>
        <w:pStyle w:val="ArticleBody"/>
        <w:jc w:val="left"/>
      </w:pPr>
      <w:r>
        <w:rPr>
          <w:rFonts w:ascii="Times New Roman" w:hAnsi="Times New Roman" w:eastAsia="Times New Roman" w:cs="Times New Roman"/>
        </w:rPr>
        <w:t>Donald Trump nangtung minangka “raja anu gagah perkasa” ti Perserikatan Bangsa-Bangsa, anu digambarkeun dina éta ayat sarta satuluyna dipatypekeun ku sajarah Aleksander Agung. Nalika anjeunna nangtung, Amérika Sarikat, karajaan kagenep tina nubuat Kitab Suci, réngsé, sarta karajaan katujuh anu diwangun ku sapuluh raja dina Wahyu tujuh belas mimiti. Sapuluh raja éta ngamimitian karajaan katujuhna ku sapuk harita kénéh pikeun masrahkeun karajaan katujuhna ka kakawasaan kapausan, anu mangrupa karajaan kadalapan, anu asalna tina tujuh karajaan saméméhna. Kasapukan maranéhna éta pikeun ngalaksanakeun pangersa Allah, sarta pangersa-Na digambarkeun baris demi baris sapanjang Kitab-Kitab bebeneran.</w:t>
      </w:r>
    </w:p>
    <w:p>
      <w:pPr>
        <w:pStyle w:val="ArticleHeading"/>
        <w:jc w:val="left"/>
      </w:pPr>
      <w:r>
        <w:rPr>
          <w:rFonts w:ascii="Arial" w:hAnsi="Arial" w:eastAsia="Arial" w:cs="Arial"/>
        </w:rPr>
        <w:t>Ngalambangkeun Roma</w:t>
      </w:r>
    </w:p>
    <w:p>
      <w:pPr>
        <w:pStyle w:val="ArticleBody"/>
        <w:jc w:val="left"/>
      </w:pPr>
      <w:r>
        <w:rPr>
          <w:rFonts w:ascii="Times New Roman" w:hAnsi="Times New Roman" w:eastAsia="Times New Roman" w:cs="Times New Roman"/>
        </w:rPr>
        <w:t>Ayat lima nepi ka salapan dina Daniel sabelas kacumponan ku hiji sajarah nubuatan anu sampurna ngalambangkeun sajarah kakawasaan kapausan sakumaha dipedar dina ayat tilu puluh hiji nepi ka opat puluh dina pasal anu sarua. Garis sajarah dina ayat lima nepi ka salapan sajajar jeung garis sajarah dina ayat tilu puluh hiji nepi ka ayat opat puluh. Duanana garis éta nandaan hiji mangsa nalika kakawasaan anu ngalambangkeun Roma kapausan mimitina nungkulan tilu halangan, maréntah salila hiji mangsa nepi ka aya hiji perjangjian anu pegat anu ngadatangkeun hiji raja ti kidul ngalawan maranéhna anu nganteurkeun tatu anu matak paéh. Beuki taliti dua garis éta ditalungtik sarta dibandingkeun jeung sajarah, beuki jero katémbong yén éta téh leres pisan. Katepatanana patali jeung sabaraha raketna éta ngawakilan struktur anu aya dina ayat-ayat éta sarta ogé sajarah anu nyumponan ayat-ayat éta.</w:t>
      </w:r>
    </w:p>
    <w:p>
      <w:pPr>
        <w:pStyle w:val="ArticleBody"/>
        <w:jc w:val="left"/>
      </w:pPr>
      <w:r>
        <w:rPr>
          <w:rFonts w:ascii="Times New Roman" w:hAnsi="Times New Roman" w:eastAsia="Times New Roman" w:cs="Times New Roman"/>
        </w:rPr>
        <w:t>Sajarah anu ngeusian kalima ayat éta sajajar jeung saluyu jeung sajarah Roma kapausan anu diungkabkeun dina ayat tilu puluh hiji nepi ka opat puluh, sarta nyadiakeun latar pikeun diwanohkeunana Antiokhus Agung dina ayat sapuluh nepi ka lima belas.</w:t>
      </w:r>
    </w:p>
    <w:p>
      <w:pPr>
        <w:pStyle w:val="ArticleScripture"/>
        <w:jc w:val="left"/>
      </w:pPr>
      <w:r>
        <w:rPr>
          <w:rFonts w:ascii="Times New Roman" w:hAnsi="Times New Roman" w:eastAsia="Times New Roman" w:cs="Times New Roman"/>
        </w:rPr>
        <w:t>Tapi putra-putrana bakal digugah, sarta bakal ngumpulkeun balaréa pasukan anu gedé: jeung hiji pasti bakal datang, ngabahekeun, sarta neraskeun ngaliwatan: tuluy manéhna bakal balik deui, sarta bakal digugah, nepi ka bentengna. Daniel 11:10.</w:t>
      </w:r>
    </w:p>
    <w:p>
      <w:pPr>
        <w:pStyle w:val="ArticleBody"/>
        <w:jc w:val="left"/>
      </w:pPr>
      <w:r>
        <w:rPr>
          <w:rFonts w:ascii="Times New Roman" w:hAnsi="Times New Roman" w:eastAsia="Times New Roman" w:cs="Times New Roman"/>
        </w:rPr>
        <w:t>Pikeun ngalaksanakeun ayat kasapuluh, Antiochus nu Agung meunang kameunangan nepi ka bénténg Mesir, tempat anjeunna ngeureunkeun éta kampanye sangkan ngumpul deui kakuatan. Sajarah éta ngalambangkeun runtuhna Uni Soviét dina taun 1989, sakumaha diwakilan dina ayat kaopat puluh tina pasal anu sarua.</w:t>
      </w:r>
    </w:p>
    <w:p>
      <w:pPr>
        <w:pStyle w:val="ArticleScripture"/>
        <w:jc w:val="left"/>
      </w:pPr>
      <w:r>
        <w:rPr>
          <w:rFonts w:ascii="Times New Roman" w:hAnsi="Times New Roman" w:eastAsia="Times New Roman" w:cs="Times New Roman"/>
        </w:rPr>
        <w:t>Jeung dina mangsa ahir, raja ti kidul bakal ngadorong anjeunna; sarta raja ti kalér bakal narajang anjeunna kawas angin puyuh, kalayan kareta-kareta, jeung kalayan pasukan nu nunggang kuda, sarta kalayan loba kapal; sarta anjeunna bakal asup ka nagara-nagara, sarta bakal ngabelesat ngaliwatanana jeung neraskeun. Daniel 11:40.</w:t>
      </w:r>
    </w:p>
    <w:p>
      <w:pPr>
        <w:pStyle w:val="ArticleBody"/>
        <w:jc w:val="left"/>
      </w:pPr>
      <w:r>
        <w:rPr>
          <w:rFonts w:ascii="Times New Roman" w:hAnsi="Times New Roman" w:eastAsia="Times New Roman" w:cs="Times New Roman"/>
        </w:rPr>
        <w:t>Kecap “pasti bakal datang, terus ngalimpas, tuluy neras” dina ayat kasapuluh téh sarua pisan dina basa Ibrani jeung kecap dina ayat kaopat puluh, “anjeunna bakal asup ka nagara-nagara, sarta bakal ngalimpas jeung ngaliwatan.” Duanana ayat éta nandaan iraha raja kalér (Antiochus dina ayat kasapuluh jeung Reagan dina ayat kaopat puluh) ngéléhkeun raja kidul (Ptolemaios dina ayat kasapuluh jeung Uni Soviét dina ayat kaopat puluh). Duanana serangan téh mangrupa pamales kana kameunangan raja kidul saméméhna (Ptolemaios dina ayat lima nepi ka salapan jeung Napoleon dina ayat kaopat puluh). Pangjurung raja kidul pikeun nyerang nyaéta hiji perjangjian anu pegat (perkawinan Bernice dina ayat lima nepi ka salapan jeung pegatna Traktat Tolentino taun 1797 jeung Napoleon). Struktur nubuat anu kagambar dina éta ayat-ayat jeung pangujudan sajarahna saterusna ogé sajajar jeung Yesaya 8:8.</w:t>
      </w:r>
    </w:p>
    <w:p>
      <w:pPr>
        <w:pStyle w:val="ArticleScripture"/>
        <w:jc w:val="left"/>
      </w:pPr>
      <w:r>
        <w:rPr>
          <w:rFonts w:ascii="Times New Roman" w:hAnsi="Times New Roman" w:eastAsia="Times New Roman" w:cs="Times New Roman"/>
        </w:rPr>
        <w:t>Jeung manéhna bakal ngaliwatan tanah Yuda; manéhna bakal ngalimpudan sarta ngaleuwihan, nepi ka ngahontal kana beuheung; jeung meberna jangjang-jangjangna bakal ngeusian sagemblengna rubakna tanah anjeun, nunu Immanuel. Yesaya 8:8.</w:t>
      </w:r>
    </w:p>
    <w:p>
      <w:pPr>
        <w:pStyle w:val="ArticleBody"/>
        <w:jc w:val="left"/>
      </w:pPr>
      <w:r>
        <w:rPr>
          <w:rFonts w:ascii="Times New Roman" w:hAnsi="Times New Roman" w:eastAsia="Times New Roman" w:cs="Times New Roman"/>
        </w:rPr>
        <w:t>Nalika Yesaya ngaramal yén balad Sanherib “bakal ngabahekeun sarta ngalangkungan,” éta deuih kecap Ibrani anu sarua saperti dina ayat sapuluh jeung opat puluh. Yesaya nandakeun iraha Sanherib, karajaan kalér, nalukkeun karajaan kidul, nyaéta Yuda, tapi anjeunna ngantep Yerusalem tetep nangtung, sabab anjeunna ngan ukur nepi “ka beuheung,” sakumaha Antiokhus ngahontal nepi ka wawatesan dina ayat sapuluh. Pangdorong Sanherib nyaéta yén Hiskia geus megatkeun pajangjian jeung Asyur, sakumaha digambarkeun ku Hiskia eureunna mayar upeti anu geus disatujuan. Pajangjian anu dipupus téh mangrupa anomali dina tilu ayat anu sajajar éta. Masing-masingna ngalibetkeun pajangjian anu dipupus, tapi dina hal Ptolemeus jeung Napoleon, raja kalér anu dituduh megatkeun pajangjian. Sanherib, raja kalér, nuduh Hiskia ku nampik mayar upeti anu geus ditangtukeun.</w:t>
      </w:r>
    </w:p>
    <w:p>
      <w:pPr>
        <w:pStyle w:val="ArticleScripture"/>
        <w:jc w:val="left"/>
      </w:pPr>
      <w:r>
        <w:rPr>
          <w:rFonts w:ascii="Times New Roman" w:hAnsi="Times New Roman" w:eastAsia="Times New Roman" w:cs="Times New Roman"/>
        </w:rPr>
        <w:t>Dina taun kaopat welas pamaréntahan Raja Hiskia, Sanherib raja Asur naék ngalawan sakabéh kota-kota Yuda anu dibenteng, tuluy ngarebut éta. Geus kitu Hiskia raja Yuda ngirim utusan ka raja Asur di Lakis, pokna, “Abdi parantos ngalakukeun kasalahan; mundurkeun serangan ti kaula. Naon waé anu ku paduka ditangtukeun ka kaula, ku kaula bakal ditanggung.” Ku kituna raja Asur nangtukeun ka Hiskia raja Yuda tilu ratus talenta pérak jeung tilu puluh talenta emas. Mangka Hiskia masrahkeun ka anjeunna sagala pérak anu kapanggih di Bait PANGERAN jeung dina paparin harta karaton raja. 2 Raja-raja 18:13–15.</w:t>
      </w:r>
    </w:p>
    <w:p>
      <w:pPr>
        <w:pStyle w:val="ArticleBody"/>
        <w:jc w:val="left"/>
      </w:pPr>
      <w:r>
        <w:rPr>
          <w:rFonts w:ascii="Times New Roman" w:hAnsi="Times New Roman" w:eastAsia="Times New Roman" w:cs="Times New Roman"/>
        </w:rPr>
        <w:t>Pasukan kalér Sennacherib ngarebut opat puluh genep kota Yuda dina lalampahanana ka Yerusalem. Miboga harti nubuat anu kacida gedéna yén Yesaya 8:8 nyambung jeung ayat sapuluh jeung opat puluh, ku kituna nyayagikeun saksi katilu ngeunaan ragragna karajaan kidul Uni Soviét dina taun 1989. Ragragna éta nandaan mimiti hiji mangsa dina ayat opat puluh anu kosong. Ti tergenapna ayat opat puluh dina taun 1989 nepi ka ayat opat puluh hiji, anu ngalambangkeun hukum Minggu anu baris geura datang, aya hiji mangsa kosong dina ayat opat puluh. Mangsa éta dimimitian dina taun 1989 jeung réngsé dina hukum Minggu. Ayat opat puluh teu nyebutkeun nanaon ngeunaan mangsa waktu éta, tapi ayat opat puluh bisa kaharti ku métodologi garis kana garis.</w:t>
      </w:r>
    </w:p>
    <w:p>
      <w:pPr>
        <w:pStyle w:val="ArticleBody"/>
        <w:jc w:val="left"/>
      </w:pPr>
      <w:r>
        <w:rPr>
          <w:rFonts w:ascii="Times New Roman" w:hAnsi="Times New Roman" w:eastAsia="Times New Roman" w:cs="Times New Roman"/>
        </w:rPr>
        <w:t>Hiji “konci” utama pikeun netepkeun sajarah anu nyumput dina ayat opat puluh, nyaéta kasaksian Yesaya ngeunaan perang pamalesan anu meunang ti karajaan kalér ngalawan karajaan kidul. Naha éta pambrontakan Hiskia ku eureunna ngahormat kana pasatujuan saméméhna pikeun mikeun “upeti” ka Asyur, atawa dipiceunna Bernice ku Antiokhus, atawa Perjangjian Tolentino ku Napoleon, katilu ayat éta kacumponan ku sajarah-sajarah anu nekenkeun pasatujuan anu dirempak minangka pangdorong dasar pikeun nyerang. Dina mangsa kapersidenan Obama, dina handapeun Departemén Nagara pamingpin John Kerry, asistén sekretaris Victoria Nuland ngabalukarkeun hiji révolusi warna pikeun ngagulingkeun pamaréntahan Ukraina. Ti harita, aya dua pihak dina hiji perdebatan ngeunaan Perang Ukraina; Putin nyebutkeun yén éta téh pasatujuan anu dirempak, sedengkeun lawan-lawanna nyebutkeun yén pasatujuan anu dirujuk ku Putin téh teu kungsi aya dina kontéks sakumaha anu diklaim ku Putin. Naha hiji pasatujuan enya-enya kungsi dijieun tuluy dirempak, atawa sabalikna, henteu jadi perkara, sabab catetan nubuat ngan saukur nyatet pasatujuan anu dirempak minangka pangdorong pikeun perang.</w:t>
      </w:r>
    </w:p>
    <w:p>
      <w:pPr>
        <w:pStyle w:val="ArticleBody"/>
        <w:jc w:val="left"/>
      </w:pPr>
      <w:r>
        <w:rPr>
          <w:rFonts w:ascii="Times New Roman" w:hAnsi="Times New Roman" w:eastAsia="Times New Roman" w:cs="Times New Roman"/>
        </w:rPr>
        <w:t>Yesaya 8:8 nyayagikeun “konci” pikeun ningali yén raja kalér ngan ukur nalukkeun nepi ka beuheung, atawa nepi ka sirah. “Konci” éta ngaidentipikasi Rusia minangka sirah anu tetep nangtung sanggeus runtagna awak dina taun 1989. Pentingna nubuatan dina ayat dalapan lain ngan kapanggih dina “konci” pikeun ngaidentipikasi sirah, tapi ogé dina pangidentifikasian “beuheung” anu ngawakilan sirah, atawa kota ibukota, anu ngan bisa ditetepkeun dina patalina jeung hiji petikan saméméhna tina tetenjoan anu sarua dina Yesaya 8. Tetenjoan éta dimimitian dina pasal tujuh, sarta dina ayat tujuh jeung dalapan, sirah dihartikeun minangka raja, atawa karajaanna, atawa kota ibukota hiji karajaan. Yerusalem téh ibukota Yuda, anu 46 kotana ditaklukkeun ku pasukan Sanherib, tapi Sanherib ngantep kota ibukota Yerusalem tetep nangtung.</w:t>
      </w:r>
    </w:p>
    <w:p>
      <w:pPr>
        <w:pStyle w:val="ArticleScripture"/>
        <w:jc w:val="left"/>
      </w:pPr>
      <w:r>
        <w:rPr>
          <w:rFonts w:ascii="Times New Roman" w:hAnsi="Times New Roman" w:eastAsia="Times New Roman" w:cs="Times New Roman"/>
        </w:rPr>
        <w:t>Sabab sirah Siria teh Damsik, jeung sirah Damsik teh Resin; sarta dina genep puluh lima taun deui Epraim bakal diruksak nepi ka moal jadi hiji bangsa. Jeung sirah Epraim teh Samaria, jeung sirah Samaria teh putra Remalya. Lamun maraneh henteu percaya, tangtu maraneh moal diteguhkeun. Yesaya 7:8, 9.</w:t>
      </w:r>
    </w:p>
    <w:p>
      <w:pPr>
        <w:pStyle w:val="ArticleBody"/>
        <w:jc w:val="left"/>
      </w:pPr>
      <w:r>
        <w:rPr>
          <w:rFonts w:ascii="Times New Roman" w:hAnsi="Times New Roman" w:eastAsia="Times New Roman" w:cs="Times New Roman"/>
        </w:rPr>
        <w:t>Nalika tentara Sanherib nepi ka témbok Yerusalem dina taun 701 SM, anjeunna nepi ka beuheung; jeung ku kituna, anjeunna ninggalkeun hiji kasaksian sajarah ngeunaan Rusia anu tetep aya sanggeus ragragna taun 1989. Saperti Antiokhus Agung mimiti males ka karajaan kidul, dina ayat sapuluh anjeunna nepi ka wates Mesir, tapi henteu asup. Anu penting dina kameunangan Antiokhus dina ayat sapuluh nyaéta yén éta nandaan panutupna hiji kampanye militer ku Antiokhus anu henteu ngabogaan hiji peperangan anu mandiri, tapi ngalambangkeun pagawéan anjeunna dina ngadegkeun deui géografi anu saméméhna kungsi leungit. Panaklukan anjeunna dina ayat sapuluh ngagambarkeun panutup sababaraha kameunangan. Anjeunna mungkas kampanye perang Siria kaopat di Raphia, anu hartina “wewengkon wates,” sarta Raphia éta wates, atawa “beuheung” Mesir. Kampanye Antiokhus ti taun 219 SM nepi ka 217 SM ngagambarkeun ngalimpah jeung ngalangkungna ragragna Uni Soviét dina taun 1989 nepi ka 1991, nalika raja ngalangkung nagara-nagara.</w:t>
      </w:r>
    </w:p>
    <w:p>
      <w:pPr>
        <w:pStyle w:val="ArticleBody"/>
        <w:jc w:val="left"/>
      </w:pPr>
      <w:r>
        <w:rPr>
          <w:rFonts w:ascii="Times New Roman" w:hAnsi="Times New Roman" w:eastAsia="Times New Roman" w:cs="Times New Roman"/>
        </w:rPr>
        <w:t>Sacara nubuat, Yesaya 8:8 ngamungkinkeun Rusia—salaku beuheung dina peperangan Sanherib, atawa benteng dina peperangan Antiochus—diidéntifikasi minangka raja kidul dina peperangan Raphia, sakumaha digambarkeun ku kacumponan ayat sabelas. Ku cara kitu, éta sacara langsung ngahubungkeun sajarah lahiriah anu dilambangkeun ku naga (raja kidul), sato galak (raja kalér), jeung nabi palsu (kakuatan wakil raja kalér) jeung garis nubuat jero, sakumaha dilambangkeun ku nubuat genep puluh lima taun dina ayat tujuh tina pasal tujuh.</w:t>
      </w:r>
    </w:p>
    <w:p>
      <w:pPr>
        <w:pStyle w:val="ArticleBody"/>
        <w:jc w:val="left"/>
      </w:pPr>
      <w:r>
        <w:rPr>
          <w:rFonts w:ascii="Times New Roman" w:hAnsi="Times New Roman" w:eastAsia="Times New Roman" w:cs="Times New Roman"/>
        </w:rPr>
        <w:t>Sacara nubuatan, pentingna datangna Sennakherib ka Yerusalem nyadi salah sahiji kasaksian nubuatan anu pangkuatna ngeunaan kakawasaan Allah dina Kitab Suci, sabab di dinya Allah ngancurkeun bala tentara Sennakherib anu jumlahna 185.000 urang dina hiji peuting. Dina poé saméméhna, dina témbok Yerusalem aya duanana Eliakim jeung Shebna, lambang-lambang Adventisme Laodikea jeung Filadelfia anu ditandaan dina panto anu katutup taun 1844 jeung panto anu katutup dina hukum Minggu.</w:t>
      </w:r>
    </w:p>
    <w:p>
      <w:pPr>
        <w:pStyle w:val="ArticleScripture"/>
        <w:jc w:val="left"/>
      </w:pPr>
      <w:r>
        <w:rPr>
          <w:rFonts w:ascii="Times New Roman" w:hAnsi="Times New Roman" w:eastAsia="Times New Roman" w:cs="Times New Roman"/>
        </w:rPr>
        <w:t>Dina taun ka opat welas pamaréntahan raja Hiskia, kajadian kieu: Sanherib raja Asyur narajang sakumna kota-kota benteng di Yuda, tuluy ngarebut éta. Jeung raja Asyur ngutus Rabsyake ti Lakhis ka Yerusalem ka payuneun raja Hiskia mawa pasukan anu gedé. Anjeunna nangtung di sisi saluran cai balong luhur, di jalan gedé ka kebon tukang ngumbah lawon. Tuluy ka anjeunna kaluar Eliakim anak Hilkia, anu jadi pangurus karaton, sarta Sebna juru tulis, jeung Yoah anak Asap, panulis catetan. Yesaya 36:1–3.</w:t>
      </w:r>
    </w:p>
    <w:p>
      <w:pPr>
        <w:pStyle w:val="ArticleBody"/>
        <w:jc w:val="left"/>
      </w:pPr>
      <w:r>
        <w:rPr>
          <w:rFonts w:ascii="Times New Roman" w:hAnsi="Times New Roman" w:eastAsia="Times New Roman" w:cs="Times New Roman"/>
        </w:rPr>
        <w:t>Dina Yesaya bab tujuh, Yesaya diutus mawa pesen ka Ahaz anu jahat, raja Yuda, karajaan beulah kidul. Nya éta karajaan anu diserang ku Senakerib dina bab dalapan, ayat dalapan. Nalika Yesaya patepung jeung raja Ahaz anu jahat, anjeunna patepung jeung anjeunna “di sisi saluran balong luhur, di jalan gedé ka kebon tukang ngumbah,” anu téh pas di dinya Rabshakeh ngahujat nami PANGERAN. Yesaya ngajarkeun yén anjeunna jeung anak-anakna téh mangrupa tanda-tanda.</w:t>
      </w:r>
    </w:p>
    <w:p>
      <w:pPr>
        <w:pStyle w:val="ArticleScripture"/>
        <w:jc w:val="left"/>
      </w:pPr>
      <w:r>
        <w:rPr>
          <w:rFonts w:ascii="Times New Roman" w:hAnsi="Times New Roman" w:eastAsia="Times New Roman" w:cs="Times New Roman"/>
        </w:rPr>
        <w:t>Tenjo, sim kuring jeung barudak anu dipaparinkeun ku PANGERAN ka sim kuring, jadi tanda-tanda jeung kaajaiban-kaajaiban di Israil, ti PANGERAN Nu Maha Kawasa, anu linggih di gunung Sion. Yesaya 8:18.</w:t>
      </w:r>
    </w:p>
    <w:p>
      <w:pPr>
        <w:pStyle w:val="ArticleBody"/>
        <w:jc w:val="left"/>
      </w:pPr>
      <w:r>
        <w:rPr>
          <w:rFonts w:ascii="Times New Roman" w:hAnsi="Times New Roman" w:eastAsia="Times New Roman" w:cs="Times New Roman"/>
        </w:rPr>
        <w:t>Nalika Yesaya patepung jeung raja Ahaz anu jahat “di sisi saluran balong luhur, di jalan ka kebon tukang ngumbah,” Yesaya mawa anakna, nyaéta Sear-Yasyub, nu hartina, “sesa bakal mulang.”</w:t>
      </w:r>
    </w:p>
    <w:p>
      <w:pPr>
        <w:pStyle w:val="ArticleScripture"/>
        <w:jc w:val="left"/>
      </w:pPr>
      <w:r>
        <w:rPr>
          <w:rFonts w:ascii="Times New Roman" w:hAnsi="Times New Roman" w:eastAsia="Times New Roman" w:cs="Times New Roman"/>
        </w:rPr>
        <w:t>Geus saur PANGERAN ka Yesaya, “Ayeuna indit maneh nepungan Ahas, maneh jeung Sear-Yasub anak maneh, ka tungtung saluran cai tina balong luhur, di jalan ka kebon tukang ngabodaskeun lawon.” Yesaya 7:3.</w:t>
      </w:r>
    </w:p>
    <w:p>
      <w:pPr>
        <w:pStyle w:val="ArticleBody"/>
        <w:jc w:val="left"/>
      </w:pPr>
      <w:r>
        <w:rPr>
          <w:rFonts w:ascii="Times New Roman" w:hAnsi="Times New Roman" w:eastAsia="Times New Roman" w:cs="Times New Roman"/>
        </w:rPr>
        <w:t>Shearjashub nétélakeun yén amanat anu diproklamasikeun ku Yesaya di “tungtung saluran balong luhur di jalan gedé ka kebon tukang ngabodaskeun” téh mangrupa amanat anu nandaan sesa umat anu mulang. Sesa éta nya éta jalma-jalma dina kitab Maleakhi anu dipanggero pikeun nguji PANGERAN ku cara mulang ka Anjeunna, jeung ku mulangkeun perpuluhan ka jero gudang pangreungeu. Jalma-jalma anu mulang ogé digambarkeun ku Yermia minangka jalma-jalma anu mulang sanggeus kuciwa anu kahiji. Dina pasal tujuh, “tungtung saluran balong luhur di jalan gedé ka kebon tukang ngabodaskeun” ngagambarkeun Yesaya keur nepikeun hiji amanat ka saurang raja kidul anu jahat, sedengkeun dina Yesaya tilu puluh genep Elyakim, Sebna, jeung Yoah, juru catet, ngayakeun paguneman pikeun Hiskia, ari Rabshakeh ngawakilan Sanherib.</w:t>
      </w:r>
    </w:p>
    <w:p>
      <w:pPr>
        <w:pStyle w:val="ArticleBody"/>
        <w:jc w:val="left"/>
      </w:pPr>
      <w:r>
        <w:rPr>
          <w:rFonts w:ascii="Times New Roman" w:hAnsi="Times New Roman" w:eastAsia="Times New Roman" w:cs="Times New Roman"/>
        </w:rPr>
        <w:t>Amanat anu kahiji ngeunaan “tungtung saluran balong luhur di jalan gedé ka tegalan tukang ngabodas” diproklamasikeun ku Yesaya jeung putrana, ari amanat anu pamungkas ngeunaan “tungtung saluran balong luhur di jalan gedé ka tegalan tukang ngabodas” diproklamasikeun ku tilu jalmi. Amanat anu kahiji ditujulkeun ka saurang raja internal, sedengkeun anu kadua ka saurang raja eksternal. Garis pamisahna nya éta témbok, anu mangrupa lambang hukum Allah, jeung hukum Minggu anu ngagambarkeun dileungitkeunana témbok pamisah antara garéja jeung nagara. Dina hukum Minggu, atawa dina témbok, aya tilu lambang; Eliakim nyaéta Filadelfia, Sebna nyaéta Laodikea, jeung Yoab, juru catet, nyaéta Sardis.</w:t>
      </w:r>
    </w:p>
    <w:p>
      <w:pPr>
        <w:pStyle w:val="ArticleBody"/>
        <w:jc w:val="left"/>
      </w:pPr>
      <w:r>
        <w:rPr>
          <w:rFonts w:ascii="Times New Roman" w:hAnsi="Times New Roman" w:eastAsia="Times New Roman" w:cs="Times New Roman"/>
        </w:rPr>
        <w:t>Dina hukum Minggu, loba anu diruntuhkeun nurutkeun Daniel sabelas opat puluh hiji, sarta jalma-jalma éta nyaéta jalma-jalma anu dipertanggungjawabkeun ku cahaya ngeunaan Sabat poé katujuh. Jalma-jalma anu diruntuhkeun dina ayat opat puluh hiji téh nyaéta Adventis Poé Katujuh Laodikia, sarta Eliakim ngawakilan Filadelfia.</w:t>
      </w:r>
    </w:p>
    <w:p>
      <w:pPr>
        <w:pStyle w:val="ArticleScripture"/>
        <w:jc w:val="left"/>
      </w:pPr>
      <w:r>
        <w:rPr>
          <w:rFonts w:ascii="Times New Roman" w:hAnsi="Times New Roman" w:eastAsia="Times New Roman" w:cs="Times New Roman"/>
        </w:rPr>
        <w:t>Jeung bakal kajadian dina poe eta, yen Kami bakal nyaur ka hamba Kami, Elyakim bin Hilkia: Jeung Kami bakal ngagemkeun anjeunna ku jubah maneh, sarta nguatkeun anjeunna ku beubeur maneh, jeung pamarentahan maneh bakal Kami pasrahkeun kana leungeunna; sarta anjeunna bakal jadi bapa pikeun pangeusi Yerusalem, jeung pikeun kulawarga Yuda. Jeung konci kulawarga Daud bakal Kami tumpangkeun kana taktakna; ku kituna anjeunna bakal muka, sarta moal aya anu nutup; sarta anjeunna bakal nutup, sarta moal aya anu muka. Yesaya 22:20–22.</w:t>
      </w:r>
    </w:p>
    <w:p>
      <w:pPr>
        <w:pStyle w:val="ArticleScripture"/>
        <w:jc w:val="left"/>
      </w:pPr>
      <w:r>
        <w:rPr>
          <w:rFonts w:ascii="Times New Roman" w:hAnsi="Times New Roman" w:eastAsia="Times New Roman" w:cs="Times New Roman"/>
        </w:rPr>
        <w:t>Ka malaikat jamaah di Filadelfia tuliskeun: Kieu timbalan Anjeunna anu suci, Anjeunna anu sajati, Anjeunna anu nyekel konci Daud, anu muka sarta moal aya saurang ogé anu bisa nutup; sarta nutup, sarta moal aya saurang ogé anu bisa muka; Kami nyaho kana pagawéan maneh: tingali, Kami geus netepkeun di hareupeun maneh hiji panto anu kabuka, sarta moal aya saurang ogé anu bisa nutupna; sabab maneh boga kakuatan saeutik, sarta geus ngajaga pangandika Kami, sarta henteu mungkir kana ngaran Kami. Tingali, Kami bakal ngajadikeun maranéhna anu ti sinagoga Iblis, anu nyebut dirina urang Yahudi, padahal lain, tapi bohong; tingali, Kami bakal ngajadikeun maranéhna datang sarta sujud di hareupeun suku maneh, sarta nyaho yén Kami geus mikanyaah ka maneh. Wahyu 3:7–9.</w:t>
      </w:r>
    </w:p>
    <w:p>
      <w:pPr>
        <w:pStyle w:val="ArticleBody"/>
        <w:jc w:val="left"/>
      </w:pPr>
      <w:r>
        <w:rPr>
          <w:rFonts w:ascii="Times New Roman" w:hAnsi="Times New Roman" w:eastAsia="Times New Roman" w:cs="Times New Roman"/>
        </w:rPr>
        <w:t>Sebna digentos ku Eliakim, sarta Sebna dina témbok ngagambarkeun urang Advent Poé Katujuh Laodikea anu nampik narima mangpaat tina pekabaran hujan mimiti atawa hujan panungtung. Hujan mimiti dina garéja digambarkeun ku Yesaya jeung sésa anu mulang, sarta éta pekabaran ditujukeun ka hiji garéja murtad, anu digambarkeun ku raja jahat Ahaz. Pekabaran ti témbok dipasihkeun ka hiji raja jahat ti kalér anu keur narékahan ngéléhkeun Yerusalem, sarta éta ngagambarkeun hujan panungtung dina patalina jeung hujan mimiti. Nalika garéja Allah keur dihukum, hujan mimiti atawa hujan ti heula ngan nyiprat, tapi dina hukum Minggu hujan éta dicurahkan tanpa ukuran. Pekabaran ka Ahaz nyaéta pekabaran internal, sedengkeun pekabaran ka Sanherib nyaéta éksternal. Sora kahiji tina Wahyu 18:1–3 mangrupa pangulangan tina pekabaran malaikat kadua sarta éta internal. Sora kadua tina Wahyu dalapan welas ayat opat nyaéta éksternal sarta éta téh pekabaran katilu. Yesaya jeung putrana mawa pekabaran malaikat kadua anu internal, sarta dina témbok kalayan hiji pekabaran éksternal aya tilu jiwa.</w:t>
      </w:r>
    </w:p>
    <w:p>
      <w:pPr>
        <w:pStyle w:val="ArticleBody"/>
        <w:jc w:val="left"/>
      </w:pPr>
      <w:r>
        <w:rPr>
          <w:rFonts w:ascii="Times New Roman" w:hAnsi="Times New Roman" w:eastAsia="Times New Roman" w:cs="Times New Roman"/>
        </w:rPr>
        <w:t>Eliakim nyaéta saratus opat puluh opat rébu, Shebna nyaéta Adventisme Poé Katujuh Laodikea anu dimuntahkeun kaluar tina sungut Gusti dina mangsa éta. Yoab, juru catet, ngawakilan domba Allah anu sanés, anu nyatet sajarah nepi ka témbok, sangkan maranéhna ngakuan panji Eliakim nalika éta diangkat.</w:t>
      </w:r>
    </w:p>
    <w:p>
      <w:pPr>
        <w:pStyle w:val="ArticleBody"/>
        <w:jc w:val="left"/>
      </w:pPr>
      <w:r>
        <w:rPr>
          <w:rFonts w:ascii="Times New Roman" w:hAnsi="Times New Roman" w:eastAsia="Times New Roman" w:cs="Times New Roman"/>
        </w:rPr>
        <w:t>Yesaya 8:8 mawa pesen-pesen dina Yesaya genep nepi ka dua welas kana Daniel pasal sabelas, ayat sapuluh. Ku kituna, eta nyadiakeun saksi kadua yen sirah karajaan teh tetep nangtung sanggeus serangan. Eta nangtukeun hiji alesan ngeunaan perjangjian anu pegat anu dipake pikeun ngagancangkeun hiji peperangan.</w:t>
      </w:r>
    </w:p>
    <w:p>
      <w:pPr>
        <w:pStyle w:val="ArticleBody"/>
        <w:jc w:val="left"/>
      </w:pPr>
      <w:r>
        <w:rPr>
          <w:rFonts w:ascii="Times New Roman" w:hAnsi="Times New Roman" w:eastAsia="Times New Roman" w:cs="Times New Roman"/>
        </w:rPr>
        <w:t>Ti rubuhna Uni Soviét dina taun 1989, dina ayat kaopat puluh nepi ka hukum Minggu anu baris geura datang, anu digambarkeun dina ayat salajengna, aya tilu puluh tujuh taun sajarah nubuatan anu ku ayat kaopat puluh teu disebatkeun nanaon. Ayat sapuluh nepi ka lima belas tina Daniel sabelas ngawakilan sajarah nubuatan anu teu dibahas dina ayat kaopat puluh. Ieu ngan bisa katingali lamun ngagunakeun métodologi line upon line. “Lamun maranéh teu percaya, tangtu maranéh moal diteguhkeun,” nya éta panggeuing nubuatan anu napel kana tilu ayat anu ngajelaskeun taun 1989, sarta kacumponan sajarah tina ayat dalapan Yesaya dalapan ngagambarkeun hiji ujian pikeun Eliakim jeung Shebna. Naha anjeun tiasa ningali, atawa anjeun buta?</w:t>
      </w:r>
    </w:p>
    <w:p>
      <w:pPr>
        <w:pStyle w:val="ArticleBody"/>
        <w:jc w:val="left"/>
      </w:pPr>
      <w:r>
        <w:rPr>
          <w:rFonts w:ascii="Times New Roman" w:hAnsi="Times New Roman" w:eastAsia="Times New Roman" w:cs="Times New Roman"/>
        </w:rPr>
        <w:t>Ayat opat puluh hiji tina Daniel sabelas téh hukum poé Minggu nu bakal geura datang di Amérika Sarikat, anu dilambangkeun ku sajarah anu ngeusi ayat genep welas.</w:t>
      </w:r>
    </w:p>
    <w:p>
      <w:pPr>
        <w:pStyle w:val="ArticleScripture"/>
        <w:jc w:val="left"/>
      </w:pPr>
      <w:r>
        <w:rPr>
          <w:rFonts w:ascii="Times New Roman" w:hAnsi="Times New Roman" w:eastAsia="Times New Roman" w:cs="Times New Roman"/>
        </w:rPr>
        <w:t>Tapi anjeunna anu datang ngalawan anjeunna bakal ngalakukeun nurutkeun kahayangna sorangan, jeung moal aya anu bisa nangtung di hareupeunana; sarta anjeunna bakal nangtung di tanah anu mulya, anu ku pananganna bakal dibinasakeun. Daniel 11:16.</w:t>
      </w:r>
    </w:p>
    <w:p>
      <w:pPr>
        <w:pStyle w:val="ArticleScripture"/>
        <w:jc w:val="left"/>
      </w:pPr>
      <w:r>
        <w:rPr>
          <w:rFonts w:ascii="Times New Roman" w:hAnsi="Times New Roman" w:eastAsia="Times New Roman" w:cs="Times New Roman"/>
        </w:rPr>
        <w:t>Anjeunna bakal asup ogé ka tanah anu mulya, sarta loba nagara bakal ditumpes; tapi ieu bakal luput tina pananganana, nyaéta Edom, jeung Moab, jeung pamingpin utama urang Amon. Daniel 11:41.</w:t>
      </w:r>
    </w:p>
    <w:p>
      <w:pPr>
        <w:pStyle w:val="ArticleBody"/>
        <w:jc w:val="left"/>
      </w:pPr>
      <w:r>
        <w:rPr>
          <w:rFonts w:ascii="Times New Roman" w:hAnsi="Times New Roman" w:eastAsia="Times New Roman" w:cs="Times New Roman"/>
        </w:rPr>
        <w:t>Kacumponan sajarah ayat genep welas nepi ka ayat tilu puluh dina Daniel sabelas téh nyaéta sajarah Roma kapir. Unggal padalisan nubuat dina Daniel pasal sabelas boh ngagambarkeun sajarah Roma kapir, Roma kapausan, atawa Roma modéren. Unggal padalisan boh langsung ngaidéntifikasi hiji sajarah Romawi, boh ngagambarkeun sajarah Romawi nu bakal datang. Unggal padalisan. Ayat-ayat nu langsung ngarujuk kana sajarah nu kacumponan ku Roma kapir, ngagambarkeun Roma kapausan. Babarengan, Roma kapir jeung Roma kapausan nyaksian ngeunaan Roma modéren. Roma netepkeun éta tetenjoan, sabab ti mimiti pasal nepi ka tungtungna éta tetenjoan nyaritakeun ngeunaan Roma.</w:t>
      </w:r>
    </w:p>
    <w:p>
      <w:pPr>
        <w:pStyle w:val="ArticleBody"/>
        <w:jc w:val="left"/>
      </w:pPr>
      <w:r>
        <w:rPr>
          <w:rFonts w:ascii="Times New Roman" w:hAnsi="Times New Roman" w:eastAsia="Times New Roman" w:cs="Times New Roman"/>
        </w:rPr>
        <w:t>Yesus nangtukeun yén aya saurang panghianat, sangkan mantuan murid-murid-Na percaya nalika panghianatan Yudas jadi nyata.</w:t>
      </w:r>
    </w:p>
    <w:p>
      <w:pPr>
        <w:pStyle w:val="ArticleScripture"/>
        <w:jc w:val="left"/>
      </w:pPr>
      <w:r>
        <w:rPr>
          <w:rFonts w:ascii="Times New Roman" w:hAnsi="Times New Roman" w:eastAsia="Times New Roman" w:cs="Times New Roman"/>
        </w:rPr>
        <w:t>Dina ngucapkeun cilaka ka Yudas, Kristus ogé miboga maksud welas asih ka murid-murid-Na. Ku jalan kitu Anjeunna maparin ka maranéhna bukti anu pangluhurna ngeunaan kamasihanan-Na minangka Mésias. “Kami nyarita ka aranjeun saméméh éta kajadian,” saur-Na, “supaya, lamun éta geus kajadian, maraneh percaya yén AKU AYA.” Lamun Isa tetep cicing, saolah-olah teu nyaho kana naon anu bakal tumiba ka Anjeunna, murid-murid bisa waé nyangka yén Guruna teu miboga pangaweruh ilahi ngeunaan mangsa nu bakal datang, sarta yén Anjeunna kaget tuluy dihianatkeun kana panangan jalma réa nu hayang maéhan. Sataun saméméhna, Isa geus nyaritakeun ka murid-murid yén Anjeunna geus milih dua welas urang, jeung yén hiji di antarana téh Iblis. Ayeuna kecap-kecap-Na ka Yudas, anu némbongkeun yén panghianatanana geus kacida dipikanyahona ku Guruna, bakal nguatkeun iman para pengikut Kristus anu sajati dina mangsa panghinaan-Na. Jeung nalika Yudas engké ngahontal tungtungna anu pikasieuneun, maranéhna bakal émut kana cilaka anu geus diucapkeun ku Isa ka nu ngahianat éta.” The Desire of Ages, 655.</w:t>
      </w:r>
    </w:p>
    <w:p>
      <w:pPr>
        <w:pStyle w:val="ArticleBody"/>
        <w:jc w:val="left"/>
      </w:pPr>
      <w:r>
        <w:rPr>
          <w:rFonts w:ascii="Times New Roman" w:hAnsi="Times New Roman" w:eastAsia="Times New Roman" w:cs="Times New Roman"/>
        </w:rPr>
        <w:t>Tanggal 31 Désémber 2023, Singa ti suku Yuda mimiti muka meterai wahyu ngeunaan diri-Na sorangan, sarta ujian anu jadi dasar pun dimimitian. Ujian éta nyanghareupan patanyaan naha Roma masih kénéh jadi lambang anu netepkeun tetingalian dina ayat opat belas, atawa naha kaayaan geus robah? Nalika antikristus anu kahiji ti Amérika Sarikat mimiti maréntah dina 8 Méi 2025, ayat opat belas geus kacumponan. Mangka tuluy katingali yén hubungan antara Trump jeung paus Leo geus dipralambangkeun ku Reagan jeung John Paul II. Perang Ukraina anu dimimitian dina taun 2014, nalika Departemén Nagara Amérika Sarikat ngabalukarkeun révolusi warna di Ukraina, lumangsung dina mangsa kapersidénan Obama, anu maréntah salila dua paus. Reagan jeung John Paul II dina ayat sapuluh, tuluy dina taun 2014, Perang Ukraina dimimitian sakumaha diwakilan ku peperangan tanah wates dina ayat sawelas, atawa peperangan Raphia. Raphia hartina “tanah wates,” kitu deui kecap, “Ukraina.” Dina sajarah éta Obama jeung dua paus nandaan peperangan kadua tina tilu peperangan dina ayat sapuluh nepi ka lima belas. Tuluy dina taun 2024, Trump balik deui dina kacumponan ayat tilu belas. Tuluy dina ayat opat belas tetingalian éta ditegakkan ku datangna pasangan kapopusan Trump.</w:t>
      </w:r>
    </w:p>
    <w:p>
      <w:pPr>
        <w:pStyle w:val="ArticleBody"/>
        <w:jc w:val="left"/>
      </w:pPr>
      <w:r>
        <w:rPr>
          <w:rFonts w:ascii="Times New Roman" w:hAnsi="Times New Roman" w:eastAsia="Times New Roman" w:cs="Times New Roman"/>
        </w:rPr>
        <w:t>Anu geus diteguhkeun nyaéta yén tilu peperangan dina ayat sapuluh nepi ka lima belas ngagambarkeun tilu waymark anu masing-masing nangtukeun hubungan antara Izébel jeung Ahab nu nungtun ka Gunung Karmel dina hukum Minggu. Dina mangsa Reagan, Izébel aya di Samaria, nyumput ku hiji pakta rusiah. Tuluy para imam Baal jeung para nabi rungkun-rungkun ngangkat spiritualisme Katolik liberal woke, dihijikeun jeung simbolisme skizofrénik Obama salaku duanana nabi palsu Protestantisme murtad jeung nabi palsu Islam, panyembahan ka indung bumi, kalalaworaan jeung anarki Révolusi Perancis. Tuluy Trump balik deui dina 2024, sarta hubungan anu kabuka antara sato galak jeung gambarna dinyatakeun écés dina 2025. Ayeuna 2026, sarta ujian visi lahiriah tina pondasi geus kaliwatan, sarta ayeuna urang aya dina visi ujian Bait Allah.</w:t>
      </w:r>
    </w:p>
    <w:p>
      <w:pPr>
        <w:pStyle w:val="ArticleBody"/>
        <w:jc w:val="left"/>
      </w:pPr>
      <w:r>
        <w:rPr>
          <w:rFonts w:ascii="Times New Roman" w:hAnsi="Times New Roman" w:eastAsia="Times New Roman" w:cs="Times New Roman"/>
        </w:rPr>
        <w:t>Ayat sabelas kaeusi dina perang Raphia taun 217 SM, sarta ngalambangkeun Perang Ukraina anu dimimitian dina taun 2014, anu ngaronjat dina taun 2022, sarta ayeuna geus deukeut kana kacindekanana. Putin bakal unggul, nanging kameunangan éta ngan saukur ngenalkeun awal karuntuhanna. Struktur nubuat tina ayat sabelas jeung kacumponan sajarahna dina kameunangan Ptolemaios dina perang Raphia taun 217 SM, minangka kacumponan ayat sabelas dina pasal sabelas, sajajar jeung sajarah nubuat ngeunaan raja Uzzia. Boh Ptolemaios boh Uzzia téh raja-raja kidul, anu haténa jadi ngagedéan ku lantaran kasuksesan militér, nanging haté maranéhna anu ngagedéan éta mawa duanana kana karagragan, sarta karuntuhan duanana patali jeung upaya masing-masing pikeun mikeun kurban di Bait Suci di Yerusalem.</w:t>
      </w:r>
    </w:p>
    <w:p>
      <w:pPr>
        <w:pStyle w:val="ArticleBody"/>
        <w:jc w:val="left"/>
      </w:pPr>
      <w:r>
        <w:rPr>
          <w:rFonts w:ascii="Times New Roman" w:hAnsi="Times New Roman" w:eastAsia="Times New Roman" w:cs="Times New Roman"/>
        </w:rPr>
        <w:t>Dina artikel salajengna, urang baris nuluykeun ngémutan karuntuhan Putin anu ngantarkeun kana perang Panium dina ayat lima belas.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 Genep Belas</dc:title>
  <dc:subject>Mangsa Ahir</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