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etthundratrettionio</w:t>
      </w:r>
    </w:p>
    <w:p>
      <w:pPr>
        <w:pStyle w:val="ArticleSubtitle"/>
        <w:jc w:val="left"/>
      </w:pPr>
      <w:r>
        <w:rPr>
          <w:rFonts w:ascii="Arial" w:hAnsi="Arial" w:eastAsia="Arial" w:cs="Arial"/>
        </w:rPr>
        <w:t>Den profetiska samstämmigheten mellan Daniel 11:40 och moderna politiska realiteter: Att reda ut mysteriet med den siste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Vi betraktar överensstämmelsen mellan Daniel kapitel elva, vers fyrtio, och verserna ett och två i samma kapitel. Vers ett identifierar ändens tid år 1989, och vers fyrtio utmärker också ändens tid år 1989, genom Sovjetunionens sammanbrott såsom detta representeras av Berlinmurens rivning den 9 november 1989.</w:t>
      </w:r>
    </w:p>
    <w:p>
      <w:pPr>
        <w:pStyle w:val="ArticleBody"/>
        <w:jc w:val="left"/>
      </w:pPr>
      <w:r>
        <w:rPr>
          <w:rFonts w:ascii="Times New Roman" w:hAnsi="Times New Roman" w:eastAsia="Times New Roman" w:cs="Times New Roman"/>
        </w:rPr>
        <w:t>Vers två identifierar Förenta staternas sjätte president efter 1989 som den rikaste av alla presidenterna och pekar därmed ut Donald Trump. Därigenom identifierar den att Trump skall ”uppväcka” hela Grekland, vilket var Alexander den stores grekiska rike i vers tre. Det grekiska riket i verserna tre och fyra är symbolen för ett världsomfattande rike i Daniels elfte kapitel.</w:t>
      </w:r>
    </w:p>
    <w:p>
      <w:pPr>
        <w:pStyle w:val="ArticleBody"/>
        <w:jc w:val="left"/>
      </w:pPr>
      <w:r>
        <w:rPr>
          <w:rFonts w:ascii="Times New Roman" w:hAnsi="Times New Roman" w:eastAsia="Times New Roman" w:cs="Times New Roman"/>
        </w:rPr>
        <w:t>William Miller myntade uttrycket: ”historien och profetian överensstämmer”, och Donald Trumps historia utgör ovedersägliga bevis för att han inte bara var den rikaste av Förenta staternas åtta senaste presidenter, utan också att Förenta staternas globalister, och hela världens, hatar Donald Trump med ett hat som är så ologiskt att många betecknar det som vansinne.</w:t>
      </w:r>
    </w:p>
    <w:p>
      <w:pPr>
        <w:pStyle w:val="ArticleBody"/>
        <w:jc w:val="left"/>
      </w:pPr>
      <w:r>
        <w:rPr>
          <w:rFonts w:ascii="Times New Roman" w:hAnsi="Times New Roman" w:eastAsia="Times New Roman" w:cs="Times New Roman"/>
        </w:rPr>
        <w:t>Den förste av de sista åtta presidenterna, med början år 1989, var tydligt en förebild för Trump på en mängd olika sätt och bekräftade därmed att den sjätte presidenten i vers två i slutändan skulle vara den åttonde och sista presidenten. Reagan, som den förste i en serie om åtta, skulle vara en förebild för den åttonde och siste, ty Jesus illustrerar alltid slutet på en sak genom början på en sak.</w:t>
      </w:r>
    </w:p>
    <w:p>
      <w:pPr>
        <w:pStyle w:val="ArticleBody"/>
        <w:jc w:val="left"/>
      </w:pPr>
      <w:r>
        <w:rPr>
          <w:rFonts w:ascii="Times New Roman" w:hAnsi="Times New Roman" w:eastAsia="Times New Roman" w:cs="Times New Roman"/>
        </w:rPr>
        <w:t>Ronald Reagans vittnesbörd, presidenten vid ändens tid år 1989, representerar profetiskt den president som skulle vara den siste av de åtta presidenterna. Det skulle finnas sju presidenter efter Reagan, ty Förenta staterna upphör som den sjätte kungadömet i Bibelns profetia vid den snart kommande söndagslagen, och fram till denna söndagslag formar Förenta staterna en bild åt vilddjuret, och detta vilddjur är det åttonde, av de sju vilddjuren. Reagan var den förste presidenten vid ändens tid år 1989, och den siste skulle vara den åttonde, som är av de sju.</w:t>
      </w:r>
    </w:p>
    <w:p>
      <w:pPr>
        <w:pStyle w:val="ArticleBody"/>
        <w:jc w:val="left"/>
      </w:pPr>
      <w:r>
        <w:rPr>
          <w:rFonts w:ascii="Times New Roman" w:hAnsi="Times New Roman" w:eastAsia="Times New Roman" w:cs="Times New Roman"/>
        </w:rPr>
        <w:t>Reagan sade den 12 juni 1987, under ett tal vid Brandenburger Tor nära Berlinmuren i Västberlin, Tyskland, medan han riktade sig till Sovjetunionens kommunistiska partis generalsekreterare Michail Gorbatjov: ”Generalsekreterare Gorbatjov, om ni söker fred, om ni söker välstånd för Sovjetunionen och Östeuropa, om ni söker liberalisering: kom hit till denna port! Herr Gorbatjov, öppna denna port! Herr Gorbatjov, riv denna mur!” Den första av de sista åtta presidenternas mest berömda replik markerade uppfyllelsen av murens nedrivande två år senare, den 9 november 1989.</w:t>
      </w:r>
    </w:p>
    <w:p>
      <w:pPr>
        <w:pStyle w:val="ArticleBody"/>
        <w:jc w:val="left"/>
      </w:pPr>
      <w:r>
        <w:rPr>
          <w:rFonts w:ascii="Times New Roman" w:hAnsi="Times New Roman" w:eastAsia="Times New Roman" w:cs="Times New Roman"/>
        </w:rPr>
        <w:t>Genom att göra detta riktade Reagans betoning på att riva muren till den åttonde presidenten, som, medan han kandiderade för att bli den sjätte presidenten, grundade sin kampanj på löftet ”att bygga muren”. Den förste av de sista åtta presidenterna uppmanade till att muren skulle rivas, och Berlinmuren revs 1989, vid ändens tid. Vid den snart kommande söndagslagen kommer ”muren” mellan kyrka och stat att rivas, såsom detta representeras av början år 1989. Mitt i denna period försöker den sjätte presidenten, som eggar upp globalisterna, bygga en mur som de inte vill ha, och när han återigen är den åttonde presidenten av de sju, kommer ännu en ”mur” att falla.</w:t>
      </w:r>
    </w:p>
    <w:p>
      <w:pPr>
        <w:pStyle w:val="ArticleBody"/>
        <w:jc w:val="left"/>
      </w:pPr>
      <w:r>
        <w:rPr>
          <w:rFonts w:ascii="Times New Roman" w:hAnsi="Times New Roman" w:eastAsia="Times New Roman" w:cs="Times New Roman"/>
        </w:rPr>
        <w:t>Den förste av de åtta presidenterna kännetecknas av nedrivandet av en mur som markerade ändens tid, såsom den framställs i Daniel elfte kapitlet, vers fyrtio, och den siste av de åtta presidenterna kännetecknas av nedrivandet av en ”mur” som markerar slutet på beseglingstiden för de etthundrafyrtiofyra tusen, såsom den framställs i Daniel elfte kapitlet, vers fyrtioett.</w:t>
      </w:r>
    </w:p>
    <w:p>
      <w:pPr>
        <w:pStyle w:val="ArticleBody"/>
        <w:jc w:val="left"/>
      </w:pPr>
      <w:r>
        <w:rPr>
          <w:rFonts w:ascii="Times New Roman" w:hAnsi="Times New Roman" w:eastAsia="Times New Roman" w:cs="Times New Roman"/>
        </w:rPr>
        <w:t>President Reagan var en tidigare demokrat som blivit republikan, en före detta mediestjärna, en man känd för sin klara vältalighet, med en djup känsla för humor, en finanspolitiskt konservativ man som förde kampanj mot etablissemanget i Washington, DC. Men trots Reagans retorik i hans första kampanj mot det etablissemang (träsk) som hade bitit sig fast i nationens huvudstad, kom han att tillsätta en större andel bekräftade globalistiska politiker till sina kabinettsposter än någon annan modern president fram till den tiden. Han gick till och med så långt att han valde George Bush den äldre till sin vicepresident, en man vars familjerötter sträcker sig långt tillbaka in i den globalistiska historien.</w:t>
      </w:r>
    </w:p>
    <w:p>
      <w:pPr>
        <w:pStyle w:val="ArticleBody"/>
        <w:jc w:val="left"/>
      </w:pPr>
      <w:r>
        <w:rPr>
          <w:rFonts w:ascii="Times New Roman" w:hAnsi="Times New Roman" w:eastAsia="Times New Roman" w:cs="Times New Roman"/>
        </w:rPr>
        <w:t>Trump förde valkampanj med löftet att rensa upp i etablissemanget som han kallade ”träsket”, men hans meritlista när det gäller de män han valde att arbeta nära med visar på hans största svaghet. Nästan alla dessa män var representanter för det ”träsk” som Trump så enträget motsätter sig. Trump var, liksom Reagan, en före detta demokrat som blivit republikan, en tidigare mediestjärna, en man känd för sin vältalighet, med en djup humoristisk ådra, och en finanspolitiskt konservativ person.</w:t>
      </w:r>
    </w:p>
    <w:p>
      <w:pPr>
        <w:pStyle w:val="ArticleBody"/>
        <w:jc w:val="left"/>
      </w:pPr>
      <w:r>
        <w:rPr>
          <w:rFonts w:ascii="Times New Roman" w:hAnsi="Times New Roman" w:eastAsia="Times New Roman" w:cs="Times New Roman"/>
        </w:rPr>
        <w:t>Förenta staternas siste president kommer att vara president när påvedömets avbild (vilddjurets bild) upprättas i Förenta staterna. Den åttonde och siste presidenten sedan 1989 skulle därför vara inbegripen i ett krig mot en drakmakt, ty det var i ett långt utdraget krig med draken som påvedömet först upphöjdes till sin tron av en drakmakt år 538, sedan avsattes från sin tron av samma drakmakt år 1798, och som åter kommer att upphöjas till sin tron av den drakmakt som representeras av de tio kungarna, vilka samtycker till att ge sitt sjunde rike åt påvedömet, och som därefter avsätter det påvliga vilddjuret från dess tron när de bränner henne med eld och äter hennes kött, då hon går sitt slut till mötes utan någon som hjälper.</w:t>
      </w:r>
    </w:p>
    <w:p>
      <w:pPr>
        <w:pStyle w:val="ArticleBody"/>
        <w:jc w:val="left"/>
      </w:pPr>
      <w:r>
        <w:rPr>
          <w:rFonts w:ascii="Times New Roman" w:hAnsi="Times New Roman" w:eastAsia="Times New Roman" w:cs="Times New Roman"/>
        </w:rPr>
        <w:t>Den president som skall vara den åttonde, och som är av de sju, skall också vara den president som är inbegripen i ett krig mot en drakmakt. Detta krig identifieras när den sjätte och rikaste presidenten väcker upp hela de globalistiska drakmakterna. Av de åtta sista presidenterna, med början år 1989, är två avlidna, vilket lämnar sex möjliga presidenter som skulle kunna vara inbegripna i ett krig mot en drakmakt.</w:t>
      </w:r>
    </w:p>
    <w:p>
      <w:pPr>
        <w:pStyle w:val="ArticleBody"/>
        <w:jc w:val="left"/>
      </w:pPr>
      <w:r>
        <w:rPr>
          <w:rFonts w:ascii="Times New Roman" w:hAnsi="Times New Roman" w:eastAsia="Times New Roman" w:cs="Times New Roman"/>
        </w:rPr>
        <w:t>Av dessa sex möjligheter är fyra öppet globalister drivna av draken. En av de sex bekänner sig, liksom sin far, till att vara republikan, men han är republikan endast till namnet, och liksom sin far är han en representant för den globalistiska drakmakten. Av de sex levande presidenterna är endast en tydligt inte globalist, och han är den president som rör upp globalisterna. Han är den ende av de åtta sista presidenterna som skulle kunna uppfylla den del av påvedömets avbild som innebär att vara inbegripen i ett krig mot en drakmakt.</w:t>
      </w:r>
    </w:p>
    <w:p>
      <w:pPr>
        <w:pStyle w:val="ArticleBody"/>
        <w:jc w:val="left"/>
      </w:pPr>
      <w:r>
        <w:rPr>
          <w:rFonts w:ascii="Times New Roman" w:hAnsi="Times New Roman" w:eastAsia="Times New Roman" w:cs="Times New Roman"/>
        </w:rPr>
        <w:t>Den allra första republikanske presidenten citerade berömt ett bibelord angående det amerikanska inbördeskriget som berör just detta faktum.</w:t>
      </w:r>
    </w:p>
    <w:p>
      <w:pPr>
        <w:pStyle w:val="ArticleScripture"/>
        <w:jc w:val="left"/>
      </w:pPr>
      <w:r>
        <w:rPr>
          <w:rFonts w:ascii="Times New Roman" w:hAnsi="Times New Roman" w:eastAsia="Times New Roman" w:cs="Times New Roman"/>
        </w:rPr>
        <w:t>Men Jesus visste deras tankar och sade till dem: Varje rike som splittras mot sig självt blir ödelagt, och varje stad eller hus som splittras mot sig självt skall inte bestå. Och om Satan driver ut Satan, då är han splittrad mot sig själv; hur skall då hans rike bestå? Och om jag genom Beelsebul driver ut onda andar, genom vem driver då era söner ut dem? Därför skall de vara era domare. Men om jag driver ut onda andar genom Guds Ande, då har Guds rike kommit till er. Matteus 12:25–28.</w:t>
      </w:r>
    </w:p>
    <w:p>
      <w:pPr>
        <w:pStyle w:val="ArticleBody"/>
        <w:jc w:val="left"/>
      </w:pPr>
      <w:r>
        <w:rPr>
          <w:rFonts w:ascii="Times New Roman" w:hAnsi="Times New Roman" w:eastAsia="Times New Roman" w:cs="Times New Roman"/>
        </w:rPr>
        <w:t>Drakens krig mot den rikaste president som uppväckte Greklands rike kan endast stå mellan Donald Trump och globalisterna, ty alla de andra fem möjliga nu levande presidenterna är antiamerikanska globalister. När Lincoln anförde de föregående verserna för att bemöta nationens delning i de två lägren för slaveri och mot slaveri, talade han till de slaverivänliga demokraterna och de antislaveriska republikanerna, och därmed talade han om den sista tidens krig mot de globalistiska demokraterna, vilket den siste republikanske presidenten uppväcker genom sin rörelse av MAGA-ism, som han företräder och leder.</w:t>
      </w:r>
    </w:p>
    <w:p>
      <w:pPr>
        <w:pStyle w:val="ArticleBody"/>
        <w:jc w:val="left"/>
      </w:pPr>
      <w:r>
        <w:rPr>
          <w:rFonts w:ascii="Times New Roman" w:hAnsi="Times New Roman" w:eastAsia="Times New Roman" w:cs="Times New Roman"/>
        </w:rPr>
        <w:t>Som den förste republikanske presidenten är Lincoln en förebild för den siste republikanske presidenten. Den siste presidenten representeras också av den republikanske presidenten vid ändens tid år 1989. Dessa två vittnen identifierar den president som de är en förebild för som republikan. Den republikanske presidenten vid ändens tid år 1989 var inte endast republikan, utan han var också den förste av de sista åtta presidenterna. Den siste presidenten kommer också att ha varit förebildligt framställd genom George Washington, den förste presidenten och den förste överbefälhavaren.</w:t>
      </w:r>
    </w:p>
    <w:p>
      <w:pPr>
        <w:pStyle w:val="ArticleBody"/>
        <w:jc w:val="left"/>
      </w:pPr>
      <w:r>
        <w:rPr>
          <w:rFonts w:ascii="Times New Roman" w:hAnsi="Times New Roman" w:eastAsia="Times New Roman" w:cs="Times New Roman"/>
        </w:rPr>
        <w:t>Washington hade i sin tur förebildats av den förste presidenten under den period som representerades av 1776, och denne förste president (Peyton Randolph) var en av de sju män som tjänstgjorde under de åtta perioder som representerades av sju män. Randolph var den förste av åtta och representerade därför Reagan, som var den förste av åtta, och han var den åttonde, som var av de sju. Randolph representerade därför Washington (den förste presidenten), Lincoln (den förste republikanske presidenten), Reagan (den förste presidenten av de sista åtta) och den åttonde presidenten efter 1989, som av profetisk nödvändighet skulle vara den åttonde, som var av de sju.</w:t>
      </w:r>
    </w:p>
    <w:p>
      <w:pPr>
        <w:pStyle w:val="ArticleBody"/>
        <w:jc w:val="left"/>
      </w:pPr>
      <w:r>
        <w:rPr>
          <w:rFonts w:ascii="Times New Roman" w:hAnsi="Times New Roman" w:eastAsia="Times New Roman" w:cs="Times New Roman"/>
        </w:rPr>
        <w:t>Washington skulle också förebildas av John Hancock, som var president i den historia som representeras av 1789, och som, liksom Randolph, var den åttonde, som var av de sju. Randolph hade förebildat Washington, så när Hancock fogas samman med Randolph som den åttonde, som är av de sju, representerar Hancock den åttonde presidenten efter 1989, som av profetisk nödvändighet skulle vara den åttonde, som var av de sju.</w:t>
      </w:r>
    </w:p>
    <w:p>
      <w:pPr>
        <w:pStyle w:val="ArticleBody"/>
        <w:jc w:val="left"/>
      </w:pPr>
      <w:r>
        <w:rPr>
          <w:rFonts w:ascii="Times New Roman" w:hAnsi="Times New Roman" w:eastAsia="Times New Roman" w:cs="Times New Roman"/>
        </w:rPr>
        <w:t>Randolph, Hancock, Washington, Lincoln och Reagan är alla förebilder på den siste presidenten. Två av dessa vittnen fastslår att den siste presidenten kommer att vara republikan. Två fastslår att den siste presidenten kommer att vara den åttonde, det vill säga av de sju. De fem levande presidenterna av de åtta presidenterna efter ändens tid år 1989 identifierar att endast Trump besitter den politiska ideologi som krävs för att bli involverad i ett krig med drakmakten.</w:t>
      </w:r>
    </w:p>
    <w:p>
      <w:pPr>
        <w:pStyle w:val="ArticleBody"/>
        <w:jc w:val="left"/>
      </w:pPr>
      <w:r>
        <w:rPr>
          <w:rFonts w:ascii="Times New Roman" w:hAnsi="Times New Roman" w:eastAsia="Times New Roman" w:cs="Times New Roman"/>
        </w:rPr>
        <w:t>Lincoln föregicks av James Buchanan, en demokrat, som hederliga historiker identifierar som den minst effektive presidenten i den tidiga amerikanska historien och vars ineffektiva ledarskap i allt väsentligt frambringade det amerikanska inbördeskriget. Innan Lincoln hade svurits in hade sydstaterna redan börjat utträda ur unionen, och endast en månad efter Lincolns installation avlossades de första skotten. Buchanan satte de rörelser i gång som frambringade ett krig som Lincoln tvingades lösa.</w:t>
      </w:r>
    </w:p>
    <w:p>
      <w:pPr>
        <w:pStyle w:val="ArticleBody"/>
        <w:jc w:val="left"/>
      </w:pPr>
      <w:r>
        <w:rPr>
          <w:rFonts w:ascii="Times New Roman" w:hAnsi="Times New Roman" w:eastAsia="Times New Roman" w:cs="Times New Roman"/>
        </w:rPr>
        <w:t>Reagan föregicks av den mest ineffektive presidenten i modern tid. Carter, en demokrat, förödmjukade Förenta staterna genom sin oförmåga att på rätt sätt bemöta den radikala islam som hade sitt säte i Iran.</w:t>
      </w:r>
    </w:p>
    <w:p>
      <w:pPr>
        <w:pStyle w:val="ArticleBody"/>
        <w:jc w:val="left"/>
      </w:pPr>
      <w:r>
        <w:rPr>
          <w:rFonts w:ascii="Times New Roman" w:hAnsi="Times New Roman" w:eastAsia="Times New Roman" w:cs="Times New Roman"/>
        </w:rPr>
        <w:t>Trump föregicks av Obama, en demokrat, som avsiktligt tog initiativ till de splittringar kulturellt, politiskt och ekonomiskt som endast har tilltagit sedan den tiden. Hans ineffektiva ledarskap förebildades av både Buchanan och Carter, men i den historieskrivning över vilken han presiderade hade Mainstream Media redan börjat manifestera sig i parallell med Adolf Hitlers Riksministerium för folkets upplysning och propaganda. Obamas angrepp på Förenta staternas sociala, politiska, finansiella och religiösa institutioner mörklades för dem som valde att inte se, och hans ineffektivitet som någon som svurit att skydda konstitutionen doldes omsorgsfullt. Obama vanärade Förenta staterna genom sin oförmåga att på ett korrekt sätt bemöta den radikala islam som är förlagd till Iran.</w:t>
      </w:r>
    </w:p>
    <w:p>
      <w:pPr>
        <w:pStyle w:val="ArticleBody"/>
        <w:jc w:val="left"/>
      </w:pPr>
      <w:r>
        <w:rPr>
          <w:rFonts w:ascii="Times New Roman" w:hAnsi="Times New Roman" w:eastAsia="Times New Roman" w:cs="Times New Roman"/>
        </w:rPr>
        <w:t>När Trump återväljs 2024, som den åttonde presidenten sedan Reagan 1989, kommer han återigen att föregås av en globalistisk, drakdriven demokrat, som nu har tagit kronan som den mest ineffektive presidenten i historien, och som gång på gång har förödmjukat Förenta staterna i sitt försök att bemöta den radikala islam som har sitt säte i Iran, även om de moderna mainstreammedierna (såsom de förebildas av Rikets ministerium för folkets upplysning och propaganda) återigen arbetar för att begrava denna uppenbara verklighet.</w:t>
      </w:r>
    </w:p>
    <w:p>
      <w:pPr>
        <w:pStyle w:val="ArticleBody"/>
        <w:jc w:val="left"/>
      </w:pPr>
      <w:r>
        <w:rPr>
          <w:rFonts w:ascii="Times New Roman" w:hAnsi="Times New Roman" w:eastAsia="Times New Roman" w:cs="Times New Roman"/>
        </w:rPr>
        <w:t>När Reagan tillträdde hade en olöst kris med den radikala islamismen, förlagd till Iran, lämnats olöst av den demokratiske presidenten. Reagan vidtog omedelbart åtgärder för att vända riktningen i spänningarna mellan Förenta staterna och den radikala islamismen, sådan den representerades av Iran. När Trump tillträdde hade en olöst kris med den radikala islamismen, återigen förlagd till Iran, inte bara lämnats olöst, utan också finansierats av den demokratiske presidenten. Trump vidtog omedelbart åtgärder för att vända riktningen i spänningarna mellan Förenta staterna och den radikala islamismen, sådan den representerades av Iran. Den nuvarande demokratiske presidenten har omintetgjort alla de framsteg som Trump åstadkom, och hela världen dras nu in i det tredje världskriget genom Bidens ineffektiva ledarskap.</w:t>
      </w:r>
    </w:p>
    <w:p>
      <w:pPr>
        <w:pStyle w:val="ArticleBody"/>
        <w:jc w:val="left"/>
      </w:pPr>
      <w:r>
        <w:rPr>
          <w:rFonts w:ascii="Times New Roman" w:hAnsi="Times New Roman" w:eastAsia="Times New Roman" w:cs="Times New Roman"/>
        </w:rPr>
        <w:t>Detta fullbordar inte bara arbetet med islam, representerat av Carters ineffektivitet och Obamas främjande av islam, utan också genom Buchanans verk i att inleda ett krig, vilket den republikanske presidenten behövde lösa.</w:t>
      </w:r>
    </w:p>
    <w:p>
      <w:pPr>
        <w:pStyle w:val="ArticleBody"/>
        <w:jc w:val="left"/>
      </w:pPr>
      <w:r>
        <w:rPr>
          <w:rFonts w:ascii="Times New Roman" w:hAnsi="Times New Roman" w:eastAsia="Times New Roman" w:cs="Times New Roman"/>
        </w:rPr>
        <w:t>Liksom den förste republikanske presidenten blev Trump politiskt mördad av de globalistiska drakmakterna i valet 2020. Medan han ansågs ligga död på gatan började globalisterna i jordens vilddjur och globalisterna i hela världen att fira, såsom det är profeterat i Uppenbarelseboken kapitel elva.</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bli liggande på gatan i den stora staden, som andligen kallas Sodom och Egypten, där också vår Herre blev korsfäst. Och människor av folk och stammar och tungomål och nationer skall se deras döda kroppar i tre och en halv dag och inte tillåta att deras döda kroppar läggs i gravar. Och de som bor på jorden skall glädja sig över dem och göra sig lustiga och sända gåvor till varandra, därför att dessa två profeter plågade dem som bodde på jorden. Och efter tre och en halv dag kom livets Ande från Gud in i dem, och de stod på sina fötter; och stor fruktan föll över dem som såg dem. Uppenbarelseboken 11:7–11.</w:t>
      </w:r>
    </w:p>
    <w:p>
      <w:pPr>
        <w:pStyle w:val="ArticleBody"/>
        <w:jc w:val="left"/>
      </w:pPr>
      <w:r>
        <w:rPr>
          <w:rFonts w:ascii="Times New Roman" w:hAnsi="Times New Roman" w:eastAsia="Times New Roman" w:cs="Times New Roman"/>
        </w:rPr>
        <w:t>Vi har nu nått fram till 2024, då Trump står på sina fötter, och den drakvärld som hade fröjdats och gjort sig munter sedan den 6 januari 2021 konfronteras nu av ”stor fruktan”. Mainstream Media (MSM) grips av panik. Deras egna talepunkter börjar ge uttryck åt deras oro för att, såsom den gamla rock and roll-sången säger, ”den där trötte gamle mannen som de har valt till kung” inte har förmågan att hålla sig tillräckligt nära Trumps siffror för att deras röstningsmaskiner ska kunna skjuta Biden över mållinjen. Mainstream Media är nu lika mycket en propagandamaskin som Reich Ministry of Public Enlightenment and Propaganda var på Hitlers tid.</w:t>
      </w:r>
    </w:p>
    <w:p>
      <w:pPr>
        <w:pStyle w:val="ArticleBody"/>
        <w:jc w:val="left"/>
      </w:pPr>
      <w:r>
        <w:rPr>
          <w:rFonts w:ascii="Times New Roman" w:hAnsi="Times New Roman" w:eastAsia="Times New Roman" w:cs="Times New Roman"/>
        </w:rPr>
        <w:t>Detta faktum har gång på gång påvisats bortom varje matematisk möjlighet att förhålla sig på annat sätt. Varje gång en ny globalistisk talepunkt introduceras i samhället i stort, har det upprepade gånger dokumenterats att de olika kommunikationslinjer som styrs av drakens propagandamaskin återger identiska formuleringar ord för ord när de beskriver denna händelse eller den frågan.</w:t>
      </w:r>
    </w:p>
    <w:p>
      <w:pPr>
        <w:pStyle w:val="ArticleBody"/>
        <w:jc w:val="left"/>
      </w:pPr>
      <w:r>
        <w:rPr>
          <w:rFonts w:ascii="Times New Roman" w:hAnsi="Times New Roman" w:eastAsia="Times New Roman" w:cs="Times New Roman"/>
        </w:rPr>
        <w:t>Om någon av er känner till den gamla barnleken som kallas ”viskleken”, eller ibland ”kinesiska viskningar”, vet ni att när människor sitter i en ring, och leken fortgår, och den första personen viskar i örat på nästa, och sedan förs viskningen vidare runt ringen, så utvecklas den ursprungliga viskning som går runt ringen ofrånkomligen till något annat än vad den första viskningen representerade. Ändå förväntar sig Mainstream Media att dess anhängare ska tro att varje journalist i detta land och runt om i världen på något sätt väljer samma ord och fraser för att förklara drakens ståndpunkt i en fråga eller händelse. Hundratals så kallade journalister såg på samma händelse och kom inte bara till samma slutsats, utan de valde också identiska ord och fraser för att beskriva händelsen.</w:t>
      </w:r>
    </w:p>
    <w:p>
      <w:pPr>
        <w:pStyle w:val="ArticleBody"/>
        <w:jc w:val="left"/>
      </w:pPr>
      <w:r>
        <w:rPr>
          <w:rFonts w:ascii="Times New Roman" w:hAnsi="Times New Roman" w:eastAsia="Times New Roman" w:cs="Times New Roman"/>
        </w:rPr>
        <w:t>Det vi behandlar vid denna tid är inte ett angrepp på globalisternas propagandamaskin; det är helt enkelt att identifiera ett profetiskt kännetecken hos det andliga krig som nu äger rum på planeten jorden. På Kristi tid valde judarna till slut offentligt Caesar till sin konung, när de förkastade sin Messias. Under denna omstridda period framlade översteprästen ett argument för att mörda Kristus som var sataniskt och byggde på felaktigt resonemang, men som samtidigt var träffande.</w:t>
      </w:r>
    </w:p>
    <w:p>
      <w:pPr>
        <w:pStyle w:val="ArticleScripture"/>
        <w:jc w:val="left"/>
      </w:pPr>
      <w:r>
        <w:rPr>
          <w:rFonts w:ascii="Times New Roman" w:hAnsi="Times New Roman" w:eastAsia="Times New Roman" w:cs="Times New Roman"/>
        </w:rPr>
        <w:t>Men en av dem, vid namn Kaifas, som var överstepräst det året, sade till dem: Ni vet ingenting alls, och ni betänker inte att det är bättre för oss att en man dör för folket än att hela nationen går under. Detta sade han inte av sig själv; utan eftersom han var överstepräst det året profeterade han att Jesus skulle dö för nationen, och inte endast för nationen, utan också för att samla Guds barn, som var förskingrade, till ett. Johannes 11:49–52.</w:t>
      </w:r>
    </w:p>
    <w:p>
      <w:pPr>
        <w:pStyle w:val="ArticleBody"/>
        <w:jc w:val="left"/>
      </w:pPr>
      <w:r>
        <w:rPr>
          <w:rFonts w:ascii="Times New Roman" w:hAnsi="Times New Roman" w:eastAsia="Times New Roman" w:cs="Times New Roman"/>
        </w:rPr>
        <w:t>Kaifas uppfann en logik för att angripa Kristus, och därigenom uttalade han faktiskt en giltig förutsägelse. Han trodde inte att Kristus behövde vara mänsklighetens offer; han ville helt enkelt döda Honom. Drakmaktens Mainstream Media åstadkommer nu något liknande med Trump. De försöker inpränta fruktan i befolkningen, att om Trump blir återvald, så kommer han att bli en diktator, såsom Adolf Hitler var. Demokraterna är det parti som är för slaveri och besitter det nazistiska partiets kännetecken, inbegripet en världsomspännande, inte endast tysk, propagandamaskin; men de hävdar att om Trump blir vald kommer demokratin att omstörtas och Trump att bli en diktator likt Adolf Hitler.</w:t>
      </w:r>
    </w:p>
    <w:p>
      <w:pPr>
        <w:pStyle w:val="ArticleBody"/>
        <w:jc w:val="left"/>
      </w:pPr>
      <w:r>
        <w:rPr>
          <w:rFonts w:ascii="Times New Roman" w:hAnsi="Times New Roman" w:eastAsia="Times New Roman" w:cs="Times New Roman"/>
        </w:rPr>
        <w:t>Detta är exakt vad Guds Ord anger om Förenta staternas siste president, även om massmedierna, liksom den drakinspirerade Kaifas, inte förstår att deras talepunkter är profetiska och faktiskt kommer att gå i uppfyllelse.</w:t>
      </w:r>
    </w:p>
    <w:p>
      <w:pPr>
        <w:pStyle w:val="ArticleScripture"/>
        <w:jc w:val="left"/>
      </w:pPr>
      <w:r>
        <w:rPr>
          <w:rFonts w:ascii="Times New Roman" w:hAnsi="Times New Roman" w:eastAsia="Times New Roman" w:cs="Times New Roman"/>
        </w:rPr>
        <w:t>”Vårt land är i fara. Tiden närmar sig då dess lagstiftare så skall avsvära sig protestantismens principer att de skall ge stöd åt det romerska avfallet. Det folk för vilket Gud så underbart har verkat och stärkt till att kasta av sig påvedömets betungande ok, kommer genom en nationell handling att ge kraft åt Roms fördärvade tro och därigenom väcka det tyranni som endast väntar på en beröring för att på nytt bryta ut i grymhet och despotism. Med snabba steg närmar vi oss redan denna tid.” The Spirit of Prophecy, volym 4, 410.</w:t>
      </w:r>
    </w:p>
    <w:p>
      <w:pPr>
        <w:pStyle w:val="ArticleBody"/>
        <w:jc w:val="left"/>
      </w:pPr>
      <w:r>
        <w:rPr>
          <w:rFonts w:ascii="Times New Roman" w:hAnsi="Times New Roman" w:eastAsia="Times New Roman" w:cs="Times New Roman"/>
        </w:rPr>
        <w:t>Jag är medveten om att när jag identifierar de fördärvade inslagen bland Demokraterna i Förenta staterna, de bekännande republikaner som i verkligheten är globalister, och världens progressiva globalister, kan en läsare förledas att tro att jag hyser någon form av politisk sympati för Republikanska partiet eller Donald Trump. Detta ligger långt från sakförhållandena; den siste presidenten skall bli en diktator, alldeles såsom Mainstream Media förutsäger, även om de inte vet mer om vad de faktiskt förutsäger än Kajafas gjorde. Vi identifierar helt enkelt den profetiska dynamik som är förknippad med ”det komplexa samspelet mellan mänskliga händelser”, vilket representeras av Hesekiels hjul inuti hjul.</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etthundratrettionio</dc:title>
  <dc:subject>Den profetiska samstämmigheten mellan Daniel 11:40 och moderna politiska realiteter: Att reda ut mysteriet med den siste presidenten</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