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femton</w:t>
      </w:r>
    </w:p>
    <w:p>
      <w:pPr>
        <w:pStyle w:val="ArticleSubtitle"/>
        <w:jc w:val="left"/>
      </w:pPr>
      <w:r>
        <w:rPr>
          <w:rFonts w:ascii="Arial" w:hAnsi="Arial" w:eastAsia="Arial" w:cs="Arial"/>
        </w:rPr>
        <w:t>”250” gånger 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År 2026 ska Trump fira Amerikas ”250” år och därigenom ställa sig i linje med de ”250” åren från 457 f.Kr. till Antiochos den store i historien mellan slaget vid Rafia och slaget vid Panium. Vid slutet av ”250” år står Antiochos den store år 207 f.Kr., tio år efter Rafia och sju år före Panium. Vittnesbördet om ”250” år överensstämmer också med den hedniska Roms period om ”250” år, ty år 64 inledde Nero förföljelsen av de kristna, och ”250” år senare, genom ediktet i Milano år 313, legaliserade Konstantin den store kristendomen, och förföljelserna upphörde.</w:t>
      </w:r>
    </w:p>
    <w:p>
      <w:pPr>
        <w:pStyle w:val="ArticleBody"/>
        <w:jc w:val="left"/>
      </w:pPr>
      <w:r>
        <w:rPr>
          <w:rFonts w:ascii="Times New Roman" w:hAnsi="Times New Roman" w:eastAsia="Times New Roman" w:cs="Times New Roman"/>
        </w:rPr>
        <w:t>Donald Trump är känd för sina ansträngningar att göra Amerika stort igen; det är beteckningen för hans anhängare – MAGA. Trump har i profetian typifierats genom Konstantin den store, Antiochos den store, och naturligtvis är han i de första verserna av Daniel elva Kyros den store, Xerxes den store och därefter Alexander den store. Från Kyros’, Dareios’ och Artaxerxes’ dekret år 457 f.Kr. till historien om Panium är det två hundra femtio år. Slutet på de ”250” åren ligger i en mittpunkt mellan Rafia och Panium, och så också 2026. År 2026 är mitten av Trumps andra mandatperiod. Neros ”250” år av förföljelse leder till ett dekret som avslutar den kristna förföljelsen. Neros linje är mittlinjen av de tre linjerna om ”250” år som representeras av Kyros, Nero och Trump.</w:t>
      </w:r>
    </w:p>
    <w:p>
      <w:pPr>
        <w:pStyle w:val="ArticleBody"/>
        <w:jc w:val="left"/>
      </w:pPr>
      <w:r>
        <w:rPr>
          <w:rFonts w:ascii="Times New Roman" w:hAnsi="Times New Roman" w:eastAsia="Times New Roman" w:cs="Times New Roman"/>
        </w:rPr>
        <w:t>Kyros utfärdade det första dekretet och Artaxerxes utfärdade det tredje dekretet. Kyros är den första ängeln och Artaxerxes den tredje. Jag avser att använda Kyros som symbol för alla tre dekret som tillsammans identifierar år 457 f.Kr.</w:t>
      </w:r>
    </w:p>
    <w:p>
      <w:pPr>
        <w:pStyle w:val="ArticleBody"/>
        <w:jc w:val="left"/>
      </w:pPr>
      <w:r>
        <w:rPr>
          <w:rFonts w:ascii="Times New Roman" w:hAnsi="Times New Roman" w:eastAsia="Times New Roman" w:cs="Times New Roman"/>
        </w:rPr>
        <w:t>Kyros inleder en ”250”-årig tidslinje år 457 f.Kr., vilken slutar i Paniums historia, som är Antiochos den stores historia, vilken är Donald Trump. Panium är versen före söndagslagen. Kyros markerar början på den ”250”-åriga historiska linjen som representerar jorddjurets republikanska horn, och Kyros markerar också början på den 2 300-åriga historiska linjen som representerar jorddjurets protestantiska horn.</w:t>
      </w:r>
    </w:p>
    <w:p>
      <w:pPr>
        <w:pStyle w:val="ArticleBody"/>
        <w:jc w:val="left"/>
      </w:pPr>
      <w:r>
        <w:rPr>
          <w:rFonts w:ascii="Times New Roman" w:hAnsi="Times New Roman" w:eastAsia="Times New Roman" w:cs="Times New Roman"/>
        </w:rPr>
        <w:t>Nero inleder en historisk linje som representerar förföljelse fram till kompromiss. Till skillnad från Kyros och Förenta staterna, som representerar en linje som slutar vid mittpunkten av en profetisk period, slutar Neros linje med en illustration av en fortskridande period av kompromiss, som börjar med ediktet i Milano år 313, därefter den första söndagslagen år 321, och som sedan följdes år 330 av Roms delning i öst och väst. Konstantin representeras vid alla dessa tre tidpunkter. I Neros linje är det sjutton år från 313 till 330. I Kyros linje är det också sjutton år från slaget vid Rafia år 217 f.Kr. till slaget vid Panium år 200 f.Kr.</w:t>
      </w:r>
    </w:p>
    <w:p>
      <w:pPr>
        <w:pStyle w:val="ArticleBody"/>
        <w:jc w:val="left"/>
      </w:pPr>
      <w:r>
        <w:rPr>
          <w:rFonts w:ascii="Times New Roman" w:hAnsi="Times New Roman" w:eastAsia="Times New Roman" w:cs="Times New Roman"/>
        </w:rPr>
        <w:t>I det elfte kapitlet av Daniel är Artaxerxes det tredje dekretet. Det tredje dekretet representerar den tredje ängeln och söndagslagen. De ”250” åren från 457 f.Kr. och de ”250” åren från 1776 avslutas båda mitt i den historia som utspelar sig strax före söndagslagen i vers sexton. Kapitel elva framställer verser som i slutänden representerade historien år 1989 i vers tio, och historien om det ukrainska kriget, som började 2014, representerad i vers elva, och därefter Trump som återvänder för sin andra mandatperiod år 2024, såsom representerat i vers tretton, och sedan identifierar vers fjorton år 2025, då den förste påven från det härliga landet upprättar den yttre synen.</w:t>
      </w:r>
    </w:p>
    <w:p>
      <w:pPr>
        <w:pStyle w:val="ArticleBody"/>
        <w:jc w:val="left"/>
      </w:pPr>
      <w:r>
        <w:rPr>
          <w:rFonts w:ascii="Times New Roman" w:hAnsi="Times New Roman" w:eastAsia="Times New Roman" w:cs="Times New Roman"/>
        </w:rPr>
        <w:t>Daniel 11:40 uppfylldes år 1989, när Sovjetunionen fälldes genom en hemlig allians mellan Johannes Paulus II och Ronald Reagan. Denna hemliga allians vid ändens tid år 1989 var en förebild för en öppen allians vid slutet av den profetiska period som började år 1989. Denna öppna allians är det som bekräftar synen.</w:t>
      </w:r>
    </w:p>
    <w:p>
      <w:pPr>
        <w:pStyle w:val="ArticleBody"/>
        <w:jc w:val="left"/>
      </w:pPr>
      <w:r>
        <w:rPr>
          <w:rFonts w:ascii="Times New Roman" w:hAnsi="Times New Roman" w:eastAsia="Times New Roman" w:cs="Times New Roman"/>
        </w:rPr>
        <w:t>2026 är slutet på ”250” år av profetisk historia, en period som började med tjugotvå år från 1776 fram till ändens tid 1798. De tjugotvå åren i denna begynnelsehistoria återspeglas i den tjugotvååriga historien från 11 september till 2023. Vid slutet av de tjugotvå åren 1798 blev Daniels bok upplåten; och vid slutet av de tjugotvå år som började vid 11 september och avslutades den 31 december 2023 började Lejonet av Juda stam att öppna Jesu Kristi uppenbarelse.</w:t>
      </w:r>
    </w:p>
    <w:p>
      <w:pPr>
        <w:pStyle w:val="ArticleBody"/>
        <w:jc w:val="left"/>
      </w:pPr>
      <w:r>
        <w:rPr>
          <w:rFonts w:ascii="Times New Roman" w:hAnsi="Times New Roman" w:eastAsia="Times New Roman" w:cs="Times New Roman"/>
        </w:rPr>
        <w:t>Det budskap som avförseglades vid slutet av tjugotvå år 1798 lades fram inför allmänheten 1831, tvåhundratjugo år efter att King James Bible hade utgivits 1611. Från 1798 till 1831 öppnades Guds profetiska ord steg för steg. År 1831 var det i den offentliga sfären, och män och kvinnor kunde då hållas ansvariga inför det budskap som hade avförseglats 1798. Sedan, år 1840, inträffade ”ytterligare en anmärkningsvärd händelse”, såsom syster White kallar det, när en förutsägelse om islam gick i uppfyllelse.</w:t>
      </w:r>
    </w:p>
    <w:p>
      <w:pPr>
        <w:pStyle w:val="ArticleBody"/>
        <w:jc w:val="left"/>
      </w:pPr>
      <w:r>
        <w:rPr>
          <w:rFonts w:ascii="Times New Roman" w:hAnsi="Times New Roman" w:eastAsia="Times New Roman" w:cs="Times New Roman"/>
        </w:rPr>
        <w:t>Från slutet av en period om tjugotvå år (1798) till slutet av en period om tvåhundratjugo år (1831) framställs en period då ett budskap avförseglas. Framställningen innefattar en hållpunkt där budskapet formaliseras, följd av en hållpunkt som identifierar en förutsägelse, vilken därefter har omberäknats, och som, när den sedan uppfylls, frambringar en hållpunkt som markerar början på en ”underbar uppenbarelse av Guds kraft.”</w:t>
      </w:r>
    </w:p>
    <w:p>
      <w:pPr>
        <w:pStyle w:val="ArticleBody"/>
        <w:jc w:val="left"/>
      </w:pPr>
      <w:r>
        <w:rPr>
          <w:rFonts w:ascii="Times New Roman" w:hAnsi="Times New Roman" w:eastAsia="Times New Roman" w:cs="Times New Roman"/>
        </w:rPr>
        <w:t>Den tjugotvååriga perioden vid slutet av 1989 års rörelse sträckte sig från 11 september fram till 2023, då en profetia återigen blev upplåten. Den profetian måste av nödvändighet inleda en period av tilltagande kunskap, en kunskap som skulle pröva och skilja, ty många är kallade men få är utvalda. Det skulle komma en tidpunkt då budskapet skulle föras ut på den offentliga arenan. Budskapet skulle bära kännetecknen av att vara ett budskap som profetiskt hade omberäknats, och det skulle återigen innehålla en förutsägelse. När den offentliga förutsägelsen uppfylls, skulle budskapet få kraft, såsom det framställs i historien om 1840 och pingsten.</w:t>
      </w:r>
    </w:p>
    <w:p>
      <w:pPr>
        <w:pStyle w:val="ArticleBody"/>
        <w:jc w:val="left"/>
      </w:pPr>
      <w:r>
        <w:rPr>
          <w:rFonts w:ascii="Times New Roman" w:hAnsi="Times New Roman" w:eastAsia="Times New Roman" w:cs="Times New Roman"/>
        </w:rPr>
        <w:t>Med Sovjetunionens fall 1989 blev Daniel 11:40 avförseglad; och 1996 fördes budskapet i Daniel 11 ut på den offentliga arenan. År 1996 infaller tvåhundratjugo år efter 1776, vilket inte bara inledde de tjugotvå år som avslutades 1798, utan också inledde de tvåhundrafemtio år som slutar 2026. Det republikanska hornet når en mittpunkt vid de politiska mellanårsvalen 2026, och det protestantiska hornet sträcker sig fram till 2026, vilket är slutet på en trettioårsperiod som började med formaliseringen av budskapet 1996, vilket hade avförseglats vid ändens tid 1989. Jesus illustrerar alltid slutet med början, därför är 2026 det år då det korrigerade budskapet om Midnattsropet skall formaliseras, trettio år efter att det avförseglade budskapet från 1989 formaliserades 1996.</w:t>
      </w:r>
    </w:p>
    <w:p>
      <w:pPr>
        <w:pStyle w:val="ArticleBody"/>
        <w:jc w:val="left"/>
      </w:pPr>
      <w:r>
        <w:rPr>
          <w:rFonts w:ascii="Times New Roman" w:hAnsi="Times New Roman" w:eastAsia="Times New Roman" w:cs="Times New Roman"/>
        </w:rPr>
        <w:t>Den ”250”-åriga tidslinje som börjar år 1776 för dig till 2026, mitten av Donald Trumps mandatperiod, strax före striden mellan Förenta staterna och Ryssland, som börjar när åsnan släpps lös och islam åter slår till mot Förenta staterna, såsom det gjorde den 11 september.</w:t>
      </w:r>
    </w:p>
    <w:p>
      <w:pPr>
        <w:pStyle w:val="ArticleBody"/>
        <w:jc w:val="left"/>
      </w:pPr>
      <w:r>
        <w:rPr>
          <w:rFonts w:ascii="Times New Roman" w:hAnsi="Times New Roman" w:eastAsia="Times New Roman" w:cs="Times New Roman"/>
        </w:rPr>
        <w:t>Neros ”250”-linje är den mellersta linjen av de tre linjerna, både historiskt och profetiskt. Detta identifierar Neros linje som den andra ängeln, vilken är det andra testet som föregår det tredje testet. Det andra testet är vilddjurets bild-testet, vilket representerar det fortskridande upprättandet av föreningen mellan kyrka och stat, som förebildas av Milanoediktet år 313, vilket i sin tur ledde till den första söndagslagen år 321, och därefter till den nationella undergång som alltid följer på en söndagslag, sådan den framställs i historien om år 330.</w:t>
      </w:r>
    </w:p>
    <w:p>
      <w:pPr>
        <w:pStyle w:val="ArticleBody"/>
        <w:jc w:val="left"/>
      </w:pPr>
      <w:r>
        <w:rPr>
          <w:rFonts w:ascii="Times New Roman" w:hAnsi="Times New Roman" w:eastAsia="Times New Roman" w:cs="Times New Roman"/>
        </w:rPr>
        <w:t>Milanoediktet år 313 markerar början på upprättandet av relationen mellan kyrka och stat i Förenta staterna, vilken stegvis leder till söndagslagen i vers sexton. Detta verk började vid 11 september med Patriot Act, men i fraktalen vid slutet av beseglingstiden utgör både Patriot Act och Milanoediktet förebilder på en handling som inleder en fortskridande period av kompromiss, vilken leder fram till den snart annalkande söndagslagen. Det är den första i en serie profetiska handlingar som direkt för kyrka och stat samman i Förenta staterna och slutligen leder till söndagslagen.</w:t>
      </w:r>
    </w:p>
    <w:p>
      <w:pPr>
        <w:pStyle w:val="ArticleBody"/>
        <w:jc w:val="left"/>
      </w:pPr>
      <w:r>
        <w:rPr>
          <w:rFonts w:ascii="Times New Roman" w:hAnsi="Times New Roman" w:eastAsia="Times New Roman" w:cs="Times New Roman"/>
        </w:rPr>
        <w:t>Milanoediktet år 313 bär just dessa kännetecken i sin historiska dokumentation, ty det var inte ett enda edikt; det var en serie brev från Licinius, härskaren över det östra Rom. Det östra Rom var vid den tiden fortfarande starkt hedniskt, medan Konstantin öppnade sitt västra rike för kristendomen. Själva överenskommelsen ingicks i februari 313 under ett toppmöte där Licinius också gifte sig med Konstantins halvsyster för att besegla deras allians. De brev från Licinius som anslogs i den östra delen av riket stadfäste frihet att utöva sin religion för de kristna och för alla andra, liksom återställandet av konfiskerad kristen egendom.</w:t>
      </w:r>
    </w:p>
    <w:p>
      <w:pPr>
        <w:pStyle w:val="ArticleBody"/>
        <w:jc w:val="left"/>
      </w:pPr>
      <w:r>
        <w:rPr>
          <w:rFonts w:ascii="Times New Roman" w:hAnsi="Times New Roman" w:eastAsia="Times New Roman" w:cs="Times New Roman"/>
        </w:rPr>
        <w:t>Ediktet i Milano satte punkt för de ”250” åren av förföljelse och representerar en tidsperiod under vilken alla de friheter som ediktet företräder steg för steg skall fråntas de kristna, medan världen marscherar tillsammans med Trump mot den snart kommande söndagslagen.</w:t>
      </w:r>
    </w:p>
    <w:p>
      <w:pPr>
        <w:pStyle w:val="ArticleScripture"/>
        <w:jc w:val="left"/>
      </w:pPr>
      <w:r>
        <w:rPr>
          <w:rFonts w:ascii="Times New Roman" w:hAnsi="Times New Roman" w:eastAsia="Times New Roman" w:cs="Times New Roman"/>
        </w:rPr>
        <w:t>”Om läsaren vill förstå de redskap som skall användas i den snart annalkande striden, behöver han endast följa skildringen av de medel som Rom använde för samma syfte i gångna tider. Om han vill veta hur papister och protestanter, förenade, kommer att behandla dem som förkastar deras dogmer, må han se den anda som Rom visade mot sabbaten och dess försvarare.</w:t>
      </w:r>
    </w:p>
    <w:p>
      <w:pPr>
        <w:pStyle w:val="ArticleScripture"/>
        <w:jc w:val="left"/>
      </w:pPr>
      <w:r>
        <w:rPr>
          <w:rFonts w:ascii="Times New Roman" w:hAnsi="Times New Roman" w:eastAsia="Times New Roman" w:cs="Times New Roman"/>
        </w:rPr>
        <w:t>”Kungliga påbud, allmänna kyrkomöten och kyrkliga förordningar, upprätthållna av världslig makt, var de steg genom vilka den hedniska högtiden uppnådde sin hedersplats i den kristna världen. Den första offentliga åtgärden som framtvingade söndagsfirande var den lag som utfärdades av Konstantin. (A.D. 321) Detta påbud krävde att stadsbor skulle vila på ’solens vördnadsvärda dag’, men tillät landsbygdsbefolkningen att fortsätta sitt jordbruksarbete. Fastän den i själva verket var en hednisk lag, genomdrevs den av kejsaren efter hans nominella antagande av kristendomen.” The Great Controversy, 573, 574.</w:t>
      </w:r>
    </w:p>
    <w:p>
      <w:pPr>
        <w:pStyle w:val="ArticleBody"/>
        <w:jc w:val="left"/>
      </w:pPr>
      <w:r>
        <w:rPr>
          <w:rFonts w:ascii="Times New Roman" w:hAnsi="Times New Roman" w:eastAsia="Times New Roman" w:cs="Times New Roman"/>
        </w:rPr>
        <w:t>Talet ”25”, som är en tiondel av ”250”, representerar uppror och delning. De ”25” ledarna för det laodiceiska adventismen som böjer sig för solen i Hesekiel kapitel åtta är skilda från dem som blir beseglade i det allra följande kapitlet, och syster White identifierar tydligt beseglingen i Hesekiel kapitel nio som beseglingen av Uppenbarelsebokens etthundrafyrtiofyra tusen. Dessa ”25” män är endast en tiondel av de ”250” namnkunniga män som deltog i Koras, Datans och Abirams uppror. Syster White förbjöds att lämna Generalkonferensens möte 1888, ty Gabriel sade till henne att hon måste stanna och nedteckna upproret i Minneapolis, eftersom det var en upprepning av Koras uppror. ”250” är en symbol för uppror och åtskillnad. I Matteus ”25” finns tre liknelser som undervisar om åtskillnaden mellan de ogudaktiga och de visa. De republikanska och protestantiska hornen är båda underställda en nådatid som framställs som fyra generationer, och både förbundsfolket och den nation där förbundsfolket är etablerat döms inom samma tidsperiod.</w:t>
      </w:r>
    </w:p>
    <w:p>
      <w:pPr>
        <w:pStyle w:val="ArticleBody"/>
        <w:jc w:val="left"/>
      </w:pPr>
      <w:r>
        <w:rPr>
          <w:rFonts w:ascii="Times New Roman" w:hAnsi="Times New Roman" w:eastAsia="Times New Roman" w:cs="Times New Roman"/>
        </w:rPr>
        <w:t>Under de ”250” åren för jorddjuret, som är den sjätte riket i Bibelns profetia och är Förenta staterna, identifierar Neros linje ett dekret, vilket representeras av Milanoediktet som markerar början på en fortskridande upptrappning av rättslig krigföring, vilken avslutas med dekretet om söndagslagen år 321 och inleder en period som avslutas år 330, då hela världen delas in i två klasser, framställda som öst och väst. Den nioårsperioden från 321 till 330 är också Lövhyddohögtidens sju dagar, som börjar med söndagslagen år 321 och slutar när Mikael står upp och nådatiden avslutas år 330.</w:t>
      </w:r>
    </w:p>
    <w:p>
      <w:pPr>
        <w:pStyle w:val="ArticleBody"/>
        <w:jc w:val="left"/>
      </w:pPr>
      <w:r>
        <w:rPr>
          <w:rFonts w:ascii="Times New Roman" w:hAnsi="Times New Roman" w:eastAsia="Times New Roman" w:cs="Times New Roman"/>
        </w:rPr>
        <w:t>Att förkasta den milleritiska grundläggande förståelsen att det är Rom som upprättar synen är att underkänna det grundläggande prov som anlände den 31 december 2023 och avslutades när den förste påven från det härliga landet valdes den 8 maj 2025. Den grundläggande sanning som gjorde det möjligt för William Miller att känna igen Rom som den symbol som upprättar synen är den sanning vars förkastande medför en kraftig villfarelse. Att misslyckas med detta första prov medför den starka villfarelse som omtalas i Thessalonikerbreven och bevisar att de oförståndiga som inte förstår, inte älskar ”sanningen”. Att förkasta den symbol som upprättar den yttre synen är att förkasta det grundläggande provet, vilket är det första av tre prov. Syster White likställer det första provet på Kristi tid med Johannes Döparens budskap. Hon visar att de som förkastade Johannes budskap inte skulle ha någon nytta av Jesu undervisning, och inte heller skulle de kunna urskilja den dispensatoriska förändringen när Kristus gick från förgården till det Heliga.</w:t>
      </w:r>
    </w:p>
    <w:p>
      <w:pPr>
        <w:pStyle w:val="ArticleBody"/>
        <w:jc w:val="left"/>
      </w:pPr>
      <w:r>
        <w:rPr>
          <w:rFonts w:ascii="Times New Roman" w:hAnsi="Times New Roman" w:eastAsia="Times New Roman" w:cs="Times New Roman"/>
        </w:rPr>
        <w:t>Hon anpassade denna progressiva prövningsprocess till milleriternas period och lär att de som förkastade den första ängelns budskap motsvarade judarna som förkastade Johannes budskap. I varje historisk linje hade de som misslyckades i det första provet ingen nytta av nästa steg och förblindades för Kristi dispensatoriska förändring. De som förkastade budskapet om 11 september kunde inte se att Kristus hade börjat döma de levande. De som misslyckas med 2023 års grundläggande prov kommer inte att se den övergångsförändring genom vilken den kämpande församlingen blir den triumferande församlingen. De som förkastade något av dessa grundläggande prov hamnade i ”fullständigt mörker”. Där ingen syn finns, hamnar folket i fullständigt mörker, och det är Rom som upprättar ljuset från den yttre synen. Denna sanning kan urskiljas i de tre påvarna och deras förhållande till de tre presidenter som står i de tre striderna i vers tio, elva och femton i Daniel elva.</w:t>
      </w:r>
    </w:p>
    <w:p>
      <w:pPr>
        <w:pStyle w:val="ArticleBody"/>
        <w:jc w:val="left"/>
      </w:pPr>
      <w:r>
        <w:rPr>
          <w:rFonts w:ascii="Times New Roman" w:hAnsi="Times New Roman" w:eastAsia="Times New Roman" w:cs="Times New Roman"/>
        </w:rPr>
        <w:t>Kyros’ yttre ”250”-årslinje, som slutade år 207 f.Kr. mitt i en sjuttonårsperiod präglad av slaget vid Rafia fram till slaget vid Panion, stod i linje med den ”250”-årslinje som började med Nero och slutade med ediktet i Milano år 313 och därmed utmärkte Konstantin den stores sjuttonårsperiod. Donald Trump står som Antiochos den store år 207 f.Kr., vilket är 2026, och han står också som Konstantin den store år 313, vid början av vilddjurets bilds prövotid. Den 4 juli 2026 gör Trump, som Antiochos och Konstantin, Amerika ”stort”. Trump är den tredje av de tre presidenter som svarar mot de tre slagen i verserna tio, elva och femton. Reagan var den förste av dessa tre och Obama var den mellerste. Dessa tre presidenter bär ”sanningens” signatur, och Reagan och Trump representerar inte bara den förste och den tredje, utan också alfa och omega.</w:t>
      </w:r>
    </w:p>
    <w:p>
      <w:pPr>
        <w:pStyle w:val="ArticleBody"/>
        <w:jc w:val="left"/>
      </w:pPr>
      <w:r>
        <w:rPr>
          <w:rFonts w:ascii="Times New Roman" w:hAnsi="Times New Roman" w:eastAsia="Times New Roman" w:cs="Times New Roman"/>
        </w:rPr>
        <w:t>De profetiska kännetecknen för var och en av presidenterna är att när de regerar, står de i förbund med den dåtida påven. Reagan och Johannes Paulus II var i hemlighet allierade när de störtade Sovjetunionen år 1989 i uppfyllelse av vers tio och fyrtio i Daniel elva. Obama, den woke globalistiske presidenten mellan Reagan och Trump, var filosofiskt allierad med den woke påven Franciskus. Trumps allians med påve Leo är öppen för alla att se, och år 2025 installerades Trump som president och Leo installerades som antikrist. Det andliga förhållandet mellan en president och en påve framställs genom Isebel och Baals profeter. Det politiska förhållandet mellan en president och en påve framställs genom Isebel och Ahab. I båda framställningarna är Isebel huvudet.</w:t>
      </w:r>
    </w:p>
    <w:p>
      <w:pPr>
        <w:pStyle w:val="ArticleScripture"/>
        <w:jc w:val="left"/>
      </w:pPr>
      <w:r>
        <w:rPr>
          <w:rFonts w:ascii="Times New Roman" w:hAnsi="Times New Roman" w:eastAsia="Times New Roman" w:cs="Times New Roman"/>
        </w:rPr>
        <w:t>”När vi närmar oss den sista krisen, är det av livsavgörande betydelse att harmoni och enhet råder bland Herrens redskap. Världen är uppfylld av storm och krig och splittring. Men under ett huvud — den påvliga makten — kommer folken att förena sig för att motsätta sig Gud i hans vittnens person. Denna sammanslutning sammanfogas av den store avfällingen. Medan han söker förena sina redskap i krigföring mot sanningen, kommer han att verka för att splittra och skingra dess förespråkare. Avund, onda misstankar, förtal, anstiftas av honom för att åstadkomma oenighet och söndring.” Testimonies, band 7, s. 182.</w:t>
      </w:r>
    </w:p>
    <w:p>
      <w:pPr>
        <w:pStyle w:val="ArticleScripture"/>
        <w:jc w:val="left"/>
      </w:pPr>
      <w:r>
        <w:rPr>
          <w:rFonts w:ascii="Times New Roman" w:hAnsi="Times New Roman" w:eastAsia="Times New Roman" w:cs="Times New Roman"/>
        </w:rPr>
        <w:t>”I denna tid av rådande ogudaktighet kommer de protestantiska kyrkor som har förkastat ett ’Så säger Herren’ att nå ett märkligt tillstånd. De kommer att omvändas till världen. I sitt avskiljande från Gud kommer de att söka göra lögn och avfall från Gud till nationens lag. De kommer att påverka landets styresmän att stifta lagar för att återupprätta den förlorade överhögheten hos syndens människa, som sitter i Guds tempel och utger sig för att vara Gud. De romersk-katolska principerna kommer att tas under statens beskydd. Bibelsanningens protest kommer inte längre att tolereras av dem som inte har gjort Guds lag till sin livsregel.” Review and Herald, 21 december 1897.</w:t>
      </w:r>
    </w:p>
    <w:p>
      <w:pPr>
        <w:pStyle w:val="ArticleBody"/>
        <w:jc w:val="left"/>
      </w:pPr>
      <w:r>
        <w:rPr>
          <w:rFonts w:ascii="Times New Roman" w:hAnsi="Times New Roman" w:eastAsia="Times New Roman" w:cs="Times New Roman"/>
        </w:rPr>
        <w:t>Baals falska profeter åt vid Isebels bord. Isebel var drottningen och profeterna var hennes profeter. I vers fyrtio i Daniel elva framställdes Reagan genom ”vagnar” och ”ryttare”, symboler för militär styrka, och även genom ”skepp”, en symbol för ekonomisk makt. Likväl var det i versen påvedömet som är ”kungen” i norr. Reagan stod profetiskt under Isebels överhöghet. Under den perioden förundrade sig världen över vilddjuret, då påven Johannes Paulus II reste världen runt mer än någon annan påve. Malachi Martin, en välkänd jesuitisk författare, skrev om påven Johannes Paulus II i sin bok, Keys of This Blood. Bokens uttalade premiss var att världen vid tiden för Johannes Paulus II och Reagan då befann sig i en trepartsstrid om världsherraväldet mellan påvedömet, Förenta staterna och Sovjetunionen. Martin förutsade att påvedömet skulle segra i den striden. Den hemliga alliansen mellan Reagan och antikrist tillkännagav att rörelserna för att hela påvedömets dödliga sår hade börjat, såsom det åskådliggörs i vers fyrtio och framåt i Daniel elva. Martins bok återgav påvedömets sedan länge närda mål att erövra det protestantiska Amerika. Reagans villighet att blunda för det faktum att påven är Bibelprofetians antikrist grundade sig, enligt hans eget vittnesbörd, på hans felaktiga tillämpning av Sovjetunionen som Bibelprofetians antikrist.</w:t>
      </w:r>
    </w:p>
    <w:p>
      <w:pPr>
        <w:pStyle w:val="ArticleScripture"/>
        <w:jc w:val="left"/>
      </w:pPr>
      <w:r>
        <w:rPr>
          <w:rFonts w:ascii="Times New Roman" w:hAnsi="Times New Roman" w:eastAsia="Times New Roman" w:cs="Times New Roman"/>
        </w:rPr>
        <w:t>”De som blir förvirrade i sin förståelse av ordet och som underlåter att inse antikrists innebörd, kommer med säkerhet att ställa sig på antikrists sida.” Kress Collection, 105.</w:t>
      </w:r>
    </w:p>
    <w:p>
      <w:pPr>
        <w:pStyle w:val="ArticleBody"/>
        <w:jc w:val="left"/>
      </w:pPr>
      <w:r>
        <w:rPr>
          <w:rFonts w:ascii="Times New Roman" w:hAnsi="Times New Roman" w:eastAsia="Times New Roman" w:cs="Times New Roman"/>
        </w:rPr>
        <w:t>Reagan var den förste av de åtta presidenter som identifieras i de första verserna av Daniel elva, och han är också den förste av de tre av dessa åtta presidenter som har en profetisk relation till antikrist. I symboliken hos Reagan, Obamas och Trumps tre allianser kan sanningens signatur urskiljas. Reagan, såsom den förste, är en förebild för den siste, och de olika parallellerna mellan Reagan och Trump är häpnadsväckande och talrika. Den mellersta vägmarkeringen i de tre steg som etablerar det hebreiska ordet ”sanning” är uppror, varav Obamas presidentskap är ett så klassiskt exempel. Den 8 maj 2025 installerades för första gången en påve som kom från Förenta staterna, och Reagans hemliga allians hade nått Trumps öppna allians. År 2025 installerade påvedömet öppet en påve från det härliga landet, Förenta staterna, själva målet för dess strider sedan 1798. Det som återstod för att Malachi Martins förutsägelse skulle uppfyllas var söndagslagen, där den trefaldiga föreningen av draken, vilddjuret och den falske profeten genomförs.</w:t>
      </w:r>
    </w:p>
    <w:p>
      <w:pPr>
        <w:pStyle w:val="ArticleScripture"/>
        <w:jc w:val="left"/>
      </w:pPr>
      <w:r>
        <w:rPr>
          <w:rFonts w:ascii="Times New Roman" w:hAnsi="Times New Roman" w:eastAsia="Times New Roman" w:cs="Times New Roman"/>
        </w:rPr>
        <w:t>”Genom det dekret som genomdriver påvedömets institution i strid med Guds lag kommer vår nation helt att skilja sig från rättfärdigheten. När protestantismen skall sträcka ut sin hand över klyftan för att fatta den romerska maktens hand, när hon skall räcka över avgrunden för att förena händer med spiritualismen, när vårt land, under inflytande av denna trefaldiga förening, skall förkasta varje princip i sin konstitution såsom en protestantisk och republikansk regering och skall bereda väg för spridningen av påvliga falskheter och villfarelser, då kan vi veta att tiden har kommit för Satans underbara verksamhet och att slutet är nära.” Testimonies, band 5, s. 451.</w:t>
      </w:r>
    </w:p>
    <w:p>
      <w:pPr>
        <w:pStyle w:val="ArticleBody"/>
        <w:jc w:val="left"/>
      </w:pPr>
      <w:r>
        <w:rPr>
          <w:rFonts w:ascii="Times New Roman" w:hAnsi="Times New Roman" w:eastAsia="Times New Roman" w:cs="Times New Roman"/>
        </w:rPr>
        <w:t>Den 4 juli 2026 avser Trump att fira dessa ”250” år, medan han står vid mittpunkten av sitt presidentskap. Denna mittpunkt är 207 f.Kr., mellan slaget vid Rafia och slaget vid Panium. Mittpunkten av dessa sjutton år identifierar också början av Neros sjutton år, vilka representerar året 313, och det progressiva upprättandet av vilddjurets kyrko-statliga avbild, vilket leder till söndagslagen år 321 och till vers sexton. Denna period börjar år 313 med östs och västs äktenskap, representerat genom Konstantins styvdotter från väst och Licinius från öst. Den period som börjar med en äktenskapsallians mellan öst och väst slutar med östs och västs separation eller skilsmässa. Waymarken i mitten är den första söndagslagen.</w:t>
      </w:r>
    </w:p>
    <w:p>
      <w:pPr>
        <w:pStyle w:val="ArticleBody"/>
        <w:jc w:val="left"/>
      </w:pPr>
      <w:r>
        <w:rPr>
          <w:rFonts w:ascii="Times New Roman" w:hAnsi="Times New Roman" w:eastAsia="Times New Roman" w:cs="Times New Roman"/>
        </w:rPr>
        <w:t>Reagan, Obama och Trump styrs profetiskt av de tre stegen i det eviga evangeliet, vilka framställs som tre änglar i Uppenbarelseboken fjorton. Under Obamas presidentskap, som är det andra steget, fanns det två påvar. Franciskus, den woke påven, följde Josef Ratzinger (senare påve Benedikt XVI), som tjänstgjorde som prefekt för Troskongregationen (CDF) från den 25 november 1981 fram till sitt val till påve den 19 april 2005. Ratzinger avgick och Franciskus inledde sitt pontifikat, och därmed uppstod en fördubbling av påvar under Obamas regeringstid.</w:t>
      </w:r>
    </w:p>
    <w:p>
      <w:pPr>
        <w:pStyle w:val="ArticleBody"/>
        <w:jc w:val="left"/>
      </w:pPr>
      <w:r>
        <w:rPr>
          <w:rFonts w:ascii="Times New Roman" w:hAnsi="Times New Roman" w:eastAsia="Times New Roman" w:cs="Times New Roman"/>
        </w:rPr>
        <w:t>Obama anklagas för att uppträda både som heterosexuell och homosexuell, och han är en symbol för den falske profeten i det avfälliga protestantiska Amerika, samtidigt som han är muslim, vilket också är den falske profeten Mohammeds religion. Obama var representanten för det politiska systemet i det härliga landet — den falske profeten i Uppenbarelseboken sexton — men hans faktiska politiska sympatier var i linje med globalisterna — draken. Obama är profetiskt schizofren och representerar två falska religioner, två sexuella läggningar och två politiska system, och under hans regeringstid fanns det två antikrister. Vare sig det gällde sexuell läggning, politisk inriktning eller religiös övertygelse var Obama inom varje område fast besluten att förbli i garderoben. Känd av somliga som ”Obama splittraren” för sina ansträngningar att ställa de amerikanska medborgarna mot sig själva, återspeglas detta också i hans fördolda personliga, politiska och religiösa övertygelser.</w:t>
      </w:r>
    </w:p>
    <w:p>
      <w:pPr>
        <w:pStyle w:val="ArticleBody"/>
        <w:jc w:val="left"/>
      </w:pPr>
      <w:r>
        <w:rPr>
          <w:rFonts w:ascii="Times New Roman" w:hAnsi="Times New Roman" w:eastAsia="Times New Roman" w:cs="Times New Roman"/>
        </w:rPr>
        <w:t>Den förste antikristen under Obamas regeringstid hade lett Kongregationen för trosläran i tjugofyra år innan han blev påve. Kongregationen för trosläran är det moderna namnet på det som ursprungligen kallades Inkvisitionens ämbete. Upproret under Obama-perioden motsvarar talet ”13” i det hebreiska ordet för sanning, som består av den första bokstaven i det hebreiska alfabetet (Reagan), den trettonde bokstaven (Obama) och Trump, den tjugoandra bokstaven. Inkvisitionen är sannerligen en symbol för uppror. Påve Benedikt abdikerade från sin tron till förmån för Franciskus år 2013, under den schizo­frena regeringstiden för symbolen för Islams falska profeter och den avfälliga protestantismen.</w:t>
      </w:r>
    </w:p>
    <w:p>
      <w:pPr>
        <w:pStyle w:val="ArticleBody"/>
        <w:jc w:val="left"/>
      </w:pPr>
      <w:r>
        <w:rPr>
          <w:rFonts w:ascii="Times New Roman" w:hAnsi="Times New Roman" w:eastAsia="Times New Roman" w:cs="Times New Roman"/>
        </w:rPr>
        <w:t>Det andra steget i det eviga evangeliet är ett visuellt prov, och det som kan ses i relationen mellan Obama och de två påvarna är sambandet mellan den förföljelse som representeras av Inkvisitionens ämbete och globalisternas fixering vid dyrkan av moder jord, sådan den representeras av den woke påven. Obamas muslimska tro representerar folkens förbittring, framkallad av islam, och den avfälliga protestantismens misslyckande att uppfylla det ansvar som representeras av namnet protestant. En protestant ska protestera mot Rom, men aldrig böja sig för Rom.</w:t>
      </w:r>
    </w:p>
    <w:p>
      <w:pPr>
        <w:pStyle w:val="ArticleBody"/>
        <w:jc w:val="left"/>
      </w:pPr>
      <w:r>
        <w:rPr>
          <w:rFonts w:ascii="Times New Roman" w:hAnsi="Times New Roman" w:eastAsia="Times New Roman" w:cs="Times New Roman"/>
        </w:rPr>
        <w:t>Den förste av tre påvar tillkännager för världen att han tror sig vara den ”gode påven” i Fatimas katolska vägledande profetia. Johannes Paulus II ansåg sig vara Fatimas ”gode påve”, som han menar till slut skall härska över hela världen med järnspira när den trevägskamp mellan påvedömet, Förenta staterna och globalisterna är avslutad.</w:t>
      </w:r>
    </w:p>
    <w:p>
      <w:pPr>
        <w:pStyle w:val="ArticleBody"/>
        <w:jc w:val="left"/>
      </w:pPr>
      <w:r>
        <w:rPr>
          <w:rFonts w:ascii="Times New Roman" w:hAnsi="Times New Roman" w:eastAsia="Times New Roman" w:cs="Times New Roman"/>
        </w:rPr>
        <w:t>Nästa presidentskap tillkännager drakens globalisters roll, Islams förtörnande av nationerna, den avfälliga protestantismens misslyckande att vara protestanter. Det presidentskap under Trump som tillträdde 2025 står öppet i samklang med 2025 års antikrist. Ljuset över dessa tre allianser mellan Rom och Förenta staterna avförseglas i historien om avslutningen av slaget vid Raphia och början av slaget vid Panium. Äktenskapet mellan Licinius’ och Konstantins riken i början av de sjutton åren representerar alliansen år 2025.</w:t>
      </w:r>
    </w:p>
    <w:p>
      <w:pPr>
        <w:pStyle w:val="ArticleBody"/>
        <w:jc w:val="left"/>
      </w:pPr>
      <w:r>
        <w:rPr>
          <w:rFonts w:ascii="Times New Roman" w:hAnsi="Times New Roman" w:eastAsia="Times New Roman" w:cs="Times New Roman"/>
        </w:rPr>
        <w:t>Alliansen år 2025 är den förfalskade liknelsen om de tio jungfrurna. Först fullbordas äktenskapet, och därefter följer en period av undersökning som slutligen leder till äktenskapets andra fas, då fullbordandet äger rum och dörren stängs. Den förfalskade liknelsen om de tio jungfrurna började år 2025, och den fullbordas vid den snart kommande söndagslagen i vers sexton och fyrtioett i Daniel elva. I det förfalskade äktenskapet är fadern Satan, brudgummen är påvedömet och bruden är det avfälliga protestantiska Amerika. I vers fjorton i Daniel elva är Daniels folks rövare Rom, som upprättar synen. Att förkasta William Millers identifiering av Rom som den symbol som upprättar synen är parallellt med att förkasta den första ängelns budskap och Johannes Döparens budskap. När den nuvarande antikrist tillträdde sitt ämbete år 2025, upprättade han synen om de åtta presidenterna och uppfyllde vers fjorton.</w:t>
      </w:r>
    </w:p>
    <w:p>
      <w:pPr>
        <w:pStyle w:val="ArticleBody"/>
        <w:jc w:val="left"/>
      </w:pPr>
      <w:r>
        <w:rPr>
          <w:rFonts w:ascii="Times New Roman" w:hAnsi="Times New Roman" w:eastAsia="Times New Roman" w:cs="Times New Roman"/>
        </w:rPr>
        <w:t>Vi befinner oss nu i tempelprovet, det andra provet som föregår lackmusprovet och det tredje provet.</w:t>
      </w:r>
    </w:p>
    <w:p>
      <w:pPr>
        <w:pStyle w:val="ArticleBody"/>
        <w:jc w:val="left"/>
      </w:pPr>
      <w:r>
        <w:rPr>
          <w:rFonts w:ascii="Times New Roman" w:hAnsi="Times New Roman" w:eastAsia="Times New Roman" w:cs="Times New Roman"/>
        </w:rPr>
        <w:t>Vi kommer att fortsätta med dessa ting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femton</dc:title>
  <dc:subject>”250” gånger tre</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