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sexton</w:t>
      </w:r>
    </w:p>
    <w:p>
      <w:pPr>
        <w:pStyle w:val="ArticleSubtitle"/>
        <w:jc w:val="left"/>
      </w:pPr>
      <w:r>
        <w:rPr>
          <w:rFonts w:ascii="Arial" w:hAnsi="Arial" w:eastAsia="Arial" w:cs="Arial"/>
        </w:rPr>
        <w:t>Ändens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elva inleds med att introducera Donald Trump som den siste presidenten i den sjätte riket i Bibelns profetia. I det tredje året av Koresh, vilket är där synen började i kapitel tio, kompletteras i den första versen av kapitel elva med ordet ”också”.</w:t>
      </w:r>
    </w:p>
    <w:p>
      <w:pPr>
        <w:pStyle w:val="ArticleScripture"/>
        <w:jc w:val="left"/>
      </w:pPr>
      <w:r>
        <w:rPr>
          <w:rFonts w:ascii="Times New Roman" w:hAnsi="Times New Roman" w:eastAsia="Times New Roman" w:cs="Times New Roman"/>
        </w:rPr>
        <w:t>Också jag stod upp för att stödja och stärka honom i medern Darius’ första regeringsår. Daniel 11:1.</w:t>
      </w:r>
    </w:p>
    <w:p>
      <w:pPr>
        <w:pStyle w:val="ArticleBody"/>
        <w:jc w:val="left"/>
      </w:pPr>
      <w:r>
        <w:rPr>
          <w:rFonts w:ascii="Times New Roman" w:hAnsi="Times New Roman" w:eastAsia="Times New Roman" w:cs="Times New Roman"/>
        </w:rPr>
        <w:t>Gabriel är noga med att gå tillbaka till Darius och knyta honom till Cyrus när han inleder sin framställning i kapitel elva. Kapitel tio fortsätter som en och samma syn ända till den sista versen i kapitel tolv, och den börjar i Cyrus tredje regeringsår.</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Belteshassar; och ordet var sant, men den utsatta tiden var lång; och han förstod ordet och hade insikt i synen. Daniel 10:1.</w:t>
      </w:r>
    </w:p>
    <w:p>
      <w:pPr>
        <w:pStyle w:val="ArticleBody"/>
        <w:jc w:val="left"/>
      </w:pPr>
      <w:r>
        <w:rPr>
          <w:rFonts w:ascii="Times New Roman" w:hAnsi="Times New Roman" w:eastAsia="Times New Roman" w:cs="Times New Roman"/>
        </w:rPr>
        <w:t>Darius utgör tillsammans med Kyros symbolen för medernas och persernas tvåfaldiga nation och representerar den tvåfaldiga makten av republikanism och protestantism i Förenta staterna; därmed representerar de den tvåfaldiga symbolen för ändens tid. Arons och Moses födelse markerade tiden för slutet på Abrahams fyra hundra år långa profetia vid början av det forntida Israel; på samma sätt representerade Johannes Döparens och Kristi födelse de två vägmärkena för ändens tid vid slutet av det forntida Israel. Jesus åskådliggör alltid slutet genom början.</w:t>
      </w:r>
    </w:p>
    <w:p>
      <w:pPr>
        <w:pStyle w:val="ArticleBody"/>
        <w:jc w:val="left"/>
      </w:pPr>
      <w:r>
        <w:rPr>
          <w:rFonts w:ascii="Times New Roman" w:hAnsi="Times New Roman" w:eastAsia="Times New Roman" w:cs="Times New Roman"/>
        </w:rPr>
        <w:t>Darius och Kyros representerar tillsammans det vägmärke som framställs som ändens tid, då de sjuttio åren av fångenskap i Babylon upphörde.</w:t>
      </w:r>
    </w:p>
    <w:p>
      <w:pPr>
        <w:pStyle w:val="ArticleScripture"/>
        <w:jc w:val="left"/>
      </w:pPr>
      <w:r>
        <w:rPr>
          <w:rFonts w:ascii="Times New Roman" w:hAnsi="Times New Roman" w:eastAsia="Times New Roman" w:cs="Times New Roman"/>
        </w:rPr>
        <w:t>”Guds församling på jorden var under denna långa period av obeveklig förföljelse lika förvisso i fångenskap som Israels barn hölls fångna i Babylon under exilen.” Prophets and Kings, 714.</w:t>
      </w:r>
    </w:p>
    <w:p>
      <w:pPr>
        <w:pStyle w:val="ArticleBody"/>
        <w:jc w:val="left"/>
      </w:pPr>
      <w:r>
        <w:rPr>
          <w:rFonts w:ascii="Times New Roman" w:hAnsi="Times New Roman" w:eastAsia="Times New Roman" w:cs="Times New Roman"/>
        </w:rPr>
        <w:t>Darius och Kyros är förebilder för åren 1798 och 1799 och representerar ändens tid, då den parallella fångenskapen för det andliga Israel i det andliga Babylon upphörde. År 1798 markerade slutet på påvedömets politiska system, framställt som ett vilddjur, vilket den romerska skökan red på.</w:t>
      </w:r>
    </w:p>
    <w:p>
      <w:pPr>
        <w:pStyle w:val="ArticleScripture"/>
        <w:jc w:val="left"/>
      </w:pPr>
      <w:r>
        <w:rPr>
          <w:rFonts w:ascii="Times New Roman" w:hAnsi="Times New Roman" w:eastAsia="Times New Roman" w:cs="Times New Roman"/>
        </w:rPr>
        <w:t>Så förde han mig i anden bort till öknen; och jag såg en kvinna sitta på ett scharlakansrött vilddjur, fullt av hädiska namn och med sju huvuden och tio horn. Uppenbarelseboken 17:3.</w:t>
      </w:r>
    </w:p>
    <w:p>
      <w:pPr>
        <w:pStyle w:val="ArticleBody"/>
        <w:jc w:val="left"/>
      </w:pPr>
      <w:r>
        <w:rPr>
          <w:rFonts w:ascii="Times New Roman" w:hAnsi="Times New Roman" w:eastAsia="Times New Roman" w:cs="Times New Roman"/>
        </w:rPr>
        <w:t>Napoleon gjorde slut på vilddjurets liv år 1798, och år 1799 dog kvinnan som red på vilddjuret i landsflykt. År 1989 var både Ronald Reagan och George Bush den äldre presidenter, vilket markerade ändens tid år 1989. Darius och Cyrus representerar Reagan och Bush den äldre. Vers två säger:</w:t>
      </w:r>
    </w:p>
    <w:p>
      <w:pPr>
        <w:pStyle w:val="ArticleScripture"/>
        <w:jc w:val="left"/>
      </w:pPr>
      <w:r>
        <w:rPr>
          <w:rFonts w:ascii="Times New Roman" w:hAnsi="Times New Roman" w:eastAsia="Times New Roman" w:cs="Times New Roman"/>
        </w:rPr>
        <w:t>Och nu skall jag låta dig få se sanningen. Se, ännu tre kungar skall uppstå i Persien; och den fjärde skall vara långt rikare än de alla; och genom sin makt, genom sina rikedomar, skall han resa alla mot Greklands rike. Daniel 11:2.</w:t>
      </w:r>
    </w:p>
    <w:p>
      <w:pPr>
        <w:pStyle w:val="ArticleHeading"/>
        <w:jc w:val="left"/>
      </w:pPr>
      <w:r>
        <w:rPr>
          <w:rFonts w:ascii="Arial" w:hAnsi="Arial" w:eastAsia="Arial" w:cs="Arial"/>
        </w:rPr>
        <w:t>Uppvaknande</w:t>
      </w:r>
    </w:p>
    <w:p>
      <w:pPr>
        <w:pStyle w:val="ArticleBody"/>
        <w:jc w:val="left"/>
      </w:pPr>
      <w:r>
        <w:rPr>
          <w:rFonts w:ascii="Times New Roman" w:hAnsi="Times New Roman" w:eastAsia="Times New Roman" w:cs="Times New Roman"/>
        </w:rPr>
        <w:t>Darius var Reagan, Kores var Bush den äldre, och de tre som följde efter Kores var Clinton, Bush den yngre, Obama Splittraren, och den fjärde och ”långt rikare” presidenten, som eggade upp globalisterna i Grekland, var Trump. Ordet ”egga upp” betyder att väcka. När Trump tillkännagav sin kandidatur år 2015, väcktes globalisterna, vilka Joel identifierar som ”hedningar”.</w:t>
      </w:r>
    </w:p>
    <w:p>
      <w:pPr>
        <w:pStyle w:val="ArticleScripture"/>
        <w:jc w:val="left"/>
      </w:pPr>
      <w:r>
        <w:rPr>
          <w:rFonts w:ascii="Times New Roman" w:hAnsi="Times New Roman" w:eastAsia="Times New Roman" w:cs="Times New Roman"/>
        </w:rPr>
        <w:t>Må hednafolken väckas och dra upp till Josafats dal, ty där skall jag sitta till doms över alla hednafolk runt omkring. Sätt in skäran, ty skörden är mogen; kom, stig ned, ty pressen är full, presskaren flödar över; ty deras ondska är stor. Skaror, skaror i avgörelsens dal! Ty Herrens dag är nära i avgörelsens dal. Joel 3:12–14.</w:t>
      </w:r>
    </w:p>
    <w:p>
      <w:pPr>
        <w:pStyle w:val="ArticleBody"/>
        <w:jc w:val="left"/>
      </w:pPr>
      <w:r>
        <w:rPr>
          <w:rFonts w:ascii="Times New Roman" w:hAnsi="Times New Roman" w:eastAsia="Times New Roman" w:cs="Times New Roman"/>
        </w:rPr>
        <w:t>När ”hedningarna” väcks, ”är Herrens dag nära” i Joshafats dal. ”Joshafat” betyder Jehovas dom; och dalen kallas också avgörelsens dal. Från och med 2015 kommer ”skarorna” på jorden att börja föras in i de olika knippen som förberetts för varje ursäkt som människor anför för att inte besluta sig för att tjäna Gud. Vid 9/11 började domen över de levande, och år 2015 meddelade Trump att han skulle söka presidentskapet. Vid 9/11 började den sena regnets första fas att falla, och det sena regnet är det som för grödan till full mognad, och år 2015, fjorton år in i det regn som frambringar den mogna skörden, ljuder Joels bok varningen att när Donald Trump ”sätter Greklands rike i rörelse”, eller som Joel säger, när Trump ”väcker hedningarna år 2015”, då börjar jordens skörd mogna.</w:t>
      </w:r>
    </w:p>
    <w:p>
      <w:pPr>
        <w:pStyle w:val="ArticleBody"/>
        <w:jc w:val="left"/>
      </w:pPr>
      <w:r>
        <w:rPr>
          <w:rFonts w:ascii="Times New Roman" w:hAnsi="Times New Roman" w:eastAsia="Times New Roman" w:cs="Times New Roman"/>
        </w:rPr>
        <w:t>Det är viktigt att inse att den första sanning som nämns i Daniel elva är Donald Trumps profetiska roll. Det första rike i Bibelns profetia som framställs i Daniels bok är Babylon. Föreställ dig berättelsen om Babylon i Daniels bok om Nebukadnessar inte av Inspirationen hade använts för att upprätta en profetisk förebild. Det sjätte riket i Bibelns profetia är ofullständigt utan vittnesbördet från den siste härskaren i det riket. Lagen om det första omnämnandet fastställer Trumps betydelse som en symbol av grundläggande vikt i den syn som Daniel mottog på den tjugoandra dagen efter att han hade fastat i tre veckor.</w:t>
      </w:r>
    </w:p>
    <w:p>
      <w:pPr>
        <w:pStyle w:val="ArticleScripture"/>
        <w:jc w:val="left"/>
      </w:pPr>
      <w:r>
        <w:rPr>
          <w:rFonts w:ascii="Times New Roman" w:hAnsi="Times New Roman" w:eastAsia="Times New Roman" w:cs="Times New Roman"/>
        </w:rPr>
        <w:t>Men fursten över Persiens rike stod mig emot i tjugoen dagar; men se, Mikael, en av de främsta furstarna, kom till min hjälp, och jag blev kvar där hos Persiens kungar. Nu har jag kommit för att låta dig förstå vad som skall vederfaras ditt folk i de yttersta dagarna; ty synen gäller ännu många dagar. Daniel 10:13, 14.</w:t>
      </w:r>
    </w:p>
    <w:p>
      <w:pPr>
        <w:pStyle w:val="ArticleBody"/>
        <w:jc w:val="left"/>
      </w:pPr>
      <w:r>
        <w:rPr>
          <w:rFonts w:ascii="Times New Roman" w:hAnsi="Times New Roman" w:eastAsia="Times New Roman" w:cs="Times New Roman"/>
        </w:rPr>
        <w:t>Synen i det elfte kapitlet åskådliggör vad som drabbar Guds folk i de sista dagarna, och att Trump som Förenta staternas ledare, och därefter Förenta nationernas, är en sanning som har eviga konsekvenser förbundna med att förstå eller inte förstå den sanningen. Den sanningen var så viktig för Gabriel att förmedla till Daniel att Daniel i vers fjorton, utifrån det ljus som ängeln Gabriel gav, nedtecknar att det är ”ditt folks rövare” som befäster synen. Det är omöjligt att på rätt sätt följa Donald Trumps rörelser i profetian utan att använda Rom som förebild för att känna igen Trumps fotspår genom den profetiska historien i Daniel elva.</w:t>
      </w:r>
    </w:p>
    <w:p>
      <w:pPr>
        <w:pStyle w:val="ArticleBody"/>
        <w:jc w:val="left"/>
      </w:pPr>
      <w:r>
        <w:rPr>
          <w:rFonts w:ascii="Times New Roman" w:hAnsi="Times New Roman" w:eastAsia="Times New Roman" w:cs="Times New Roman"/>
        </w:rPr>
        <w:t>Trump, som en symbol för Förenta staterna under söndagslagens tidsperiod, formar vilddjurets avbild, och därigenom ärar han vilddjuret; så är det en vilddjurets avbild, och även en avbild till vilddjurets ära. I Uppenbarelseboken 17 är påvedömet det åttonde, vilket är av de sju, och Donald Trump är den åttonde presidenten sedan Reagan vid ändens tid år 1989, men han är också den sjätte, vilket innebär att han är den åttonde, som är av de sju.</w:t>
      </w:r>
    </w:p>
    <w:p>
      <w:pPr>
        <w:pStyle w:val="ArticleBody"/>
        <w:jc w:val="left"/>
      </w:pPr>
      <w:r>
        <w:rPr>
          <w:rFonts w:ascii="Times New Roman" w:hAnsi="Times New Roman" w:eastAsia="Times New Roman" w:cs="Times New Roman"/>
        </w:rPr>
        <w:t>I Uppenbarelseboken sjutton förs Johannes i vers tre ut i öknen, där han ser skökan sitta på ett vilddjur. Skökan har av varje större protestantiskt samfund identifierats som den katolska kyrkan, även om de alla i de sista dagarna förnekar sina grundläggande trosuppfattningar. Den romerska kyrkan var drucken av martyrernas blod när Johannes såg henne, och hon bar titeln skökornas moder. Detta visar att Johannes fördes till år 1798, då påvedömet bar martyrskapets blod och några tidigare protestantiska kyrkor redan höll på att återvända till den romersk-katolska gemenskapen. Från denna utsiktspunkt såg Johannes ”sju kungar”, av vilka fem redan hade fallit år 1798, och ett rike existerade år 1798, och det riket var Förenta staterna, men ett annat rike, bestående av tio kungar, skulle komma därefter, ty år 1798, där Johannes stod, hade det sjunde riket ännu inte kommit. De tio kungarna regerar under den timma då söndagslagskrisen råder, och de är eniga om att ge sitt sjunde rike åt vilddjuret från det femte riket, vilket hade fått ett dödligt sår år 1798.</w:t>
      </w:r>
    </w:p>
    <w:p>
      <w:pPr>
        <w:pStyle w:val="ArticleBody"/>
        <w:jc w:val="left"/>
      </w:pPr>
      <w:r>
        <w:rPr>
          <w:rFonts w:ascii="Times New Roman" w:hAnsi="Times New Roman" w:eastAsia="Times New Roman" w:cs="Times New Roman"/>
        </w:rPr>
        <w:t>Talet ”8” representerar uppståndelse, och påvedömet är den åttonde som är av de sju när dess dödliga sår helas vid den trefaldiga föreningen mellan draken, vilddjuret och den falske profeten, som äger rum vid den snart kommande söndagslagen. År 2020 stal globalisterna valet från Trump, och han blev dräpt på gatorna i Uppenbarelseboken elva. De två vittnena i Uppenbarelseboken elva representerar de två hornen på jordens vilddjur, vilka båda blev dräpta år 2020. Trump är den sjätte presidenten sedan Reagan vid ändens tid år 1989; men från och med 2024 är han också den åttonde som är av de sju föregående kungarna. År 2024 helades hans dödliga sår, och han blev samtidigt den åttonde som är av de sju i fullkomlig överensstämmelse med den profetiska symbol som stadfäster synen. Om du inte har Rom, har du ingen möjlighet att följa rörelserna hos bilden av Rom.</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För att förstå hur Trump är Konstantin den store när Neros ”250” år når sitt slut, eller hur han är Antiochos den store år 207 f.Kr., eller hur han är den siste presidenten vars hela gyllene tidsåldersrörelse bygger på att göra Amerika ”stort”, krävs insikten att kapitlet först nämner Trump och hans profetiska roll.</w:t>
      </w:r>
    </w:p>
    <w:p>
      <w:pPr>
        <w:pStyle w:val="ArticleBody"/>
        <w:jc w:val="left"/>
      </w:pPr>
      <w:r>
        <w:rPr>
          <w:rFonts w:ascii="Times New Roman" w:hAnsi="Times New Roman" w:eastAsia="Times New Roman" w:cs="Times New Roman"/>
        </w:rPr>
        <w:t>Signaturen för ”sanning”, representerad av det hebreiska ordet för ”sanning”, som består av den första, den trettonde och den tjugoandra bokstaven i det hebreiska alfabetet, identifierar Reagan som den första bokstaven och Obama som den trettonde bokstaven av uppror, såsom detta representeras av 2013, då den tidigare ledaren för Inkvisitionsämbetet följdes av den förste jesuitpåven. Eftersom inkvisitionens ledare avgick, sammanfaller hans slutpunkt med jesuitpåvens startpunkt. Den förbindelsen mellan Obamas två påvar var den 13 mars 2013. Obama överensstämmer med den trettonde bokstaven av uppror, och den tjugoandra bokstaven är Trump.</w:t>
      </w:r>
    </w:p>
    <w:p>
      <w:pPr>
        <w:pStyle w:val="ArticleBody"/>
        <w:jc w:val="left"/>
      </w:pPr>
      <w:r>
        <w:rPr>
          <w:rFonts w:ascii="Times New Roman" w:hAnsi="Times New Roman" w:eastAsia="Times New Roman" w:cs="Times New Roman"/>
        </w:rPr>
        <w:t>Det tjugoandra tillägget begränsar en president till två mandatperioder, och när man betraktar presidenter med två mandatperioder, vilkas mandatperioder INTE var sammanhängande, finns det endast två. Grover Cleveland är alfa bland presidenter med två icke sammanhängande mandatperioder, och Trump är omega. Grover Cleveland var den tjugoandra presidenten, och Trump äger såsom omega i förhållande till Cleveland alfasärdraget ”22”. Cleveland och Trump representerar ett alfa och omega som innefattar symboliken i den tjugoandra bokstaven i det hebreiska alfabetet. Det finns endast två presidenter som har haft två icke sammanhängande mandatperioder, och Trump är den andre av dessa två. Omegats två multiplicerat med alfas tjugotvå blir fyrtiofyra, en symbol för 1844, vilket är en symbol för den stängda dörren vid söndagslagen, sådan den förebildades genom den stängda dörren 1844. Trump är den 44:e distinkta personen att vara president, och han är president när dörren stängs vid söndagslagen.</w:t>
      </w:r>
    </w:p>
    <w:p>
      <w:pPr>
        <w:pStyle w:val="ArticleBody"/>
        <w:jc w:val="left"/>
      </w:pPr>
      <w:r>
        <w:rPr>
          <w:rFonts w:ascii="Times New Roman" w:hAnsi="Times New Roman" w:eastAsia="Times New Roman" w:cs="Times New Roman"/>
        </w:rPr>
        <w:t>Trump har förebildats av Kyros den store. Kyros den store utfärdade det första dekretet, och Artaxerxes den store utfärdade det tredje dekretet. Det första och det tredje svarar mot varandra, ty Jesus åskådliggör alltid slutet genom begynnelsen. Trump är där när Neros ”250” år tar slut, representerad av Konstantin den store. Vid slutet av de ”250” åren från 457 f.Kr. representeras Trump av Antiochos den store, som återvände starkare än förut år 2024, till uppfyllelse av vers tretton.</w:t>
      </w:r>
    </w:p>
    <w:p>
      <w:pPr>
        <w:pStyle w:val="ArticleScripture"/>
        <w:jc w:val="left"/>
      </w:pPr>
      <w:r>
        <w:rPr>
          <w:rFonts w:ascii="Times New Roman" w:hAnsi="Times New Roman" w:eastAsia="Times New Roman" w:cs="Times New Roman"/>
        </w:rPr>
        <w:t>Ty kungen i norr skall återvända och mönstra en större här än den förra; och efter några år skall han med visshet komma med en stor armé och med stora rikedomar. Daniel 11:13.</w:t>
      </w:r>
    </w:p>
    <w:p>
      <w:pPr>
        <w:pStyle w:val="ArticleBody"/>
        <w:jc w:val="left"/>
      </w:pPr>
      <w:r>
        <w:rPr>
          <w:rFonts w:ascii="Times New Roman" w:hAnsi="Times New Roman" w:eastAsia="Times New Roman" w:cs="Times New Roman"/>
        </w:rPr>
        <w:t>När Förenta staterna besegras av Rom vid söndagslagen, tvingas därefter varje land i världen att böja sig för Rom.</w:t>
      </w:r>
    </w:p>
    <w:p>
      <w:pPr>
        <w:pStyle w:val="ArticleScripture"/>
        <w:jc w:val="left"/>
      </w:pPr>
      <w:r>
        <w:rPr>
          <w:rFonts w:ascii="Times New Roman" w:hAnsi="Times New Roman" w:eastAsia="Times New Roman" w:cs="Times New Roman"/>
        </w:rPr>
        <w:t>”Främmande nationer kommer att följa Förenta staternas exempel. Även om hon går i spetsen, skall dock samma kris komma över vårt folk i alla delar av världen.” Testimonies, volym 6, 395.</w:t>
      </w:r>
    </w:p>
    <w:p>
      <w:pPr>
        <w:pStyle w:val="ArticleBody"/>
        <w:jc w:val="left"/>
      </w:pPr>
      <w:r>
        <w:rPr>
          <w:rFonts w:ascii="Times New Roman" w:hAnsi="Times New Roman" w:eastAsia="Times New Roman" w:cs="Times New Roman"/>
        </w:rPr>
        <w:t>”De främmande nationerna” tvingas att göra detta av Förenta staterna, som övertar ledarskapet över Förenta nationerna vid den snart kommande söndagslagen. Förenta nationerna är de tio kungarna i Uppenbarelseboken 17, vilka behärskas av Ahab, kungen över de tio nordliga stammarna, som är gift med Isebel. Isebels äktenskap med Ahab är det äktenskap som fullbordas vid den snart kommande söndagslagen. Vid söndagslagen avslutar Förenta staterna, det härliga landet i Daniel 11, och jorddjuret i Uppenbarelseboken 13 sin historia som det sjätte riket i Bibelns profetia. På berget Karmel dödas Baals 850 profeter och lundens präster, som åt vid Isebels bord, av Elia. Förenta staterna dödas vid den snart kommande söndagslagen, såsom de falska profeterna dödades på berget Karmel. Berättelsen handlar från och med då om Elia i motsats till Ahab och Isebel, och Ahab representerar ett tiofaldigt rike, som styrs av den som först begick otukt med Isebel. Isebel avser att begå otukt med varje rike, men Ahab representerar den första som gör det, och det är Förenta staterna som dör på berget Karmel och omedelbart blir Isebels första älskare. Utifrån Daniel 11 är det där, vid söndagslagen, som Trump träder fram som Greklands väldige kung, representerad av Alexander den store.</w:t>
      </w:r>
    </w:p>
    <w:p>
      <w:pPr>
        <w:pStyle w:val="ArticleScripture"/>
        <w:jc w:val="left"/>
      </w:pPr>
      <w:r>
        <w:rPr>
          <w:rFonts w:ascii="Times New Roman" w:hAnsi="Times New Roman" w:eastAsia="Times New Roman" w:cs="Times New Roman"/>
        </w:rPr>
        <w:t>Och en väldig kung skall träda fram och härska med stor makt och göra vad han vill. Men när han har trätt fram, skall hans rike brytas sönder och delas mot himlens fyra vindar, men inte till hans efterkommande, ej heller enligt den makt varmed han härskade; ty hans rike skall ryckas bort, ja, tillfalla andra än dem. Daniel 11:3, 4.</w:t>
      </w:r>
    </w:p>
    <w:p>
      <w:pPr>
        <w:pStyle w:val="ArticleBody"/>
        <w:jc w:val="left"/>
      </w:pPr>
      <w:r>
        <w:rPr>
          <w:rFonts w:ascii="Times New Roman" w:hAnsi="Times New Roman" w:eastAsia="Times New Roman" w:cs="Times New Roman"/>
        </w:rPr>
        <w:t>Donald Trump träder fram som den ”mäktige kungen” i Förenta nationerna, vilken framställs i versen och därefter förebildas genom historien om Alexander den store. När han träder fram, upphör Förenta staterna, det sjätte riket i Bibelns profetia, och det sjunde riket med tio kungar i Uppenbarelseboken sjutton börjar. De tio kungarna inleder sitt sjunde rike genom att där och då enas om att ge sitt sjunde rike åt den påvliga makten, som är det åttonde riket, vilket är av de sju föregående rikena. Deras överenskommelse var att fullborda Guds vilja, och Hans vilja framställs rad på rad genom sanningens skrifter.</w:t>
      </w:r>
    </w:p>
    <w:p>
      <w:pPr>
        <w:pStyle w:val="ArticleHeading"/>
        <w:jc w:val="left"/>
      </w:pPr>
      <w:r>
        <w:rPr>
          <w:rFonts w:ascii="Arial" w:hAnsi="Arial" w:eastAsia="Arial" w:cs="Arial"/>
        </w:rPr>
        <w:t>Förebildande Rom</w:t>
      </w:r>
    </w:p>
    <w:p>
      <w:pPr>
        <w:pStyle w:val="ArticleBody"/>
        <w:jc w:val="left"/>
      </w:pPr>
      <w:r>
        <w:rPr>
          <w:rFonts w:ascii="Times New Roman" w:hAnsi="Times New Roman" w:eastAsia="Times New Roman" w:cs="Times New Roman"/>
        </w:rPr>
        <w:t>Vers fem till och med nio i Daniel elva uppfylldes genom en profetisk historia som fullkomligt förebildade den påvliga maktens historia, sådan den framställs i verserna trettioett till och med fyrtio i samma kapitel. Den historiska linjen i verserna fem till och med nio motsvarar den historiska linjen i verserna trettioett till och med fyrtio. Båda linjerna anger en period under vilken den makt som representerar det påvliga Rom först övervann tre hinder, härskade under en tid, tills ett brutet förbund förde en sydlig kung över dem, vilken tillfogade dem ett dödligt sår. Ju närmare dessa två linjer studeras och jämförs med historien, desto djupare inser man deras exakthet. Deras exakthet gäller både hur nära de återger strukturen i verserna och den historia som uppfyllde verserna.</w:t>
      </w:r>
    </w:p>
    <w:p>
      <w:pPr>
        <w:pStyle w:val="ArticleBody"/>
        <w:jc w:val="left"/>
      </w:pPr>
      <w:r>
        <w:rPr>
          <w:rFonts w:ascii="Times New Roman" w:hAnsi="Times New Roman" w:eastAsia="Times New Roman" w:cs="Times New Roman"/>
        </w:rPr>
        <w:t>Den historia som uppfyllde de fem verserna löper parallellt med och överensstämmer med den påvliga Roms historia, sådan den framställs i verserna trettioett till fyrtio, och utgör ramen för introduktionen av Antiochos den store i verserna tio till femton.</w:t>
      </w:r>
    </w:p>
    <w:p>
      <w:pPr>
        <w:pStyle w:val="ArticleScripture"/>
        <w:jc w:val="left"/>
      </w:pPr>
      <w:r>
        <w:rPr>
          <w:rFonts w:ascii="Times New Roman" w:hAnsi="Times New Roman" w:eastAsia="Times New Roman" w:cs="Times New Roman"/>
        </w:rPr>
        <w:t>Men hans söner skall rusta sig till strid och samla en stor mängd väldiga härar; och den ene skall helt visst komma och svämma över och tränga fram; sedan skall han vända tillbaka och rusta sig till strid ända till hans fäste. Daniel 11:10.</w:t>
      </w:r>
    </w:p>
    <w:p>
      <w:pPr>
        <w:pStyle w:val="ArticleBody"/>
        <w:jc w:val="left"/>
      </w:pPr>
      <w:r>
        <w:rPr>
          <w:rFonts w:ascii="Times New Roman" w:hAnsi="Times New Roman" w:eastAsia="Times New Roman" w:cs="Times New Roman"/>
        </w:rPr>
        <w:t>Som en uppfyllelse av vers tio segrade Antiochos den store ända fram till Egyptens fästning, där han avslutade fälttåget för att omgruppera. Denna historia är en förebild för Sovjetunionens sammanbrott år 1989, såsom det framställs i vers fyrtio i samma kapitel.</w:t>
      </w:r>
    </w:p>
    <w:p>
      <w:pPr>
        <w:pStyle w:val="ArticleScripture"/>
        <w:jc w:val="left"/>
      </w:pPr>
      <w:r>
        <w:rPr>
          <w:rFonts w:ascii="Times New Roman" w:hAnsi="Times New Roman" w:eastAsia="Times New Roman" w:cs="Times New Roman"/>
        </w:rPr>
        <w:t>Och vid ändens tid skall kungen i söder stöta mot honom; och kungen i norr skall komma emot honom såsom en virvelstorm, med vagnar och ryttare och med många skepp; och han skall tränga in i länderna och svämma över och fara fram. Daniel 11:40.</w:t>
      </w:r>
    </w:p>
    <w:p>
      <w:pPr>
        <w:pStyle w:val="ArticleBody"/>
        <w:jc w:val="left"/>
      </w:pPr>
      <w:r>
        <w:rPr>
          <w:rFonts w:ascii="Times New Roman" w:hAnsi="Times New Roman" w:eastAsia="Times New Roman" w:cs="Times New Roman"/>
        </w:rPr>
        <w:t>Uttrycket i vers tio, ”skall sannerligen komma och svämma över och dra fram”, är på hebreiska identiskt med uttrycket i vers fyrtio: ”han skall rycka in i länderna och svämma över och dra fram.” Båda verserna identifierar tidpunkten då kungen i norr (Antiochos i vers tio och Reagan i vers fyrtio) besegrar kungen i söder (Ptolemaios i vers tio och Sovjetunionen i vers fyrtio). Båda angreppen var vedergällande mot kungen i söder för hans tidigare seger (Ptolemaios i verserna fem till nio och Napoleon i vers fyrtio). Den sydlige kungens motiv för angreppet var ett brutet fördrag (Berenikes äktenskap i verserna fem till nio och det brutna Tolentinofördraget från 1797 med Napoleon). Den profetiska struktur som framställs i verserna och versernas efterföljande uppfyllelse i historien överensstämmer också med Jesaja 8:8.</w:t>
      </w:r>
    </w:p>
    <w:p>
      <w:pPr>
        <w:pStyle w:val="ArticleScripture"/>
        <w:jc w:val="left"/>
      </w:pPr>
      <w:r>
        <w:rPr>
          <w:rFonts w:ascii="Times New Roman" w:hAnsi="Times New Roman" w:eastAsia="Times New Roman" w:cs="Times New Roman"/>
        </w:rPr>
        <w:t>Och han skall tränga in i Juda; han skall svämma över och gå fram, han skall nå ända upp till halsen; och utbredandet av hans vingar skall fylla vidden av ditt land, o Immanuel. Jesaja 8:8.</w:t>
      </w:r>
    </w:p>
    <w:p>
      <w:pPr>
        <w:pStyle w:val="ArticleBody"/>
        <w:jc w:val="left"/>
      </w:pPr>
      <w:r>
        <w:rPr>
          <w:rFonts w:ascii="Times New Roman" w:hAnsi="Times New Roman" w:eastAsia="Times New Roman" w:cs="Times New Roman"/>
        </w:rPr>
        <w:t>När Jesaja förutsäger att Sanheribs här ”skall svämma över och gå fram”, är det återigen samma hebreiska ord som i vers tio och fyrtio. Jesaja anger när Sanherib, det norra riket, erövrade det södra riket Juda, men han lät Jerusalem stå kvar, ty han nådde endast ”upp till halsen”, liksom Antiochos nådde fram till gränsen i vers tio. Sanheribs motiv var att Hiskia hade brutit fördraget med Assyrien, vilket framställs genom att Hiskia upphörde att erlägga den överenskomna tributen. Det brutna fördraget är avvikelsen i förhållande till de tre parallella verserna. De inbegrep var och en ett brutet fördrag, men i fråga om Ptolemaios och Napoleon var det den nordlige kungen som anklagades för att ha brutit fördraget. Sanherib, den nordlige kungen, anklagade Hiskia för att vägra den fastställda tributen.</w:t>
      </w:r>
    </w:p>
    <w:p>
      <w:pPr>
        <w:pStyle w:val="ArticleScripture"/>
        <w:jc w:val="left"/>
      </w:pPr>
      <w:r>
        <w:rPr>
          <w:rFonts w:ascii="Times New Roman" w:hAnsi="Times New Roman" w:eastAsia="Times New Roman" w:cs="Times New Roman"/>
        </w:rPr>
        <w:t>Men i kung Hiskias fjortonde regeringsår drog Sanherib, Assyriens kung, upp mot alla Juda befästa städer och intog dem. Då sände Hiskia, Juda kung, bud till Assyriens kung i Lakish och sade: Jag har syndat; vänd dig bort ifrån mig; vad du än lägger på mig skall jag bära. Och Assyriens kung ålade Hiskia, Juda kung, tre hundra talenter silver och trettio talenter guld. Och Hiskia gav honom allt silver som fanns i Herrens hus och i skattkamrarna i kungens hus. 2 Kungaboken 18:13–15.</w:t>
      </w:r>
    </w:p>
    <w:p>
      <w:pPr>
        <w:pStyle w:val="ArticleBody"/>
        <w:jc w:val="left"/>
      </w:pPr>
      <w:r>
        <w:rPr>
          <w:rFonts w:ascii="Times New Roman" w:hAnsi="Times New Roman" w:eastAsia="Times New Roman" w:cs="Times New Roman"/>
        </w:rPr>
        <w:t>Sennacheribs norra armé intog fyrtiosex judiska städer på sin marsch mot Jerusalem. Det är av stor profetisk betydelse att Jesaja 8:8 knyter an till verserna tio och fyrtio och därmed ger ett tredje vittnesbörd om sammanbrottet för Sovjetunionens södra rike år 1989. Detta sammanbrott markerar början på en period i vers fyrtio som är tom. Från uppfyllelsen av vers fyrtio år 1989 fram till vers fyrtioett, som representerar den snart kommande söndagslagen, finns en tom period i vers fyrtio. Denna period börjar 1989 och slutar vid söndagslagen. Vers fyrtio har ingenting att säga om denna tidsperiod, men vers fyrtio kan förstås med hjälp av metodiken rad på rad.</w:t>
      </w:r>
    </w:p>
    <w:p>
      <w:pPr>
        <w:pStyle w:val="ArticleBody"/>
        <w:jc w:val="left"/>
      </w:pPr>
      <w:r>
        <w:rPr>
          <w:rFonts w:ascii="Times New Roman" w:hAnsi="Times New Roman" w:eastAsia="Times New Roman" w:cs="Times New Roman"/>
        </w:rPr>
        <w:t>En främsta ”nyckel” till att fastställa den dolda historien i vers fyrtio är Jesajas vittnesbörd om det norra rikets segerrika vedergällningskrig mot det södra riket. Vare sig det gäller Hiskias uppror genom att upphöra att hedra det tidigare åtagandet att erlägga ”tribut” till Assyrien, eller Berenikes åsidosättande av Antiochos, eller Napoleons fördrag i Tolentino, uppfylldes alla tre verserna genom historiska skeenden som framhäver ett brutet fördrag som en underliggande drivkraft till angrepp. Under Obamas presidentskap, under John Kerrys utrikesdepartement, åstadkom biträdande utrikesminister Victoria Nuland en färgrevolution för att störta Ukrainas regering. Från den tidpunkten existerar två sidor av ett och samma resonemang om kriget i Ukraina: Putin säger att det var ett brutet fördrag, och hans motståndare säger att det fördrag som Putin hänvisar till aldrig existerade i det sammanhang som Putin hävdar. Huruvida ett fördrag faktiskt ingicks och sedan bröts, eller tvärtom, är utan betydelse, ty den profetiska redogörelsen återger helt enkelt ett brutet fördrag som motiv för krig.</w:t>
      </w:r>
    </w:p>
    <w:p>
      <w:pPr>
        <w:pStyle w:val="ArticleBody"/>
        <w:jc w:val="left"/>
      </w:pPr>
      <w:r>
        <w:rPr>
          <w:rFonts w:ascii="Times New Roman" w:hAnsi="Times New Roman" w:eastAsia="Times New Roman" w:cs="Times New Roman"/>
        </w:rPr>
        <w:t>Jesaja 8:8 ger ”nyckeln” till att se att den nordlige kungen endast erövrar upp till halsen, eller upp till huvudet. Denna ”nyckel” identifierar Ryssland som det huvud som lämnades stående efter kroppens sammanbrott 1989. Den profetiska betydelsen i vers åtta finns inte endast i ”nyckeln” som identifierar huvudet, utan dess identifiering av ”halsen”, som representerar huvudet, eller huvudstaden, kan endast fastställas i samband med ett tidigare avsnitt i samma syn i Jesaja 8. Denna syn börjar i kapitel sju, och i verserna sju och åtta definieras ett huvud som en kung, eller hans rike eller ett rikes huvudstad. Jerusalem var Juda huvudstad, vars 46 städer erövrades av Sanheribs armé, men Sanherib lämnade huvudstaden Jerusalem stående.</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sannerligen inte bestå. Jesaja 7:8, 9.</w:t>
      </w:r>
    </w:p>
    <w:p>
      <w:pPr>
        <w:pStyle w:val="ArticleBody"/>
        <w:jc w:val="left"/>
      </w:pPr>
      <w:r>
        <w:rPr>
          <w:rFonts w:ascii="Times New Roman" w:hAnsi="Times New Roman" w:eastAsia="Times New Roman" w:cs="Times New Roman"/>
        </w:rPr>
        <w:t>När Sanheribs här kom till Jerusalems murar år 701 f.Kr., kom han upp till halsen, och därigenom lämnade han ett historiskt vittnesbörd om att Ryssland bestod efter kollapsen 1989. När Antiochos den store inledde sin vedergällning mot det sydliga riket, kom han i vers tio till Egyptens gräns, men gick inte in. Det som är betydelsefullt i Antiochos seger i vers tio är att den markerar avslutningen på ett militärt fälttåg av Antiochos som saknade ett tydligt avgränsat slag, men som representerar hans verk med att återupprätta tidigare förlorat territorium. Hans erövring i vers tio representerar avslutningen på flera segrar. Han avslutade det fjärde syriska krigets fälttåg vid Rafia, vilket betyder ”gränsland”, och Rafia var Egyptens gräns, eller ”hals”. Antiochos fälttåg från 219 f.Kr. till 217 f.Kr. representerar översvämningen och överskridandet av Sovjetunionens kollaps från 1989 till 1991, när kungen drog fram genom länderna.</w:t>
      </w:r>
    </w:p>
    <w:p>
      <w:pPr>
        <w:pStyle w:val="ArticleBody"/>
        <w:jc w:val="left"/>
      </w:pPr>
      <w:r>
        <w:rPr>
          <w:rFonts w:ascii="Times New Roman" w:hAnsi="Times New Roman" w:eastAsia="Times New Roman" w:cs="Times New Roman"/>
        </w:rPr>
        <w:t>Profetiskt sett tillåter Jesaja 8:8 att Ryssland, såsom halsen i Sanheribs strid, eller fästningen i Antiochos’ strid, identifieras som kungen i söder i slaget vid Rafia, såsom detta framställs genom uppfyllelsen av vers elva. Därigenom sammanbinder den direkt den yttre historien, representerad av draken (kungen i söder), vilddjuret (kungen i norr) och den falske profeten (kungen i norrs ställföreträdande makt), med den inre profetiska linjen såsom den representeras av sextiofemårsprofetian i vers sju i kapitel sju.</w:t>
      </w:r>
    </w:p>
    <w:p>
      <w:pPr>
        <w:pStyle w:val="ArticleBody"/>
        <w:jc w:val="left"/>
      </w:pPr>
      <w:r>
        <w:rPr>
          <w:rFonts w:ascii="Times New Roman" w:hAnsi="Times New Roman" w:eastAsia="Times New Roman" w:cs="Times New Roman"/>
        </w:rPr>
        <w:t>Profetiskt sett utgör betydelsen av Sanheribs ankomst upp till Jerusalem ett av de mäktigaste profetiska vittnesbörden om Guds makt i Skrifterna, då Gud där på en enda natt förgjorde Sanheribs här om 185 000 man. Dagen innan befann sig både Eljakim och Sebna på Jerusalems mur, symbolerna för laodiceisk och filadelfisk adventism, vilka märks vid den stängda dörren år 1844 och den stängda dörren i samband med söndagslagen.</w:t>
      </w:r>
    </w:p>
    <w:p>
      <w:pPr>
        <w:pStyle w:val="ArticleScripture"/>
        <w:jc w:val="left"/>
      </w:pPr>
      <w:r>
        <w:rPr>
          <w:rFonts w:ascii="Times New Roman" w:hAnsi="Times New Roman" w:eastAsia="Times New Roman" w:cs="Times New Roman"/>
        </w:rPr>
        <w:t>Och det skedde i kung Hiskias fjortonde regeringsår, att Sanherib, kungen i Assyrien, drog upp mot alla Juda befästa städer och intog dem. Och kungen i Assyrien sände Rabsake från Lakish till Jerusalem, till kung Hiskia, med en stor här. Och han stannade vid övre dammens vattenledning, på vägen till valkarens åker. Då kom Eliakim, Hilkias son, som förestod huset, ut till honom, likaså skrivaren Shebna och Joah, Asafs son, kanslern. Jesaja 36:1–3.</w:t>
      </w:r>
    </w:p>
    <w:p>
      <w:pPr>
        <w:pStyle w:val="ArticleBody"/>
        <w:jc w:val="left"/>
      </w:pPr>
      <w:r>
        <w:rPr>
          <w:rFonts w:ascii="Times New Roman" w:hAnsi="Times New Roman" w:eastAsia="Times New Roman" w:cs="Times New Roman"/>
        </w:rPr>
        <w:t>I Jesaja kapitel sju sänds Jesaja med ett budskap till den ogudaktige Ahas, Juda kung, det södra rikets konung. Det är detta rike som Sanherib angriper i kapitel åtta, vers åtta. När Jesaja möter den ogudaktige kung Ahas, möter han honom ”vid ledningen till den övre dammen, på vägen till valkarens åker”, vilket är just där Rabshake blasphemerar Herrens namn. Jesaja lärde att han och hans barn var tecken.</w:t>
      </w:r>
    </w:p>
    <w:p>
      <w:pPr>
        <w:pStyle w:val="ArticleScripture"/>
        <w:jc w:val="left"/>
      </w:pPr>
      <w:r>
        <w:rPr>
          <w:rFonts w:ascii="Times New Roman" w:hAnsi="Times New Roman" w:eastAsia="Times New Roman" w:cs="Times New Roman"/>
        </w:rPr>
        <w:t>Se, jag och de barn som Herren har givit mig är till tecken och under i Israel från härskarornas Herre, han som bor på Sions berg. Jesaja 8:18.</w:t>
      </w:r>
    </w:p>
    <w:p>
      <w:pPr>
        <w:pStyle w:val="ArticleBody"/>
        <w:jc w:val="left"/>
      </w:pPr>
      <w:r>
        <w:rPr>
          <w:rFonts w:ascii="Times New Roman" w:hAnsi="Times New Roman" w:eastAsia="Times New Roman" w:cs="Times New Roman"/>
        </w:rPr>
        <w:t>När Jesaja mötte den ogudaktige kungen Ahas ”vid övre dammens vattenledning på vägen till valkarens åker”, hade Jesaja fört med sig sin son Shear-Jashub, vars namn betyder: ”En kvarleva skall vända om.”</w:t>
      </w:r>
    </w:p>
    <w:p>
      <w:pPr>
        <w:pStyle w:val="ArticleScripture"/>
        <w:jc w:val="left"/>
      </w:pPr>
      <w:r>
        <w:rPr>
          <w:rFonts w:ascii="Times New Roman" w:hAnsi="Times New Roman" w:eastAsia="Times New Roman" w:cs="Times New Roman"/>
        </w:rPr>
        <w:t>Då sade Herren till Jesaja: Gå nu ut och möt Ahas, du och din son Shear-Jashub, vid änden av akvedukten från den övre dammen, på vägen till valkarens åker. Jesaja 7:3.</w:t>
      </w:r>
    </w:p>
    <w:p>
      <w:pPr>
        <w:pStyle w:val="ArticleBody"/>
        <w:jc w:val="left"/>
      </w:pPr>
      <w:r>
        <w:rPr>
          <w:rFonts w:ascii="Times New Roman" w:hAnsi="Times New Roman" w:eastAsia="Times New Roman" w:cs="Times New Roman"/>
        </w:rPr>
        <w:t>Shearjashub anger att det budskap som förkunnades av Jesaja vid ”änden av den övre dammens vattenledning på vägen till valkarens åker” är ett budskap som utpekar den kvarleva som återvänder. Den kvarlevan är de i Malakis bok som kallas att pröva Herren genom att återvända till honom och genom att föra tiondet in i förrådshuset. De som återvänder framställs också av Jeremia som de som återvänder efter den första besvikelsen. I kapitel sju framställer ”änden av den övre dammens vattenledning på vägen till valkarens åker” Jesaja när han framför ett budskap till en ogudaktig sydlig kung, och i Jesaja trettiosex uppträdde Eljakim, Sebna och Joach, kanslern, för Hiskia, medan Rabsake representerade Sanherib.</w:t>
      </w:r>
    </w:p>
    <w:p>
      <w:pPr>
        <w:pStyle w:val="ArticleBody"/>
        <w:jc w:val="left"/>
      </w:pPr>
      <w:r>
        <w:rPr>
          <w:rFonts w:ascii="Times New Roman" w:hAnsi="Times New Roman" w:eastAsia="Times New Roman" w:cs="Times New Roman"/>
        </w:rPr>
        <w:t>Det första budskapet vid ”änden av Övre dammens vattenledning, vid vägen till Valkarfältet” förkunnas av Jesaja och hans son; det sista budskapet vid ”änden av Övre dammens vattenledning, vid vägen till Valkarfältet” förkunnades av tre personer. Det första budskapet riktades till en inre kung och det andra till en yttre kung. Skiljelinjen är muren, som är en symbol för Guds lag, och söndagslagen, som representerar avlägsnandet av skiljemuren mellan kyrka och stat. Vid söndagslagen, eller vid muren, finns tre symboler: Eljakim är Filadelfia, Sebna är Laodicea och Joab, kanslern, är Sardes.</w:t>
      </w:r>
    </w:p>
    <w:p>
      <w:pPr>
        <w:pStyle w:val="ArticleBody"/>
        <w:jc w:val="left"/>
      </w:pPr>
      <w:r>
        <w:rPr>
          <w:rFonts w:ascii="Times New Roman" w:hAnsi="Times New Roman" w:eastAsia="Times New Roman" w:cs="Times New Roman"/>
        </w:rPr>
        <w:t>Vid söndagslagen blir många omkullkastade enligt Daniel 11:41, och dessa personer är de som hålls ansvariga för det ljus som givits om sjundedagssabbaten. De som omkullkastas i vers fyrtioett är laodikeiska sjundedagsadventister, och Eljakim representerar Filadelfia.</w:t>
      </w:r>
    </w:p>
    <w:p>
      <w:pPr>
        <w:pStyle w:val="ArticleScripture"/>
        <w:jc w:val="left"/>
      </w:pPr>
      <w:r>
        <w:rPr>
          <w:rFonts w:ascii="Times New Roman" w:hAnsi="Times New Roman" w:eastAsia="Times New Roman" w:cs="Times New Roman"/>
        </w:rPr>
        <w:t>Och det skall ske på den dagen, att jag skall kalla på min tjänare Eljakim, Hilkias son. Och jag skall klä honom i din mantel och styrka honom med ditt bälte, och jag skall lägga ditt herradöme i hans hand; och han skall vara en fader för Jerusalems invånare och för Juda hus. Och nyckeln till Davids hus skall jag lägga på hans skuldra; så att när han öppnar, skall ingen stänga, och när han stänger, skall ingen öppna. Jesaja 22:20–22.</w:t>
      </w:r>
    </w:p>
    <w:p>
      <w:pPr>
        <w:pStyle w:val="ArticleScripture"/>
        <w:jc w:val="left"/>
      </w:pPr>
      <w:r>
        <w:rPr>
          <w:rFonts w:ascii="Times New Roman" w:hAnsi="Times New Roman" w:eastAsia="Times New Roman" w:cs="Times New Roman"/>
        </w:rPr>
        <w:t>Och skriv till ängeln för församlingen i Filadelfia: Så säger den Helige, den Sanne, han som har Davids nyckel, han som öppnar och ingen stänger, och stänger och ingen öppnar: Jag känner dina gärningar. Se, jag har ställt framför dig en öppen dörr, och ingen kan stänga den. Ty du har en liten kraft och har bevarat mitt ord och inte förnekat mitt namn. Se, dem som hör till Satans synagoga, dem som säger att de är judar och inte är det, utan ljuger, se, dem skall jag göra så att de kommer och faller ner inför dina fötter och inser att jag har älskat dig. Uppenbarelseboken 3:7–9.</w:t>
      </w:r>
    </w:p>
    <w:p>
      <w:pPr>
        <w:pStyle w:val="ArticleBody"/>
        <w:jc w:val="left"/>
      </w:pPr>
      <w:r>
        <w:rPr>
          <w:rFonts w:ascii="Times New Roman" w:hAnsi="Times New Roman" w:eastAsia="Times New Roman" w:cs="Times New Roman"/>
        </w:rPr>
        <w:t>Shebna ersätts av Eljakim, och Shebna på muren representerar laodiceiska sjundedagsadventister som vägrar att låta sig gagnas av budskapet om det tidiga eller det sena regnet. Det tidiga regnet i förhållande till församlingen representerades av Jesaja och kvarlevan som återvände, och budskapet var riktat till en avfallen församling, representerad av den ogudaktige kungen Ahas. Budskapet från muren gavs till en ogudaktig kung i norr som sökte besegra Jerusalem, och det representerar det sena regnet i förhållande till det tidiga regnet. Medan Guds församling döms, stänker det tidiga eller förra regnet, men vid söndagslagen utgjuts regnet utan mått. Budskapet till Ahas var det inre budskapet, budskapet till Sanherib var det yttre. Den första rösten i Uppenbarelseboken 18:1–3 är en upprepning av den andre ängelns budskap och den är inre. Den andra rösten i Uppenbarelseboken arton vers fyra är yttre och är det tredje budskapet. Jesaja och hans son frambar den inre andre ängelns budskap, och på muren med ett yttre budskap finns tre själar.</w:t>
      </w:r>
    </w:p>
    <w:p>
      <w:pPr>
        <w:pStyle w:val="ArticleBody"/>
        <w:jc w:val="left"/>
      </w:pPr>
      <w:r>
        <w:rPr>
          <w:rFonts w:ascii="Times New Roman" w:hAnsi="Times New Roman" w:eastAsia="Times New Roman" w:cs="Times New Roman"/>
        </w:rPr>
        <w:t>Eljakim är de etthundrafyrtiofyratusen; Sebna är laodiceisk sjundedagsadventism, som vid den tiden utspys ur Herrens mun. Joab, kanslern, representerar Guds andra hjord, som nedtecknar historien fram till muren för att känna igen Eljakims baner, när det höjs.</w:t>
      </w:r>
    </w:p>
    <w:p>
      <w:pPr>
        <w:pStyle w:val="ArticleBody"/>
        <w:jc w:val="left"/>
      </w:pPr>
      <w:r>
        <w:rPr>
          <w:rFonts w:ascii="Times New Roman" w:hAnsi="Times New Roman" w:eastAsia="Times New Roman" w:cs="Times New Roman"/>
        </w:rPr>
        <w:t>Jesaja 8:8 för in budskapen i Jesaja sex till tolv i Daniel 11:10. Därigenom ger det ett andra vittnesbörd om att rikets huvud lämnas stående efter angreppet. Det identifierar argumentet om ett brutet fördrag som används för att framkalla en strid.</w:t>
      </w:r>
    </w:p>
    <w:p>
      <w:pPr>
        <w:pStyle w:val="ArticleBody"/>
        <w:jc w:val="left"/>
      </w:pPr>
      <w:r>
        <w:rPr>
          <w:rFonts w:ascii="Times New Roman" w:hAnsi="Times New Roman" w:eastAsia="Times New Roman" w:cs="Times New Roman"/>
        </w:rPr>
        <w:t>Från Sovjetunionens sammanbrott år 1989, i vers fyrtio, fram till den snart kommande söndagslag som framställs i nästa vers, sträcker sig trettiosju år av profetisk historia som vers fyrtio inte säger någonting om. Verserna tio till femton i Daniel elva representerar den profetiska historia som inte behandlas i vers fyrtio. Den kan endast urskiljas när man tillämpar metodiken rad på rad. Om ni inte vill tro, skall ni sannerligen inte bli beståndande, är den profetiska varning som är knuten till de tre verser som beskriver 1989, och det historiska uppfyllandet av vers åtta i Jesaja åtta framställer en prövning för Eljakim och Sebna. Kan du se, eller är du blind?</w:t>
      </w:r>
    </w:p>
    <w:p>
      <w:pPr>
        <w:pStyle w:val="ArticleBody"/>
        <w:jc w:val="left"/>
      </w:pPr>
      <w:r>
        <w:rPr>
          <w:rFonts w:ascii="Times New Roman" w:hAnsi="Times New Roman" w:eastAsia="Times New Roman" w:cs="Times New Roman"/>
        </w:rPr>
        <w:t>Vers fyrtioett i Daniel elva är den snart kommande söndagslagen i Förenta staterna, som förebildas av den historia som uppfyllde vers sexton.</w:t>
      </w:r>
    </w:p>
    <w:p>
      <w:pPr>
        <w:pStyle w:val="ArticleScripture"/>
        <w:jc w:val="left"/>
      </w:pPr>
      <w:r>
        <w:rPr>
          <w:rFonts w:ascii="Times New Roman" w:hAnsi="Times New Roman" w:eastAsia="Times New Roman" w:cs="Times New Roman"/>
        </w:rPr>
        <w:t>Men den som drar ut mot honom skall göra efter sin egen vilja, och ingen skall kunna stå honom emot; och han skall stå i det härliga landet, vilket genom hans hand skall förtäras. Daniel 11:16.</w:t>
      </w:r>
    </w:p>
    <w:p>
      <w:pPr>
        <w:pStyle w:val="ArticleScripture"/>
        <w:jc w:val="left"/>
      </w:pPr>
      <w:r>
        <w:rPr>
          <w:rFonts w:ascii="Times New Roman" w:hAnsi="Times New Roman" w:eastAsia="Times New Roman" w:cs="Times New Roman"/>
        </w:rPr>
        <w:t>Han skall också tränga in i det härliga landet, och många länder skall bli omkullkastade; men dessa skall undkomma ur hans hand, nämligen Edom och Moab och de förnämsta av Ammons barn. Daniel 11:41.</w:t>
      </w:r>
    </w:p>
    <w:p>
      <w:pPr>
        <w:pStyle w:val="ArticleBody"/>
        <w:jc w:val="left"/>
      </w:pPr>
      <w:r>
        <w:rPr>
          <w:rFonts w:ascii="Times New Roman" w:hAnsi="Times New Roman" w:eastAsia="Times New Roman" w:cs="Times New Roman"/>
        </w:rPr>
        <w:t>Den historiska uppfyllelsen av vers sexton ända fram till vers trettio i Daniel elva är den hedniska Roms historia. Varje profetisk rad i Daniel kapitel elva är antingen en förebild för den hedniska, påvliga eller moderna Roms historia. Varje rad identifierar antingen direkt en romersk historia eller utgör en förebild för en framtida romersk historia. Varje rad. De verser som direkt hänvisar till den historia som uppfylldes genom det hedniska Rom, utgör förebilder för det påvliga Rom. Tillsammans vittnar det hedniska Rom och det påvliga Rom om det moderna Rom. Rom fastställer synen, ty från kapitlets början till dess slut handlar synen om Rom.</w:t>
      </w:r>
    </w:p>
    <w:p>
      <w:pPr>
        <w:pStyle w:val="ArticleBody"/>
        <w:jc w:val="left"/>
      </w:pPr>
      <w:r>
        <w:rPr>
          <w:rFonts w:ascii="Times New Roman" w:hAnsi="Times New Roman" w:eastAsia="Times New Roman" w:cs="Times New Roman"/>
        </w:rPr>
        <w:t>Jesus tillkännagav att det fanns en förrädare för att hjälpa sina lärjungar att tro när Judas förräderi blev uppenbart.</w:t>
      </w:r>
    </w:p>
    <w:p>
      <w:pPr>
        <w:pStyle w:val="ArticleScripture"/>
        <w:jc w:val="left"/>
      </w:pPr>
      <w:r>
        <w:rPr>
          <w:rFonts w:ascii="Times New Roman" w:hAnsi="Times New Roman" w:eastAsia="Times New Roman" w:cs="Times New Roman"/>
        </w:rPr>
        <w:t>”När Kristus uttalade veropet över Judas, hade han också ett barmhärtighetens syfte gentemot sina lärjungar. Därigenom gav han dem det avgörande beviset på sitt messiaskap. ’Jag säger er detta innan det sker’, sade han, ’för att ni, när det har skett, skall tro att JAG ÄR.’ Om Jesus hade förblivit tyst, i skenbar okunnighet om vad som skulle komma över honom, kunde lärjungarna ha tänkt att deras Mästare saknade gudomlig förutseende och hade blivit överrumplad och förrådd i den mordiska hopens händer. Ett år tidigare hade Jesus sagt till lärjungarna att han hade utvalt tolv, och att en av dem var en djävul. Nu skulle hans ord till Judas, som visade att hans förräderi var fullt ut känt av hans Mästare, stärka Kristi sanna efterföljares tro under hans förödmjukelse. Och när Judas hade gått sitt fruktansvärda slut till mötes, skulle de minnas det verop som Jesus hade uttalat över förrädaren.” The Desire of Ages, 655.</w:t>
      </w:r>
    </w:p>
    <w:p>
      <w:pPr>
        <w:pStyle w:val="ArticleBody"/>
        <w:jc w:val="left"/>
      </w:pPr>
      <w:r>
        <w:rPr>
          <w:rFonts w:ascii="Times New Roman" w:hAnsi="Times New Roman" w:eastAsia="Times New Roman" w:cs="Times New Roman"/>
        </w:rPr>
        <w:t>Den 31 december 2023 började Lejonet av Juda stam att bryta sigillen på uppenbarelsen om sig själv, och det grundläggande provet började. Provet gällde huruvida Rom fortfarande var den symbol som fastställde synen i vers fjorton, eller om förhållandena hade förändrats. När den förste antikrist från Förenta staterna började regera den 8 maj 2025, hade vers fjorton uppfyllts. Då kunde man se att förhållandet mellan Trump och påve Leo hade förebildats av Reagan och Johannes Paulus II. Det ukrainska kriget, som började 2014, när Förenta staternas utrikesdepartement åstadkom en färgrevolution i Ukraina, inträffade under Obamas presidentskap, han som regerade under två påvar. Reagan och Johannes Paulus II i vers tio, och sedan, år 2014, började det ukrainska kriget såsom framställt genom vers elvas strid vid gränslandet, eller slaget vid Rafia. Rafia betyder ”gränsland”, och det gör också ordet ”Ukraina”. I den historien utmärker Obama och två påvar det andra slaget av de tre slagen i vers tio till femton. Sedan, år 2024, återvände Trump i uppfyllelse av vers tretton. Därefter fastställs synen i vers fjorton genom ankomsten av Trumps påvliga motsvarighet.</w:t>
      </w:r>
    </w:p>
    <w:p>
      <w:pPr>
        <w:pStyle w:val="ArticleBody"/>
        <w:jc w:val="left"/>
      </w:pPr>
      <w:r>
        <w:rPr>
          <w:rFonts w:ascii="Times New Roman" w:hAnsi="Times New Roman" w:eastAsia="Times New Roman" w:cs="Times New Roman"/>
        </w:rPr>
        <w:t>Det som fastställdes var att de tre striderna i verserna tio till femton representerar tre vägmärken som vart och ett identifierar förhållandet mellan Isebel och Ahab, ledande fram till Karmels berg vid söndagslagen. Med Reagan befann sig Isebel i Samaria, dold genom en hemlig allians. Därefter upphöjde Baals präster och lundens profeter spiritualismen hos woke liberal katolicism, förenad med Obamas schizofrena symbolik som både den falske profeten för avfällig protestantism och Islams falske profet, dyrkan av moder jord, den Franska revolutionens tygellöshet och anarki. Därefter återvände Trump år 2024, och det öppna förhållandet mellan vilddjuret och dess avbild blev uppenbarat år 2025. Det är 2026, och grundvalens yttre synprövning har beståtts, och vi befinner oss nu i synen om templets prövning.</w:t>
      </w:r>
    </w:p>
    <w:p>
      <w:pPr>
        <w:pStyle w:val="ArticleBody"/>
        <w:jc w:val="left"/>
      </w:pPr>
      <w:r>
        <w:rPr>
          <w:rFonts w:ascii="Times New Roman" w:hAnsi="Times New Roman" w:eastAsia="Times New Roman" w:cs="Times New Roman"/>
        </w:rPr>
        <w:t>Vers elva uppfylldes i slaget vid Rafia år 217 f.Kr. och utgör en förebild till det ukrainska kriget som började 2014, som eskalerade 2022 och nu står på gränsen till sin avslutning. Putin kommer att segra, men segern inleder endast början på hans undergång. Den profetiska strukturen i vers elva och dess historiska uppfyllelse i Ptolemaios seger i slaget vid Rafia år 217 f.Kr., som en uppfyllelse av vers elva i kapitel elva, överensstämmer med den profetiska historien om kung Ussia. Både Ptolemaios och Ussia var sydliga kungar, vilkas hjärtan upphöjdes på grund av militära framgångar, men deras upphöjda hjärtan förde dem båda på fall, och bådas undergång är förknippad med ömsesidiga försök att frambära ett offer i helgedomen i Jerusalem.</w:t>
      </w:r>
    </w:p>
    <w:p>
      <w:pPr>
        <w:pStyle w:val="ArticleBody"/>
        <w:jc w:val="left"/>
      </w:pPr>
      <w:r>
        <w:rPr>
          <w:rFonts w:ascii="Times New Roman" w:hAnsi="Times New Roman" w:eastAsia="Times New Roman" w:cs="Times New Roman"/>
        </w:rPr>
        <w:t>Vi kommer i nästa artikel att fortsätta att behandla Putins undergång, som leder fram till slaget vid Panium i vers femton.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sexton</dc:title>
  <dc:subject>Ändens tid</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