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tjugoett</w:t>
      </w:r>
    </w:p>
    <w:p>
      <w:pPr>
        <w:pStyle w:val="ArticleSubtitle"/>
        <w:jc w:val="left"/>
      </w:pPr>
      <w:r>
        <w:rPr>
          <w:rFonts w:ascii="Arial" w:hAnsi="Arial" w:eastAsia="Arial" w:cs="Arial"/>
        </w:rPr>
        <w:t>Rörelsen mot söndagslagen i det härliga landet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2026-03-05</w:t>
      </w:r>
    </w:p>
    <w:p>
      <w:pPr>
        <w:pStyle w:val="ArticleBody"/>
        <w:jc w:val="left"/>
      </w:pPr>
      <w:r>
        <w:rPr>
          <w:rFonts w:ascii="Times New Roman" w:hAnsi="Times New Roman" w:eastAsia="Times New Roman" w:cs="Times New Roman"/>
        </w:rPr>
        <w:t>Historien från vers sexton till tjugotvå i Daniel elva börjar och slutar med en typifiering av söndagslagen. Att linjens början och slut är desamma identifierar Kristi signatur såsom Alfa och Omega. Profetiskt kräver detta att vers sexton samordnas med vers tjugotvå. När detta görs förs det härliga landets historia, sådan den framställs genom mackabéernas linje, in i historien i verserna tio till femton.</w:t>
      </w:r>
    </w:p>
    <w:p>
      <w:pPr>
        <w:pStyle w:val="ArticleHeading"/>
        <w:jc w:val="left"/>
      </w:pPr>
      <w:r>
        <w:rPr>
          <w:rFonts w:ascii="Arial" w:hAnsi="Arial" w:eastAsia="Arial" w:cs="Arial"/>
        </w:rPr>
        <w:t>Mackabéerna</w:t>
      </w:r>
    </w:p>
    <w:p>
      <w:pPr>
        <w:pStyle w:val="ArticleBody"/>
        <w:jc w:val="left"/>
      </w:pPr>
      <w:r>
        <w:rPr>
          <w:rFonts w:ascii="Times New Roman" w:hAnsi="Times New Roman" w:eastAsia="Times New Roman" w:cs="Times New Roman"/>
        </w:rPr>
        <w:t>Mackabéernas uppror representerar de tjugotvå år som började 1776 och slutade när Förenta staterna blev den sjätte riket i Bibelns profetia år 1798. Detta identifierar talet tjugotvå som en historia direkt knuten till ändens tid år 1798, vilket är där vers fyrtio i Daniel elva börjar.</w:t>
      </w:r>
    </w:p>
    <w:p>
      <w:pPr>
        <w:pStyle w:val="ArticleBody"/>
        <w:jc w:val="left"/>
      </w:pPr>
      <w:r>
        <w:rPr>
          <w:rFonts w:ascii="Times New Roman" w:hAnsi="Times New Roman" w:eastAsia="Times New Roman" w:cs="Times New Roman"/>
        </w:rPr>
        <w:t>Sambandet mellan talet tjugotvå och 1798 är viktigt att identifiera. Den mackabeiska revolten, genom att förebilda den amerikanska revolutionen, sammanför båda det härliga landets revolutioner (den bokstavliga och den andliga) som revolutioner som förkastade seleukidernas och de europeiska kungarnas statskonst, liksom Greklands och Roms kyrkovälde. I båda dessa historiska vittnesbörd representerade Grekland och Rom kungen i norr.</w:t>
      </w:r>
    </w:p>
    <w:p>
      <w:pPr>
        <w:pStyle w:val="ArticleBody"/>
        <w:jc w:val="left"/>
      </w:pPr>
      <w:r>
        <w:rPr>
          <w:rFonts w:ascii="Times New Roman" w:hAnsi="Times New Roman" w:eastAsia="Times New Roman" w:cs="Times New Roman"/>
        </w:rPr>
        <w:t>Mackabéernas linje representeras i vers tjugotre, men den representerar en historia som började 33 år efter Panium i vers femton, och något mer än hundra år före Pompejus i vers sexton. Linjen slutar vid korsets dom, en dom som sträckte sig fram till år 70 e.Kr., även om denna domsperiod i vers tjugotvå identifieras enbart som korset. Profetiskt slutar den mackabeiska linjen, som representerar det härliga landet från 1776, därefter 1798 med den hasmoneiska dynastin och sedan den herodianska dynastin fram till korset och år 70 e.Kr., i vers tjugotvå, och den börjar med tjugotvå år från 1776 till 1798. De tjugotvå åren från 1776 till 1798 utgör också en förebild för de tjugotvå åren från 11 september till 2023, vilka i Daniel tio förebildades som tjugotvå dagar. Den mackabeiska linjen börjar och slutar med ”tjugotvå”.</w:t>
      </w:r>
    </w:p>
    <w:p>
      <w:pPr>
        <w:pStyle w:val="ArticleHeading"/>
        <w:jc w:val="left"/>
      </w:pPr>
      <w:r>
        <w:rPr>
          <w:rFonts w:ascii="Arial" w:hAnsi="Arial" w:eastAsia="Arial" w:cs="Arial"/>
        </w:rPr>
        <w:t>Fyra romerska härskare</w:t>
      </w:r>
    </w:p>
    <w:p>
      <w:pPr>
        <w:pStyle w:val="ArticleBody"/>
        <w:jc w:val="left"/>
      </w:pPr>
      <w:r>
        <w:rPr>
          <w:rFonts w:ascii="Times New Roman" w:hAnsi="Times New Roman" w:eastAsia="Times New Roman" w:cs="Times New Roman"/>
        </w:rPr>
        <w:t>Verserna sexton till tjugotvå identifierar direkt fyra romerska härskare och utgör ännu en linje inom verserna. Den mackabeiska linjen är ordnad utifrån principen om ”upprepa och utvidga”, och den romerska linjen framställs direkt i verserna. Pompejus besegrade de två första av tre hinder, medan Rom besteg tronen som det fjärde riket i Bibelns profetia vid slaget vid Actium år 31 f.Kr. Han följdes av Julius Caesar, Augustus Caesar och Tiberius Caesar. Pompejus var en general, och de tre sista symbolerna är sammanbundna som kejsare.</w:t>
      </w:r>
    </w:p>
    <w:p>
      <w:pPr>
        <w:pStyle w:val="ArticleBody"/>
        <w:jc w:val="left"/>
      </w:pPr>
      <w:r>
        <w:rPr>
          <w:rFonts w:ascii="Times New Roman" w:hAnsi="Times New Roman" w:eastAsia="Times New Roman" w:cs="Times New Roman"/>
        </w:rPr>
        <w:t>Den siste av de fyra härskarna dör i vers tjugotvå där Kristus korsfästes, så vi måste föra den siste av Roms fyra härskare tillbaka till söndagslagen i vers sexton. När vi gör detta skulle Pompejus representera det första av fyra vägmärken, där det fjärde och sista vägmärket sammanfaller med söndagslagen i vers sexton. Vers sexton skulle representeras av kejsar Tiberius, och slaget vid Panium i vers femton skulle representeras av kejsar Augustus, slaget vid Rafia i vers elva skulle vara Julius Caesar och därmed utmärka general Pompejus som vers tio och 1989.</w:t>
      </w:r>
    </w:p>
    <w:p>
      <w:pPr>
        <w:pStyle w:val="ArticleBody"/>
        <w:jc w:val="left"/>
      </w:pPr>
      <w:r>
        <w:rPr>
          <w:rFonts w:ascii="Times New Roman" w:hAnsi="Times New Roman" w:eastAsia="Times New Roman" w:cs="Times New Roman"/>
        </w:rPr>
        <w:t>Detta fastställer att den ”dolda historien” i Daniel elva, vers fyrtio — historien från Sovjetunionens sammanbrott 1989 fram till söndagslagen i vers fyrtioett — representeras av tre profetiska linjer som återfinns i den historia som framställs i verserna tio till och med tjugotre: Mackabéerna, de romerska härskarna och de tre slagen som utkämpades av Roms ombudsmakter.</w:t>
      </w:r>
    </w:p>
    <w:p>
      <w:pPr>
        <w:pStyle w:val="ArticleScripture"/>
        <w:jc w:val="left"/>
      </w:pPr>
      <w:r>
        <w:rPr>
          <w:rFonts w:ascii="Times New Roman" w:hAnsi="Times New Roman" w:eastAsia="Times New Roman" w:cs="Times New Roman"/>
        </w:rPr>
        <w:t>Detta är tredje gången jag kommer till er. Efter två eller tre vittnens utsaga skall varje sak avgöras. 2 Korinthierbrevet 13:1.</w:t>
      </w:r>
    </w:p>
    <w:p>
      <w:pPr>
        <w:pStyle w:val="ArticleHeading"/>
        <w:jc w:val="left"/>
      </w:pPr>
      <w:r>
        <w:rPr>
          <w:rFonts w:ascii="Arial" w:hAnsi="Arial" w:eastAsia="Arial" w:cs="Arial"/>
        </w:rPr>
        <w:t>Tre ombudskrig</w:t>
      </w:r>
    </w:p>
    <w:p>
      <w:pPr>
        <w:pStyle w:val="ArticleBody"/>
        <w:jc w:val="left"/>
      </w:pPr>
      <w:r>
        <w:rPr>
          <w:rFonts w:ascii="Times New Roman" w:hAnsi="Times New Roman" w:eastAsia="Times New Roman" w:cs="Times New Roman"/>
        </w:rPr>
        <w:t>Vers tio markerar slutet på det fjärde syriska kriget, som ägde rum från 219 till 217 f.Kr., då Antiochos III Magnus (den store) omgrupperade sig inför slaget i vers elva, vilket var slaget vid Rafia, som skulle representeras av Julius Caesar. Vers tio identifierar Sovjetunionens sammanbrott år 1989 såsom representerat i vers fyrtio, och Pompejus sammanfaller med den historien. Vers sexton representerar erövringen av det härliga landet Juda och är en förebild på söndagslagen i Förenta staterna, men Pompejus sammanfaller också med 1989, och år 1989 erövrade det moderna Rom sitt första hinder, men därigenom erövrade hon samtidigt andligen det protestantiska Amerika, när hon förförde Ronald Reagan att ingå en hemlig allians med det härliga landet. En allians mellan en kung och Roms sköka representerar andlig otukt.</w:t>
      </w:r>
    </w:p>
    <w:p>
      <w:pPr>
        <w:pStyle w:val="ArticleBody"/>
        <w:jc w:val="left"/>
      </w:pPr>
      <w:r>
        <w:rPr>
          <w:rFonts w:ascii="Times New Roman" w:hAnsi="Times New Roman" w:eastAsia="Times New Roman" w:cs="Times New Roman"/>
        </w:rPr>
        <w:t>1989 var då Roms sköka började träda ut ur sina sjuttio år för att bedriva otukt med alla jordens kungar. Den förste kungen är Förenta staterna år 1989, ty Förenta staterna framställs också genom Ahab, som var gift med Jesebel, vilken är Tyrus sköka i Jesaja tjugotre.</w:t>
      </w:r>
    </w:p>
    <w:p>
      <w:pPr>
        <w:pStyle w:val="ArticleScripture"/>
        <w:jc w:val="left"/>
      </w:pPr>
      <w:r>
        <w:rPr>
          <w:rFonts w:ascii="Times New Roman" w:hAnsi="Times New Roman" w:eastAsia="Times New Roman" w:cs="Times New Roman"/>
        </w:rPr>
        <w:t>Och det skall ske på den dagen att Tyrus skall vara glömt i sjuttio år, enligt en konungs dagar; efter sjuttio års slut skall det gå Tyrus såsom i skökans sång: Tag en harpa, vandra omkring i staden, du glömda sköka; spela ljuvligt, sjung många sånger, för att du må bli ihågkommen. Och det skall ske efter sjuttio års slut, att Herren skall se till Tyrus, och hon skall åter vända sig till sin skökolön och bedriva otukt med alla världens riken över hela jordens yta. Jesaja 23:15–17.</w:t>
      </w:r>
    </w:p>
    <w:p>
      <w:pPr>
        <w:pStyle w:val="ArticleBody"/>
        <w:jc w:val="left"/>
      </w:pPr>
      <w:r>
        <w:rPr>
          <w:rFonts w:ascii="Times New Roman" w:hAnsi="Times New Roman" w:eastAsia="Times New Roman" w:cs="Times New Roman"/>
        </w:rPr>
        <w:t>Skökan blev bortglömd vid ”ändens tid” år 1798, när hon mottog sitt dödliga sår, såsom framställs i den fyrtionde versen i Daniel elva. Vid ”ändens tid” år 1989 inleder hon perioden då hennes dödliga sår helas genom att begå otukt med det rike som först skall genomdriva märket för hennes auktoritet. Detta rike framställdes genom Ahab och genom Frankrike, som satte påvedömet på jordens tron år 538 och var det främsta riket att understödja den påvliga maktens uppstigande. Av denna anledning benämns de ”den katolska kyrkans förstfödde”, såväl som ”den katolska kyrkans äldsta dotter”. Både Frankrike och Ahab vittnar om Förenta staternas roll från 1989 fram till söndagslagen.</w:t>
      </w:r>
    </w:p>
    <w:p>
      <w:pPr>
        <w:pStyle w:val="ArticleBody"/>
        <w:jc w:val="left"/>
      </w:pPr>
      <w:r>
        <w:rPr>
          <w:rFonts w:ascii="Times New Roman" w:hAnsi="Times New Roman" w:eastAsia="Times New Roman" w:cs="Times New Roman"/>
        </w:rPr>
        <w:t>I Jesaja tjugotre framträder Tyrus sköka, som också är skökan i Uppenbarelseboken sjutton, på vars panna det står skrivet: Babylon, det stora. Hon är ”glömd” under Förenta staternas historia, med början år 1798, då påvedömet upphörde att vara Bibelns profetias femte rike, havsvilddjuret i Uppenbarelseboken tretton. Därefter började Förenta staterna sin roll som Bibelns profetias sjätte rike såsom jordens vilddjur i Uppenbarelseboken tretton. Slutligen blir Förenta staterna den främste kungen bland de tio kungarna i Uppenbarelseboken sjutton. Den symboliska historien om en period på ”sjuttio år”, ”en konungs dagar”, representerar de sjuttio år då Babylon härskade som Bibelns profetias första rike. Detta är en förebild för Förenta staternas historia från 1798 fram till söndagslagen, där den yttre linjen i Amerikas historia representeras av det republikanska hornet och den inre linjen representeras av det protestantiska hornet. Dessa två horn representerar själva hjärtat i konstitutionen, som föreskriver en åtskillnad mellan statskonst och kyrkostyre, och de är ämnet för Amerikas framtid.</w:t>
      </w:r>
    </w:p>
    <w:p>
      <w:pPr>
        <w:pStyle w:val="ArticleBody"/>
        <w:jc w:val="left"/>
      </w:pPr>
      <w:r>
        <w:rPr>
          <w:rFonts w:ascii="Times New Roman" w:hAnsi="Times New Roman" w:eastAsia="Times New Roman" w:cs="Times New Roman"/>
        </w:rPr>
        <w:t>Sjuttio år är bestämda för att skökan Tyros skall vara glömd, och därefter, från ändens tid år 1989 fram till söndagslagen, börjar hon sjunga. Hon började med en hemlig allians då hon bemäktigade sig den protestantiska Amerikas religion och störtade den politiska strukturen hos sydens kung genom Sovjetunionens sammanbrott. En period av sjuttio år som avslutas i en historia där Antiochos den store står mitt i en sjuttonårsperiod som är uppdelad i tio och sju, vilket vid multiplikation blir ”sjuttio”. I början av de yttre två hundra femtio åren, som avslutades mellan Rafia och Panium, börjar den inre tidsprofetian om två tusen tre hundra år med att ”sjuttio” veckor bestäms över Daniels folk. Vid slutet av dessa sjuttio veckor, år 34 e.Kr., blev det forntida Israel för alltid skilt från Gud som hans utvalda förbundsfolk, och Gud hade då ingått äktenskap med sin kristna brud och vände sig då till hedningarna.</w:t>
      </w:r>
    </w:p>
    <w:p>
      <w:pPr>
        <w:pStyle w:val="ArticleBody"/>
        <w:jc w:val="left"/>
      </w:pPr>
      <w:r>
        <w:rPr>
          <w:rFonts w:ascii="Times New Roman" w:hAnsi="Times New Roman" w:eastAsia="Times New Roman" w:cs="Times New Roman"/>
        </w:rPr>
        <w:t>207 f.Kr. står Antiochos mitt i de ”sjuttio” och utpekar slutet på hans rikes status som gynnad nation såsom det ”härliga landet”, där Han valde att låta det moderna Israel uppstå. Förenta staternas slut som det sjätte riket vid söndagslagen är slutet på Jesajas ”sjuttio år”. Antiochos’ tvåhundrafemtioårslinje identifierar nådatidens slut för Förenta staternas republikanska horn, strax före söndagslagen i vers sexton. De tvåtusentrehundra åren, som slutade när domen började den 22 oktober 1844, förebildar när domen avslutas vid söndagslagen. De tvåtusentrehundra åren börjar med sjuttio veckor som identifierar slutet för det bokstavliga Israel som Guds utvalda folk. Slutet på den övergripande perioden om tvåtusentrehundra år avslutas med att den protestantiska rörelsen upphör, såsom adventrörelsen fortsatte fram till söndagslagen. När den stängda dörren från 1844 upprepas, kommer dörrarna att stängas för det republikanska hornet, det protestantiska hornet och regeringsodjuret.</w:t>
      </w:r>
    </w:p>
    <w:p>
      <w:pPr>
        <w:pStyle w:val="ArticleBody"/>
        <w:jc w:val="left"/>
      </w:pPr>
      <w:r>
        <w:rPr>
          <w:rFonts w:ascii="Times New Roman" w:hAnsi="Times New Roman" w:eastAsia="Times New Roman" w:cs="Times New Roman"/>
        </w:rPr>
        <w:t>För Antiochos att stå mellan perioden tio och sju är att stå vid slutet av hans prövotid. Prövotiden avslutas för Förenta staternas regering, som är vilddjuret från jorden, vid söndagslagen, men det republikanska hornets prövotid avslutas före söndagslagen.</w:t>
      </w:r>
    </w:p>
    <w:p>
      <w:pPr>
        <w:pStyle w:val="ArticleScripture"/>
        <w:jc w:val="left"/>
      </w:pPr>
      <w:r>
        <w:rPr>
          <w:rFonts w:ascii="Times New Roman" w:hAnsi="Times New Roman" w:eastAsia="Times New Roman" w:cs="Times New Roman"/>
        </w:rPr>
        <w:t>Jesus sade till honom: Jag säger dig: inte sju gånger, utan sjuttio gånger sju. Matteus 18:22.</w:t>
      </w:r>
    </w:p>
    <w:p>
      <w:pPr>
        <w:pStyle w:val="ArticleBody"/>
        <w:jc w:val="left"/>
      </w:pPr>
      <w:r>
        <w:rPr>
          <w:rFonts w:ascii="Times New Roman" w:hAnsi="Times New Roman" w:eastAsia="Times New Roman" w:cs="Times New Roman"/>
        </w:rPr>
        <w:t>Uttrycket ”sjuttio gånger sju” är det enda stället i Bibeln där tal uttrycks med en multipel på detta sätt. ”Sjuttio gånger sju” är de fyrahundranittio år som var ”bestämda” för Daniels folk. Det är de sjuttio veckor som inleder de tvåtusentrehundra, och vid slutet av de tvåhundrafemtio åren från samma utgångspunkt anländer Antiochos mitt i de tio och sju. Antiochos den store intar där sin plats i de sista akterna av sin historia i den heliga dramatiken i den stora striden.</w:t>
      </w:r>
    </w:p>
    <w:p>
      <w:pPr>
        <w:pStyle w:val="ArticleBody"/>
        <w:jc w:val="left"/>
      </w:pPr>
      <w:r>
        <w:rPr>
          <w:rFonts w:ascii="Times New Roman" w:hAnsi="Times New Roman" w:eastAsia="Times New Roman" w:cs="Times New Roman"/>
        </w:rPr>
        <w:t>Den stängda dörren år 1844 representerar den stängda dörren i samband med söndagslagen, och före söndagslagen i vers sexton börjar en period på sju år, då Antiochos markerar slutet på sitt rike, och sedan upphör hans rike vid avslutningen av de sju åren. Sjuårsperioden representerar vilddjurets bilds prövotid, och perioden börjar med den första söndagslagen år 321. Före den första söndagslagen, som är en förebild för den sista söndagslagen, finns en period på tio år som börjar med ett edikt. Vid ”ediktet” år 313 börjar den prövning som representeras av tio år; därefter utfärdar Antiochos den första söndagslagen och det republikanska hornets prövotid upphör. Vid slutet av de sju åren inträffar Panium och söndagslagen, vilket medför delningen mellan öst och väst år 330.</w:t>
      </w:r>
    </w:p>
    <w:p>
      <w:pPr>
        <w:pStyle w:val="ArticleHeading"/>
        <w:jc w:val="left"/>
      </w:pPr>
      <w:r>
        <w:rPr>
          <w:rFonts w:ascii="Arial" w:hAnsi="Arial" w:eastAsia="Arial" w:cs="Arial"/>
        </w:rPr>
        <w:t>Pompejus</w:t>
      </w:r>
    </w:p>
    <w:p>
      <w:pPr>
        <w:pStyle w:val="ArticleBody"/>
        <w:jc w:val="left"/>
      </w:pPr>
      <w:r>
        <w:rPr>
          <w:rFonts w:ascii="Times New Roman" w:hAnsi="Times New Roman" w:eastAsia="Times New Roman" w:cs="Times New Roman"/>
        </w:rPr>
        <w:t>Pompejus erövrade det härliga landet i vers sexton, men inom den tvåårsperiod som sträckte sig från 65 till 63 f.Kr. erövrade Pompejus, som en uppfyllelse av Daniel åtta och vers nio, faktiskt ”österlandet” och det ”[härliga] landet”, vilket förebildade den dubbla erövringen i vers fyrtio och år 1989.</w:t>
      </w:r>
    </w:p>
    <w:p>
      <w:pPr>
        <w:pStyle w:val="ArticleBody"/>
        <w:jc w:val="left"/>
      </w:pPr>
      <w:r>
        <w:rPr>
          <w:rFonts w:ascii="Times New Roman" w:hAnsi="Times New Roman" w:eastAsia="Times New Roman" w:cs="Times New Roman"/>
        </w:rPr>
        <w:t>Det tredje hindret för det hedniska Rom skulle fullbordas av Augustus Caesar, som är känd för att ha bildat det första officiella romerska triumviratet, vilket representerar den första officiella trefaldiga föreningen i Rom. Det är vid det tredje vägmärket för de romerska ledarna som den trefaldiga föreningen officiellt markeras i Roms historia. Det är vid söndagslagen i vers sexton som den trefaldiga föreningen av draken, vilddjuret och den falske profeten upprättas, och därefter sätts ondskans fågel tillbaka på sin plats i Sinear, såsom framställs av Sakarja.</w:t>
      </w:r>
    </w:p>
    <w:p>
      <w:pPr>
        <w:pStyle w:val="ArticleBody"/>
        <w:jc w:val="left"/>
      </w:pPr>
      <w:r>
        <w:rPr>
          <w:rFonts w:ascii="Times New Roman" w:hAnsi="Times New Roman" w:eastAsia="Times New Roman" w:cs="Times New Roman"/>
        </w:rPr>
        <w:t>Augustus Caesar bildade det första officiella romerska triumviratet, men av historikerna kallas det det andra triumviratet, ty även Julius Caesar bildade ett triumvirat, men det var inte ett officiellt triumvirat inom den romerska regeringen. Förhållandet mellan Julius och Augustus Caesar som symboler för den trefaldiga föreningen av draken, vilddjuret och den falske profeten vid den snart annalkande söndagslagen, förebildas av Julius i början av rörelsen för att genomdriva söndagslagstiftning och av Augustus vid dess slut. Det profetiska förhållandet framställs också genom Cestius belägring år 67, vilken därefter följdes av Titus belägring. Julius är Cestius och Augustus är Titus. Julius och Augustus representerar den trefaldiga föreningen och Cestius och Titus representerar en belägring.</w:t>
      </w:r>
    </w:p>
    <w:p>
      <w:pPr>
        <w:pStyle w:val="ArticleBody"/>
        <w:jc w:val="left"/>
      </w:pPr>
      <w:r>
        <w:rPr>
          <w:rFonts w:ascii="Times New Roman" w:hAnsi="Times New Roman" w:eastAsia="Times New Roman" w:cs="Times New Roman"/>
        </w:rPr>
        <w:t>Den period då rörelsen för en söndagslag profetiskt börjar år 313, infaller vid ediktet i Milano. Sedan, år 321, vid mitten av den sjuttonåriga perioden, kommer den första söndagslagen. Det tredje steget i rikets delning i öst och väst, vilket representerar delningen i Förenta staterna mellan dem som tar emot och dem som inte tar emot vilddjurets märke eller Guds sigill, var år 330. Det finns en serie söndagslagar som leder fram till en söndagslag, och år 321 representerar den första söndagslagen, vilken leder fram till den sista söndagslagen år 330.</w:t>
      </w:r>
    </w:p>
    <w:p>
      <w:pPr>
        <w:pStyle w:val="ArticleBody"/>
        <w:jc w:val="left"/>
      </w:pPr>
      <w:r>
        <w:rPr>
          <w:rFonts w:ascii="Times New Roman" w:hAnsi="Times New Roman" w:eastAsia="Times New Roman" w:cs="Times New Roman"/>
        </w:rPr>
        <w:t>Till skillnad från Antiokus tvåhundrafemtio år identifierar Neros tvåhundrafemtio år en period av åtta år, mittpunkten i den första söndagslagen och därefter nio år. Rad på rad identifierar Antiokus och Nero två perioder som representeras av tre vägmärken. På båda linjerna är det första och det sista vägmärket detsamma: ett edikt i början som markerades av ett äktenskap som slutade med skilsmässa, och strid mellan kungen i norr och kungen i söder vid början och vid slutet. Den första söndagslagen år 321 i mitten måste vara den punkt där Antiokus står. Han står vid avslutningen av en prövningsprocess som representeras av tio år, och prövningsprocessen uppenbarar Antiokus som den åttonde, som är av de sju, när han formar en bild åt vilddjuret, som är den åttonde, som är av de sju. Samtidigt går de etthundrafyrtiofyra tusen igenom en prövningsprocess och förvandlas från den sjunde laodiceiska församlingen till den åttonde och filadelfiska församlingen.</w:t>
      </w:r>
    </w:p>
    <w:p>
      <w:pPr>
        <w:pStyle w:val="ArticleBody"/>
        <w:jc w:val="left"/>
      </w:pPr>
      <w:r>
        <w:rPr>
          <w:rFonts w:ascii="Times New Roman" w:hAnsi="Times New Roman" w:eastAsia="Times New Roman" w:cs="Times New Roman"/>
        </w:rPr>
        <w:t>Vid den första söndagslagen börjar upprättandet av bilden och avslutas vid söndagslagen i Uppenbarelseboken tretton, vers elva, en vers som ställer Förenta staternas början som ett lamm i kontrast till dess slut som en drake. Tretton är upprors symbol, och symbolen för uppror i sammanhanget av vers elva, och av att Förenta staterna talar som en drake, är vilddjurets märke; medan symbolen för dem som har Guds sigill är talet elva. Uppenbarelseboken 13:11 identifierar åtskiljandet av dem som tar emot vilddjurets märke eller Guds sigill vid söndagslagen, när Förenta staterna talar som en drake.</w:t>
      </w:r>
    </w:p>
    <w:p>
      <w:pPr>
        <w:pStyle w:val="ArticleBody"/>
        <w:jc w:val="left"/>
      </w:pPr>
      <w:r>
        <w:rPr>
          <w:rFonts w:ascii="Times New Roman" w:hAnsi="Times New Roman" w:eastAsia="Times New Roman" w:cs="Times New Roman"/>
        </w:rPr>
        <w:t>Vilddjurets bilds prövningstid har särskilda tecken som utmärker dess ankomst, samtidigt som de också förebildar dess slut. Från Noa till basunhögtiden förändras Gud aldrig; Han tillkännager alltid en prövningstid innan den kommer. Hans tillkännagivanden återfinns i Hans profetiska ord. De flesta adventister (antar jag) vet inte att det förekom två belägringar vid Jerusalems förstörelse, eller att dagen för den slutliga förstörelsen var exakt samma dag på året som Nebukadnessar första gången — alfa-tiden — förstörde Jerusalem och templet. De är kanske också omedvetna om att belägringarna började vid heliga högtider och slutade på en helig högtid, eller att belägringstiden var tre och ett halvt år. Om de inte känner till dessa fakta, förefaller det osannolikt att de kommer att se att Julius Caesar markerar början på vilddjurets bilds prövningstid i dess mest fullkomliga framställning. Med ”fullkomlig framställning” menar jag dess slutliga uppfyllelse.</w:t>
      </w:r>
    </w:p>
    <w:p>
      <w:pPr>
        <w:pStyle w:val="ArticleBody"/>
        <w:jc w:val="left"/>
      </w:pPr>
      <w:r>
        <w:rPr>
          <w:rFonts w:ascii="Times New Roman" w:hAnsi="Times New Roman" w:eastAsia="Times New Roman" w:cs="Times New Roman"/>
        </w:rPr>
        <w:t>Samma tidsperiod representeras från 1888 fram till söndagslagen, och sedan återigen från 11 september fram till söndagslagen, men den fullkomliga uppfyllelsen av den profetiska tidsperioden för upprättandet av vilddjurets bild, sådan den representeras av Konstantin den store under perioden 313 till och med 330, börjar under ämbetsperioden för den åttonde presidenten sedan ändens tid år 1989.</w:t>
      </w:r>
    </w:p>
    <w:p>
      <w:pPr>
        <w:pStyle w:val="ArticleBody"/>
        <w:jc w:val="left"/>
      </w:pPr>
      <w:r>
        <w:rPr>
          <w:rFonts w:ascii="Times New Roman" w:hAnsi="Times New Roman" w:eastAsia="Times New Roman" w:cs="Times New Roman"/>
        </w:rPr>
        <w:t>Från den första söndagslagen utvecklas prövotiden över sabbat och söndag under en period som representeras av Antiochos sju år. De sju åren i Antiochos’ linje multiplicerade med de nio åren i Neros linje blir sextiotre, och år 63 f.Kr. erövrade Pompejus det härliga landet till uppfyllelse av vers sexton i Daniel elva. Vid söndagslagen kommer nio kungar att erkänna Förenta staterna som den främste kungen bland tio kungar som är överens om att ge sitt rike åt skökan från Tyrus, vilken därefter skall bedriva otukt med alla jordens kungar.</w:t>
      </w:r>
    </w:p>
    <w:p>
      <w:pPr>
        <w:pStyle w:val="ArticleBody"/>
        <w:jc w:val="left"/>
      </w:pPr>
      <w:r>
        <w:rPr>
          <w:rFonts w:ascii="Times New Roman" w:hAnsi="Times New Roman" w:eastAsia="Times New Roman" w:cs="Times New Roman"/>
        </w:rPr>
        <w:t>I överensstämmelse med den profetiska strukturen i liknelsen om de tio jungfrurna fullbordades äktenskapet mellan vilddjuret och den falske profeten år 1989, men vid söndagslagen fullkomnas äktenskapet. En fraktal av denna historia är perioden för domen över de levande, som började år 2001, den 11 september. Från denna tidpunkt fram till söndagslagen, den prövotid som utgör vilddjurets bild och som också är de etthundrafyrtiofyratusens beseglingstid, verkställs domen över Guds förbundsfolk och över det land där de har vistats till uppfyllelse av Abrahams förbundsprofetia. Under denna period döms den laodiceiska sjundedagsadventistkyrkan, och därefter döms de som bekänner sig vara jungfrur. Så döms det protestantiska hornet, och det döms under den period då först det demokratiska partiet inom det republikanska hornet dömdes fram till 2024, då domen över republikanerna i det republikanska hornet nu äger rum. Den konstitutionella regeringen är det vilddjur som bär de två hornen och döms vid söndagslagen.</w:t>
      </w:r>
    </w:p>
    <w:p>
      <w:pPr>
        <w:pStyle w:val="ArticleBody"/>
        <w:jc w:val="left"/>
      </w:pPr>
      <w:r>
        <w:rPr>
          <w:rFonts w:ascii="Times New Roman" w:hAnsi="Times New Roman" w:eastAsia="Times New Roman" w:cs="Times New Roman"/>
        </w:rPr>
        <w:t>Från 1989 till söndagslagen framställs detta i en fraktal från 11 september till söndagslagen, men den fullkomliga uppfyllelsen av bildodjurets upprättande finns i den åttonde presidenten, som är av de sju. Neros sjutton år är en fraktal av historien från 11 september till söndagslagen. Antiochos’ sjutton år är detsamma. Reagans äktenskap och den hemliga alliansen fullbordas med en öppen allians under den åttonde presidentens mandatperiod. Det första av alfa- och omegaäktenskapen symboliserades av Patriot Act år 2001, när engelsk lag ändrades till romersk lag. Äktenskapet i Milanoediktet markerar början på den fullkomliga uppfyllelsen av bildodjurets upprättande. Dess struktur är grundad på strukturen i de tio jungfrurnas äktenskap och representerar det förfalskade äktenskap som äger rum under det sanna äktenskapet.</w:t>
      </w:r>
    </w:p>
    <w:p>
      <w:pPr>
        <w:pStyle w:val="ArticleBody"/>
        <w:jc w:val="left"/>
      </w:pPr>
      <w:r>
        <w:rPr>
          <w:rFonts w:ascii="Times New Roman" w:hAnsi="Times New Roman" w:eastAsia="Times New Roman" w:cs="Times New Roman"/>
        </w:rPr>
        <w:t>Vilddjurets bilds prövningstid representerar det ”prov” som vi måste bestå innan vi blir ”beseglade”. Guds hus döms först, och därefter, vid söndagslagen, döms de som står utanför Guds hus. Den slutliga domsperioden, både i Guds hus och därefter hos den stora skaran, börjar med den första söndagslagen. Det kommer att finnas en första söndagslag i Förenta staterna, vilken kommer att markera början på den fullkomliga och slutliga uppfyllelsen av vilddjurets bilds prövningstid, vilken därefter avslutas vid den söndagslag som uppfyller Uppenbarelseboken 13:11. Denna söndagslag är den sista söndagslagen i det härliga landet. Den sista söndagslagen i det härliga landet är den första söndagslagen i världen och markerar vilddjurets bilds prövningstid för världen. Världens prövningstid börjar vid söndagslagen i Förenta staterna i vers elva i kapitel tretton. När Förenta staterna ”talar” som en drake vid den snart kommande söndagslagen, representerar vers tolv och följande i kapitlet världens vilddjurets bilds prövningstid.</w:t>
      </w:r>
    </w:p>
    <w:p>
      <w:pPr>
        <w:pStyle w:val="ArticleBody"/>
        <w:jc w:val="left"/>
      </w:pPr>
      <w:r>
        <w:rPr>
          <w:rFonts w:ascii="Times New Roman" w:hAnsi="Times New Roman" w:eastAsia="Times New Roman" w:cs="Times New Roman"/>
        </w:rPr>
        <w:t>Av denna anledning är Neros tvåhundrafemtioåriga profetia, som avslutas med de sjutton åren som börjar med ediktet år 313, följt av den första söndagslagen år 321 och därefter delningen mellan öst och väst år 330, viktig att urskilja. De tre stegen i Neros linje handlar om förföljelse, där Nero är symbolen för förföljelse och perioden på 250 år representerar Smyrnas församling, som slutade år 313 när kompromissens kyrka trädde fram. Det tredje steget markerar slutet på ett rike, så när det tillämpas på Förenta staterna representerar det söndagslagen och övergången från det sjätte riket till det sjunde och åttonde riket. När det tillämpas på världen är den tredje waymarken avslutningen på människans prövotid, vilken förebildades av prövotidens slut för Förenta staterna vid början av världens prövoperiod för vilddjurets bild.</w:t>
      </w:r>
    </w:p>
    <w:p>
      <w:pPr>
        <w:pStyle w:val="ArticleBody"/>
        <w:jc w:val="left"/>
      </w:pPr>
      <w:r>
        <w:rPr>
          <w:rFonts w:ascii="Times New Roman" w:hAnsi="Times New Roman" w:eastAsia="Times New Roman" w:cs="Times New Roman"/>
        </w:rPr>
        <w:t>Detta är anledningen till att Augustus Caesar, den tredje av de fyra romerska härskare som leder fram till söndagslagen, representerad av korset, såsom framställt i vers tjugotvå, kan representera korset, även om han skall följas av Tiberias, som också representerar korset. Vilddjurets bilds prövotid är en tvåfaldig prövning som först prövar jorden och sedan havet. Jorden är Förenta staterna och havet är världen.</w:t>
      </w:r>
    </w:p>
    <w:p>
      <w:pPr>
        <w:pStyle w:val="ArticleBody"/>
        <w:jc w:val="left"/>
      </w:pPr>
      <w:r>
        <w:rPr>
          <w:rFonts w:ascii="Times New Roman" w:hAnsi="Times New Roman" w:eastAsia="Times New Roman" w:cs="Times New Roman"/>
        </w:rPr>
        <w:t>Avbilds-vilddjurets prövning frambringar en fördubbling av tecken, där den andra periodens alfa också är den första periodens omega. År 321 var den första söndagslagen i den profetiska historien, och inom de sjutton år som identifierar avbilds-vilddjurets prövningstid är 321 den första söndagslagen i Förenta staterna som leder fram till avbilds-vilddjurets prövningstids omega-söndagslag i det härliga landet. Men 321 är också den första söndagslagen för världen, så året 321 markerar mittpunkten för både början och slutet av avbilds-vilddjurets prövningstid. 313 är början, och början är ett edikt, vilket förebildar söndagslagen. Neros sjutton år identifierar en period av tilltagande söndagslagar ända fram till människans prövotids slut.</w:t>
      </w:r>
    </w:p>
    <w:p>
      <w:pPr>
        <w:pStyle w:val="ArticleBody"/>
        <w:jc w:val="left"/>
      </w:pPr>
      <w:r>
        <w:rPr>
          <w:rFonts w:ascii="Times New Roman" w:hAnsi="Times New Roman" w:eastAsia="Times New Roman" w:cs="Times New Roman"/>
        </w:rPr>
        <w:t>Påbudet förebildar den första söndagslag som leder till nådatidens avslutning. Pompejus intog Juda i vers sexton och förebildade därigenom söndagslagen, och Julius Caesar bildade det första triumviratet; även om det var en inofficiell trefaldig förening, räknar historikerna det likväl som det första. Julius Caesars förebildande av söndagslagens trefaldiga förening förebildade Augustus Caesars officiella triumvirat, som följdes av Tiberias vid korset. Alla fyra romerska härskarna förebildar söndagslagen, liksom alla tre stegen i Neros sjutton år.</w:t>
      </w:r>
    </w:p>
    <w:p>
      <w:pPr>
        <w:pStyle w:val="ArticleBody"/>
        <w:jc w:val="left"/>
      </w:pPr>
      <w:r>
        <w:rPr>
          <w:rFonts w:ascii="Times New Roman" w:hAnsi="Times New Roman" w:eastAsia="Times New Roman" w:cs="Times New Roman"/>
        </w:rPr>
        <w:t>Pompejus motsvarar 1989; Julius motsvarar vers elva; Augustus motsvarar vers femton och Tiberias motsvarar vers sexton. Berättelsen om Julius i verserna omfattar hans fälttåg i Egypten och Kleopatra. Historien upprepas genom Marcus Antonius. Marcus Antonius var Julius Caesars främste general vid den tid då Julius mördades med tjugotre knivhugg. Tjugotre representerar söndagslagen, och Julius död genom 23 sår är ett rike som upphör vid söndagslagen. Marcus Antonius, Augustus Caesar och Marcus Lepidus bildade därefter det första officiella triumviratet för att hämnas hans död. En av dessa trefaldiga makter, Marcus Antonius, skulle upprepa Julius möte med Egypten och Kleopatra.</w:t>
      </w:r>
    </w:p>
    <w:p>
      <w:pPr>
        <w:pStyle w:val="ArticleBody"/>
        <w:jc w:val="left"/>
      </w:pPr>
      <w:r>
        <w:rPr>
          <w:rFonts w:ascii="Times New Roman" w:hAnsi="Times New Roman" w:eastAsia="Times New Roman" w:cs="Times New Roman"/>
        </w:rPr>
        <w:t>Vare sig Julius eller Marcus Antonius är de båda symboler för Rom, och Kleopatra var en symbol för Egypten och Grekland. Hon representerade det grekiska herraväldet i Egypten, båda symboler för draken, medan Julius och Marcus Antonius är symboler för vilddjuret. Såsom kvinnan i relationen var Kleopatra församlingen, vilket gjorde Julius och Marcus Antonius till staten. Kleopatra representerar en kvinna som två gånger skiljs från sina kungliga romerska älskare; först år 1798 och sedan vid nådatidens slut, då hon går mot sitt slut utan någon som hjälper henne. Hennes slutliga undergång sker i slaget vid Actium år 31 f.Kr. Segerherren i slaget vid Actium var Augustus Caesar, så vi finner att Pompejus dog i Egypten, Julius hade ett möte med Kleopatra i Egypten, vilket fördubblades i Marcus Antonius’ historia, och sedan avslutar Augustus Caesar den relationen vid Actium. Actium identifierar söndagslagen, ty det var i slaget vid Actium som det tredje hindret för Rom undanröjdes, och det kejserliga hedniska Rom började härska i tre hundra sextio år, som en uppfyllelse av Daniel 11:24.</w:t>
      </w:r>
    </w:p>
    <w:p>
      <w:pPr>
        <w:pStyle w:val="ArticleBody"/>
        <w:jc w:val="left"/>
      </w:pPr>
      <w:r>
        <w:rPr>
          <w:rFonts w:ascii="Times New Roman" w:hAnsi="Times New Roman" w:eastAsia="Times New Roman" w:cs="Times New Roman"/>
        </w:rPr>
        <w:t>Pompejus undanröjde de två första hindren och Augustus det tredje.</w:t>
      </w:r>
    </w:p>
    <w:p>
      <w:pPr>
        <w:pStyle w:val="ArticleScripture"/>
        <w:jc w:val="left"/>
      </w:pPr>
      <w:r>
        <w:rPr>
          <w:rFonts w:ascii="Times New Roman" w:hAnsi="Times New Roman" w:eastAsia="Times New Roman" w:cs="Times New Roman"/>
        </w:rPr>
        <w:t>Och från ett av dem sköt fram ett litet horn, som växte sig övermåttan stort, mot södern och mot östern och mot det härliga landet. Daniel 8:9.</w:t>
      </w:r>
    </w:p>
    <w:p>
      <w:pPr>
        <w:pStyle w:val="ArticleBody"/>
        <w:jc w:val="left"/>
      </w:pPr>
      <w:r>
        <w:rPr>
          <w:rFonts w:ascii="Times New Roman" w:hAnsi="Times New Roman" w:eastAsia="Times New Roman" w:cs="Times New Roman"/>
        </w:rPr>
        <w:t>Pompejus är 1989, det första vägmärket av tre politiska makter som skall övervinnas av det moderna Rom när dess dödliga sår helas. Sovjetunionen, följd av Förenta staterna och även Förenta nationerna i Daniel elva, vers fyrtioett. Påvedömets krigföring är politisk och religiös, och profetiskt sett blev Förenta staternas religiösa makt erövrad när den hemliga alliansen mellan Reagan och påven Johannes Paulus II fullbordades. Påvedömets måltavla omfattar tre politiska hinder och tre religiösa makter. År 1989 sopades en av de tre politiska makterna bort; protestantismen, som som faktiskt ord betyder att protestera mot Rom, sopades också bort av Förenta staternas president under samma historia. De tre politiska makterna är Sovjetunionen, Förenta staterna och Förenta nationerna, och de religiösa måltavlorna är protestantismen, tillsammans med drakens olika religioner, vilka alla betraktas som spiritualism. De tre religioner som leder världen till Harmageddon är avfällig protestantism, katolicism och spiritualism; och påvedömets inre strider mellan konservativ och liberal ideologi inom deras kyrka, tillsammans med den ortodoxa katolicismens schismer, utgör ett religiöst hinder, och de andra två religiösa hinder som katolicismen måste erövra är avfällig protestantism och spiritualism. Protestantismen sopades bort år 1989.</w:t>
      </w:r>
    </w:p>
    <w:p>
      <w:pPr>
        <w:pStyle w:val="ArticleBody"/>
        <w:jc w:val="left"/>
      </w:pPr>
      <w:r>
        <w:rPr>
          <w:rFonts w:ascii="Times New Roman" w:hAnsi="Times New Roman" w:eastAsia="Times New Roman" w:cs="Times New Roman"/>
        </w:rPr>
        <w:t>Om katolicismens inre strider, sådana de framställs i de olika katolska profetiorna som härrör från budskapen i Fatima, skiljs från hennes ansträngningar att övervinna de religiösa makterna utanför hennes egen religion, då var hennes alfa-seger över protestantismen Reagans hemliga allians och hennes omega-seger den öppna alliansen år 2025. Hennes strider med de ortodoxa kyrkorna framställs också från en inledande seger år 1989 fram till den slutliga segern vid Panium.</w:t>
      </w:r>
    </w:p>
    <w:p>
      <w:pPr>
        <w:pStyle w:val="ArticleBody"/>
        <w:jc w:val="left"/>
      </w:pPr>
      <w:r>
        <w:rPr>
          <w:rFonts w:ascii="Times New Roman" w:hAnsi="Times New Roman" w:eastAsia="Times New Roman" w:cs="Times New Roman"/>
        </w:rPr>
        <w:t>Pompejus överensstämmer med 1989, och hans två segrar över ”österlandet och det härliga landet”, såsom Daniel identifierar dem i kapitel åtta och vers nio, representerar påvedömets andliga och politiska seger över det forna Sovjetunionen samt den åtföljande andliga segern över det härliga landet av bekännande protestantism. Julius Caesar kommer att lida nederlag vid Rafia, såsom Antiochos III gjorde och såsom Zelenskyj kommer att göra. Julius är ämnet i verserna sjutton till och med nitton, och därefter träder Augustus Caesar fram såsom skattepåläggaren. Tiberius Caesar regerar vid tiden för korset, så Tiberius är söndagslagen i vers sexton.</w:t>
      </w:r>
    </w:p>
    <w:p>
      <w:pPr>
        <w:pStyle w:val="ArticleBody"/>
        <w:jc w:val="left"/>
      </w:pPr>
      <w:r>
        <w:rPr>
          <w:rFonts w:ascii="Times New Roman" w:hAnsi="Times New Roman" w:eastAsia="Times New Roman" w:cs="Times New Roman"/>
        </w:rPr>
        <w:t>Detta sammanför Augustus med Panium i vers femton och slaget vid Rafia i vers elva med Julius. Slaget vid Panium är det tredje världskriget som börjar strax före söndagslagen i vers sexton, men som sedan förvandlas till slaget vid Actium. Panium var jordslaget (Förenta staterna) och Actium var sjöslaget (världen). Augustus framställs vid Panium i raden av fyra romerska härskare, och han var den faktiske ledaren vid Actium. Vid Panium hade Antiochos att göra med Egypten, som var allierat med Rom, och vid Actium hade Augustus att göra med Egypten (Kleopatra), allierat med Rom (Marcus Antonius). Detta innebär att Pompejus representerar vers fyrtio fram till 1989 och att Tiberias representerar söndagslagen i vers fyrtioett. Julius Caesar trädde fram år 2014 när det ukrainska kriget började, såsom förebildat genom slaget vid Rafia år 217 f.Kr.</w:t>
      </w:r>
    </w:p>
    <w:p>
      <w:pPr>
        <w:pStyle w:val="ArticleBody"/>
        <w:jc w:val="left"/>
      </w:pPr>
      <w:r>
        <w:rPr>
          <w:rFonts w:ascii="Times New Roman" w:hAnsi="Times New Roman" w:eastAsia="Times New Roman" w:cs="Times New Roman"/>
        </w:rPr>
        <w:t>Detta visar att verserna sjutton till tjugotvå börjar år 1989 och slutar vid söndagslagen, och därför utgör den historia som sammanfaller med den ”dolda historien” i vers fyrtio. Mackabéernas profetiska linje sammanfaller också med samma ”dolda historia”. Linjen av romerska härskare identifierar det moderna Rom, vilddjuret i Uppenbarelseboken sexton, och Mackabéernas linje beskriver det härliga landet, den falske profeten i Uppenbarelseboken sexton. Linjen av de tre slagen identifierar segern över kungen i söder, draken i Uppenbarelseboken sexton.</w:t>
      </w:r>
    </w:p>
    <w:p>
      <w:pPr>
        <w:pStyle w:val="ArticleBody"/>
        <w:jc w:val="left"/>
      </w:pPr>
      <w:r>
        <w:rPr>
          <w:rFonts w:ascii="Times New Roman" w:hAnsi="Times New Roman" w:eastAsia="Times New Roman" w:cs="Times New Roman"/>
        </w:rPr>
        <w:t>Dessa tre linjer representerar de tre makter som leder världen till Harmagedon, och de framställs i vers fyrtio som kungen i söder, draken, kungen i norr, vilddjuret, och vagnarna, ryttarna och skeppen är den falske profeten. De tre linjerna från vers tio till tjugotre representerar de tre makterna i den dolda historien i vers fyrtio, vilka varken är mer eller mindre än en fortgående illustration av de tre ämnen som framställs i den öppna historien i vers fyrtio.</w:t>
      </w:r>
    </w:p>
    <w:p>
      <w:pPr>
        <w:pStyle w:val="ArticleHeading"/>
        <w:jc w:val="left"/>
      </w:pPr>
      <w:r>
        <w:rPr>
          <w:rFonts w:ascii="Arial" w:hAnsi="Arial" w:eastAsia="Arial" w:cs="Arial"/>
        </w:rPr>
        <w:t>Vers ett</w:t>
      </w:r>
    </w:p>
    <w:p>
      <w:pPr>
        <w:pStyle w:val="ArticleBody"/>
        <w:jc w:val="left"/>
      </w:pPr>
      <w:r>
        <w:rPr>
          <w:rFonts w:ascii="Times New Roman" w:hAnsi="Times New Roman" w:eastAsia="Times New Roman" w:cs="Times New Roman"/>
        </w:rPr>
        <w:t>Verserna ett till och med fyra identifierar ”ändens tid” år 1989, liksom Förenta staternas åtta presidenter från denna utgångspunkt, och avslutas med den slutlige och långt rikare åttonde presidenten. I vers fyra blir den kungen världens kung, såsom framställd genom Alexander den store, kung Ahab, de tio kungarna i Uppenbarelseboken sjutton, de tio stammarna i Psalm åttiotre och de tio nationer som framläggs som en symbol för världen i det allra första steget i Guds förbund med Abram i Första Moseboken 15:18–21.</w:t>
      </w:r>
    </w:p>
    <w:p>
      <w:pPr>
        <w:pStyle w:val="ArticleBody"/>
        <w:jc w:val="left"/>
      </w:pPr>
      <w:r>
        <w:rPr>
          <w:rFonts w:ascii="Times New Roman" w:hAnsi="Times New Roman" w:eastAsia="Times New Roman" w:cs="Times New Roman"/>
        </w:rPr>
        <w:t>Verserna ett till fyra representerar historien från 1989 fram till den trefaldiga föreningen vid söndagslagen i vers fyrtioett, och därför överensstämmer de med de fyra romerska härskarna, Mackabéernas linje och med de tre slagen i verserna tio till femton, vilka tillsammans utgör den dolda historien i vers fyrtio.</w:t>
      </w:r>
    </w:p>
    <w:p>
      <w:pPr>
        <w:pStyle w:val="ArticleBody"/>
        <w:jc w:val="left"/>
      </w:pPr>
      <w:r>
        <w:rPr>
          <w:rFonts w:ascii="Times New Roman" w:hAnsi="Times New Roman" w:eastAsia="Times New Roman" w:cs="Times New Roman"/>
        </w:rPr>
        <w:t>Verserna fem till nio framställer en profetisk linje som fullkomligt återger historien från 538 till 1798 och tillhandahåller den historiska och profetiska logiken för att förstå betydelsen av ändens tid i vers fyrtio. Denna logik förklarar vers tio som vedergällningen för historien i verserna fem till nio, och därigenom definierar den logiken för 1989. Detta innebär att verserna ett till tjugotre i Daniel elva representerar fem profetiska linjer som är i samklang med den dolda historien i vers fyrtio. De första fyra verserna handlar om Trump, den åttonde presidenten som är av de sju, vilken är bestämd att vara kungen över tio kungar i det sjunde riket i Uppenbarelseboken sjutton.</w:t>
      </w:r>
    </w:p>
    <w:p>
      <w:pPr>
        <w:pStyle w:val="ArticleBody"/>
        <w:jc w:val="left"/>
      </w:pPr>
      <w:r>
        <w:rPr>
          <w:rFonts w:ascii="Times New Roman" w:hAnsi="Times New Roman" w:eastAsia="Times New Roman" w:cs="Times New Roman"/>
        </w:rPr>
        <w:t>Verserna fem till och med tio identifierar historien fram till 1798 och vidare till 1989, vilket är historien i vers fyrtio. Verserna tio till och med femton identifierar en historia av tre ombudskrig som börjar 1989, det andra med början 2014; därefter trädde den rikaste presidenten fram 2015. Denne rikaste president dödades 2020, och 2022 trappades kriget vid Raphia upp, och sedan återkom den rikaste presidenten 2024, och 2025 installerades både vilddjurets huvud och dess avbilds huvud.</w:t>
      </w:r>
    </w:p>
    <w:p>
      <w:pPr>
        <w:pStyle w:val="ArticleBody"/>
        <w:jc w:val="left"/>
      </w:pPr>
      <w:r>
        <w:rPr>
          <w:rFonts w:ascii="Times New Roman" w:hAnsi="Times New Roman" w:eastAsia="Times New Roman" w:cs="Times New Roman"/>
        </w:rPr>
        <w:t>Vi kommer att fortsätta med dessa ting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tjugoett</dc:title>
  <dc:subject>Rörelsen mot söndagslagen i det härliga landet</dc:subject>
  <dc:creator>Jeff Pippenger</dc:creator>
  <cp:keywords/>
  <dc:description>Generated by ArticleDigger from panium\21_panium.json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