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Historia Iliyofichika ya Aya ya Arobaini - Namba Ishirini na Tatu</w:t>
      </w:r>
    </w:p>
    <w:p>
      <w:pPr>
        <w:pStyle w:val="ArticleSubtitle"/>
        <w:jc w:val="left"/>
      </w:pPr>
      <w:r>
        <w:rPr>
          <w:rFonts w:ascii="Arial" w:hAnsi="Arial" w:eastAsia="Arial" w:cs="Arial"/>
        </w:rPr>
        <w:t>Ezekieli Namba Nne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Ezekieli anatambulishwa kuwa “nabii wa kuomboleza,” kwa maana yeye ni ishara ya wale mia moja arobaini na nne elfu, ambao katika sura ya tisa ya kitabu chake wanaomboleza (wakiguna na kulia) kwa sababu ya machukizo yanayofanywa katika nchi na katika kanisa. Katika kifungu kutoka Testimonies tulichokinukuu katika makala iliyopita, Dada White aliandika, “Nabii mwenyewe alikuwa mgeni katika nchi ya kigeni, ambako tamaa isiyo na mipaka na ukatili wa kishenzi vilitawala kwa ukuu. Yale aliyoyaona na kuyasikia kuhusu udhalimu na uovu wa kibinadamu yaliihuzunisha nafsi yake, naye akaomboleza kwa uchungu mchana na usiku.”</w:t>
      </w:r>
    </w:p>
    <w:p>
      <w:pPr>
        <w:pStyle w:val="ArticleBody"/>
        <w:jc w:val="left"/>
      </w:pPr>
      <w:r>
        <w:rPr>
          <w:rFonts w:ascii="Times New Roman" w:hAnsi="Times New Roman" w:eastAsia="Times New Roman" w:cs="Times New Roman"/>
        </w:rPr>
        <w:t>Wale mia moja arobaini na nne elfu ndio “wafukuzwa wa Israeli,” waliotawanywa, kama inavyowakilishwa na Ezekieli kuchukuliwa mateka. Mchakato wa kutiwa muhuri unaowakilishwa katika Ezekieli 9 ni uleule wa Ufunuo 7, na sura hizo zote mbili zinaonyeshwa kuwa zinatukia katika siku za mwisho.</w:t>
      </w:r>
    </w:p>
    <w:p>
      <w:pPr>
        <w:pStyle w:val="ArticleScripture"/>
        <w:jc w:val="left"/>
      </w:pPr>
      <w:r>
        <w:rPr>
          <w:rFonts w:ascii="Times New Roman" w:hAnsi="Times New Roman" w:eastAsia="Times New Roman" w:cs="Times New Roman"/>
        </w:rPr>
        <w:t>“Kutiwa muhuri huku kwa watumishi wa Mungu ndiko kuleko kulionyeshwa kwa Ezekieli katika maono.” Testimonies to Ministers, 445.</w:t>
      </w:r>
    </w:p>
    <w:p>
      <w:pPr>
        <w:pStyle w:val="ArticleBody"/>
        <w:jc w:val="left"/>
      </w:pPr>
      <w:r>
        <w:rPr>
          <w:rFonts w:ascii="Times New Roman" w:hAnsi="Times New Roman" w:eastAsia="Times New Roman" w:cs="Times New Roman"/>
        </w:rPr>
        <w:t>Kutoka katika kiti cha enzi, Mungu huwaongoza makerubi ambao nao kwa upande wao huisimamia ile magurudumu. Ezekieli alipaswa kuelewa kutoka katika ono hilo kwamba Mungu alikuwa akitawala, hata katika kipindi ambacho kila kitu kilipoonekana kuwa katika machafuko. Dada White anasema “kwa jinsi iyo hiyo” baada ya kuweka wazi mpangilio wa Mungu akiwa juu ya kiti cha enzi, akiwaongoza makerubi waliokuwa wakisimamia mambo ya dunia, kama anavyomweleza Yohana katika patakatifu ambapo Kristo alitembea katikati ya yale makanisa saba. Ezekieli na Yohana ni alama za wale wanaoishi katika wakati wa kutiwa muhuri wa wale mia moja arobaini na nne elfu ambao, kama uvuvio unavyonukuu, “Matukio yatakayotekelezwa katika dunia yetu bado hayajaota ndotoni hata kidogo.”</w:t>
      </w:r>
    </w:p>
    <w:p>
      <w:pPr>
        <w:pStyle w:val="ArticleBody"/>
        <w:jc w:val="left"/>
      </w:pPr>
      <w:r>
        <w:rPr>
          <w:rFonts w:ascii="Times New Roman" w:hAnsi="Times New Roman" w:eastAsia="Times New Roman" w:cs="Times New Roman"/>
        </w:rPr>
        <w:t>Hakika, wakati Dada White alipoandika maneno hayo, maneno hayo yalikuwa kweli, lakini katika wakati wa kutiwa muhuri yanapata utimilifu wake mkamilifu. Takriban miaka ishirini iliyopita, je, ungalifikiri kwamba yale yanayotukia sasa ulimwenguni yanahusiana na kusongamana kwa nzige wa Uislamu? Nzige kama ishara ya Uislamu katika sura ya tisa ya Ufunuo hujumuisha uhamaji wa asili wa nzige wa Afrika ya Kaskazini. Hao nzige wanaosongamana, katika njia yao ya uhamaji barani Afrika, wanaendana na jiografia iliyotwaliwa na Uislamu. Uislamu ni uzao wa Ishmaeli, na mama yake Ishmaeli alikuwa Hagari. Hagari humaanisha “kukimbia” au “kutoroka.” Kwa Kiarabu jina hilo kwa kawaida huandikwa Hajar (هاجر), na linahusishwa na mzizi uleule unaotupatia Hijra (uhamaji/kukimbia kwa Muhammad). Mizizi ya Uislamu haihusiani tu na kusongamana kwa nzige, bali mizizi hiyo pia inajumuisha maana ya uhamaji. Je, kuna yeyote aliyewahi kuota kwamba uhamiaji haramu ulikuwa udhihirisho wa nzige wa Uislamu?</w:t>
      </w:r>
    </w:p>
    <w:p>
      <w:pPr>
        <w:pStyle w:val="ArticleBody"/>
        <w:jc w:val="left"/>
      </w:pPr>
      <w:r>
        <w:rPr>
          <w:rFonts w:ascii="Times New Roman" w:hAnsi="Times New Roman" w:eastAsia="Times New Roman" w:cs="Times New Roman"/>
        </w:rPr>
        <w:t>Je, kuna yeyote aliyedhani kwamba wakomunisti wa ulimwengu wangefanya muungano na makundi ya Kiislamu? Uislamu na mamlaka ya joka ya wanaulimwengu wote wawili hupanda kutoka katika shimo lisilo na mwisho katika Ufunuo 9/11 mtawalia, na shimo lisilo na mwisho linawakilisha udhihirisho wa nguvu za kishetani. Washirika hao wa sasa, wote wawili, ni vyombo vya Shetani kulingana na Maandiko ya kweli.</w:t>
      </w:r>
    </w:p>
    <w:p>
      <w:pPr>
        <w:pStyle w:val="ArticleScripture"/>
        <w:jc w:val="left"/>
      </w:pPr>
      <w:r>
        <w:rPr>
          <w:rFonts w:ascii="Times New Roman" w:hAnsi="Times New Roman" w:eastAsia="Times New Roman" w:cs="Times New Roman"/>
        </w:rPr>
        <w:t>“‘Watakapokwisha [wanamaliza] ushuhuda wao.’ Kipindi ambacho mashahidi hao wawili walipaswa kutoa unabii wakiwa wamevikwa nguo za gunia kilifikia mwisho mwaka 1798. Walipokuwa wakikaribia kufikia mwisho wa kazi yao katika hali ya kutofahamika, iliwapasa kushambuliwa kwa vita na nguvu ile inayowakilishwa kama ‘yule mnyama apandaye kutoka katika shimo lisilo na mwisho.’ Katika mataifa mengi ya Ulaya, mamlaka yaliyotawala katika Kanisa na Serikali yalikuwa kwa karne nyingi yakidhibitiwa na Shetani, kwa njia ya upapa. Lakini hapa kunaonyeshwa udhihirisho mpya wa nguvu za kishetani.” The Great Controversy, 268.</w:t>
      </w:r>
    </w:p>
    <w:p>
      <w:pPr>
        <w:pStyle w:val="ArticleBody"/>
        <w:jc w:val="left"/>
      </w:pPr>
      <w:r>
        <w:rPr>
          <w:rFonts w:ascii="Times New Roman" w:hAnsi="Times New Roman" w:eastAsia="Times New Roman" w:cs="Times New Roman"/>
        </w:rPr>
        <w:t>Hapa Dada White anatambua kuwasili kwa ujamaa katika kipindi cha Mapinduzi ya Ufaransa, huku pia akibainisha kwamba Shetani pia huidhibiti mamlaka ya upapa. Mamlaka ya upapa nayo pia hutoka katika shimo lisilo na mwisho katika Ufunuo kumi na saba, na katika sura ya tisa ya Ufunuo, Uislamu ndio ule moshi uliotoka katika shimo lisilo na mwisho. Hoja bado yasalia; je, uvuvio ulikusudia kweli kusema, “Matukio yatakayotekelezwa katika ulimwengu wetu bado hayajaota hata katika ndoto?” Ni nani aliyewahi kuota kwamba Uislamu sasa ungeenea kote Ulaya na sasa kushuka juu ya mabara ya Amerika? Je, wewe uliota kwamba nzige wangeenezwa katika uso wa dunia yote na wanataifa wa Umoja wa Mataifa, Umoja wa Ulaya, na chama cha Democratic cha Marekani?</w:t>
      </w:r>
    </w:p>
    <w:p>
      <w:pPr>
        <w:pStyle w:val="ArticleBody"/>
        <w:jc w:val="left"/>
      </w:pPr>
      <w:r>
        <w:rPr>
          <w:rFonts w:ascii="Times New Roman" w:hAnsi="Times New Roman" w:eastAsia="Times New Roman" w:cs="Times New Roman"/>
        </w:rPr>
        <w:t>Ni nani aliyedhani kwamba taasisi za elimu zingeshindwa na muungano wa kikomunisti na Kiislamu ambao sasa unafadhiliwa kwa fedha za kodi za raia ambao hawakukusudia kamwe kwamba fedha zao za kodi zingetumiwa kuangamiza taifa linalotoa fedha hizo za kodi.</w:t>
      </w:r>
    </w:p>
    <w:p>
      <w:pPr>
        <w:pStyle w:val="ArticleBody"/>
        <w:jc w:val="left"/>
      </w:pPr>
      <w:r>
        <w:rPr>
          <w:rFonts w:ascii="Times New Roman" w:hAnsi="Times New Roman" w:eastAsia="Times New Roman" w:cs="Times New Roman"/>
        </w:rPr>
        <w:t>Ni nani aliyewahi kudhani kwamba Uingereza ingeendeleza na kutetea wasichana weupe kubakwa kwa makundi, kutekwa nyara, kufungwa gerezani, na kuuawa na Uislamu? Wengi huonyesha ukweli kwamba kila mfumo wa kikomunisti uliowahi kuwapo katika historia ya wanadamu umekuwa kushindwa kabisa; lakini matunda ya ujamaa wa Uingereza ni hukumu dhidi ya ujamaa kwa kadiri ileile ilivyo kushindwa kwa falsafa za kiuchumi na kisiasa za mfumo huo.</w:t>
      </w:r>
    </w:p>
    <w:p>
      <w:pPr>
        <w:pStyle w:val="ArticleBody"/>
        <w:jc w:val="left"/>
      </w:pPr>
      <w:r>
        <w:rPr>
          <w:rFonts w:ascii="Times New Roman" w:hAnsi="Times New Roman" w:eastAsia="Times New Roman" w:cs="Times New Roman"/>
        </w:rPr>
        <w:t>Ni nani ambaye angewahi kuota kwamba wafanyabiashara wa dunia wangeruhusiwa kuingiza sumu ili kutekeleza mauaji ya halaiki ya zaidi ya watu milioni kumi na saba?</w:t>
      </w:r>
    </w:p>
    <w:p>
      <w:pPr>
        <w:pStyle w:val="ArticleBody"/>
        <w:jc w:val="left"/>
      </w:pPr>
      <w:r>
        <w:rPr>
          <w:rFonts w:ascii="Times New Roman" w:hAnsi="Times New Roman" w:eastAsia="Times New Roman" w:cs="Times New Roman"/>
        </w:rPr>
        <w:t>Ni nani aliyedhani kwamba watu kama George Soros, Bill Gates na Anthony Fauci wangeruhusiwa kutimiza matendo yao ya kishetani ya uovu bila matokeo yoyote kabisa?</w:t>
      </w:r>
    </w:p>
    <w:p>
      <w:pPr>
        <w:pStyle w:val="ArticleBody"/>
        <w:jc w:val="left"/>
      </w:pPr>
      <w:r>
        <w:rPr>
          <w:rFonts w:ascii="Times New Roman" w:hAnsi="Times New Roman" w:eastAsia="Times New Roman" w:cs="Times New Roman"/>
        </w:rPr>
        <w:t>Wakati Dada White aliposema kwamba matukio yaliyotekelezwa yasingeweza kuotwa, alifanya hivyo katika muktadha wa wakati wa kutiwa muhuri kwa wale mia moja arobaini na nne elfu. Alikuwa akiendeleza maoni yake kuhusu onyo la Kristo katika Mathayo ishirini na nne ambapo aliandika, “Mafunzo haya ni kwa manufaa yetu. Tunahitaji kuitegemeza imani yetu juu ya Mungu, kwa maana mbele yetu kabisa kuna wakati utakaozijaribu nafsi za wanadamu. Kristo, juu ya Mlima wa Mizeituni, alisimulia hukumu za kutisha ambazo zilipaswa kutangulia kuja Kwake mara ya pili.”</w:t>
      </w:r>
    </w:p>
    <w:p>
      <w:pPr>
        <w:pStyle w:val="ArticleBody"/>
        <w:jc w:val="left"/>
      </w:pPr>
      <w:r>
        <w:rPr>
          <w:rFonts w:ascii="Times New Roman" w:hAnsi="Times New Roman" w:eastAsia="Times New Roman" w:cs="Times New Roman"/>
        </w:rPr>
        <w:t>Mafundisho ambayo alikuwa ametaja punde tu yalikuwa ni mifano ya wote wawili, Ezekieli na Yohana, ndani ya patakatifu wakijifunza kuelewa kwamba Mungu anatawala juu ya vitu vyote. Katika machafuko na uasi unaoendelea sasa, machafuko na uasi ambao utaendelea tu kuongezeka historia inaposonga mbele, wale walio wajumbe wa Mungu, kama wanavyowakilishwa si na Ezekieli na Yohana tu ndani ya hekalu, bali pia na Isaya, wataipitia historia kwa namna inayomtukuza Bwana tu ikiwa wataelewa kwamba hata mambo ambayo hatukuwahi kuyaota bado yako chini ya utawala wa Mungu.</w:t>
      </w:r>
    </w:p>
    <w:p>
      <w:pPr>
        <w:pStyle w:val="ArticleBody"/>
        <w:jc w:val="left"/>
      </w:pPr>
      <w:r>
        <w:rPr>
          <w:rFonts w:ascii="Times New Roman" w:hAnsi="Times New Roman" w:eastAsia="Times New Roman" w:cs="Times New Roman"/>
        </w:rPr>
        <w:t>Magurudumu yale yanayokatiza magurudumu mengine yanajumuisha matukio ambayo hayakuwahi kuota katika ndoto, nayo ndiyo matukio yanayotukia katika wakati wa kutiwa muhuri ulioanza tarehe 9/11. Mafunzo yanayopaswa kujifunzwa hujifunzwa tu na wale ambao kwa imani huingia katika Patakatifu pa Patakatifu na kumwona Kristo na nuru Yake iking’aa kutoka kwenye Sanduku la Agano. Utukufu huo unapoonekana kama unavyowakilishwa na Danieli katika sura ya kumi, tabaka linalonufaishwa na nuru hutenganishwa na wale walioikimbia maono hayo.</w:t>
      </w:r>
    </w:p>
    <w:p>
      <w:pPr>
        <w:pStyle w:val="ArticleScripture"/>
        <w:jc w:val="left"/>
      </w:pPr>
      <w:r>
        <w:rPr>
          <w:rFonts w:ascii="Times New Roman" w:hAnsi="Times New Roman" w:eastAsia="Times New Roman" w:cs="Times New Roman"/>
        </w:rPr>
        <w:t>Nami mimi, Danieli, peke yangu niliiona maono hiyo; kwa maana wale watu waliokuwa pamoja nami hawakuiona maono hiyo; lakini tetemeko kuu likawaangukia, hata wakakimbia kujificha. Danieli 10:7.</w:t>
      </w:r>
    </w:p>
    <w:p>
      <w:pPr>
        <w:pStyle w:val="ArticleBody"/>
        <w:jc w:val="left"/>
      </w:pPr>
      <w:r>
        <w:rPr>
          <w:rFonts w:ascii="Times New Roman" w:hAnsi="Times New Roman" w:eastAsia="Times New Roman" w:cs="Times New Roman"/>
        </w:rPr>
        <w:t>Kuna mengi zaidi yanayoweza kutolewa kutoka katika kifungu cha makala iliyotangulia, lakini tutashughulikia gurudumu moja tunapohitimisha makala hii. Tumebaini katika makala iliyopita ishara ya namba ishirini na tano, na kabla ya hapo tulitumia muda juu ya namba thelathini. Nuru itokayo katika kitabu cha Ezekieli si namba za ishara tu, lakini yafaa kwanza kujizoesha na baadhi ya ishara hizo za kinamba kabla ya kuanza kuleta uwazi kutoka katika mkanganyiko.</w:t>
      </w:r>
    </w:p>
    <w:p>
      <w:pPr>
        <w:pStyle w:val="ArticleHeading"/>
        <w:jc w:val="left"/>
      </w:pPr>
      <w:r>
        <w:rPr>
          <w:rFonts w:ascii="Arial" w:hAnsi="Arial" w:eastAsia="Arial" w:cs="Arial"/>
        </w:rPr>
        <w:t>Kumi na saba</w:t>
      </w:r>
    </w:p>
    <w:p>
      <w:pPr>
        <w:pStyle w:val="ArticleBody"/>
        <w:jc w:val="left"/>
      </w:pPr>
      <w:r>
        <w:rPr>
          <w:rFonts w:ascii="Times New Roman" w:hAnsi="Times New Roman" w:eastAsia="Times New Roman" w:cs="Times New Roman"/>
        </w:rPr>
        <w:t>Unabii tatu za miaka mia mbili na hamsini zinaonyesha kipindi cha miaka kumi na saba kinachoanza mwishoni mwa historia ya kanisa la Smirna. Kuanzia 313 hadi 330, miaka kumi na saba inafananisha kusimamishwa kwa sanamu ya mnyama.</w:t>
      </w:r>
    </w:p>
    <w:p>
      <w:pPr>
        <w:pStyle w:val="ArticleBody"/>
        <w:jc w:val="left"/>
      </w:pPr>
      <w:r>
        <w:rPr>
          <w:rFonts w:ascii="Times New Roman" w:hAnsi="Times New Roman" w:eastAsia="Times New Roman" w:cs="Times New Roman"/>
        </w:rPr>
        <w:t>Miaka mia mbili na hamsini iliyoanza mwaka 457 KK ilimalizika mwaka 207 KK, miaka saba baada ya vita vya Rafia na miaka kumi kabla ya vita vya Paniumu. Tangu Rafia hadi Paniumu kulikuwa miaka kumi na saba, nayo inawakilisha historia iliyofichika ya aya ya arobaini kama ilivyowekwa bayana katika aya ya kumi na moja hadi ya kumi na tano ya Danieli kumi na moja.</w:t>
      </w:r>
    </w:p>
    <w:p>
      <w:pPr>
        <w:pStyle w:val="ArticleBody"/>
        <w:jc w:val="left"/>
      </w:pPr>
      <w:r>
        <w:rPr>
          <w:rFonts w:ascii="Times New Roman" w:hAnsi="Times New Roman" w:eastAsia="Times New Roman" w:cs="Times New Roman"/>
        </w:rPr>
        <w:t>Ptolemy IV Philopator (anayejulikana pia kama Ptolemy IV) alikuwa mtawala aliyeshinda Vita vya Raphia mwaka 217 KK. Alitawala kama mfalme (na Farao) wa Misri ya Ptolemy kutoka mwaka 221 KK hadi 204 KK, hivyo alitawala kwa muda wa miaka kumi na saba. Alianza utawala wake kabla ya vita vya Raphia, lakini akafa kabla ya vita vya Panium.</w:t>
      </w:r>
    </w:p>
    <w:p>
      <w:pPr>
        <w:pStyle w:val="ArticleBody"/>
        <w:jc w:val="left"/>
      </w:pPr>
      <w:r>
        <w:rPr>
          <w:rFonts w:ascii="Times New Roman" w:hAnsi="Times New Roman" w:eastAsia="Times New Roman" w:cs="Times New Roman"/>
        </w:rPr>
        <w:t>Vita vya Raphia vinavyowakilisha Vita vya Ukrainia vilianza mwaka wa 2014 wakati Marekani iliposababisha mapinduzi ya rangi nchini Ukrainia. Ptolemy wa Nne, mfalme wa kusini, anamwakilisha kwa mfano Vladimir Putin, aliyeanza kutawala mwaka wa 2000, mwaka mmoja kabla ya kutiwa muhuri kwa wale mia moja arobaini na nne elfu kuanza mwaka wa 2001. Kama ilivyokuwa kwa Ptolemy, Putin alianza kutawala kabla ya vita vya Ukrainia, vinavyoonyeshwa kwa mfano na vita vya Raphia vilivyoanza mwaka wa 2014. Kabla ya Panium, Putin, kama anavyoonyeshwa kwa mfano na Ptolemy, ataondolewa. Putin alianza kutawala mwaka wa 2000, hivyo akiambatana na mwanzo wa wakati wa kutiwa muhuri ulioanza mwaka uliofuata wa 2001. Miaka kumi na saba ya kiishara kama inavyowakilishwa na Ptolemy hutambulisha kipindi ambacho Putin anatawala, naye hutawala hivyo wakati wa kutiwa muhuri.</w:t>
      </w:r>
    </w:p>
    <w:p>
      <w:pPr>
        <w:pStyle w:val="ArticleBody"/>
        <w:jc w:val="left"/>
      </w:pPr>
      <w:r>
        <w:rPr>
          <w:rFonts w:ascii="Times New Roman" w:hAnsi="Times New Roman" w:eastAsia="Times New Roman" w:cs="Times New Roman"/>
        </w:rPr>
        <w:t>Trump anayewakilishwa na hitimisho la miaka mia mbili na hamsini iliyoanza mwaka 457 KK, na yuko katika historia iyo hiyo iliyofichwa kama Putin, historia yenye urefu wa miaka kumi na saba ikianzia katika vita vya Raphia. Joka (Putin) na nabii wa uongo (Trump) wako ndani ya historia iliyofichwa. Katika historia hiyo, yule mnyama, anayewakilishwa kama “wanyang’anyi wa watu wako,” akiiashiria mamlaka ya upapa, yuko mwishoni mwa ile miaka kumi na saba kutoka Raphia hadi Panium.</w:t>
      </w:r>
    </w:p>
    <w:p>
      <w:pPr>
        <w:pStyle w:val="ArticleBody"/>
        <w:jc w:val="left"/>
      </w:pPr>
      <w:r>
        <w:rPr>
          <w:rFonts w:ascii="Times New Roman" w:hAnsi="Times New Roman" w:eastAsia="Times New Roman" w:cs="Times New Roman"/>
        </w:rPr>
        <w:t>Mwaka wa 321 unawakilisha sheria ya Jumapili nchini Marekani, na 321 uko ndani ya kipindi cha miaka kumi na saba kuanzia Amri ya Milano ya mwaka 313 hadi mgawanyo wa himaya katika mwaka 330.</w:t>
      </w:r>
    </w:p>
    <w:p>
      <w:pPr>
        <w:pStyle w:val="ArticleBody"/>
        <w:jc w:val="left"/>
      </w:pPr>
      <w:r>
        <w:rPr>
          <w:rFonts w:ascii="Times New Roman" w:hAnsi="Times New Roman" w:eastAsia="Times New Roman" w:cs="Times New Roman"/>
        </w:rPr>
        <w:t>Historia inayowakilishwa kuanzia Pasaka Kuu ya Yosia, kama inavyoitwa, huanza mzunguko wa kumi na saba wa Yubile wa Wayahudi. Kuanzia Pasaka ya Yosia, ambayo ni uamsho mkuu kuliko yote katika Agano la Kale, hadi Oktoba 22, kunawakilisha historia ya Wamillerite kuanzia Agosti 11, 1840 hadi Oktoba 22, 1844, lakini lililo la muhimu zaidi, kunawakilisha historia ya 9/11 hadi sheria ya Jumapili. Wakati wa kutiwa muhuri wa wale mia moja na arobaini na nne elfu unawakilishwa na mzunguko wa kumi na saba wa Yubile kuanzia kwa Yosia hadi Oktoba 22. Kumi na saba ni ishara inayohusishwa na matukio makuu ya wakati wa kutiwa muhuri, na namba kumi na saba ni mahali ambapo magurudumu ya Ezekieli hukutana.</w:t>
      </w:r>
    </w:p>
    <w:p>
      <w:pPr>
        <w:pStyle w:val="ArticleBody"/>
        <w:jc w:val="left"/>
      </w:pPr>
      <w:r>
        <w:rPr>
          <w:rFonts w:ascii="Times New Roman" w:hAnsi="Times New Roman" w:eastAsia="Times New Roman" w:cs="Times New Roman"/>
        </w:rPr>
        <w:t>Katika historia iliyofichika ya aya ya arobaini ya Danieli, kama inavyowakilishwa katika aya za kumi hadi kumi na tano za sura hiyohiyo, yule joka anahusishwa na namba “17” kupitia utawala wa Ptolemy. Historia ya vita vya Rafia vya aya ya kumi na moja hadi vita vya Rafia vya aya ya kumi na tano ni miaka “17”. Historia hiyo humweka Donald Trump katikati ya miaka kumi na saba inayowakilishwa na vita hivyo viwili. Sanamu ya mnyama inayoundwa na kusimamishwa na Trump katika Marekani inawakilishwa na miaka “17” kuanzia 313 hadi 330. Katika aya ya kwanza ya sura ya kwanza, Ezekieli yumo katika mwaka wa thelathini wa mzunguko wa Yubile wa “17”. Je, uliwahi kuota kwamba namba kumi na saba iliwakilisha mojawapo ya magurudumu ambayo Ezekieli aliona katika Patakatifu pa Patakatifu?</w:t>
      </w:r>
    </w:p>
    <w:p>
      <w:pPr>
        <w:pStyle w:val="ArticleBody"/>
        <w:jc w:val="left"/>
      </w:pPr>
      <w:r>
        <w:rPr>
          <w:rFonts w:ascii="Times New Roman" w:hAnsi="Times New Roman" w:eastAsia="Times New Roman" w:cs="Times New Roman"/>
        </w:rPr>
        <w:t>Ezekieli ni ishara ya wale walio katika wakati wa kutiwa muhuri ambao kwa imani wameingia katika Patakatifu pa Patakatifu. Hao ni makuhani wa Petro.</w:t>
      </w:r>
    </w:p>
    <w:p>
      <w:pPr>
        <w:pStyle w:val="ArticleScripture"/>
        <w:jc w:val="left"/>
      </w:pPr>
      <w:r>
        <w:rPr>
          <w:rFonts w:ascii="Times New Roman" w:hAnsi="Times New Roman" w:eastAsia="Times New Roman" w:cs="Times New Roman"/>
        </w:rPr>
        <w:t>Ninyi nanyi, kama mawe yaliyo hai, mnajengwa kuwa nyumba ya kiroho, ukuhani mtakatifu, ili kutoa dhabihu za kiroho, zinazokubalika kwa Mungu kwa njia ya Yesu Kristo. 1 Petro 2:5.</w:t>
      </w:r>
    </w:p>
    <w:p>
      <w:pPr>
        <w:pStyle w:val="ArticleBody"/>
        <w:jc w:val="left"/>
      </w:pPr>
      <w:r>
        <w:rPr>
          <w:rFonts w:ascii="Times New Roman" w:hAnsi="Times New Roman" w:eastAsia="Times New Roman" w:cs="Times New Roman"/>
        </w:rPr>
        <w:t>Wameagizwa kuwasilisha ujumbe kwa watu wa agano la zamani la Mungu ambao wakati huo wanapitwa, ingawa wameonywa tangu kabla kwamba watu wa agano la zamani la Mungu hawataona wala kusikia.</w:t>
      </w:r>
    </w:p>
    <w:p>
      <w:pPr>
        <w:pStyle w:val="ArticleScripture"/>
        <w:jc w:val="left"/>
      </w:pPr>
      <w:r>
        <w:rPr>
          <w:rFonts w:ascii="Times New Roman" w:hAnsi="Times New Roman" w:eastAsia="Times New Roman" w:cs="Times New Roman"/>
        </w:rPr>
        <w:t>Naye akaniambia, Mwanadamu, lisha tumbo lako, ukajaze matumbo yako gombo hili ninalokupa. Ndipo nikalila; nalo likawa kinywani mwangu tamu kama asali. Akaniambia, Mwanadamu, enenda, uende kwa nyumba ya Israeli, ukawanenee kwa maneno yangu. Kwa maana hukutumwa kwa watu wenye msemo wa kigeni na lugha ngumu, bali kwa nyumba ya Israeli; si kwa watu wengi wenye msemo wa kigeni na lugha ngumu, ambao maneno yao huwezi kuyaelewa. Hakika, kama ningalikutuma kwao, wangalikusikiliza. Lakini nyumba ya Israeli hawatakusikiliza wewe; kwa maana hawataki kunisikiliza mimi; kwa kuwa nyumba yote ya Israeli ni wakaidi na wenye mioyo migumu. Tazama, nimeifanya uso wako uwe mgumu dhidi ya nyuso zao, na kipaji chako kiwe kigumu dhidi ya vipaji vyao. Nimekifanya kipaji chako kuwa kama almasi, kigumu kuliko gumegume; usiwaogope, wala usifadhaike kwa sababu ya nyuso zao, ijapokuwa wao ni nyumba ya kuasi. Ezekieli 3:3–9.</w:t>
      </w:r>
    </w:p>
    <w:p>
      <w:pPr>
        <w:pStyle w:val="ArticleBody"/>
        <w:jc w:val="left"/>
      </w:pPr>
      <w:r>
        <w:rPr>
          <w:rFonts w:ascii="Times New Roman" w:hAnsi="Times New Roman" w:eastAsia="Times New Roman" w:cs="Times New Roman"/>
        </w:rPr>
        <w:t>Ezekieli anaagizwa kutangaza ujumbe kwa watu wa agano la zamani, kama wanavyowakilishwa na Waprotestanti wa historia ya Millerite na kanisa la Waadventista Wasabato wa Laodikia katika siku za mwisho. Akiikataa kutangaza ujumbe huo, damu ya wale walioachwa bila kuonywa itakuwa juu yake.</w:t>
      </w:r>
    </w:p>
    <w:p>
      <w:pPr>
        <w:pStyle w:val="ArticleScripture"/>
        <w:jc w:val="left"/>
      </w:pPr>
      <w:r>
        <w:rPr>
          <w:rFonts w:ascii="Times New Roman" w:hAnsi="Times New Roman" w:eastAsia="Times New Roman" w:cs="Times New Roman"/>
        </w:rPr>
        <w:t>Mwanadamu, nimekuweka kuwa mlinzi juu ya nyumba ya Israeli; basi lisikie neno litokalo kinywani mwangu, ukawape onyo litokalo kwangu. Nikimwambia mtu mwovu, Hakika utakufa; nawe usimwonye, wala kusema ili kumwonya mtu huyo mwovu aache njia yake mbovu, upate kuokoa maisha yake; mtu huyo mwovu atakufa katika uovu wake; lakini damu yake nitaitaka mkononi mwako. Lakini ukiwaonya waovu, naye asigeuke na kuuacha uovu wake, wala njia yake mbovu, atakufa katika uovu wake; lakini wewe umejiokoa nafsi yako. Tena, mwenye haki akigeuka na kuiacha haki yake, akatenda uovu, nami nikiweka kikwazo mbele yake, atakufa; kwa sababu hukumwonya, atakufa katika dhambi yake, wala matendo yake ya haki aliyoyatenda hayatakumbukwa; lakini damu yake nitaitaka mkononi mwako. Walakini ukimwonya mwenye haki, ili mwenye haki asitende dhambi, naye asitende dhambi, hakika ataishi, kwa sababu ameonywa; nawe pia umejiokoa nafsi yako. Ezekieli 3:17–21.</w:t>
      </w:r>
    </w:p>
    <w:p>
      <w:pPr>
        <w:pStyle w:val="ArticleBody"/>
        <w:jc w:val="left"/>
      </w:pPr>
      <w:r>
        <w:rPr>
          <w:rFonts w:ascii="Times New Roman" w:hAnsi="Times New Roman" w:eastAsia="Times New Roman" w:cs="Times New Roman"/>
        </w:rPr>
        <w:t>Katika sura kumi na moja za kwanza za Ezekieli, anaonyeshwa uharibifu wa Yerusalemu, uliowakilishwa kwa mifano kupitia njozi kando ya mto Kebari, katika uwanda na Yerusalemu. Anaagizwa kutangaza onyo la hukumu inayokaribia juu ya Yerusalemu. Ujumbe wa onyo wa hukumu inayokaribia juu ya Yerusalemu ndiyo onyo linalotolewa kwanza kwa kanisa la Waadventista Wasabato la Laodikia. Onyo hilo linatambulisha hukumu na kukataliwa kwa watu wa Mungu katika Yerusalemu wasio na muhuri wa Mungu. Onyo lililofananishwa na Ezekieli ni onyo la sheria ya Jumapili iliyo karibu kuja.</w:t>
      </w:r>
    </w:p>
    <w:p>
      <w:pPr>
        <w:pStyle w:val="ArticleBody"/>
        <w:jc w:val="left"/>
      </w:pPr>
      <w:r>
        <w:rPr>
          <w:rFonts w:ascii="Times New Roman" w:hAnsi="Times New Roman" w:eastAsia="Times New Roman" w:cs="Times New Roman"/>
        </w:rPr>
        <w:t>Katika sura zile kumi na moja za kwanza ambamo kweli hizi zinawekwa wazi, Ezekieli anafanywa kuwa bubu, wala hasemi tena isipokuwa tu Mungu anapofungua kinywa chake kwa namna maalumu; nayo hali hii yaendelea mpaka kuangamizwa kwa Yerusalemu, ndipo anapoweza kusema tena.</w:t>
      </w:r>
    </w:p>
    <w:p>
      <w:pPr>
        <w:pStyle w:val="ArticleScripture"/>
        <w:jc w:val="left"/>
      </w:pPr>
      <w:r>
        <w:rPr>
          <w:rFonts w:ascii="Times New Roman" w:hAnsi="Times New Roman" w:eastAsia="Times New Roman" w:cs="Times New Roman"/>
        </w:rPr>
        <w:t>Kisha roho ikaingia ndani yangu, ikanisimamisha kwa miguu yangu, ikanena nami, ikaniambia, Nenda ukajifungie ndani ya nyumba yako. Lakini wewe, Ee mwanadamu, tazama, watakutia vifungo, nao watakufunga navyo, wala hutatoka kwenda katikati yao; nami nitaufanya ulimi wako ugandamane na kaakaa la kinywa chako, hata utakuwa bubu, wala hutakuwa kwao mwenye kukemea; kwa maana wao ni nyumba ya kuasi. Lakini nitakaposema nawe, nitafungua kinywa chako, nawe utawaambia, Bwana MUNGU asema hivi; asikiaye, na asikie; naye akataaye, na akatae; kwa maana wao ni nyumba ya kuasi. Ezekieli 3:24–27.</w:t>
      </w:r>
    </w:p>
    <w:p>
      <w:pPr>
        <w:pStyle w:val="ArticleBody"/>
        <w:jc w:val="left"/>
      </w:pPr>
      <w:r>
        <w:rPr>
          <w:rFonts w:ascii="Times New Roman" w:hAnsi="Times New Roman" w:eastAsia="Times New Roman" w:cs="Times New Roman"/>
        </w:rPr>
        <w:t>Yerusalemu ilipoanguka, Ezekieli aliweza tena kusema.</w:t>
      </w:r>
    </w:p>
    <w:p>
      <w:pPr>
        <w:pStyle w:val="ArticleScripture"/>
        <w:jc w:val="left"/>
      </w:pPr>
      <w:r>
        <w:rPr>
          <w:rFonts w:ascii="Times New Roman" w:hAnsi="Times New Roman" w:eastAsia="Times New Roman" w:cs="Times New Roman"/>
        </w:rPr>
        <w:t>Ikawa katika mwaka wa kumi na miwili wa utumwa wetu, katika mwezi wa kumi, siku ya tano ya mwezi, mtu mmoja aliyekuwa ameokoka kutoka Yerusalemu alinijia, akisema, Mji umepigwa. Basi mkono wa Bwana ulikuwa juu yangu jioni, kabla hajaja huyo aliyekuwa ameokoka; naye alikuwa amefungua kinywa changu, hata aliponijia asubuhi; na kinywa changu kilifunguliwa, wala sikuwa tena bubu. Ezekieli 33:21, 22.</w:t>
      </w:r>
    </w:p>
    <w:p>
      <w:pPr>
        <w:pStyle w:val="ArticleBody"/>
        <w:jc w:val="left"/>
      </w:pPr>
      <w:r>
        <w:rPr>
          <w:rFonts w:ascii="Times New Roman" w:hAnsi="Times New Roman" w:eastAsia="Times New Roman" w:cs="Times New Roman"/>
        </w:rPr>
        <w:t>Kuanguka kwa Yerusalemu kunawakilisha kuanguka kwa kanisa la Waadventista Wasabato wa Laodikia katika siku za mwisho. Kuanguka huko hutukia wakati wale waliotiwa muhuri katika Yerusalemu katika sura ya tisa wanainuliwa wakati huo kama kanisa lenye ushindi. Walaodikia waliomo ndani ya Yerusalemu wanaondolewa, na wale mia moja arobaini na nne elfu wanainuliwa wakati ufalme wa utukufu unapoanzishwa. Ufalme huo wa utukufu ulifanishwa kwa kielelezo na kuanzishwa kwa ufalme wa neema msalabani. Ufalme wa neema msalabani unapatana na ufalme wa utukufu katika sheria ya Jumapili, na falme hizo mbili zinawekwa ndani ya mfuatano wa historia ya unabii unaopatikana katika kitabu cha Ezekieli. Sura kumi na moja za kwanza, Ezekieli anapowekwa ndani ya muktadha wa patakatifu, zinahusu utakaso wa kanisa la Mungu wakati watu Wake wanapobadilika kutoka kanisa linalopigana, ambalo linafafanuliwa kuwa linajumuisha ngano na magugu, na kuwa kanisa lenye ushindi, ambalo linajumuisha sadaka ya ngano ya Pentekoste.</w:t>
      </w:r>
    </w:p>
    <w:p>
      <w:pPr>
        <w:pStyle w:val="ArticleScripture"/>
        <w:jc w:val="left"/>
      </w:pPr>
      <w:r>
        <w:rPr>
          <w:rFonts w:ascii="Times New Roman" w:hAnsi="Times New Roman" w:eastAsia="Times New Roman" w:cs="Times New Roman"/>
        </w:rPr>
        <w:t>Nawe, Ee mkuu wa Israeli, mwenye unajisi, mwovu, ambaye siku yako imefika, wakati ambapo uovu utafikia mwisho, Bwana MUNGU asema hivi; Ivue kilemba, uondoe taji; hali hii haitakuwa kama ilivyokuwa: mtukuze aliye mnyonge, na umshushe aliye juu. Nitakipindua, nitakipindua, nitakipindua; nacho hakitakuwapo tena, mpaka atakapokuja yeye ambaye ni haki yake; nami nitampa yeye. Ezekieli 21:25–27.</w:t>
      </w:r>
    </w:p>
    <w:p>
      <w:pPr>
        <w:pStyle w:val="ArticleBody"/>
        <w:jc w:val="left"/>
      </w:pPr>
      <w:r>
        <w:rPr>
          <w:rFonts w:ascii="Times New Roman" w:hAnsi="Times New Roman" w:eastAsia="Times New Roman" w:cs="Times New Roman"/>
        </w:rPr>
        <w:t>Sedekia alikuwa mfalme wa mwisho wa Yuda, naye ndiye “mkuu mwovu wa Israeli, ambaye siku yake imekuja” katika mistari hiyo. Nebukadneza alikuwa karibu kuuteka Yerusalemu, na taji ya Sedekia ilikuwa iondolewe na Babeli, ambaye angeangushwa na Wamedi na Waajemi, ambao nao wangeangushwa na Wagiriki, ambao wangeangushwa na Rumi. Kupinduliwa kwa tatu kunafika kwa Rumi, ambako ndiko historia ile ambapo Mfalme “ambaye ni haki yake” atapokea taji ya ufalme wa neema wakati wa kusimamishwa kwa ufalme huo msalabani.</w:t>
      </w:r>
    </w:p>
    <w:p>
      <w:pPr>
        <w:pStyle w:val="ArticleScripture"/>
        <w:jc w:val="left"/>
      </w:pPr>
      <w:r>
        <w:rPr>
          <w:rFonts w:ascii="Times New Roman" w:hAnsi="Times New Roman" w:eastAsia="Times New Roman" w:cs="Times New Roman"/>
        </w:rPr>
        <w:t>Kwa “mkuu mwovu, asiye mtakatifu” siku ya hesabu ya mwisho ilikuwa imefika. “Ondoa kilemba,” Bwana akaamuru, “na vua taji.” Hadi Kristo Mwenyewe atakapousimamisha ufalme Wake, Yuda hangekubaliwa tena kuwa na mfalme. “Nitauangusha, nitauangusha, nitauangusha,” ilikuwa amri ya Mungu kuhusu kiti cha enzi cha nyumba ya Daudi; “nayo haitakuwapo tena, hata atakapokuja yeye ambaye ni haki yake; nami nitampa hicho.” Ezekieli 21:25–27.” Prophets and Kings, 451.</w:t>
      </w:r>
    </w:p>
    <w:p>
      <w:pPr>
        <w:pStyle w:val="ArticleBody"/>
        <w:jc w:val="left"/>
      </w:pPr>
      <w:r>
        <w:rPr>
          <w:rFonts w:ascii="Times New Roman" w:hAnsi="Times New Roman" w:eastAsia="Times New Roman" w:cs="Times New Roman"/>
        </w:rPr>
        <w:t>Katika wakati wa mvua ya masika ya mwisho, iliyoanza hukumu ya walio hai ilipoanza tarehe 9/11, Kristo huusimamisha ufalme wake wa utukufu.</w:t>
      </w:r>
    </w:p>
    <w:p>
      <w:pPr>
        <w:pStyle w:val="ArticleScripture"/>
        <w:jc w:val="left"/>
      </w:pPr>
      <w:r>
        <w:rPr>
          <w:rFonts w:ascii="Times New Roman" w:hAnsi="Times New Roman" w:eastAsia="Times New Roman" w:cs="Times New Roman"/>
        </w:rPr>
        <w:t>“Wakati malaika wanne watakapoachilia, Kristo atausimamisha ufalme Wake.” Spalding and Magan, 3.</w:t>
      </w:r>
    </w:p>
    <w:p>
      <w:pPr>
        <w:pStyle w:val="ArticleBody"/>
        <w:jc w:val="left"/>
      </w:pPr>
      <w:r>
        <w:rPr>
          <w:rFonts w:ascii="Times New Roman" w:hAnsi="Times New Roman" w:eastAsia="Times New Roman" w:cs="Times New Roman"/>
        </w:rPr>
        <w:t>Kipindi cha matayarisho huanza tarehe 9/11, na wakati wa sheria ya Jumapili mlima mtakatifu wa utukufu huinuliwa juu ya vilima vyote na milima yote.</w:t>
      </w:r>
    </w:p>
    <w:p>
      <w:pPr>
        <w:pStyle w:val="ArticleScripture"/>
        <w:jc w:val="left"/>
      </w:pPr>
      <w:r>
        <w:rPr>
          <w:rFonts w:ascii="Times New Roman" w:hAnsi="Times New Roman" w:eastAsia="Times New Roman" w:cs="Times New Roman"/>
        </w:rPr>
        <w:t>Neno aliloliona Isaya mwana wa Amozi kuhusu Yuda na Yerusalemu. Na itakuwa katika siku za mwisho, ya kwamba mlima wa nyumba ya Bwana utawekwa imara juu ya vilele vya milima, nao utatukuzwa juu ya vilima; na mataifa yote yatamiminika kwenda kwake. Na watu wengi wataenda na kusema, Njoni, twende juu mlimani kwa Bwana, kwenye nyumba ya Mungu wa Yakobo; naye atatufundisha njia zake, nasi tutakwenda katika mapito yake; kwa maana katika Sayuni itatoka sheria, na neno la Bwana litatoka Yerusalemu. Isaya 2:1–3.</w:t>
      </w:r>
    </w:p>
    <w:p>
      <w:pPr>
        <w:pStyle w:val="ArticleBody"/>
        <w:jc w:val="left"/>
      </w:pPr>
      <w:r>
        <w:rPr>
          <w:rFonts w:ascii="Times New Roman" w:hAnsi="Times New Roman" w:eastAsia="Times New Roman" w:cs="Times New Roman"/>
        </w:rPr>
        <w:t>Mnamo 9/11 pepo zilifunguliwa kisha zikazuiliwa, hivyo kuashiria mwanzo wa kusimikwa kwa ufalme wa Danieli mbili, ambao umeonyeshwa kama jiwe lililokatwa kutoka mlimani ambalo huijaza dunia yote.</w:t>
      </w:r>
    </w:p>
    <w:p>
      <w:pPr>
        <w:pStyle w:val="ArticleScripture"/>
        <w:jc w:val="left"/>
      </w:pPr>
      <w:r>
        <w:rPr>
          <w:rFonts w:ascii="Times New Roman" w:hAnsi="Times New Roman" w:eastAsia="Times New Roman" w:cs="Times New Roman"/>
        </w:rPr>
        <w:t>“Maono huu ulitolewa mwaka 1847 wakati ambapo kulikuwa na ndugu wachache sana wa Waadventista waliokuwa wakiishika Sabato, na miongoni mwa hao ni wachache tu waliodhani kwamba kuishika kwake kulikuwa na umuhimu wa kutosha kuweka mpaka kati ya watu wa Mungu na wasioamini. Sasa utimilifu wa maono hayo unaanza kuonekana. ‘Mwanzo wa wakati huo wa taabu,’ unaotajwa hapa, haurejelei wakati ambapo mapigo yataanza kumiminwa, bali kipindi kifupi kabla hayajamiminwa, Kristo akiwa angali katika patakatifu. Wakati huo, huku kazi ya wokovu ikikaribia kufungwa, taabu itakuwa ikija juu ya dunia, na mataifa yatakuwa na hasira, lakini yakizuiliwa ili yasizuie kazi ya malaika wa tatu. Wakati huo ‘mvua ya masika,’ au uburudisho utokao mbele za Bwana, utakuja, ili kuipa nguvu sauti kuu ya malaika wa tatu, na kuwaandaa watakatifu kusimama imara katika kipindi ambapo mapigo saba ya mwisho yatamiminwa.” Early Writings, 85.</w:t>
      </w:r>
    </w:p>
    <w:p>
      <w:pPr>
        <w:pStyle w:val="ArticleBody"/>
        <w:jc w:val="left"/>
      </w:pPr>
      <w:r>
        <w:rPr>
          <w:rFonts w:ascii="Times New Roman" w:hAnsi="Times New Roman" w:eastAsia="Times New Roman" w:cs="Times New Roman"/>
        </w:rPr>
        <w:t>Kristo huusimamisha ufalme Wake wa milele wakati wa mvua ya mwisho, na ufalme Wake unajumuisha ufalme wa neema ulioanzishwa msalabani na pia ufalme Wake wa utukufu katika sheria ya Jumapili. Sedekia hadi Babeli (ufalme wa 1), hadi Umedi na Uajemi (ufalme wa 2), hadi Ugiriki (ufalme wa 3), na kuendelea hadi Rumi ya kipagani (ufalme wa 4) hutambulisha historia inayoongoza hadi ufalme wa neema. Historia hiyo hutambulisha mfuatano wa kihistoria unaolingana kuanzia Rumi ya Kipapa (Babeli ya kiroho, ufalme wa 5), hadi Marekani (Umedi na Uajemi wa kiroho, ufalme wa 6), hadi Umoja wa Mataifa (Ugiriki wa kiroho, ufalme wa 7), na kuendelea hadi muungano wa pande tatu wa joka, mnyama, na nabii wa uongo, ambao kwa pamoja huunda Rumi ya kisasa (Rumi ya kiroho, ufalme wa 8 ulio wa wale saba).</w:t>
      </w:r>
    </w:p>
    <w:p>
      <w:pPr>
        <w:pStyle w:val="ArticleBody"/>
        <w:jc w:val="left"/>
      </w:pPr>
      <w:r>
        <w:rPr>
          <w:rFonts w:ascii="Times New Roman" w:hAnsi="Times New Roman" w:eastAsia="Times New Roman" w:cs="Times New Roman"/>
        </w:rPr>
        <w:t>Ushindi wa ufalme huo katika Danieli mbili unawakilishwa na mwamba, na waaminifu wa Mungu ni mawe katika hekalu.</w:t>
      </w:r>
    </w:p>
    <w:p>
      <w:pPr>
        <w:pStyle w:val="ArticleScripture"/>
        <w:jc w:val="left"/>
      </w:pPr>
      <w:r>
        <w:rPr>
          <w:rFonts w:ascii="Times New Roman" w:hAnsi="Times New Roman" w:eastAsia="Times New Roman" w:cs="Times New Roman"/>
        </w:rPr>
        <w:t>Ninyi nanyi, kama mawe yaliyo hai, mnajengwa kuwa nyumba ya kiroho, ukuhani mtakatifu, ili kutoa dhabihu za kiroho zinazokubalika kwa Mungu kwa njia ya Yesu Kristo. 1 Petro 2:5.</w:t>
      </w:r>
    </w:p>
    <w:p>
      <w:pPr>
        <w:pStyle w:val="ArticleBody"/>
        <w:jc w:val="left"/>
      </w:pPr>
      <w:r>
        <w:rPr>
          <w:rFonts w:ascii="Times New Roman" w:hAnsi="Times New Roman" w:eastAsia="Times New Roman" w:cs="Times New Roman"/>
        </w:rPr>
        <w:t>Huo wa milele hushinda juu ya falme za ulimwengu na kuujaza ulimwengu wote. Katika kitabu cha Ezekieli sura ya arobaini hadi mwisho wa kitabu chake, ufalme huo huo unawakilishwa kama hekalu linaloujaza ulimwengu kwa maji ya uzima.</w:t>
      </w:r>
    </w:p>
    <w:p>
      <w:pPr>
        <w:pStyle w:val="ArticleBody"/>
        <w:jc w:val="left"/>
      </w:pPr>
      <w:r>
        <w:rPr>
          <w:rFonts w:ascii="Times New Roman" w:hAnsi="Times New Roman" w:eastAsia="Times New Roman" w:cs="Times New Roman"/>
        </w:rPr>
        <w:t>Tutaendelea na mambo haya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Historia Iliyofichika ya Aya ya Arobaini - Namba Ishirini na Tatu</dc:title>
  <dc:subject>Ezekieli Namba Nne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