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மறைக்கப்பட்ட வரலாறு - இருபத்தேழாம் எண்</w:t>
      </w:r>
    </w:p>
    <w:p>
      <w:pPr>
        <w:pStyle w:val="ArticleSubtitle"/>
        <w:jc w:val="left"/>
      </w:pPr>
      <w:r>
        <w:rPr>
          <w:rFonts w:ascii="Nirmala UI" w:hAnsi="Nirmala UI" w:eastAsia="Nirmala UI" w:cs="Nirmala UI"/>
        </w:rPr>
        <w:t>எசேக்கியேல் எண் எட்டு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எசேக்கியேல் புத்தகத்தில் தேதிகளைச் சுட்டும் ‘பதின்மூன்று’ குறிப்புகள் உள்ளன; அவற்றில் ஆறு எருசலேமைச் சார்ந்தவையாகவும், ஆறு எகிப்தைச் சார்ந்தவையாகவும், ஒன்று தீருவைச் சார்ந்ததாகவும் உள்ளன. இக்குறிப்புகள் அனைத்தும் ‘பதின்மூன்று’ என்ற எண் குறியீடாக வெளிப்படுத்தும் கலகத்தின் சூழலுக்குள் அமைக்கப்பட்டுள்ளன. மூன்றாவது முற்றுகையின் தொடக்கத்தைக் குறித்தவாறு, எசேக்கியேலின் மனைவி பக்கவாதத்தால் மரித்ததற்குப் பிந்தைய ஆண்டில், எகிப்துக்கு விரோதமாக உரைக்கும்படி எசேக்கியேலுக்கு கட்டளையிடப்பட்டது; அந்நாடு நாற்பது ஆண்டுகள் பாழாயிருக்கும் என்று அதில் அடையாளப்படுத்தப்பட்டது.</w:t>
      </w:r>
    </w:p>
    <w:p>
      <w:pPr>
        <w:pStyle w:val="ArticleScripture"/>
        <w:jc w:val="left"/>
      </w:pPr>
      <w:r>
        <w:rPr>
          <w:rFonts w:ascii="Nirmala UI" w:hAnsi="Nirmala UI" w:eastAsia="Nirmala UI" w:cs="Nirmala UI"/>
        </w:rPr>
        <w:t>பாழாக்கப்பட்ட தேசங்களின் நடுவில் எகிப்து தேசத்தை நான் பாழாக்குவேன்; இடிக்கப்பட்ட பட்டணங்களின் நடுவில் அவளுடைய பட்டணங்களும் நாற்பது ஆண்டுகள் பாழாய் இருக்கும்; எகிப்தியரை நான் ஜாதிகளுக்குள் சிதறடித்து, தேசங்களிலே அவர்களைப் பரப்பிவிடுவேன். ஆனாலும் கர்த்தராகிய ஆண்டவர் இவ்வாறு சொல்லுகிறார்: நாற்பது ஆண்டுகள் நிறைவடைந்த பின்பு, எகிப்தியர் சிதறடிக்கப்பட்டிருந்த ஜனங்களிடமிருந்து அவர்களை நான் சேர்த்துக்கொள்வேன்; எகிப்தின் சிறைப்பிடிப்பை நான் திருப்பி, அவர்கள் தங்கள் வாசஸ்தல நாட்டாகிய பாத்ரோஸ் தேசத்திற்குத் திரும்பிவரும்படி செய்வேன்; அங்கே அவர்கள் இழிந்த ராஜ்யமாக இருப்பார்கள். எசேக்கியேல் 29:12–14.</w:t>
      </w:r>
    </w:p>
    <w:p>
      <w:pPr>
        <w:pStyle w:val="ArticleBody"/>
        <w:jc w:val="left"/>
      </w:pPr>
      <w:r>
        <w:rPr>
          <w:rFonts w:ascii="Nirmala UI" w:hAnsi="Nirmala UI" w:eastAsia="Nirmala UI" w:cs="Nirmala UI"/>
        </w:rPr>
        <w:t>முற்றுகை கி.மு. 588-இல் தொடங்கியது; அதற்கு ஒரு ஆண்டு பின்னர், கி.மு. 587-இல், எசேக்கியேலுக்கு பேசும்படி கட்டளையிடப்பட்டது. ‘பதினேழாம்’ வசனத்தில், கி.மு. 571-ஆம் ஆண்டு, செய்த சேவைக்கான கூலியாக எகிப்து பாபிலோனுக்குக் கொடுக்கப்படும் என்று குறிப்பிடப்படுகிறது. வேதாகம காலக்கணக்காளர்கள், வசனங்களில் சுட்டிக்காட்டப்பட்ட நாற்பது ஆண்டு காலமாக கி.மு. 567 முதல் கி.மு. 527 வரை அமைந்துள்ளது என்று கருதுகின்றனர்; மேலும், கி.மு. 587-இல் அறிவிக்கப்பட்ட ஆரம்பத் தீர்ப்புச் செய்தியிலிருந்து, கர்த்தர் எகிப்தை நேபுகாத்நேச்சாரின் கையில் ஒப்புக்கொடுத்தார் என்று ‘பதினேழாம்’ வசனம் அறிவிக்கும் கி.மு. 571 வரை, ‘பதினேழு ஆண்டு’ காலப்பகுதியைக் காண்கிறோம்.</w:t>
      </w:r>
    </w:p>
    <w:p>
      <w:pPr>
        <w:pStyle w:val="ArticleBody"/>
        <w:jc w:val="left"/>
      </w:pPr>
      <w:r>
        <w:rPr>
          <w:rFonts w:ascii="Nirmala UI" w:hAnsi="Nirmala UI" w:eastAsia="Nirmala UI" w:cs="Nirmala UI"/>
        </w:rPr>
        <w:t>நெபுகாத்நேச்சாரின் இராணுவம் தீருக்கு எதிராக நீண்டதும் கடினமுமான ஒரு படையெடுப்புப் போராட்டத்தை நடத்தியது (அதன் முற்றுகை கிட்டத்தட்ட 13 ஆண்டுகள் நீடித்தது; ஏறத்தாழ கி.மு. 586–573). படைவீரர்கள் மிகவும் கடுமையாக உழைத்தார்கள் (சுமைகளைச் சுமந்ததினால் ஒவ்வொரு தலையும் மொட்டையாயிற்று; ஒவ்வொரு தோளும் தேய்ந்து வெறுமையாயிற்று), ஆயினும் தீரிடமிருந்தே அவர்களுக்கு குறிப்பிடத்தக்க கூலியோ கொள்ளைப் பலனோ கிடைக்கவில்லை. இந்த இலாபமற்ற உழைப்பினால், தீருக்கு எதிராக அவன் இராணுவம் செய்த பணிக்கான ஈடாக (“கூலியாக”) எகிப்தை நெபுகாத்நேச்சாருக்குக் கொடுக்க தேவன் நிர்ணயித்தார்.</w:t>
      </w:r>
    </w:p>
    <w:p>
      <w:pPr>
        <w:pStyle w:val="ArticleScripture"/>
        <w:jc w:val="left"/>
      </w:pPr>
      <w:r>
        <w:rPr>
          <w:rFonts w:ascii="Nirmala UI" w:hAnsi="Nirmala UI" w:eastAsia="Nirmala UI" w:cs="Nirmala UI"/>
        </w:rPr>
        <w:t>அதே வீட்டிலேயே தங்கி, அவர்கள் கொடுக்கிறவற்றைப் புசித்தும் குடித்தும் இருங்கள்; ஏனெனில் உழைப்பாளி தன் கூலிக்குப் பாத்திரவான். வீட்டிலிருந்து வீட்டிற்குப் போகாதிருங்கள். லூக்கா 10:7.</w:t>
      </w:r>
    </w:p>
    <w:p>
      <w:pPr>
        <w:pStyle w:val="ArticleBody"/>
        <w:jc w:val="left"/>
      </w:pPr>
      <w:r>
        <w:rPr>
          <w:rFonts w:ascii="Nirmala UI" w:hAnsi="Nirmala UI" w:eastAsia="Nirmala UI" w:cs="Nirmala UI"/>
        </w:rPr>
        <w:t>ஆகையால் நேபுகாத்நேச்சார் முதலில் தீரை கைப்பற்றினார்; பதின்மூன்று ஆண்டுகளாக நீண்ட முற்றுகைக்குப் பிறகு அவருக்குப் எகிப்து அளிக்கப்பட்டது. அவர் தீரை கைப்பற்றுவதற்கு முன்பு, கி.மு. 586-இல் எருசலேமை கைப்பற்றினார்; பின்னர் தீருக்கு விரோதமாக பதின்மூன்று ஆண்டுகள் முற்றுகையை நடத்தியார்; அதன் பின்பு எகிப்தையும் கைப்பற்றினார். எருசலேம் கி.மு. 586-இல் கைப்பற்றப்பட்டது; தீரின் முற்றுகையும் கி.மு. 586-இல் தொடங்கி கி.மு. 573 வரை நீடித்தது. பதின்மூன்று என்ற எண் அமெரிக்க ஐக்கிய நாடுகளுடன் தொடர்புபடுத்தப்படுகிறது.</w:t>
      </w:r>
    </w:p>
    <w:p>
      <w:pPr>
        <w:pStyle w:val="ArticleBody"/>
        <w:jc w:val="left"/>
      </w:pPr>
      <w:r>
        <w:rPr>
          <w:rFonts w:ascii="Nirmala UI" w:hAnsi="Nirmala UI" w:eastAsia="Nirmala UI" w:cs="Nirmala UI"/>
        </w:rPr>
        <w:t>எசேக்கியேல் புத்தகத்தில் உள்ள எருசலேம் லவோதிக்கேயா நிலைக்குள்ள ஏழாம் நாள் அட்வென்டிஸ்ட் சபையைச் சுட்டிக்காட்டுகிறது என்றும், வடதிசையின் அரசனாகிய நேபுகாத்நேச்சார் கடைசி நாட்களில் பாப்பரச அதிகாரத்தைச் சுட்டிக்காட்டுகிறார் என்றும் சகோதரி ஒயிட் நமக்குத் தெரிவிக்கிறார். இருபத்தொன்பதாம் அதிகாரத்தின் வரலாற்றுப் முன்னுதாரணத்தில், உன் ஜனங்களில் கொள்ளையடிப்பவர்களாகிய கடைசி நாட்களின்ோர் பாப்பரச ரோமைக் குறித்துக் காட்டி, அந்த அதிகாரத்தில் மூன்று ஆட்சியமைப்புகளை வெல்லுகின்றனர். முதலில் அவன் எருசலேமைக் கைப்பற்றுகிறான்; பின்னர் தீருவையும், இறுதியில் எகிப்தையும் கைப்பற்றுகிறான்.</w:t>
      </w:r>
    </w:p>
    <w:p>
      <w:pPr>
        <w:pStyle w:val="ArticleBody"/>
        <w:jc w:val="left"/>
      </w:pPr>
      <w:r>
        <w:rPr>
          <w:rFonts w:ascii="Nirmala UI" w:hAnsi="Nirmala UI" w:eastAsia="Nirmala UI" w:cs="Nirmala UI"/>
        </w:rPr>
        <w:t>தீர்ப்பு தேவனுடைய இல்லத்தில் ஆரம்பிக்கிறது; மேலும் அமெரிக்க ஐக்கிய நாடுகளில் உள்ள புராட்டஸ்டண்டுத்துவத்தின் கொம்பு, ஞாயிற்றுக்கிழமைச் சட்டத்திற்கு முன்பாகவே முதலில் ஜெயிக்கப்படுகிறது. அமெரிக்க ஐக்கிய நாடுகளில் உள்ள மததுரோகப் புராட்டஸ்டண்டுத்துவத்தின் கொம்பில், லவோதிக்கேயா ஏழாம் நாள் அட்வென்டிஸ்ட் சபையும் அடங்குகிறது; அது கி.பி. 34 ஆம் ஆண்டில் பண்டைய இஸ்ரவேல் எவ்வாறு கடந்து செல்லப்பட்டது போலவும், 1844 இல் புராட்டஸ்டண்டுகள் எவ்வாறு கடந்து செல்லப்பட்டார்களோ அவ்வாறும், “முந்தைய” உடன்படிக்கை ஜனங்களை பிரதிநிதித்துவப்படுத்துகிறது. 34 மற்றும் 1844 ஆகிய ஆண்டுகளில் தேவனுடைய அந்த முந்தைய உடன்படிக்கை ஜனங்கள் கடந்து செல்லப்பட்டமை, தானியேல் 8:14 இன் இரண்டாயிரத்து மூன்றுநூறு ஆண்டு தீர்க்கதரிசன வரலாற்றில் இரண்டும் பிரதிநிதித்துவப்படுத்தப்படுகின்றன. தீர்ப்பு தேவனுடைய இல்லத்திலே ஆரம்பிக்கிறது; மேலும் புராட்டஸ்டண்டுத்துவத்தின் கொம்பு, குடியரசுக் கொள்கையின் கொம்பிற்கு முன்பாகவே நியாயந்தீர்க்கப்படுகிறது.</w:t>
      </w:r>
    </w:p>
    <w:p>
      <w:pPr>
        <w:pStyle w:val="ArticleScripture"/>
        <w:jc w:val="left"/>
      </w:pPr>
      <w:r>
        <w:rPr>
          <w:rFonts w:ascii="Nirmala UI" w:hAnsi="Nirmala UI" w:eastAsia="Nirmala UI" w:cs="Nirmala UI"/>
        </w:rPr>
        <w:t>ஏனெனில் நியாயத்தீர்ப்பு தேவனுடைய வீட்டிலே தொடங்க வேண்டிய காலம் வந்துள்ளது; அது முதலில் நம்மிடத்தில் தொடங்குமானால், தேவனுடைய சுவிசேஷத்திற்குக் கீழ்ப்படியாதவர்களின் முடிவு என்னவாகும்? 1 பேதுரு 4:17.</w:t>
      </w:r>
    </w:p>
    <w:p>
      <w:pPr>
        <w:pStyle w:val="ArticleBody"/>
        <w:jc w:val="left"/>
      </w:pPr>
      <w:r>
        <w:rPr>
          <w:rFonts w:ascii="Nirmala UI" w:hAnsi="Nirmala UI" w:eastAsia="Nirmala UI" w:cs="Nirmala UI"/>
        </w:rPr>
        <w:t>எகிப்தின் நியாயத்தீர்ப்பைப் பற்றிய முதல் குறிப்பிடுதல் இருபத்தொன்பதாம் அதிகாரத்தின் முதல் வசனத்தில் உள்ளது; எசேக்கியேல் எகிப்துடன் தொடர்புபடுத்தி குறிப்பிடும் கடைசி தேதி அதே அதிகாரத்தின் ‘பதினேழாம்’ வசனத்தில் காணப்படுகிறது. இவ்வதிகாரம், நவீன ரோம் முதலில் புரொட்டஸ்டண்டிசத்தின் கொம்பை வென்று, பின்னர் விரைவில் வரவிருக்கும் ஞாயிற்றுக்கிழமைச் சட்டத்தில் வெல்லப்படும் குடியரசுவாதத்தின் கொம்பைக் குறிக்கும் தீருவையும் வெல்லும் என்பதை அடையாளப்படுத்துகிறது. தீரு (ஐக்கிய அமெரிக்கா) ஞாயிற்றுக்கிழமைச் சட்டத்தின் போது நேபுகாத்நேச்சாரால் வெல்லப்படும் வேளையில், எகிப்தும் அவன் கைகளில் ஒப்படைக்கப்படுகிறது. அந்நேரத்தில் பாப்பரசாட்சியின் கொடிய காயம் குணமாகிறது. பாப்பரசாட்சியின் கொடிய காயம் அப்போது குணமாகிறது என்பதுமட்டுமல்ல, இது பிந்தைய மழையின் காலப்பகுதியில் நிகழ்கிறது என்றும் எசேக்கியேல் எங்களுக்கு அறிவிக்கிறார்.</w:t>
      </w:r>
    </w:p>
    <w:p>
      <w:pPr>
        <w:pStyle w:val="ArticleScripture"/>
        <w:jc w:val="left"/>
      </w:pPr>
      <w:r>
        <w:rPr>
          <w:rFonts w:ascii="Nirmala UI" w:hAnsi="Nirmala UI" w:eastAsia="Nirmala UI" w:cs="Nirmala UI"/>
        </w:rPr>
        <w:t>அந்த நாளில் நான் இஸ்ரவேல் வம்சத்தின் கொம்பை முளைக்கப்பண்ணுவேன்; அவர்கள் நடுவில் உனக்கு வாய் திறப்பை அளிப்பேன்; அப்பொழுது நான் கர்த்தர் என்பதை அவர்கள் அறிந்துகொள்வார்கள். எசேக்கியேல் 29:21.</w:t>
      </w:r>
    </w:p>
    <w:p>
      <w:pPr>
        <w:pStyle w:val="ArticleHeading"/>
        <w:jc w:val="left"/>
      </w:pPr>
      <w:r>
        <w:rPr>
          <w:rFonts w:ascii="Nirmala UI" w:hAnsi="Nirmala UI" w:eastAsia="Nirmala UI" w:cs="Nirmala UI"/>
        </w:rPr>
        <w:t>யாக்கோபும் இஸ்ரவேலும்</w:t>
      </w:r>
    </w:p>
    <w:p>
      <w:pPr>
        <w:pStyle w:val="ArticleBody"/>
        <w:jc w:val="left"/>
      </w:pPr>
      <w:r>
        <w:rPr>
          <w:rFonts w:ascii="Nirmala UI" w:hAnsi="Nirmala UI" w:eastAsia="Nirmala UI" w:cs="Nirmala UI"/>
        </w:rPr>
        <w:t>இஸ்ரவேல் மொட்டு விடுகிறது, மலர்கிறது, மேலும் முழு பூமியையும் கனியால் நிரப்புகிறது என்று எசாயா அடையாளப்படுத்துகிறார். மொட்டு விடுதல், மலர்தல், கனி தருதல் என்னும் இந்த மூன்று நிலைகளையும் உண்டாக்குவது மழையே; மேலும், எசாயாவின் கூற்றுப்படி, “கடுங்காற்று” அடக்கப்பட்டபோது பிந்திய மழை வருகிறது. மேலும், மொட்டு விடுதல், மலர்தல், கனி தருதல் ஆகிய காலப்பகுதியில் யாக்கோபின் பாவங்கள் நீக்கப்பட வேண்டும் என்றும், “நீக்கப்படுதல்” என்று மொழிபெயர்க்கப்பட்ட எபிரெயச் சொல் “பரிகாரம் செய்யப்படுதல்” என்பதைக் குறிக்கிறது என்றும் அவர் அடையாளப்படுத்துகிறார்.</w:t>
      </w:r>
    </w:p>
    <w:p>
      <w:pPr>
        <w:pStyle w:val="ArticleScripture"/>
        <w:jc w:val="left"/>
      </w:pPr>
      <w:r>
        <w:rPr>
          <w:rFonts w:ascii="Nirmala UI" w:hAnsi="Nirmala UI" w:eastAsia="Nirmala UI" w:cs="Nirmala UI"/>
        </w:rPr>
        <w:t>அது முளைத்தெழும்போது, அளவோடு நீ அதனோடே விவாதிப்பாய்; கிழக்குக் காற்று வீசும் நாளில் அவர் தமது கடுங்காற்றை அடக்குகிறார். ஆகையால் இதினாலே யாக்கோபின் அக்கிரமம் நீக்கப்படும்; அவன் பாவத்தை அகற்றுவதற்கான எல்லாப் பலனும் இதுவே: பலிபீடத்தின் எல்லாக் கற்களையும் நொறுக்கப்பட்ட சுண்ணாம்புக் கற்களைப்போல அவன் ஆக்கும் போது, தோப்புகளும் விக்கிரகங்களும் நிலைநிற்காது. ஏசாயா 27:8, 9.</w:t>
      </w:r>
    </w:p>
    <w:p>
      <w:pPr>
        <w:pStyle w:val="ArticleBody"/>
        <w:jc w:val="left"/>
      </w:pPr>
      <w:r>
        <w:rPr>
          <w:rFonts w:ascii="Nirmala UI" w:hAnsi="Nirmala UI" w:eastAsia="Nirmala UI" w:cs="Nirmala UI"/>
        </w:rPr>
        <w:t>சண்டையின் நான்கு காற்றுகள் (அவருடைய கடுங்காற்று) அடக்கப்பட்டபோது, ஒருநூற்று நாற்பத்திநாலாயிரத்தின் முத்திரையிடுதல் ஆரம்பமாகிறது; மேலும் அத்வென்டிசத்தின் ஞானிகளும் துஷ்டர்களும் இறுதியில் பிரிக்கப்பட்டுவிடுகின்றனர்; இவை அனைத்தும் “கிழக்குக் காற்றின் நாளில்” நிறைவேற்றப்படுகின்றன. முத்திரையிடும் காலம் 9/11-இல் ஒரு தெளிப்புடன் தொடங்கியது; பின்னர் ஞாயிற்றுக்கிழமைச் சட்டத்தின் போது முழு பொழிவுடன் அது முடிவடைகிறது; அப்பொழுது பூமி கனியினால் நிரப்பப்படுகிறது. முத்திரையிடும் காலம் மல்கியா மூன்றாம் அதிகாரத்தோடு ஒத்துப்போகும் வகையில் முன்னேற்றமடையும் ஒரு பரிசுத்திகரிப்பும் சுத்திகரித்துத் துடைத்தெறிதலுமானதாகும். ஆனால் எசேக்கியேல் இருபத்தொன்பதின் ஆரம்ப மற்றும் முடிவு தேதிகளால் குறிக்கப்படும் பதினேழு ஆண்டுக் காலப்பகுதியில், வேதாகமத் தீர்க்கதரிசனத்தின் ஆறாம் ராஜ்யத்தை வெல்வது நடைபெறுகிறது; அது எருசலேமால் பிரதிநிதித்துவப்படுத்தப்படுகிறது; எருசலேம் என்பது புராட்டஸ்டண்டிசத்தின் கொம்பிற்கான ஒரு சின்னம்—சபை; மேலும் தீரு என்பது கொம்பிற்கோ அல்லது குடியரசுக் கொள்கைக்கோ உரிய ஒரு சின்னம்—அரசு. தீருவின் பதின்மூன்று ஆண்டு முற்றுகை முடிவடைந்ததும் உடனே, பத்து ராஜாக்கள் கொண்ட ஏழாம் ராஜ்யத்தை எகிப்து பிரதிநிதித்துவப்படுத்துவதால், அதனை வெல்வது நடைபெறுகிறது. “இஸ்ரவேல் வீட்டின் கொம்பு” துளிர்த்து வெளிப்பட்டு, வாய்திறப்பைப் பெறும் வேளையிலேயே எருசலேம், தீரு, எகிப்து ஆகியவற்றின் இந்த மூன்று வெற்றிகளும் நிகழ்கின்றன.</w:t>
      </w:r>
    </w:p>
    <w:p>
      <w:pPr>
        <w:pStyle w:val="ArticleBody"/>
        <w:jc w:val="left"/>
      </w:pPr>
      <w:r>
        <w:rPr>
          <w:rFonts w:ascii="Nirmala UI" w:hAnsi="Nirmala UI" w:eastAsia="Nirmala UI" w:cs="Nirmala UI"/>
        </w:rPr>
        <w:t>யாஜகரான எசேக்கியேலும் யாஜகரான சகரியாவும் அனுபவித்த ஊமைத்தனம் ஞாயிற்றுக்கிழமைச் சட்டத்தின் போது முடிவுறுகிறது; அப்பொழுது ஐக்கிய அமெரிக்க நாடும் பாலாமின் கழுதையும் இரண்டும் பேசுகின்றன. கர்த்தர் ஞாயிற்றுக்கிழமைச் சட்டத்தின் போது இஸ்ரவேல் வீட்டாருக்குத் “வாய்திறப்பை” அளிக்கிறார். அப்பொழுது யாக்கோபின் பாவங்கள் சுத்திகரிக்கப்பட்டிருக்கும்; அவன் பெயர் இஸ்ரவேல் வீட்டார் என்று மாற்றப்படுகிறது. அவர்கள் அறிவிக்கும் செய்தி, தானியேலால் சித்தரிக்கப்படும் தீர்க்கதரிசன ஊமைத்தனத்தின் மூன்றாவது சாட்சியால் பிரதிநிதித்துவப்படுத்தப்படுகிறது; அப்பொழுது அவனுக்குத் தானியேல் பதினொன்றாம் அதிகாரத்தின் செய்தி அளிக்கப்படுகிறது; அதுவே பின்னர் ‘பேசுகிறது; பொய்யுரையாது’ எனப்படும் ஆபக்கூக்கின் தரிசனமும் ஆகும். எசேக்கியேல், சகரியா, தானியேல் ஆகியோர் மூன்றாம் தூதனுடைய மகா முழக்கத்தின் அறிவிப்போடு ஒத்திசைகின்றனர்; அதுபோலவே எரேமியா பதினைந்தாம் அதிகாரத்திலும், முதல் ஏமாற்றத்திலிருந்து அவன் மீண்டு வந்தால் தேவனுடைய வாயாக இருப்பான் என்று அவனுக்கு வாக்குறுதி அளிக்கப்படுகிறது.</w:t>
      </w:r>
    </w:p>
    <w:p>
      <w:pPr>
        <w:pStyle w:val="ArticleScripture"/>
        <w:jc w:val="left"/>
      </w:pPr>
      <w:r>
        <w:rPr>
          <w:rFonts w:ascii="Nirmala UI" w:hAnsi="Nirmala UI" w:eastAsia="Nirmala UI" w:cs="Nirmala UI"/>
        </w:rPr>
        <w:t>என் வேதனை ஏன் இடைவிடாததாகவும், ஆறாத என் புண் குணமாக மறுப்பதாகவும் இருக்கிறது? நீ எனக்குப் பொய்யனாகவும், வற்றிப்போகும் நீராகவும் இருப்பாயோ? ஆகையால் கர்த்தர் இவ்வாறு சொல்லுகிறார்: நீ திரும்பினால், நான் உன்னை மீண்டும் கொண்டு வருவேன்; நீ என் சந்நிதியில் நிற்பாய்; அற்பத்திலிருந்து அருமையானதைப் பிரித்தெடுத்தால், நீ என் வாயைப்போல இருப்பாய்; அவர்கள் உன்னிடத்துக்குத் திரும்பட்டும்; நீயோ அவர்களிடத்துக்குத் திரும்பாதே. எரேமியா 15:18, 19.</w:t>
      </w:r>
    </w:p>
    <w:p>
      <w:pPr>
        <w:pStyle w:val="ArticleBody"/>
        <w:jc w:val="left"/>
      </w:pPr>
      <w:r>
        <w:rPr>
          <w:rFonts w:ascii="Nirmala UI" w:hAnsi="Nirmala UI" w:eastAsia="Nirmala UI" w:cs="Nirmala UI"/>
        </w:rPr>
        <w:t>இயேசு முடிவை ஆரம்பத்தின் மூலம் விளக்குகிறார்; 9/11-இல் தெளித்தல் மொட்டுகளைத் தோன்றச்செய்தது, யாக்கோபின் செடி வளரத் தொடங்கியது; இறுதியில் யாக்கோபின் அக்கிரமம் நீக்கப்பட்டபோது, இஸ்ரவேல் வீட்டார் பேசுவார்கள். மழையினால் நிறைவேறிய 9/11-இலான அந்த மொட்டுவிடுதல், முத்திரையிடும் காலத்தின் முடிவில் நிகழும் ஒரு மொட்டுவிடுதலையை முன்மாதிரியாகக் காட்டுகிறது; அப்போது இஸ்ரவேல் வீட்டின் “கொம்பு” முளைக்கிறது; அதே இடத்திலேயே விலகிப்போன புராட்டஸ்டன்டியத்தினதும் குடியரசுவாதத்தினதும் கொம்புகள் நேபுகாத்நேச்சாரினால் முறியடிக்கப்படுகின்றன.</w:t>
      </w:r>
    </w:p>
    <w:p>
      <w:pPr>
        <w:pStyle w:val="ArticleBody"/>
        <w:jc w:val="left"/>
      </w:pPr>
      <w:r>
        <w:rPr>
          <w:rFonts w:ascii="Nirmala UI" w:hAnsi="Nirmala UI" w:eastAsia="Nirmala UI" w:cs="Nirmala UI"/>
        </w:rPr>
        <w:t>அந்தக் கட்டத்தில், ப்ரொட்டஸ்டன்டிசத்தின் பொய்யான கொம்புக்கும் ப்ரொட்டஸ்டன்டிசத்தின் உண்மையான கொம்புக்கும் இடையேயான வேறுபாடு, இஸ்ரவேலின் கோத்திரங்களின் மற்றத் தண்டுகளிலிருந்து வேறுபட்டு மொட்டிட்ட ஆரோனின் தண்டினால் முன்னுருவாக்கப்பட்டதுபோல, எதிர்மறையாக நிறுத்திக்காட்டப்படுகிறது. எசேக்கியேல் இருபத்தொன்பதாம் அதிகாரத்தில் காணப்படும் அந்த இரண்டு தேதிகள், விரைவில் வரவிருக்கும் ஞாயிற்றுக்கிழமைச் சட்டத்தின் போது ஒரு இலட்சத்து நாற்பத்திநாலாயிரம் பேரின் கொடியை உயர்த்துதலின் வரலாற்றை அடையாளப்படுத்துகின்றன.</w:t>
      </w:r>
    </w:p>
    <w:p>
      <w:pPr>
        <w:pStyle w:val="ArticleBody"/>
        <w:jc w:val="left"/>
      </w:pPr>
      <w:r>
        <w:rPr>
          <w:rFonts w:ascii="Nirmala UI" w:hAnsi="Nirmala UI" w:eastAsia="Nirmala UI" w:cs="Nirmala UI"/>
        </w:rPr>
        <w:t>மொட்டிடுதல், மலர்தல், மற்றும் கனியினால் பூமியை நிரப்புதல் எனும் செயல்முறை 9/11 அன்று பிந்தைய மழையின் தெளிப்பினாலே ஆரம்பமானது; அதுபோலவே, பெந்தெகொஸ்து காலமும் கிறிஸ்து தமது சீஷர்கள்மேல் சில துளிகளை ஊதியதனால் தொடங்கியது; அதன் விளைவாக முழுமையான பொழிவு நிகழ்ந்த பெந்தெகொஸ்து வந்தது. யாக்கோபின் (வஞ்சகமாக மேலிடத்தைப் பிடிப்பவன்) சுத்திகரிப்பு தொடக்கத்தில், அதாவது முத்திரையிடும் காலமாகிய 9/11 இன் மொட்டிடுதல், ஞாயிற்றுக்கிழமைச் சட்டத்தின் போது இஸ்ரவேல் வீட்டாரின் (ஜெயங்கொள்ளுகிறவன்) மொட்டிடுதலை முன்மாதிரியாகக் காட்டியது. முடிவிலுள்ள அந்த மொட்டிடுதல், முன்னைய உடன்படிக்கையின் ஜனங்களுக்கும் ஒரு இலட்சத்து நாற்பத்து நான்கு ஆயிரத்தினருக்கும் இடையில் ஒரு வேறுபாட்டைச் சுட்டிக்காட்டுகிறது; அதுபோலவே, கர்மேல் மலையின்மேல் அக்கினி பொழிந்தது தீர்க்கதரிசியான எலியாவுக்கும் பாகாலின் தீர்க்கதரிசிகளுக்கும் இடையில் ஒரு வேறுபாட்டை உண்டாக்கியது. இந்த வேறுபாடு, போலியான சமாதானமும் பாதுகாப்பும் என்ற செய்திக்காக தீர்க்கதரிசன ரீதியாக வெட்கப்படுகிற ஒரு வகுப்பினராலும், மற்றொரு வகுப்பினர் தீர்க்கதரிசன ரீதியாக சந்தோஷமாயிருக்கிறவர்களாகவும், அவர்கள் ஒருபோதும் வெட்கப்படமாட்டார்கள் என்பதாலும் பிரதிநிதித்துவப்படுத்தப்படுகிறது.</w:t>
      </w:r>
    </w:p>
    <w:p>
      <w:pPr>
        <w:pStyle w:val="ArticleHeading"/>
        <w:jc w:val="left"/>
      </w:pPr>
      <w:r>
        <w:rPr>
          <w:rFonts w:ascii="Nirmala UI" w:hAnsi="Nirmala UI" w:eastAsia="Nirmala UI" w:cs="Nirmala UI"/>
        </w:rPr>
        <w:t>எகிப்தின் ஆறு காலக்குறிப்புகள்</w:t>
      </w:r>
    </w:p>
    <w:p>
      <w:pPr>
        <w:pStyle w:val="ArticleBody"/>
        <w:jc w:val="left"/>
      </w:pPr>
      <w:r>
        <w:rPr>
          <w:rFonts w:ascii="Nirmala UI" w:hAnsi="Nirmala UI" w:eastAsia="Nirmala UI" w:cs="Nirmala UI"/>
        </w:rPr>
        <w:t>எகிப்துடன் தொடர்புடைய இன்னும் நான்கு தேதிகளை எசேக்கியேல் குறிப்பிடுகிறார்; அவற்றில் இரு தேதிகள் சிறைப்பிடிப்பின் பதினொன்றாம் ஆண்டைக் குறிக்கின்றன, மற்ற இரு தேதிகள் சிறைப்பிடிப்பின் பன்னிரண்டாம் ஆண்டைக் குறிக்கின்றன.</w:t>
      </w:r>
    </w:p>
    <w:p>
      <w:pPr>
        <w:pStyle w:val="ArticleHeading"/>
        <w:jc w:val="left"/>
      </w:pPr>
      <w:r>
        <w:rPr>
          <w:rFonts w:ascii="Nirmala UI" w:hAnsi="Nirmala UI" w:eastAsia="Nirmala UI" w:cs="Nirmala UI"/>
        </w:rPr>
        <w:t>பதினொன்றாம் ஆண்டின் முற்றுகை</w:t>
      </w:r>
    </w:p>
    <w:p>
      <w:pPr>
        <w:pStyle w:val="ArticleScripture"/>
        <w:jc w:val="left"/>
      </w:pPr>
      <w:r>
        <w:rPr>
          <w:rFonts w:ascii="Nirmala UI" w:hAnsi="Nirmala UI" w:eastAsia="Nirmala UI" w:cs="Nirmala UI"/>
        </w:rPr>
        <w:t>பதினொராம் ஆண்டில், முதல் மாதத்தின் ஏழாம் நாளில், கர்த்தருடைய வார்த்தை எனக்குக் உண்டாயிற்று; அவர் சொன்னார்: மனுஷகுமாரனே, நான் எகிப்தின் ராஜாவாகிய பார்வோனின் புயத்தை முறித்திருக்கிறேன்; இதோ, அது குணமடையும்படி கட்டப்படாது; அதற்கு கட்டுப் போடப்பட்டு, வாளைப் பிடிக்க வல்லதாயிருக்கும்படி அதை பலப்படுத்துவதற்கு அதில் கட்டுப்பட்டி இடப்படாது. எசேக்கியேல் 30:20, 21.</w:t>
      </w:r>
    </w:p>
    <w:p>
      <w:pPr>
        <w:pStyle w:val="ArticleScripture"/>
        <w:jc w:val="left"/>
      </w:pPr>
      <w:r>
        <w:rPr>
          <w:rFonts w:ascii="Nirmala UI" w:hAnsi="Nirmala UI" w:eastAsia="Nirmala UI" w:cs="Nirmala UI"/>
        </w:rPr>
        <w:t>பதினொன்றாம் ஆண்டில், மூன்றாம் மாதத்தில், மாதத்தின் முதல் நாளில், கர்த்தருடைய வார்த்தை எனக்குக் உண்டாகி, அவர் சொன்னது: மனுஷகுமாரனே, எகிப்தின் ராஜாவாகிய பார்வோனிடத்திலும் அவனுடைய திரளான ஜனத்திடத்திலும் சொல்லு: உன் மகத்துவத்தில் நீ யாருக்கு ஒப்பாயிருக்கிறாய்? எசேக்கியேல் 31:1, 2.</w:t>
      </w:r>
    </w:p>
    <w:p>
      <w:pPr>
        <w:pStyle w:val="ArticleBody"/>
        <w:jc w:val="left"/>
      </w:pPr>
      <w:r>
        <w:rPr>
          <w:rFonts w:ascii="Nirmala UI" w:hAnsi="Nirmala UI" w:eastAsia="Nirmala UI" w:cs="Nirmala UI"/>
        </w:rPr>
        <w:t>சிறைப்பிடிப்பின் பதினொன்றாம் ஆண்டில், முப்பதாம் அதிகாரத்தில் எகிப்தும் பார்வோனின் புயங்களும் முறிக்கப்பட்டு, பாபிலோனின் புயங்கள் பலப்படுத்தப்படுகின்றன. முப்பத்தொன்றாம் அதிகாரத்தில் பதினொன்றாம் ஆண்டில், எகிப்தின் வீழ்ச்சியும் அது உலகின் மீது ஏற்படுத்தும் தாக்கமும் சுட்டிக்காட்டப்படுகின்றன.</w:t>
      </w:r>
    </w:p>
    <w:p>
      <w:pPr>
        <w:pStyle w:val="ArticleHeading"/>
        <w:jc w:val="left"/>
      </w:pPr>
      <w:r>
        <w:rPr>
          <w:rFonts w:ascii="Nirmala UI" w:hAnsi="Nirmala UI" w:eastAsia="Nirmala UI" w:cs="Nirmala UI"/>
        </w:rPr>
        <w:t>பன்னிரண்டாம் ஆண்டு மற்றும் எருசலேமின் வீழ்ச்சி</w:t>
      </w:r>
    </w:p>
    <w:p>
      <w:pPr>
        <w:pStyle w:val="ArticleBody"/>
        <w:jc w:val="left"/>
      </w:pPr>
      <w:r>
        <w:rPr>
          <w:rFonts w:ascii="Nirmala UI" w:hAnsi="Nirmala UI" w:eastAsia="Nirmala UI" w:cs="Nirmala UI"/>
        </w:rPr>
        <w:t>பன்னிரண்டாம் ஆண்டிலுள்ள அந்த இரண்டு தேதிகள் எசேக்கியேல் முப்பத்திரண்டாம் அதிகாரத்தில் அமைந்துள்ளன.</w:t>
      </w:r>
    </w:p>
    <w:p>
      <w:pPr>
        <w:pStyle w:val="ArticleScripture"/>
        <w:jc w:val="left"/>
      </w:pPr>
      <w:r>
        <w:rPr>
          <w:rFonts w:ascii="Nirmala UI" w:hAnsi="Nirmala UI" w:eastAsia="Nirmala UI" w:cs="Nirmala UI"/>
        </w:rPr>
        <w:t>பன்னிரண்டாம் ஆண்டில், பன்னிரண்டாம் மாதத்தில், அந்த மாதத்தின் முதல் நாளில், கர்த்தருடைய வார்த்தை எனக்கு உண்டாகி, அவர் சொல்லியதாவது: மனுபுத்திரனே, எகிப்தின் ராஜாவாகிய பார்வோனுக்காக ஒரு புலம்பலை எடுத்துக்கொண்டு அவனிடம் சொல்: நீ ஜாதிகளுக்குள் ஒரு இளஞ்சிங்கம்போல இருக்கிறாய்; சமுத்திரங்களில் இருக்கும் ஒரு பெரிய ஜலமிருகம்போலவும் இருக்கிறாய்; நீ உன் நதிகளோடு புறப்பட்டுவந்து, உன் கால்களினால் தண்ணீர்களைக் கலக்கி, அவற்றின் நதிகளை அழுக்காக்கினாய். ஆகையால் கர்த்தராகிய ஆண்டவர் சொல்லுகிறதாவது: அநேக ஜனங்களின் கூட்டத்தினால் நான் உன்மேல் என் வலையை விரிப்பேன்; அவர்கள் உன்னை என் வலையில் இழுத்தெடுப்பார்கள். எசேக்கியேல் 32:1–3.</w:t>
      </w:r>
    </w:p>
    <w:p>
      <w:pPr>
        <w:pStyle w:val="ArticleScripture"/>
        <w:jc w:val="left"/>
      </w:pPr>
      <w:r>
        <w:rPr>
          <w:rFonts w:ascii="Nirmala UI" w:hAnsi="Nirmala UI" w:eastAsia="Nirmala UI" w:cs="Nirmala UI"/>
        </w:rPr>
        <w:t>பன்னிரண்டாம் ஆண்டிலும், மாதத்தின் பதினைந்தாம் நாளிலும், கர்த்தருடைய வார்த்தை எனக்குத் தோன்றி, அவர் சொல்லியது: மனுஷகுமாரனே, எகிப்தின் திரளான ஜனங்களினிமித்தம் புலம்பி, அவளையும் புகழ்பெற்ற ஜாதிகளின் புதல்வியரையும், குழியிலிறங்குகிறவர்களோடுகூடப் பூமியின் தாழ்ந்த பகுதிகளுக்குத் தள்ளிவிடு. எசேக்கியேல் 32:17, 18.</w:t>
      </w:r>
    </w:p>
    <w:p>
      <w:pPr>
        <w:pStyle w:val="ArticleHeading"/>
        <w:jc w:val="left"/>
      </w:pPr>
      <w:r>
        <w:rPr>
          <w:rFonts w:ascii="Nirmala UI" w:hAnsi="Nirmala UI" w:eastAsia="Nirmala UI" w:cs="Nirmala UI"/>
        </w:rPr>
        <w:t>பார்வோனும் அவன் திரளும்</w:t>
      </w:r>
    </w:p>
    <w:p>
      <w:pPr>
        <w:pStyle w:val="ArticleBody"/>
        <w:jc w:val="left"/>
      </w:pPr>
      <w:r>
        <w:rPr>
          <w:rFonts w:ascii="Nirmala UI" w:hAnsi="Nirmala UI" w:eastAsia="Nirmala UI" w:cs="Nirmala UI"/>
        </w:rPr>
        <w:t>முப்பத்தொன்றாம் அதிகாரத்தில் எகிப்துக்கு எதிராக உச்சரிக்கப்பட்ட தீர்க்கவாக்கில், இறுதி வசனங்கள் இவ்வாறு கூறுகின்றன:</w:t>
      </w:r>
    </w:p>
    <w:p>
      <w:pPr>
        <w:pStyle w:val="ArticleScripture"/>
        <w:jc w:val="left"/>
      </w:pPr>
      <w:r>
        <w:rPr>
          <w:rFonts w:ascii="Nirmala UI" w:hAnsi="Nirmala UI" w:eastAsia="Nirmala UI" w:cs="Nirmala UI"/>
        </w:rPr>
        <w:t>அவன் விழுந்த சத்தத்தினால் ஜாதிகள் நடுங்கும்படியாக நான் செய்தேன்; அவனைப் பள்ளத்தில் இறங்குகிறவர்களோடு பாதாளத்திற்குக் கீழிறக்கினபோது, ஏதேன் தோட்டத்தின் மரங்களெல்லாம், லெபனோனின் தேர்ந்தெடுக்கப்பட்ட சிறந்த மரங்களெல்லாம், நீர் அருந்துகிற அனைத்தும், பூமியின் கீழ்ப்பகுதிகளில் ஆறுதல் அடையும். அவர்களும் அவனோடு கூட வாளால் கொல்லப்பட்டவர்களிடத்தில் பாதாளத்திற்குள் இறங்கினார்கள்; ஜாதிகளின் நடுவில் அவன் நிழலின் கீழ் வாசம்பண்ணியவர்களும், அவனுக்குப் புயலாயிருந்தவர்களும் அப்படியே. ஏதேன் தோட்டத்தின் மரங்களுக்குள் மகிமையிலும் மகத்துவத்திலும் நீ இவ்விதமாக யாருக்கு ஒப்பானவன்? ஆனாலும், ஏதேன் தோட்டத்தின் மரங்களோடு கூட நீ பூமியின் கீழ்ப்பகுதிகளுக்குக் கீழிறக்கப்படுவாய்; வாளால் கொல்லப்பட்டவர்களோடு விருத்தசேதனமில்லாதவர்களின் நடுவில் நீ படுப்பாய். இதுவே பார்வோனும் அவனுடைய சகல ஜனக்கூட்டமும் ஆகும் என்று கர்த்தராகிய ஆண்டவர் சொல்கிறார். எசேக்கியேல் 31:16–18.</w:t>
      </w:r>
    </w:p>
    <w:p>
      <w:pPr>
        <w:pStyle w:val="ArticleBody"/>
        <w:jc w:val="left"/>
      </w:pPr>
      <w:r>
        <w:rPr>
          <w:rFonts w:ascii="Nirmala UI" w:hAnsi="Nirmala UI" w:eastAsia="Nirmala UI" w:cs="Nirmala UI"/>
        </w:rPr>
        <w:t>முப்பத்திரண்டாம் அதிகாரத்தில் எகிப்தின்மேல் உச்சரிக்கப்பட்ட தீர்ப்பில், இறுதி வசனங்கள் முப்பத்தொன்றாம் அதிகாரத்தில் கூறப்பட்டதை மறுமுறை எடுத்துரைத்து அதனை மேலும் விரிவாக்குகின்றன; மேலும், அதில் அதற்குச் சமமான ஒரு நிறைவு அறிக்கையும் அடங்கியுள்ளது.</w:t>
      </w:r>
    </w:p>
    <w:p>
      <w:pPr>
        <w:pStyle w:val="ArticleScripture"/>
        <w:jc w:val="left"/>
      </w:pPr>
      <w:r>
        <w:rPr>
          <w:rFonts w:ascii="Nirmala UI" w:hAnsi="Nirmala UI" w:eastAsia="Nirmala UI" w:cs="Nirmala UI"/>
        </w:rPr>
        <w:t>ஏனெனில் நான் ஜீவனுள்ளவர்களின் தேசத்தில் என் பயங்கரத்தை ஏற்படுத்தினேன்; ஆகையால் அவன் விருத்தசேதனமில்லாதவர்களின் நடுவில் வாளால் கொல்லப்பட்டவர்களோடுகூட படுக்கப்படுவான்; அவனும் பர்வோனும் அவன் ஜனக்கூட்டமெல்லாமும் அப்படியே இருப்பார்கள் என்று கர்த்தராகிய ஆண்டவர் சொல்லுகிறார். எசேக்கியேல் 32:32.</w:t>
      </w:r>
    </w:p>
    <w:p>
      <w:pPr>
        <w:pStyle w:val="ArticleHeading"/>
        <w:jc w:val="left"/>
      </w:pPr>
      <w:r>
        <w:rPr>
          <w:rFonts w:ascii="Nirmala UI" w:hAnsi="Nirmala UI" w:eastAsia="Nirmala UI" w:cs="Nirmala UI"/>
        </w:rPr>
        <w:t>இருபத்தொன்பதாம் அதிகாரத்தின் பதினேழு ஆண்டுகள்</w:t>
      </w:r>
    </w:p>
    <w:p>
      <w:pPr>
        <w:pStyle w:val="ArticleBody"/>
        <w:jc w:val="left"/>
      </w:pPr>
      <w:r>
        <w:rPr>
          <w:rFonts w:ascii="Nirmala UI" w:hAnsi="Nirmala UI" w:eastAsia="Nirmala UI" w:cs="Nirmala UI"/>
        </w:rPr>
        <w:t>இருபத்தொன்பதாம் அதிகாரத்தில் சுட்டிக்காட்டப்பட்ட பதினேழு ஆண்டுக் காலப்பகுதியில் அமைந்த தேதிகள், நெபுகாத்நேச்சார் எகிப்தை வென்றதையும், எகிப்தின் நாற்பது ஆண்டுகள் நீண்ட பாழ்நிலைக் காலத்தையும் அடையாளப்படுத்துகின்றன. நாற்பது என்பது வனாந்தரத்தைக் குறிக்கிறது; அது பூமி பாழ்நிலையாக இருக்கும் ஆயிரம் ஆண்டுகளை முன்மாதிரியாகக் காட்டுகிறது.</w:t>
      </w:r>
    </w:p>
    <w:p>
      <w:pPr>
        <w:pStyle w:val="ArticleScripture"/>
        <w:jc w:val="left"/>
      </w:pPr>
      <w:r>
        <w:rPr>
          <w:rFonts w:ascii="Nirmala UI" w:hAnsi="Nirmala UI" w:eastAsia="Nirmala UI" w:cs="Nirmala UI"/>
        </w:rPr>
        <w:t>நான் பூமியை நோக்கிப் பார்த்தேன்; இதோ, அது உருவில்லாமலும் வெறுமையுமாயிருந்தது; ஆகாயங்களையும் நோக்கிப் பார்த்தேன், அவற்றில் ஒளியே இல்லை. நான் மலைகளை நோக்கிப் பார்த்தேன்; இதோ, அவை நடுங்கின; எல்லா குன்றுகளும் அசைந்தன. நான் நோக்கிப் பார்த்தேன்; இதோ, மனுஷன் ஒருவனும் இல்லை; ஆகாயத்தின் பறவைகளெல்லாம் பறந்துபோயிருந்தன. நான் நோக்கிப் பார்த்தேன்; இதோ, பலனுள்ள தேசம் வனாந்தரமாயிருந்தது; அதிலுள்ள நகரங்களெல்லாம் கர்த்தருடைய சந்நிதியினால், அவருடைய உக்கிரகோபத்தினால் இடிக்கப்பட்டிருந்தன. ஏனெனில் கர்த்தர் இவ்வாறு சொல்லியிருக்கிறார்: தேசமெங்கும் பாழாயிருக்கும்; ஆனாலும் நான் முழுமையாக முடிவுகட்டமாட்டேன். எரேமியா 4:23–27.</w:t>
      </w:r>
    </w:p>
    <w:p>
      <w:pPr>
        <w:pStyle w:val="ArticleBody"/>
        <w:jc w:val="left"/>
      </w:pPr>
      <w:r>
        <w:rPr>
          <w:rFonts w:ascii="Nirmala UI" w:hAnsi="Nirmala UI" w:eastAsia="Nirmala UI" w:cs="Nirmala UI"/>
        </w:rPr>
        <w:t>எசேக்கியேல் இருபத்தொன்பதாம் அதிகாரத்தில் குறிப்பிடப்பட்ட எகிப்தின் நாற்பது ஆண்டுகால பாழ்பாட்டின் முடிவில், துன்மார்க்கரின் இறுதி உயிர்த்தெழுதலும் அவர்களின் பரமமான அழிவும் முன்வைக்கப்படுகின்றன.</w:t>
      </w:r>
    </w:p>
    <w:p>
      <w:pPr>
        <w:pStyle w:val="ArticleScripture"/>
        <w:jc w:val="left"/>
      </w:pPr>
      <w:r>
        <w:rPr>
          <w:rFonts w:ascii="Nirmala UI" w:hAnsi="Nirmala UI" w:eastAsia="Nirmala UI" w:cs="Nirmala UI"/>
        </w:rPr>
        <w:t>அச்சமும், குழியும், கண்ணியும் உன்மேல் இருக்கின்றன, பூமியின் வாசியே. அச்சத்தின் முழக்கத்திலிருந்து ஓடிப்போகிறவன் குழியில் விழுவான்; குழியின் நடுவிலிருந்து மேலேறுகிறவன் கண்ணியில் அகப்படுவான்; ஏனெனில் உயரத்திலுள்ள ஜன்னல்கள் திறக்கப்பட்டுள்ளன, பூமியின் அஸ்திவாரங்கள் அதிர்கின்றன. பூமி முற்றிலும் நொறுக்கப்பட்டிருக்கிறது; பூமி முழுமையாகச் சிதைந்து போயிருக்கிறது; பூமி மிகவும் கடுமையாக அசைக்கப்பட்டிருக்கிறது. பூமி மதுபானியனைப்போல் தள்ளாடித் தள்ளாடும்; அது ஒரு குடிசையைப்போல் அகற்றப்படும்; அதன் மீறுதல் அதன்மேல் பாரமாக இருக்கும்; அது விழும், இனி எழாது. அந்நாளில், கர்த்தர் உயரத்தில் இருக்கும் உயர்ந்தவர்களின் சேனையையும், பூமியின்மேல் இருக்கும் பூமியின் ராஜாக்களையும் தண்டிப்பார். அவர்கள் குழியில் சிறைக்கைதிகள் சேர்க்கப்படுகிறதுபோல் ஒன்றாகச் சேர்க்கப்பட்டு, சிறைக்காவலில் அடைக்கப்படுவார்கள்; பல நாட்களுக்குப் பிறகு அவர்கள் விசாரிக்கப்படுவார்கள். ஏசாயா 24:17–22.</w:t>
      </w:r>
    </w:p>
    <w:p>
      <w:pPr>
        <w:pStyle w:val="ArticleBody"/>
        <w:jc w:val="left"/>
      </w:pPr>
      <w:r>
        <w:rPr>
          <w:rFonts w:ascii="Nirmala UI" w:hAnsi="Nirmala UI" w:eastAsia="Nirmala UI" w:cs="Nirmala UI"/>
        </w:rPr>
        <w:t>எகிப்துடன் தொடர்புடைய ஆறு தேதிகளால் ஒன்றிணைக்கப்பட்ட எசேக்கியேலின் செய்தி, பூமியிலுள்ள திராகோன் அதிகாரத்தின் இறுதியான அழிவை அடையாளப்படுத்துகிறது; அது விரைவில் வரப்போகும் ஞாயிற்றுக்கிழமைச் சட்டத்தோடு தொடங்கி, ஆயிரவருடத்தின் முடிவில் தீய எகிப்தியரின் இறுதி அழிவுவரை தொடர்ந்து செல்கிறது.</w:t>
      </w:r>
    </w:p>
    <w:p>
      <w:pPr>
        <w:pStyle w:val="ArticleBody"/>
        <w:jc w:val="left"/>
      </w:pPr>
      <w:r>
        <w:rPr>
          <w:rFonts w:ascii="Nirmala UI" w:hAnsi="Nirmala UI" w:eastAsia="Nirmala UI" w:cs="Nirmala UI"/>
        </w:rPr>
        <w:t>தீர்க்கதரிசனச் சாட்சியில், மிருகமும் பொய்த்தீர்க்கதரிசியும் அக்கினிக்கடலில் தங்கள் முடிவை அடைகின்றன; அது கிறிஸ்துவின் இரண்டாம் வருகையைச் சுட்டிக்காட்டுகிறது. ஆனால் வல்லரசான வல்லுநாகத்தின் அக்கினிக்கடல் அழிவு ஆயிரமாண்டு முடிவில் நிகழ்கிறது.</w:t>
      </w:r>
    </w:p>
    <w:p>
      <w:pPr>
        <w:pStyle w:val="ArticleScripture"/>
        <w:jc w:val="left"/>
      </w:pPr>
      <w:r>
        <w:rPr>
          <w:rFonts w:ascii="Nirmala UI" w:hAnsi="Nirmala UI" w:eastAsia="Nirmala UI" w:cs="Nirmala UI"/>
        </w:rPr>
        <w:t>அப்பொழுது அந்த மிருகமும், அதனுடனே அதற்குமுன்பாக அற்புதங்களைச் செய்து, அவைகளினால் மிருகத்தின் முத்திரையைப் பெற்றவர்களையும் அதன் சிலையை வணங்கினவர்களையும் வஞ்சித்த பொய்த்தீர்க்கதரிசியும் பிடிக்கப்பட்டார்கள். இவ்விருவரும் கந்தகம் எரியும் அக்கினிக் கடலிலே உயிரோடே எறியப்பட்டார்கள். மீதியாயிருந்தவர்கள் குதிரையின்மேல் அமர்ந்திருந்தவருடைய வாயிலிருந்து புறப்பட்ட பட்டயத்தினால் கொல்லப்பட்டார்கள்; ஆகாயப் பறவைகளெல்லாம் அவர்களுடைய மாம்சத்தினால் திருப்தியடைந்தன. வெளிப்படுத்தின விசேஷம் 19:20, 21.</w:t>
      </w:r>
    </w:p>
    <w:p>
      <w:pPr>
        <w:pStyle w:val="ArticleBody"/>
        <w:jc w:val="left"/>
      </w:pPr>
      <w:r>
        <w:rPr>
          <w:rFonts w:ascii="Nirmala UI" w:hAnsi="Nirmala UI" w:eastAsia="Nirmala UI" w:cs="Nirmala UI"/>
        </w:rPr>
        <w:t>மிருகமும் பொய்தீர்க்கதரிசியும் தீர்க்கதரிசனரீதியாக கிறிஸ்துவின் இரண்டாம் வருகையில் முடிவுறுகின்றன; ஆனால் திராகன் தன் இறுதிநியதியை ஆயிரம் ஆண்டுகள் கழித்து கிறிஸ்துவின் மூன்றாம் வருகையில் சந்திக்கிறான்.</w:t>
      </w:r>
    </w:p>
    <w:p>
      <w:pPr>
        <w:pStyle w:val="ArticleScripture"/>
        <w:jc w:val="left"/>
      </w:pPr>
      <w:r>
        <w:rPr>
          <w:rFonts w:ascii="Nirmala UI" w:hAnsi="Nirmala UI" w:eastAsia="Nirmala UI" w:cs="Nirmala UI"/>
        </w:rPr>
        <w:t>பின்னும் நான் வானத்திலிருந்து ஒரு தூதன் இறங்கி வருவதைக் கண்டேன்; அவன் கையில் அடியில்லாத பள்ளத்தின் திறவுகோலும் ஒரு பெரிய சங்கிலியும் இருந்தன. அவன் பாம்பாகிய அந்தப் பழைய சர்ப்பத்தையும், பிசாசும் சாத்தானுமாயிருக்கிற அந்த மகா விலங்கையும் பிடித்து, அவனை ஆயிரம் ஆண்டுகள் கட்டினான். பின்னர் அவனை அடியில்லாத பள்ளத்தில் எறிந்து, அவனை அங்கே அடைத்து, அவன் இனி ஜாதிகளை வஞ்சிக்காதபடிக்கு அவன்மேல் ஒரு முத்திரையையும் வைத்தான்; ஆயிரம் ஆண்டுகள் நிறைவடையும் வரையில் அப்படியே இருந்தது; அதன் பின்பு அவன் சிறிது காலம் அவிழ்க்கப்பட வேண்டும். வெளிப்படுத்தின விசேஷம் 20:1–3.</w:t>
      </w:r>
    </w:p>
    <w:p>
      <w:pPr>
        <w:pStyle w:val="ArticleHeading"/>
        <w:jc w:val="left"/>
      </w:pPr>
      <w:r>
        <w:rPr>
          <w:rFonts w:ascii="Nirmala UI" w:hAnsi="Nirmala UI" w:eastAsia="Nirmala UI" w:cs="Nirmala UI"/>
        </w:rPr>
        <w:t>பதினொன்றாம் மற்றும் பன்னிரண்டாம் ஆண்டுகள்</w:t>
      </w:r>
    </w:p>
    <w:p>
      <w:pPr>
        <w:pStyle w:val="ArticleBody"/>
        <w:jc w:val="left"/>
      </w:pPr>
      <w:r>
        <w:rPr>
          <w:rFonts w:ascii="Nirmala UI" w:hAnsi="Nirmala UI" w:eastAsia="Nirmala UI" w:cs="Nirmala UI"/>
        </w:rPr>
        <w:t>எசேக்கியேல் இருபத்தொன்பதாம் அதிகாரத்தில் குறிப்பிடப்பட்டிருக்கும் இரண்டு தேதிகளால் முன்வைக்கப்பட்ட ‘பதினேழு’ ஆண்டுக் காலம், சிறைப்பிடித்துச் செல்லப்பட்டதின் பத்தாம் ஆண்டில் தொடங்கி, இருபத்தேழாம் ஆண்டில் முடிவடைந்தது. முப்பதாம் மற்றும் முப்பத்தொன்றாம் அதிகாரங்களிலுள்ள செய்திகள் பதினொன்றாம் ஆண்டில் வழங்கப்பட்டன; மேலும் முப்பத்திரண்டாம் அதிகாரத்தில் குறிப்பிடப்பட்டிருக்கும் இரண்டு தேதிகளும் சிறைப்பிடித்துச் செல்லப்பட்டதின் பன்னிரண்டாம் ஆண்டில் அளிக்கப்பட்டன. எருசலேமின் முற்றுகையின் தொடக்கக் காலத்தோடு சுமார் ஒத்திருந்த பத்தாம் ஆண்டில் ஆரம்பமான அந்தப் பதினேழு ஆண்டுக் காலத்திற்குப் பின்பு, முப்பதாம் மற்றும் முப்பத்தொன்றாம் அதிகாரங்களில் முன்வைக்கப்பட்ட பதினொன்றாம் ஆண்டின் இரண்டு எகிப்தியச் செய்திகள் தொடர்ந்து வந்தன. ஒன்றாகக் கருதும்போது, பதினொன்றாம் ஆண்டின் அந்த இரண்டு செய்திகள் ஞாயிற்றுக்கிழமைச் சட்டத்திற்கு முந்திய ஒரு செய்தியை பிரதிநிதித்துவப்படுத்துகின்றன. பன்னிரண்டாம் ஆண்டின் மற்ற இரண்டு எகிப்தியச் செய்திகள் கி.மு. 586/585-இல் எருசலேம் அழிக்கப்பட்ட சமயத்தில் அல்லது அதற்கு அடுத்த குறுகிய காலத்திலே நிகழ்ந்தன.</w:t>
      </w:r>
    </w:p>
    <w:p>
      <w:pPr>
        <w:pStyle w:val="ArticleBody"/>
        <w:jc w:val="left"/>
      </w:pPr>
      <w:r>
        <w:rPr>
          <w:rFonts w:ascii="Nirmala UI" w:hAnsi="Nirmala UI" w:eastAsia="Nirmala UI" w:cs="Nirmala UI"/>
        </w:rPr>
        <w:t>கிறிஸ்துவின் வருகையின் செய்தி, ஞாயிற்றுக்கிழமைச் சட்டத்தின் போது மகாசத்தமான கூக்குரலின் செய்தியாக மாறும் நடுநிசிக் கூக்குரலின் செய்தியின் ஒரு பகுதியாக அறிவிக்கப்படுகிறது. ஞாயிற்றுக்கிழமைச் சட்டத்திற்கு முன் எகிப்தைப் பற்றிய இரண்டு செய்திகள் அறிவிக்கப்படுகின்றன; மேலும், ஞாயிற்றுக்கிழமைச் சட்டத்தின் போது அல்லது அதற்குப் பின்னர் உடனேயே எகிப்தைப் பற்றிய இன்னும் இரண்டு செய்திகள் அறிவிக்கப்படுகின்றன. எருசலேமின் அழிவில் உச்சிக்குச் செல்லும் முற்றுகையின் காலத்தில், அதே ஆண்டில் வழங்கப்படும் செய்திகளின் இரட்டிப்பு, மேலும் ஞாயிற்றுக்கிழமைச் சட்டத்தின் போது வழங்கப்படும் அந்த மற்ற இரண்டு செய்திகள்—இவை இரண்டாம் தூதனின் செய்திக்கு முன்மாதிரியாக இருக்கின்றன; அங்கே எப்போதும் ஒரு இரட்டிப்பு இருக்கிறது.</w:t>
      </w:r>
    </w:p>
    <w:p>
      <w:pPr>
        <w:pStyle w:val="ArticleBody"/>
        <w:jc w:val="left"/>
      </w:pPr>
      <w:r>
        <w:rPr>
          <w:rFonts w:ascii="Nirmala UI" w:hAnsi="Nirmala UI" w:eastAsia="Nirmala UI" w:cs="Nirmala UI"/>
        </w:rPr>
        <w:t>இரண்டாம் செய்தியை எப்போதும் மூன்றாம் செய்தி தொடர்ந்து வருகின்றது.</w:t>
      </w:r>
    </w:p>
    <w:p>
      <w:pPr>
        <w:pStyle w:val="ArticleScripture"/>
        <w:jc w:val="left"/>
      </w:pPr>
      <w:r>
        <w:rPr>
          <w:rFonts w:ascii="Nirmala UI" w:hAnsi="Nirmala UI" w:eastAsia="Nirmala UI" w:cs="Nirmala UI"/>
        </w:rPr>
        <w:t>“எழுத்தாலும் குரலாலும் நாம் அந்த அறிவிப்பை முழங்க வேண்டும்; அதின் ஒழுங்கையும், நம்மை மூன்றாம் தூதனின் செய்தியினிடத்திற்கு கொண்டு வரும் தீர்க்கதரிசனங்களின் செயல்பாட்டையும் வெளிப்படுத்திக் காட்ட வேண்டும். முதல் மற்றும் இரண்டாம் இல்லாமல் மூன்றாம் இருக்க முடியாது. இந்தச் செய்திகளை நாம் உலகத்தாருக்குப் பதிப்புகளிலும் உரைகளிலும் அளிக்க வேண்டும்; தீர்க்கதரிசன வரலாற்றின் தொடர்ச்சியில் நிகழ்ந்தவற்றையும் இனி நிகழப்போகிறவற்றையும் காட்டிக்கொண்டு.” Selected Messages, book 2, 104, 105.</w:t>
      </w:r>
    </w:p>
    <w:p>
      <w:pPr>
        <w:pStyle w:val="ArticleBody"/>
        <w:jc w:val="left"/>
      </w:pPr>
      <w:r>
        <w:rPr>
          <w:rFonts w:ascii="Nirmala UI" w:hAnsi="Nirmala UI" w:eastAsia="Nirmala UI" w:cs="Nirmala UI"/>
        </w:rPr>
        <w:t>மூன்றாம் செய்தியின் சமயத்தில் கிருபைக்காலத்தின் வாசல் அடைக்கப்படுகிறது. ஞாயிற்றுக்கிழமைச் சட்டத்தின் சமயத்தில் அமெரிக்க ஐக்கிய நாடுகளுக்காக கிருபைக்காலம் அடைக்கப்படுகிறது; மேலும் மைக்கேல் எழுந்துநிற்கும் போது உலகத்திற்காக கிருபைக்காலம் அடைக்கப்படுகிறது. இந்த இரு அடைக்கப்பட்ட வாசல்களும், எப்போதும் இருமடங்கான செய்தியாக இருக்கும் இரண்டாம் செய்தியால் எப்போதும் முன்னறிவிக்கப்படும் ஒரு மூன்றாம் செய்தியையே குறிக்கின்றன.</w:t>
      </w:r>
    </w:p>
    <w:p>
      <w:pPr>
        <w:pStyle w:val="ArticleBody"/>
        <w:jc w:val="left"/>
      </w:pPr>
      <w:r>
        <w:rPr>
          <w:rFonts w:ascii="Nirmala UI" w:hAnsi="Nirmala UI" w:eastAsia="Nirmala UI" w:cs="Nirmala UI"/>
        </w:rPr>
        <w:t>இரண்டாம் தூதனின் வல்லமையூட்டல், நள்ளிரவுக் கூக்குரலின் செய்தி அதனுடன் இணைக்கப்படும் போது நிறைவேறுகிறது. எசேக்கியேல் முப்பதாம் மற்றும் முப்பத்தொன்றாம் அதிகாரங்களில் எகிப்தின் மேல் அறிவித்த தீர்ப்புகளால் பிரதிநிதித்துவப்படுத்தப்பட்டபடி, மனிதகுலத்தின் மேல் உச்சரிக்கப்பட்ட அந்த இரண்டு செய்திகள், நள்ளிரவுக் கூக்குரலின் செய்தி இரண்டாம் தூதனுடன் எப்போது இணைகிறது என்பதை அடையாளப்படுத்துகின்றன; மேலும், முப்பத்திரண்டாம் அதிகாரத்தின் இரண்டு செய்திகள், உரத்தக் கூக்குரலில் மூன்றாம் தூதனின் வல்லமையூட்டலை அடையாளப்படுத்துகின்றன.</w:t>
      </w:r>
    </w:p>
    <w:p>
      <w:pPr>
        <w:pStyle w:val="ArticleBody"/>
        <w:jc w:val="left"/>
      </w:pPr>
      <w:r>
        <w:rPr>
          <w:rFonts w:ascii="Nirmala UI" w:hAnsi="Nirmala UI" w:eastAsia="Nirmala UI" w:cs="Nirmala UI"/>
        </w:rPr>
        <w:t>மனிதச் சம்பவங்களின் சிக்கலான பரஸ்பரச் செயல்பாட்டை எடுத்துக்காட்டும் எசேக்கியேலின் சக்கரங்கள், மனிதகுலத்திற்கான கடைசி எச்சரிக்கையை அடையாளப்படுத்துகின்றன; அது மூன்றாம் தூதனுடைய எச்சரிக்கையாகும்; மேலும் அந்த மூன்றாம் தூதன், முதல் மற்றும் இரண்டாம் தூதர்களின் எச்சரிக்கைகளால் அமைந்தவனாக இருக்கிறான். ஞாயிற்றுக்கிழமைச் சட்டத்துக்கு முன்பான நடுநிசி முழக்கமும், ஞாயிற்றுக்கிழமைச் சட்டத்துக்குப் பிந்தைய மகத்தான முழக்கமும், தானியேல் பதினொன்றாம் அதிகாரம் நாற்பதாம் வசனத்தின் மறைக்கப்பட்ட வரலாறுடன் ஒத்திசையும், அதே அதிகாரத்தின் பதினொன்று முதல் பதினாறு வரையிலான வசனங்களில் எடுத்துக்காட்டப்பட்டபடியே, இருபத்தொன்பதாம் அதிகாரத்தின் ஆல்பா மற்றும் ஓமேகா தேதிகளுக்குரிய ‘பதினேழு’ ஆண்டுகளுக்குள் அமைந்துள்ள எசேக்கியேலின் நான்கு தேதிகளால் பிரதிநிதித்துவப்படுத்தப்படுகின்றன.</w:t>
      </w:r>
    </w:p>
    <w:p>
      <w:pPr>
        <w:pStyle w:val="ArticleBody"/>
        <w:jc w:val="left"/>
      </w:pPr>
      <w:r>
        <w:rPr>
          <w:rFonts w:ascii="Nirmala UI" w:hAnsi="Nirmala UI" w:eastAsia="Nirmala UI" w:cs="Nirmala UI"/>
        </w:rPr>
        <w:t>தானியேல் பத்தாம் அதிகாரத்தில், எசேக்கியேலைப் போலவே, தானியேல் பேசமுடியாதவனாக்கப்படுகிறார். தானியேலின் இந்த மௌனம் மூன்று தொடுதல்களின் நடுவில் ஏற்படுகிறது; முதல் மற்றும் மூன்றாம் தொடுதல்கள் காபிரியேல் தூதனால் வந்தவை, நடுவிலிருந்த தொடுதல் கிறிஸ்துவின் தொடுதல் ஆகும். சிலுவைக்கும் கெய்சரியா-பிலிப்பிக்கும் இடைப்பட்ட நிலையில் இருந்த பேதுருவைப் போலவே, தானியேலும் நடுவில் இருக்கிறார். அந்த நடுவில் பேதுரு மகிமைப்படுத்தப்பட்ட கிறிஸ்துவைக் கண்டார்; அதுபோலவே தானியேலும் பத்தாம் அதிகாரத்தில் கண்டார். இந்த மூன்று தூதர்களில் நடுவிலுள்ளவன் இரண்டாம் செய்தியாகும்; அது இரண்டு செய்திகளின் இணைப்பாகும்.</w:t>
      </w:r>
    </w:p>
    <w:p>
      <w:pPr>
        <w:pStyle w:val="ArticleHeading"/>
        <w:jc w:val="left"/>
      </w:pPr>
      <w:r>
        <w:rPr>
          <w:rFonts w:ascii="Nirmala UI" w:hAnsi="Nirmala UI" w:eastAsia="Nirmala UI" w:cs="Nirmala UI"/>
        </w:rPr>
        <w:t>4ஆம் மாதத்தின் 5ஆம் நாள் &amp; 1844</w:t>
      </w:r>
    </w:p>
    <w:p>
      <w:pPr>
        <w:pStyle w:val="ArticleBody"/>
        <w:jc w:val="left"/>
      </w:pPr>
      <w:r>
        <w:rPr>
          <w:rFonts w:ascii="Nirmala UI" w:hAnsi="Nirmala UI" w:eastAsia="Nirmala UI" w:cs="Nirmala UI"/>
        </w:rPr>
        <w:t>எசேக்கியேல் முதல் அதிகாரத்தின் ஒன்று, இரண்டு வசனங்களில், எசேக்கியேல் நான்காம் மாதத்தின் ஐந்தாம் நாளில் இருக்கிறார்; இது 1844-ஆம் ஆண்டின் ஏழாம் மாத இயக்கத்தின் நடுப்பகுதியுடன் ஒத்துப்போகிறது. எசேக்கியேல், 1844 ஏப்ரல் 19 மற்றும் அக்டோபர் 22 ஆகிய தேதிகளுக்கிடையில் நடுப்பகுதியில் இருக்கிறார்; அதுபோலவே, 1844-ஆம் ஆண்டின் நள்ளிரவின் கூக்குரலின் தூதனான சாமுவேல் ஸ்னோவும், பாஸ்டனில் அந்தச் செய்தியின் முதல் தெளிவான காட்சியை முன்வைத்தபோது, 1844 ஏப்ரல் 19-க்குப் பின்பு 93 நாட்களிலும், 1844 அக்டோபர் 22 அன்று கதவு மூடப்படுவதற்கு முன்பு 93 நாட்களிலும், நடுப்பகுதியில் இருந்தார். சாமுவேல் ஸ்னோ, 1844 ஜூலை 21 அன்று, ஏழாம் மாத இயக்கத்தின் நடுப்பகுதியில், உருவமாற்ற மலைமேல் பேதுருவோடும், பதினேழாம் யூபிலி சுழற்சியின் முப்பதாம் ஆண்டில் எசேக்கியேலோடும், பத்தாம் அதிகாரத்தின் கண்ணாடித் தரிசனத்தின்போது தானியேலின் இரண்டாம் தொடுதலோடும், தீர்க்கதரிசனரீதியாக நின்றுகொண்டிருந்ததை அறியாமல், பாஸ்டனில் இருந்தார். 2026 என்பது 2028-இல் நிறைவுபெறும் எழுபதாம் யூபிலி சுழற்சியின் நாற்பத்தேழாம் ஆண்டைக் குறிக்கிறது.</w:t>
      </w:r>
    </w:p>
    <w:p>
      <w:pPr>
        <w:pStyle w:val="ArticleHeading"/>
        <w:jc w:val="left"/>
      </w:pPr>
      <w:r>
        <w:rPr>
          <w:rFonts w:ascii="Nirmala UI" w:hAnsi="Nirmala UI" w:eastAsia="Nirmala UI" w:cs="Nirmala UI"/>
        </w:rPr>
        <w:t>தூர்</w:t>
      </w:r>
    </w:p>
    <w:p>
      <w:pPr>
        <w:pStyle w:val="ArticleBody"/>
        <w:jc w:val="left"/>
      </w:pPr>
      <w:r>
        <w:rPr>
          <w:rFonts w:ascii="Nirmala UI" w:hAnsi="Nirmala UI" w:eastAsia="Nirmala UI" w:cs="Nirmala UI"/>
        </w:rPr>
        <w:t>எசேக்கியேல் எருசலேமைப் பற்றிக் குறிப்பிட்டுள்ள ஆறு இடங்களின் காலக்குறிப்புகளுக்குத் திரும்புவதற்கு முன், தீருவுக்கு விரோதமாக அறிவிக்கப்பட்டிருந்த அந்த ஒரே தேதியை நாம் முதலில் அடையாளம் காண வேண்டும்.</w:t>
      </w:r>
    </w:p>
    <w:p>
      <w:pPr>
        <w:pStyle w:val="ArticleScripture"/>
        <w:jc w:val="left"/>
      </w:pPr>
      <w:r>
        <w:rPr>
          <w:rFonts w:ascii="Nirmala UI" w:hAnsi="Nirmala UI" w:eastAsia="Nirmala UI" w:cs="Nirmala UI"/>
        </w:rPr>
        <w:t>பதினொன்றாம் ஆண்டில், மாதத்தின் முதலாம் நாளில், கர்த்தருடைய வார்த்தை எனக்குண்டாகி, அவர் சொல்லியது: மனுபுத்திரனே, தீரு எருசலேமுக்கு விரோதமாக, “ஆஹா, ஜனங்களின் வாசலாயிருந்த அவள் உடைக்கப்பட்டாள்; அவள் என்னிடமாகத் திரும்பினாள்; இப்போது அவள் பாழாக்கப்பட்டதால் நான் நிறைவுபெறுவேன்” என்று சொன்னபடியால், ஆகையால் கர்த்தராகிய ஆண்டவர் இவ்வாறு சொல்லுகிறார்: இதோ, தீருவே, நான் உனக்கு விரோதமாக இருக்கிறேன்; கடல் தன் அலைகளை எழும்பப்பண்ணுகிறதுபோல, பல ஜாதிகள் உன்மேல் எழும்பிவரும்படி செய்வேன். அவர்கள் தீருவின் மதில்களை அழித்து, அவளுடைய கோபுரங்களை இடித்துப்போடுவார்கள்; அவள்மேலிருந்து அவளுடைய தூசியையும் நான் வழித்தெறிந்து, அவளை வெறும் கன்மலையின் உச்சிபோல ஆக்குவேன். அவள் கடலின் நடுவில் வலைகளை விரிக்கும் இடமாக இருக்கும்; ஏனெனில் நான் இதைச் சொன்னேன் என்று கர்த்தராகிய ஆண்டவர் உரைக்கிறார்; அவள் ஜாதிகளுக்குக் கொள்ளையாயிருப்பாள். வெளியில் இருக்கிற அவளுடைய குமாரத்திகள் பட்டயத்தினால் கொல்லப்படுவார்கள்; அப்பொழுது நான் கர்த்தர் என்று அவர்கள் அறிந்துகொள்வார்கள். கர்த்தராகிய ஆண்டவர் இவ்வாறு சொல்லுகிறார்: இதோ, நான் வடதிசையிலிருந்து பாபிலோன் ராஜாவாகிய நேபுகாதிரேச்சார் என்ற ராஜாதி ராஜாவை, குதிரைகளோடும், இரதங்களோடும், குதிரைவீரரோடும், படைத்திரளோடும், மிகுந்த ஜனக்கூட்டத்தோடும் தீருவின்மேல் வரப்பண்ணுவேன்.</w:t>
      </w:r>
    </w:p>
    <w:p>
      <w:pPr>
        <w:pStyle w:val="ArticleScripture"/>
        <w:jc w:val="left"/>
      </w:pPr>
      <w:r>
        <w:rPr>
          <w:rFonts w:ascii="Nirmala UI" w:hAnsi="Nirmala UI" w:eastAsia="Nirmala UI" w:cs="Nirmala UI"/>
        </w:rPr>
        <w:t>வெளியில் இருக்கிற உன் குமாரத்திகளை அவன் பட்டயத்தினால் கொன்றுபோடுவான்; உனக்கு விரோதமாகக் கோட்டையைக் கட்டுவான்; உனக்கு விரோதமாக மேடுபோடுவான்; உனக்கு விரோதமாகக் கேடயத்தை உயர்த்துவான். உன் மதில்களுக்கு விரோதமாகப் போரிடும் இயந்திரங்களை நிறுத்துவான்; தன் கோடாரிகளினால் உன் கோபுரங்களை இடித்துக்கீழே போடுவான். அவன் குதிரைகள் பெருகியிருப்பதினால் எழும் தூசி உன்னை மூடிவிடும்; அவன் குதிரைவீரர்களின் சத்தத்தினாலும், சக்கரங்களின் சத்தத்தினாலும், இரதங்களின் இரைச்சலினாலும், உடைப்பு செய்யப்பட்ட நகரத்திற்குள் மனிதர் புகுகிறதுபோல அவன் உன் வாசல்களுக்குள் புகும்போது, உன் மதில்கள் அதிரும். அவன் குதிரைகளின் குளம்புகளினால் உன் எல்லா வீதிகளையும் மிதித்துப்போடுவான்; உன் ஜனங்களைப் பட்டயத்தினால் கொன்றுபோடுவான்; உன் பலமான கோட்டைகள் தரையோடு சரிந்துபோம். அவர்கள் உன் ஐசுவரியங்களைச் சூறையாடி, உன் வாணிபத்தை இரையாக்குவார்கள்; அவர்கள் உன் மதில்களை இடித்துப்போட்டு, உன் இன்பமான வீடுகளை அழித்துப்போடுவார்கள்; உன் கற்களையும், உன் மரங்களையும், உன் தூசியையும் தண்ணீரின் நடுவில் போடுவார்கள். உன் பாடல்களின் சத்தத்தை நான் ஒழியப்பண்ணுவேன்; உன் வீணைகளின் ஓசை இனி கேட்கப்படாது. உன்னை நான் கன்மலையின் உச்சிபோலாக்குவேன்; வலைகளை விரிப்பதற்கான இடமாக இருப்பாய்; இனி நீ கட்டப்படமாட்டாய்; கர்த்தராகிய நான் இதைச் சொன்னேன் என்று கர்த்தராகிய ஆண்டவர் சொல்லுகிறார்.</w:t>
      </w:r>
    </w:p>
    <w:p>
      <w:pPr>
        <w:pStyle w:val="ArticleScripture"/>
        <w:jc w:val="left"/>
      </w:pPr>
      <w:r>
        <w:rPr>
          <w:rFonts w:ascii="Nirmala UI" w:hAnsi="Nirmala UI" w:eastAsia="Nirmala UI" w:cs="Nirmala UI"/>
        </w:rPr>
        <w:t>கர்த்தராகிய ஆண்டவர் தீருவுக்குச் சொல்லுவது இதுவே: உன் வீழ்ச்சியின் சத்தத்தினாலே, உன் நடுவில் கொலை நிகழ்ந்து, காயம்பட்டவர்கள் அலறுகிறபோது, தீவுகள் நடுங்காதோ? அப்பொழுது சமுத்திரத்தின் எல்லா அதிபதிகளும் தங்கள் சிங்காசனங்களிலிருந்து இறங்கி, தங்கள் மேலுடைகளை கழற்றி, தங்கள் பொறிக்கப்பட்ட வஸ்திரங்களை நீக்கிவிடுவார்கள்; அவர்கள் நடுக்கத்தை உடுத்திக்கொள்வார்கள்; அவர்கள் தரையில் உட்கார்ந்து, ஒவ்வொரு கணமும் நடுங்கி, உன்னைப் பார்த்து திகைப்பார்கள். அவர்கள் உன்னைப்பற்றி ஒரு புலம்பலை எழுப்பி, உன்னிடத்தில்: கடல் பயணிகள் குடியிருந்த, புகழ்பெற்ற நகரமாயிருந்த நீ எவ்வாறு அழிந்துபோனாய்! கடலில் வல்லமையாயிருந்த அவளும் அவளுடைய குடியிருந்தவர்களும், அதில் வாசம்பண்ணுகிற எல்லார்மேலும் தங்கள் பயங்கரத்தைக் கொண்டுவந்தவர்களாயிருந்தார்கள்! என்று சொல்லுவார்கள். இப்போது உன் வீழ்ச்சியின் நாளில் தீவுகள் நடுங்கும்; ஆம், சமுத்திரத்திலிருக்கும் தீவுகள் உன் புறப்படுதலினால் கலங்கும். ஏனெனில் கர்த்தராகிய ஆண்டவர் சொல்லுவது இதுவே: நான் உன்னை மக்கள் வாசமில்லாத நகரங்களைப்போல பாழான நகரமாக்கும்போது; நான் ஆழத்தை உன்மேல் எழும்பப்பண்ணி, பெருவெள்ளங்கள் உன்னை மூடும்போது; நான் உன்னை குழிக்குள் இறங்குகிறவர்களோடும், பண்டைய காலத்தின் ஜனங்களோடும் கீழிறக்கி, நீ குடியிருக்காதபடிக்கு, குழிக்குள் இறங்குகிறவர்களோடு, பூமியின் கீழ்ப்பகுதிகளில், பண்டைய காலத்திலிருந்தே பாழாயிருந்த இடங்களில் உன்னை நிறுத்தி, ஜீவனுள்ளோரின் தேசத்தில் மகிமையை நிலைநிறுத்தும்போது; நான் உன்னை பயங்கரமாக்குவேன், நீ இனி இருக்கமாட்டாய்; உன்னைத் தேடினாலும், நீ இனி ஒருபோதும் காணப்படமாட்டாய் என்று கர்த்தராகிய ஆண்டவர் சொல்லுகிறார். எசேக்கியேல் 26:1–21.</w:t>
      </w:r>
    </w:p>
    <w:p>
      <w:pPr>
        <w:pStyle w:val="ArticleBody"/>
        <w:jc w:val="left"/>
      </w:pPr>
      <w:r>
        <w:rPr>
          <w:rFonts w:ascii="Nirmala UI" w:hAnsi="Nirmala UI" w:eastAsia="Nirmala UI" w:cs="Nirmala UI"/>
        </w:rPr>
        <w:t>எருசலேம் அழிக்கப்பட்ட ஆண்டில் தீருவைப் பற்றிய செய்தி அறிவிக்கப்பட்டது; அது விரைவில் வரவிருக்கும் ஞாயிற்றுக்கிழமைச் சட்டத்தின் போது வேதாகமத் தீர்க்கதரிசனத்தின் ஆறாவது இராச்சியம் வீழ்த்தப்படுவதைக் குறிக்கிறது. ஞாயிற்றுக்கிழமைச் சட்டத்தின் போது, அமெரிக்க ஐக்கிய நாடுகள் (தீரு) தீர்க்கதரிசனரீதியாக மகிழ்கிறது; ஏனெனில் அது எருசலேமைக் கவிழ்த்துவிட்டது. அந்த எருசலேமையே சகோதரி வைட், லவோதிக்கேயா நிலையிலுள்ள ஏழாம் நாள் அட்வென்டிஸ்ட் திருச்சபை என்று அடையாளப்படுத்துகிறார்; அதையே எசேக்கியேல் “ஜனங்களின் வாசல்கள்” என்று அழைக்கிறார். தீரு, எருசலேம் “இருந்தது” ஜனங்களின் வாசல்கள் என்று இறந்தகாலத்தில் சுட்டிக்காட்டுகிறது. தீர்க்கதரிசனரீதியாக ஒரு “வாசல்” என்பது ஒரு திருச்சபையாகும்.</w:t>
      </w:r>
    </w:p>
    <w:p>
      <w:pPr>
        <w:pStyle w:val="ArticleScripture"/>
        <w:jc w:val="left"/>
      </w:pPr>
      <w:r>
        <w:rPr>
          <w:rFonts w:ascii="Nirmala UI" w:hAnsi="Nirmala UI" w:eastAsia="Nirmala UI" w:cs="Nirmala UI"/>
        </w:rPr>
        <w:t>அவன் பயந்துகொண்டு, “இந்த இடம் எவ்வளவு பயங்கரமானது! இது தேவனுடைய வீட்டைத் தவிர வேறொன்றும் அல்ல; இதுவே வானத்தின் வாசல்” என்றான். யாக்கோபு காலையிலேயே எழுந்து, தன் தலையணையாக வைத்திருந்த கல்லை எடுத்து, அதை ஒரு தூணாக நிறுத்தி, அதன் மேல் எண்ணெய் ஊற்றினான். அந்த இடத்திற்குப் பேத்தேல் என்று பெயரிட்டான்; ஆனால் முன்பு அந்த நகரத்தின் பெயர் லூஸ் எனப்பட்டது. ஆதியாகமம் 28:17–19.</w:t>
      </w:r>
    </w:p>
    <w:p>
      <w:pPr>
        <w:pStyle w:val="ArticleBody"/>
        <w:jc w:val="left"/>
      </w:pPr>
      <w:r>
        <w:rPr>
          <w:rFonts w:ascii="Nirmala UI" w:hAnsi="Nirmala UI" w:eastAsia="Nirmala UI" w:cs="Nirmala UI"/>
        </w:rPr>
        <w:t>“பெத்தேல்” என்ற சொல்லின் பொருள் தேவனுடைய வீடு என்பதாகும்; மேலும், சூரிய வழிபாட்டை அமல்படுத்துவதை லவோதிக்கேய ஏழாம் நாள் அட்வென்டிஸ்ட் சபை ஏற்றுக்கொள்ளும்படி தாம் கட்டாயப்படுத்தியதாக தீரு மகிழ்கிறது. ஆனால், சூரிய வழிபாட்டை அமல்படுத்துகிறவர்களின் வழிதவறிய கொண்டாட்டத்தைக் பொருட்படுத்தாமல், தேவன் எசேக்கியேலின் மூலம், “தீருவே, இதோ, நான் உனக்கு விரோதமாக இருக்கிறேன்; கடல் தன் அலைகளை எழும்பப்பண்ணுகிறதுபோல, பல ஜாதிகள் உனக்கு விரோதமாக எழும்பிவரும்படி செய்வேன். அவர்கள் தீருவின் மதில்களை அழித்து, அவளுடைய கோபுரங்களை இடித்துப்போடுவார்கள்” என்று அறிவிக்கிறார்.</w:t>
      </w:r>
    </w:p>
    <w:p>
      <w:pPr>
        <w:pStyle w:val="ArticleBody"/>
        <w:jc w:val="left"/>
      </w:pPr>
      <w:r>
        <w:rPr>
          <w:rFonts w:ascii="Nirmala UI" w:hAnsi="Nirmala UI" w:eastAsia="Nirmala UI" w:cs="Nirmala UI"/>
        </w:rPr>
        <w:t>“தீருவின் மதில்கள்” என்பது தீருவின் பாதுகாப்பைக் குறிக்கின்றன. “மதில்” என்பது பத்துக் கற்பனைகளின் சின்னமாகும்.</w:t>
      </w:r>
    </w:p>
    <w:p>
      <w:pPr>
        <w:pStyle w:val="ArticleScripture"/>
        <w:jc w:val="left"/>
      </w:pPr>
      <w:r>
        <w:rPr>
          <w:rFonts w:ascii="Nirmala UI" w:hAnsi="Nirmala UI" w:eastAsia="Nirmala UI" w:cs="Nirmala UI"/>
        </w:rPr>
        <w:t>“இங்கு தீர்க்கதரிசி, சத்தியத்திலிருந்தும் நீதியிலிருந்தும் பொதுவான விலகல் நிலவும் காலத்தில், தேவனுடைய ராஜ்யத்தின் அஸ்திவாரமாகிய கொள்கைகளை மீள நிறுவத் தேடுகிற ஒரு ஜனத்தை விவரிக்கிறார். அவர்கள் தேவனுடைய நியாயப்பிரமாணத்தில் உண்டாக்கப்பட்ட பிளவைச் சீர்செய்கிறவர்கள்—தம் தேர்ந்தெடுத்தவர்களின் பாதுகாப்பிற்காக அவர் அவர்களைச் சுற்றி அமைத்த சுவரையும், நியாயம், சத்தியம், பரிசுத்தம் ஆகியவற்றின் அதன் கட்டளைகளுக்குக் கீழ்ப்படிதலே அவர்களுக்குத் தொடர்ந்த பாதுகாப்பாயிருக்க வேண்டியது ஆகும்.” Prophets and Kings, 677.</w:t>
      </w:r>
    </w:p>
    <w:p>
      <w:pPr>
        <w:pStyle w:val="ArticleBody"/>
        <w:jc w:val="left"/>
      </w:pPr>
      <w:r>
        <w:rPr>
          <w:rFonts w:ascii="Nirmala UI" w:hAnsi="Nirmala UI" w:eastAsia="Nirmala UI" w:cs="Nirmala UI"/>
        </w:rPr>
        <w:t>தேவனுடைய நியாயப்பிரமாணம் ஒரு பாதுகாப்புச் சுவராகும்; ஆனால் பன்மையில் கூறப்படும் சுவர்கள், ஐக்கிய அமெரிக்காவின் குடியரசுக் கொம்பிற்கான ஒரு அடையாளமாகிய தீருவின் செழிப்பையும் வெற்றியையும் ‘பாதுகாத்து’ உண்டாக்கிய இரண்டு கொள்கைகளைச் சுட்டிக்காட்டுகின்றன.</w:t>
      </w:r>
    </w:p>
    <w:p>
      <w:pPr>
        <w:pStyle w:val="ArticleScripture"/>
        <w:jc w:val="left"/>
      </w:pPr>
      <w:r>
        <w:rPr>
          <w:rFonts w:ascii="Nirmala UI" w:hAnsi="Nirmala UI" w:eastAsia="Nirmala UI" w:cs="Nirmala UI"/>
        </w:rPr>
        <w:t>“‘அவனுக்குப் ஆட்டுக்குட்டியைப்போல இரண்டு கொம்புகள் இருந்தன.’ ஆட்டுக்குட்டியை ஒத்த அந்தக் கொம்புகள் இளமை, குற்றமின்மை, சாந்தம் ஆகியவற்றைக் குறிக்கின்றன; 1798-இல் ‘மேலெழுந்துவருகிறது’ என்று தீர்க்கதரிசிக்கு வெளிப்படுத்தப்பட்ட சமயத்தில் அமெரிக்க ஐக்கிய நாடுகளின் குணநலன்களை அவை மிகச் சரியாக பிரதிநிதித்துவப்படுத்துகின்றன. முதலில் அமெரிக்காவிற்குத் தப்பிச் சென்று, அரச ஒடுக்குமுறையிலும் ஆசாரியரின் சகிப்பின்மையிலும் இருந்து அடைக்கலம் தேடிய கிறிஸ்தவ அகதிகளில், குடியியல் மற்றும் மதச் சுதந்திரத்தின் விசாலமான அஸ்திவாரத்தின் மேல் ஒரு அரசாங்கத்தை நிறுவத் தீர்மானித்த பலர் இருந்தனர். அவர்களுடைய கருத்துக்கள் சுதந்திர அறிவிப்பில் இடம்பிடித்தன; அது ‘அனைத்து மனிதரும் சமமாகப் படைக்கப்பட்டிருக்கிறார்கள்’ என்றும், ‘ஜீவன், சுதந்திரம், மகிழ்ச்சியை நாடுதல்’ ஆகியவற்றிற்கான அகற்றமுடியாத உரிமையால் அவர்களுக்கு அருளப்பெற்றுள்ளனர் என்றும் கூறும் மகத்தான சத்தியத்தை முன்வைக்கிறது. மேலும், மக்களின் வாக்குகளால் தேர்ந்தெடுக்கப்படும் பிரதிநிதிகள் சட்டங்களை இயற்றி நிர்வகிக்க வேண்டும் என்று ஏற்பாடு செய்து, அரசியலமைப்பு மக்களுக்கு தன்னாட்சியின் உரிமையை உத்தரவாதப்படுத்துகிறது. மத நம்பிக்கையின் சுதந்திரமும் அளிக்கப்பட்டது; ஒவ்வொருவரும் தமது மனச்சாட்சியின் உந்துதலின்படி தேவனை ஆராதிக்க அனுமதிக்கப்பட்டனர். குடியரசுத் தத்துவமும் புராட்டஸ்டண்டிசமும் அந்த ஜாதியின் அடிப்படைக் கொள்கைகளாயின. இக்கொள்கைகளே அதன் வல்லமையும் செழிப்பும் ஆகியவற்றின் இரகசியமாகும். கிறிஸ்தவ உலகமெங்கும் ஒடுக்கப்பட்டும் தாழ்த்தப்பட்டும் இருந்தவர்கள் இந்நாட்டை ஆர்வத்துடனும் நம்பிக்கையுடனும் நோக்கினர். கோடிக்கணக்கானோர் அதன் கரைகளை நாடி வந்தனர்; அமெரிக்க ஐக்கிய நாடுகள் பூமியின் மிக வல்லமையுள்ள ஜாதிகளில் ஒன்றாக உயர்ந்தது. …”</w:t>
      </w:r>
    </w:p>
    <w:p>
      <w:pPr>
        <w:pStyle w:val="ArticleScripture"/>
        <w:jc w:val="left"/>
      </w:pPr>
      <w:r>
        <w:rPr>
          <w:rFonts w:ascii="Nirmala UI" w:hAnsi="Nirmala UI" w:eastAsia="Nirmala UI" w:cs="Nirmala UI"/>
        </w:rPr>
        <w:t>இந்தச் சின்னத்தின் ஆட்டுக்குட்டியை ஒத்த கொம்புகளும் நாகத்தின் குரலும், இவ்வாறு பிரதிநிதித்துவப்படுத்தப்படும் ஜாதியின் வெளிப்படையான அறிவிப்புகளுக்கும் அதன் நடைமுறைக்கும் இடையில் உள்ள கண்கொள்ளாக் முரண்பாட்டைச் சுட்டிக்காட்டுகின்றன. அந்த ஜாதியின் “பேசுதல்” என்பது அதன் சட்டமன்ற மற்றும் நீதித்துறை அதிகாரிகளின் செயல்பாடாகும். அத்தகைய செயல்மூலம், தன் அரசியல் நெறியின் அஸ்திவாரமாக முன்வைத்துள்ள அந்தத் தாராளமான மற்றும் சமாதானமான கொள்கைகளையே அது பொய்யாக்கும். அது “நாகம்போல” பேசும் என்றும் “முதல் மிருகத்தின் முழு அதிகாரத்தையும்” செலுத்தும் என்றும் கூறப்படும் முன்னறிவிப்பு, நாகத்தினாலும் சிறுத்தையை ஒத்த மிருகத்தினாலும் பிரதிநிதித்துவப்படுத்தப்பட்ட ஜாதிகள் வெளிப்படுத்திய சகிப்பின்மையும் துன்புறுத்தலும் நிறைந்த ஆவியின் வளர்ச்சியைத் தெளிவாக முன்னறிவிக்கிறது. மேலும், இரண்டு கொம்புகளையுடைய மிருகம் “பூமியையும் அதில் குடியிருப்பவர்களையும் முதல் மிருகத்தை வணங்கச் செய்கிறது” என்ற அறிக்கை, பாப்பாட்சிக்கு மரியாதை செலுத்தும் செயல் ஆகும் ஒரு குறிப்பிட்ட அனுஷ்டானத்தை அமல்படுத்துவதில் இந்த ஜாதியின் அதிகாரம் செலுத்தப்படும் என்பதைச் சுட்டிக்காட்டுகிறது.</w:t>
      </w:r>
    </w:p>
    <w:p>
      <w:pPr>
        <w:pStyle w:val="ArticleScripture"/>
        <w:jc w:val="left"/>
      </w:pPr>
      <w:r>
        <w:rPr>
          <w:rFonts w:ascii="Nirmala UI" w:hAnsi="Nirmala UI" w:eastAsia="Nirmala UI" w:cs="Nirmala UI"/>
        </w:rPr>
        <w:t>“அத்தகைய நடவடிக்கை இந்த அரசாங்கத்தின் கோட்பாடுகளுக்கும், அதன் சுதந்திர நிறுவனங்களின் இயல்புக்கும், சுதந்திர அறிவிப்பின் நேரடியும் மிக்க கம்பீரமுமான அறிவிப்புகளுக்கும், அரசியலமைப்பிற்கும் முற்றிலும் முரணானதாக இருக்கும். தேசத்தின் நிறுவியவர்கள், திருச்சபை தரப்பில் மதச்சார்பற்ற அதிகாரம் பயன்படுத்தப்படுவதற்கு எதிராக, அதனால் தவிர்க்க முடியாமல் விளையும் விளைவுகளாகிய அகிப்பொறாமையும் துன்புறுத்தலையும் தடுக்க, ஞானத்தோடு பாதுகாப்பு ஏற்படுத்த முயன்றனர். அரசியலமைப்பு, ‘மதத்தை நிறுவுவதைக் குறித்து, அல்லது அதன் சுதந்திரமான நடத்தையைத் தடைசெய்வதைக் குறித்து, காங்கிரஸ் எந்தச் சட்டத்தையும் இயற்றக்கூடாது’ என்றும், ‘ஐக்கிய அமெரிக்காவின் கீழ் எந்த அலுவலகத்திற்கும் அல்லது பொது நம்பிக்கைக்குரிய பதவிக்கும் தகுதியாக எந்த மதச் சோதனையும் ஒருபோதும் கோரப்படக்கூடாது’ என்றும் நிர்ணயிக்கிறது. தேசத்தின் சுதந்திரத்திற்கான இப்பாதுகாப்புகளை வெளிப்படையாக மீறுவதினாலன்றி, எந்த மதக் கடைப்பிடிப்பும் சிவில் அதிகாரத்தால் அமல்படுத்தப்பட முடியாது. ஆனால் இத்தகைய நடவடிக்கையின் முரண்பாடு, அந்தச் சின்னத்தில் காண்பிக்கப்படுகிற அளவிற்கு மிகுதியானதல்ல. அது ஆட்டுக்குட்டியை ஒத்த கொம்புகளையுடைய மிருகம்—வெளிப்படையான ஒப்புதலில் தூய்மையானதும், சாந்தமானதும், தீங்கற்றதும் ஆன அது—திராகோனைப்போல் பேசுகிறது.” The Great Controversy, 441, 442.</w:t>
      </w:r>
    </w:p>
    <w:p>
      <w:pPr>
        <w:pStyle w:val="ArticleBody"/>
        <w:jc w:val="left"/>
      </w:pPr>
      <w:r>
        <w:rPr>
          <w:rFonts w:ascii="Nirmala UI" w:hAnsi="Nirmala UI" w:eastAsia="Nirmala UI" w:cs="Nirmala UI"/>
        </w:rPr>
        <w:t>அமெரிக்க ஐக்கிய நாடுகளின் அடித்தளம், முறையே புராட்டஸ்டண்டுத்துவத்தையும் குடியரசுக் கொள்கையையும் பிரதிநிதித்துவப்படுத்தும் சுதந்திரப் பிரகடனமும் அரசியலமைப்பும் மூலம் சுட்டிக்காட்டப்படுகிறது. பாதுகாப்பும் செழிப்பும் அளிக்கும் “மதில்கள்” குடியரசுக் கொள்கையும் புராட்டஸ்டண்டுத்துவமும் ஆகும்; ஞாயிறு சட்டத்தின் வேளையில், சுதந்திரப் பிரகடனத்தினதும் அரசியலமைப்பினதும் கொள்கைகள் இரண்டும் புரட்டிவிடப்படுகின்றன; ஏனெனில் நேபுகாத்நேச்சார் “உன் மதில்களுக்கு விரோதமாய் யுத்தயந்திரங்களை நிறுத்தி, தன் கோடாரிகளால் உன் கோபுரங்களை இடித்துப்போடுவான்.”</w:t>
      </w:r>
    </w:p>
    <w:p>
      <w:pPr>
        <w:pStyle w:val="ArticleBody"/>
        <w:jc w:val="left"/>
      </w:pPr>
      <w:r>
        <w:rPr>
          <w:rFonts w:ascii="Nirmala UI" w:hAnsi="Nirmala UI" w:eastAsia="Nirmala UI" w:cs="Nirmala UI"/>
        </w:rPr>
        <w:t>ஞாயிற்றுக்கிழமைச் சட்டத்தின் வேளையில் எல்லா “கோபுரங்களும்” இடிக்கப்படுகின்றன; மேலும், ஒரு கோபுரம் என்பது, மனிதன் தன்னைத் தானே இரட்சித்துக்கொள்ளும் முயற்சியால் பிரதிநிதித்துவப்படுத்தப்படும் அடிப்படைத் தத்துவத்தைக் கொண்ட ஒரு சபையின் அடையாளமாகும். மகா கலகக்காரனான நிம்ரோத் மற்றும் அவனுடைய கோபுரத்தைப் பற்றி Prophets and Kings நூலில் நமக்கு இவ்வாறு அறிவிக்கப்படுகிறது: “கோபுரம் ஓரளவு கட்டி முடிக்கப்பட்டபோது, அதன் ஒரு பகுதி கட்டுபவர்களுக்கான வாசஸ்தலமாகப் பயன்படுத்தப்பட்டது; மற்ற அறைகள், மிகுந்த ஆடம்பரத்துடன் அலங்கரிக்கப்பட்டும் ஆயத்தப்படுத்தப்பட்டும், அவர்களுடைய விக்கிரகங்களுக்கு அர்ப்பணிக்கப்பட்டிருந்தன. மக்கள் தங்களுடைய வெற்றியில் மகிழ்ந்து, வெள்ளியும் பொன்னுமான தெய்வங்களைப் புகழ்ந்து, வானமும் பூமியும் ஆண்டவராகிய ஆட்சியாளருக்கு விரோதமாகத் தங்களை நிறுத்திக்கொண்டார்கள்.” ஞாயிற்றுக்கிழமைச் சட்டத்தின் வேளையில் எருசலேம் கவிழ்க்கப்பட்டதைக் கண்டு தீரு மகிழ்கிறது; ஆனால் தேசிய விசுவாசத் துரோகம் தேசிய அழிவால் தொடரப்படுகிறது; அப்போது வடக்கின் ராஜா ஐக்கிய அமெரிக்காவின் மதில்களையும் கோபுரங்களையும் இடித்துக் கவிழ்த்துவிடுவான்.</w:t>
      </w:r>
    </w:p>
    <w:p>
      <w:pPr>
        <w:pStyle w:val="ArticleBody"/>
        <w:jc w:val="left"/>
      </w:pPr>
      <w:r>
        <w:rPr>
          <w:rFonts w:ascii="Nirmala UI" w:hAnsi="Nirmala UI" w:eastAsia="Nirmala UI" w:cs="Nirmala UI"/>
        </w:rPr>
        <w:t>அடுத்த கட்டுரையில் எசேக்கியேலில் எருசலேமுக்கு உட்பட்ட ஆறு தேதிகளை நாம் ஆராயத் தொடங்குவோம்.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மறைக்கப்பட்ட வரலாறு - இருபத்தேழாம் எண்</dc:title>
  <dc:subject>எசேக்கியேல் எண் எட்டு</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