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நாற்பதாம் வசனத்தின் மறைக்கப்பட்ட வரலாறு - எண் முப்பத்து நான்கு</w:t>
      </w:r>
    </w:p>
    <w:p>
      <w:pPr>
        <w:pStyle w:val="ArticleSubtitle"/>
        <w:jc w:val="left"/>
      </w:pPr>
      <w:r>
        <w:rPr>
          <w:rFonts w:ascii="Nirmala UI" w:hAnsi="Nirmala UI" w:eastAsia="Nirmala UI" w:cs="Nirmala UI"/>
        </w:rPr>
        <w:t>எசேக்கியேல் எண் பதினைந்து</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மறைக்கப்பட்ட ஐந்து மாதங்கள்</w:t>
      </w:r>
    </w:p>
    <w:p>
      <w:pPr>
        <w:pStyle w:val="ArticleBody"/>
        <w:jc w:val="left"/>
      </w:pPr>
      <w:r>
        <w:rPr>
          <w:rFonts w:ascii="Nirmala UI" w:hAnsi="Nirmala UI" w:eastAsia="Nirmala UI" w:cs="Nirmala UI"/>
        </w:rPr>
        <w:t>பத்தாம் வசனத்தில் சித்தரிக்கப்பட்டுள்ள இஸ்லாம் குறித்த செய்தியை, பதினைந்தாம் வசனத்தில் குறிப்பிடப்பட்டுள்ள காலத்துடன் தொடர்புபடுத்தி, ஜோசையா லிட்ச் 1838-ஆம் ஆண்டில் முன்வைத்தார். அப்போது, அந்தத் தீர்க்கதரிசனத்தின் சில கூறுகள் லிட்ச்சின் பார்வைக்கு மறைந்திருந்தன. “ஐந்து மாதங்கள்” என்ற செய்தியிலிருந்து 1838-ஆம் ஆண்டுக்குப் பிறகு அவருக்கு வெளிப்படுத்தப்பட்டவற்றின் அடிப்படையில், 1840-ஆம் ஆண்டு ஆகஸ்ட் 1-ஆம் தேதிக்குள் லிட்ச் மேலும் முழுமையான விளக்கத்தை வெளியிட்டார். 1838-ஆம் ஆண்டில், வெளிப்படுத்தின விசேஷம் ஒன்பதாம் அதிகாரத்தின் “ஐந்து மாதங்கள்” என்ற செய்தியின் ஒரு பகுதி லிட்ச்சுக்கு மறைக்கப்பட்டிருந்தது. ஐந்து மாதங்கள் குறித்த தீர்க்கதரிசனத்தின் மறைக்கப்பட்டிருந்த பகுதி, 1840-ஆம் ஆண்டுக்கு முன்னரே முத்திரை நீக்கப்பட்டு லிட்ச்சுக்கு வெளிப்படுத்தப்பட்டது; அந்த முத்திரை நீக்கம், 1840 முதல் 1844 வரை தேவனுடைய வல்லமையின் வெளிப்பாட்டை உண்டாக்கியது.</w:t>
      </w:r>
    </w:p>
    <w:p>
      <w:pPr>
        <w:pStyle w:val="ArticleBody"/>
        <w:jc w:val="left"/>
      </w:pPr>
      <w:r>
        <w:rPr>
          <w:rFonts w:ascii="Nirmala UI" w:hAnsi="Nirmala UI" w:eastAsia="Nirmala UI" w:cs="Nirmala UI"/>
        </w:rPr>
        <w:t>ஐந்தாம் வசனத்தில் குறிப்பிடப்படும் ஐந்து மாதங்கள் 2026 வரை மறைக்கப்பட்டிருந்தன. எலிசபெத்து ஐந்து மாதங்கள் மறைந்திருந்த பின்பு வெளிவந்தபோது, மரியாள் அவளுடன் சேர்ந்துகொண்டாள். மரியாள், அந்த ஐந்து மாத மறைவுக் காலத்தைப் பத்துக் கன்னிகைகளின் உவமையுடன் தொடர்புபடுத்துகிறாள்; ஏனெனில், எலிசபெத்தைப் போலன்றி, மரியாள் கருவுற்ற கன்னிகையாக இருந்தாள்; எலிசபெத்தோ பிள்ளை பெறும் வயதைக் கடந்த நிலையில் கருவுற்ற பெண்ணாக இருந்தாள். இவ்விரு பிறப்புகளும் தத்தமக்குரிய விதத்தில் அற்புதப் பிறப்புகளாக இருந்தன; ஆனால் மரியாள் கன்னிகையாக இருந்தாள். தீர்க்கதரிசிகள் அனைவரும் உலகத்தின் முடிவைப் பற்றிப் பேசுகின்றனர்; மேலும், கடைசி நாட்களில் மரியாளால் அடையாளப்படுத்தப்படும் கன்னிகைகள், மூன்றாம் தூதனின் பிலதெல்பியா இயக்கத்தை உருவாக்குபவர்களும், ஓர் இலட்சத்து நாற்பத்து நான்காயிரம் பேராக எண்ணப்படுபவர்களுமான புத்தியுள்ள ஐந்து கன்னிகைகளே. எலிசபெத்து ஐந்து மாதங்கள் மறைந்திருந்த பின்பு, ஆறாம் மாதத்தில் எலிசபெத்தும் மரியாளும் சந்திக்கின்றனர். ஐந்தாம் வசனத்தில் குறிப்பிடப்படும் ஐந்து மாதங்கள் 2026 வரை மறைக்கப்பட்டிருந்தன.</w:t>
      </w:r>
    </w:p>
    <w:p>
      <w:pPr>
        <w:pStyle w:val="ArticleBody"/>
        <w:jc w:val="left"/>
      </w:pPr>
      <w:r>
        <w:rPr>
          <w:rFonts w:ascii="Nirmala UI" w:hAnsi="Nirmala UI" w:eastAsia="Nirmala UI" w:cs="Nirmala UI"/>
        </w:rPr>
        <w:t>யோவான் பிறந்தபோது, மரியாள் நாசரேத்திற்குத் திரும்பினாள்; சகரியாவும் இனி ஊமையாக இருக்கவில்லை. ஞாயிற்றுக்கிழமைச் சட்டத்தின்போது கதவு மூடப்பட்ட வேளைவரை மரியாள் எலிசபெத்துடன் இருந்தாள்; அந்த வேளையில் தீர்க்கதரிசனம் பேசுகிறது. சகரியா ஊமையாக்கப்படும் ஆல்பா வழிக்குறியாகவும், தன் மகனின் பிறப்பின்போது பேசும் ஒமேகா வழிக்குறியாகவும் இருக்கிறார். சகரியா தொடக்கத்திலும் முடிவிலும் இருந்து, முதலாம் தூதரையும் மூன்றாம் தூதரையும் பிரதிநிதித்துவப்படுத்துகிறார். எலிசபெத்து இரண்டாம் தூதரின் செய்தியாக இருக்கிறாள்; மரியாள், ஐந்து மாத மறைவுக் காலத்தின் முடிவில் எலிசபெத்துடன் இணையும் நள்ளிரவு முழக்கச் செய்தியாக இருக்கிறாள்.</w:t>
      </w:r>
    </w:p>
    <w:p>
      <w:pPr>
        <w:pStyle w:val="ArticleBody"/>
        <w:jc w:val="left"/>
      </w:pPr>
      <w:r>
        <w:rPr>
          <w:rFonts w:ascii="Nirmala UI" w:hAnsi="Nirmala UI" w:eastAsia="Nirmala UI" w:cs="Nirmala UI"/>
        </w:rPr>
        <w:t>நோவாவின் எட்டுப் பேர் கொண்ட குடும்பம் ஐந்து மாதங்கள் பேழைக்குள் மறைக்கப்பட்டிருந்தது; பின்னர் பேழை அரராத் மலையின்மேல் தங்கியது. நள்ளிரவுக் கூக்குரல் எக்ஸெட்டரில் இரண்டாம் தூதனுடன் இணைந்து, பத்துக் கன்னிகைகளின் உவமை நிறைவேறும்படியாக, 1844 ஆம் ஆண்டு அக்டோபர் 22 அன்று கதவு மூடப்படும்வரை தொடர்ந்தது. மரியாள் எக்ஸெட்டரில் எலிசபெத்துடன் இணைந்து, யோவான் பிறக்கும்வரை அவளுடன் தொடர்ந்து இருந்தாள்.</w:t>
      </w:r>
    </w:p>
    <w:p>
      <w:pPr>
        <w:pStyle w:val="ArticleBody"/>
        <w:jc w:val="left"/>
      </w:pPr>
      <w:r>
        <w:rPr>
          <w:rFonts w:ascii="Nirmala UI" w:hAnsi="Nirmala UI" w:eastAsia="Nirmala UI" w:cs="Nirmala UI"/>
        </w:rPr>
        <w:t>1838-இல் லிட்சிடமிருந்து மறைக்கப்பட்டிருந்த செய்தி “ஐந்து மாதங்கள்” குறித்த செய்தியாகும். ஐந்து மாதங்கள் மறைக்கப்பட்டிருப்பது, பேழையிலிருந்த எட்டு பேரால் சுட்டிக்காட்டப்படுகிறது; அது எலிசபெத்து தன் கர்ப்பகாலத்தின் முதல் ஐந்து மாதங்களில் தன்னை மறைத்துக்கொண்டதே ஆகும். 1838-இல் கர்த்தர் அந்த ஐந்து மாதங்களின்மீது தமது கரத்தை வைத்திருந்ததே அது; அந்த ஐந்து மாதங்களிலிருந்து தமது கரத்தை விலக்கி, அது நிறைவேறுவதற்குப் பத்து நாட்களுக்கு முன்பு லிட்ச் அதன் தேதியை வெளியிட அனுமதிக்கும் வரையில் அவர் அவ்வாறு வைத்திருந்தார். இப்போது எடுத்துரைக்கப்படுவதுபோல, கடைசி நாட்களில் ஐந்து மாதங்கள் குறித்த செய்தியின் முத்திரை நீக்கப்படும்போது, நீங்கள் 1844 ஆகஸ்ட் 12 முதல் 17 வரை நடைபெற்ற எக்ஸெட்டர் முகாம் கூட்டத்தின் ஆறு நாட்களின் கட்டத்தில் இருக்கிறீர்கள்; அவற்றைத் தொடர்ந்து, 1844 அக்டோபர் 22-இன் அடைக்கப்பட்ட வாசல்வரை அறுபத்தாறு நாட்கள் இருந்தன. எழுபத்திரண்டு நாட்கள் இருந்தன; ஆனால் அவை ஒரு தீர்க்கதரிசனக் காலவரிசையில் வைக்கப்பட்டு, பின்னர் வழிக்குறிகள் தனித்துப் பிரித்தெடுக்கப்படும்போது, எக்ஸெட்டர் முகாம் கூட்டத்தால் சுட்டிக்காட்டப்பட்ட முற்றுகையின் அடையாளம் ஆறு நாட்களாக இருந்ததையும், அவற்றைத் தொடர்ந்து அடைக்கப்பட்ட வாசல்வரை அறுபத்தாறு நாட்கள் இருந்ததையும் காணலாம். தீர்க்கதரிசன ரீதியில் அந்தக் காலப்பகுதி 6 6 6 எனக் குறிக்கப்படுகிறது.</w:t>
      </w:r>
    </w:p>
    <w:p>
      <w:pPr>
        <w:pStyle w:val="ArticleBody"/>
        <w:jc w:val="left"/>
      </w:pPr>
      <w:r>
        <w:rPr>
          <w:rFonts w:ascii="Nirmala UI" w:hAnsi="Nirmala UI" w:eastAsia="Nirmala UI" w:cs="Nirmala UI"/>
        </w:rPr>
        <w:t>எக்செட்டர் முதல் அக்டோபர் 22 வரையிலான காலப்பகுதியால் சித்தரிக்கப்படும் முற்றுகையின் வரலாறு, காயீனின் ஆறாம் தலைமுறையைச் சேர்ந்த லாமேக்கினால் சித்தரிக்கப்படுகிறது. ஐந்து மாதங்கள் குறித்த தீர்க்கதரிசனத்தின் முத்திரை நீக்கப்பட்ட உடனேயே கதவு மூடப்படுகிறது. அது படிப்படியாக மூடப்படுகிறது; ஆனால், அட்வென்டிஸ்ட் இயக்கத்தைப் பொறுத்தவரை, இந்தப் படிப்படியான செயல்முறை 9/11 அன்று தொடங்கியது; அது முற்றுகையின்போது முடிவடைகிறது. முற்றுகை வரும்போது, நீங்கள் காயீனின் வழிவந்த லாமேக்கின் குணத்தையோ அல்லது சேத்தின் வழிவந்த லாமேக்கின் குணத்தையோ வெளிப்படுத்துவீர்கள். காயீனின் வழிவந்த லாமேக்கைப் பொறுத்தவரை, அந்த வரலாற்றின் எண் 6 6 6; சேத்தின் வழிவந்த லாமேக்கிற்கும் வெற்றிபெற்ற திருச்சபைக்கும் உரிய எண் 7 7 7.</w:t>
      </w:r>
    </w:p>
    <w:p>
      <w:pPr>
        <w:pStyle w:val="ArticleBody"/>
        <w:jc w:val="left"/>
      </w:pPr>
      <w:r>
        <w:rPr>
          <w:rFonts w:ascii="Nirmala UI" w:hAnsi="Nirmala UI" w:eastAsia="Nirmala UI" w:cs="Nirmala UI"/>
        </w:rPr>
        <w:t>இரு லாமேக்குகளாலும், 666 அல்லது 777 ஆகிய எண்களாலும் குறிக்கப்படும் இருவகைக் குணாதிசயங்களின் வெளிப்பாடு, நாஷ்வில்லின் அக்கினிப் பந்துகள் குறித்த எச்சரிக்கையைப் பற்றி அட்வென்டிஸ்டுகள் ஏன் மௌனம் காத்தனர் என்ற கேள்வி எழுப்பப்படும்போது, அட்வென்டிஸ்ட் இயக்கத்தைப் பொதுமக்களின் கவனத்திற்குக் கொண்டுவரும் நிகழ்வுகளுடன் தொடங்குகிறது. தீவிரமடைந்து வரும் இந்தச் சர்ச்சை, விலங்குகள் சாய்வுப் பாதையில் ஏறிப் பேழைக்குள் சென்ற நிகழ்வால் முன்னடையாளமாகச் சித்தரிக்கப்பட்ட, விரைவில் வரவிருக்கும் ஞாயிற்றுக்கிழமைச் சட்டத்தின் மூடப்பட்ட கதவுக்கு முன்னதாக நிகழும் ஒரு கண்கூடான விளக்கமாக அமைகிறது. தீவிரமடைந்து வரும் இந்தக் கண்கூடான எச்சரிக்கை, கர்மேல் மலையில் எலியாவின் அனுபவத்தாலும், 1844-ஆம் ஆண்டின் மில்லரைட் இயக்கத்தாலும் முன்னடையாளமாகச் சித்தரிக்கப்பட்டது.</w:t>
      </w:r>
    </w:p>
    <w:p>
      <w:pPr>
        <w:pStyle w:val="ArticleHeading"/>
        <w:jc w:val="left"/>
      </w:pPr>
      <w:r>
        <w:rPr>
          <w:rFonts w:ascii="Nirmala UI" w:hAnsi="Nirmala UI" w:eastAsia="Nirmala UI" w:cs="Nirmala UI"/>
        </w:rPr>
        <w:t>முற்றுகையின் தீர்க்கதரிசனக் கட்டமைப்பு</w:t>
      </w:r>
    </w:p>
    <w:p>
      <w:pPr>
        <w:pStyle w:val="ArticleBody"/>
        <w:jc w:val="left"/>
      </w:pPr>
      <w:r>
        <w:rPr>
          <w:rFonts w:ascii="Nirmala UI" w:hAnsi="Nirmala UI" w:eastAsia="Nirmala UI" w:cs="Nirmala UI"/>
        </w:rPr>
        <w:t>நகரத்தின் அழிவில் முடிவடையும் முற்றுகையின் தீர்க்கதரிசனக் கட்டமைப்பு, ஓர் அடையாளத்துடன் தொடங்கி ஓர் அடையாளத்துடன் முடிவடையும் ஒரு காலப்பகுதியைக் குறிக்கிறது. அது ஒரு காலப்பகுதியையும் ஒரு குறிப்பிட்ட காலப்புள்ளியையும் குறிக்கிறது. சொரூபம் உருவாகும் காலப்பகுதி பல்வேறு விதங்களில் சித்தரிக்கப்படுகிறது. ஆவியால் ஏவப்பட்ட சாட்சியத்தில் காணப்படும் இத்தகைய ஒவ்வொரு தீர்க்கதரிசனக் கட்டமைப்பும், மிருகத்தின் முத்திரையுடன் உச்சக்கட்டத்தை அடையும் மிருகத்தின் சொரூபம் குறித்த சோதனைக் காலத்தை முன்னடையாளமாகச் சுட்டிக்காட்டுகிறது.</w:t>
      </w:r>
    </w:p>
    <w:p>
      <w:pPr>
        <w:pStyle w:val="ArticleScripture"/>
        <w:jc w:val="left"/>
      </w:pPr>
      <w:r>
        <w:rPr>
          <w:rFonts w:ascii="Nirmala UI" w:hAnsi="Nirmala UI" w:eastAsia="Nirmala UI" w:cs="Nirmala UI"/>
        </w:rPr>
        <w:t>“‘மிருகத்திற்கான சொரூபம்’ என்பது, புராட்டஸ்டன்ட் திருச்சபைகள் தங்களுடைய சமயக் கோட்பாடுகளைக் கட்டாயமாக நடைமுறைப்படுத்துவதற்கு அரசு அதிகாரத்தின் உதவியை நாடும்போது உருவாகவிருக்கும், விசுவாசத்தைவிட்டு விலகிய புராட்டஸ்டன்ட் சமயத்தின் அந்த வடிவத்தைக் குறிக்கிறது. ‘மிருகத்தின் முத்திரை’ என்னவென்பது இன்னும் வரையறுக்கப்பட வேண்டியுள்ளது.” மாபெரும் போராட்டம், 445.</w:t>
      </w:r>
    </w:p>
    <w:p>
      <w:pPr>
        <w:pStyle w:val="ArticleBody"/>
        <w:jc w:val="left"/>
      </w:pPr>
      <w:r>
        <w:rPr>
          <w:rFonts w:ascii="Nirmala UI" w:hAnsi="Nirmala UI" w:eastAsia="Nirmala UI" w:cs="Nirmala UI"/>
        </w:rPr>
        <w:t>இக்காலப்பகுதி, மிருகத்திற்கானதும் அதன் சாயலிலானதுமான சொரூபத்தின் உருவாக்கத்தைக் குறிக்கிறது; உருவாகிக்கொண்டிருக்கும் அந்தச் சொரூபம் ஒரு ஞாயிற்றுக்கிழமைச் சட்டத்தைத் தனது பேச்சினால் உருவாக்கக்கூடிய நிலையை அடையும்போது, மிருகத்தின் முத்திரை கட்டாயமாகத் திணிக்கப்படுகிறது. எருசலேம் அழிக்கப்பட்டபோது, நேபுகாத்நேச்சாரின் மூலம் ரோமின் அதிகாரத்தின் முத்திரை முன்னடையாளமாகக் காட்டப்பட்டது. அது பாபிலோனாக இருந்தாலும் ரோமாக இருந்தாலும், முற்றுகையின் அமைப்பு கடைசி நாட்களின் வடதிசை ராஜாவை வலியுறுத்திக் காட்டுகிறது. 1333 முதல் 1337 வரையிலான ஓர்ஹானின் முற்றுகையும், 1449 ஜூலை 27 முதல் 1453-இல் கான்ஸ்டான்டிநோபிள் முற்றுகையிடப்பட்டதுவரையிலான நான்கு ஆண்டுகளும், 1840 ஆகஸ்ட் 11 முதல் 1844 அக்டோபர் 22 வரையிலான காலப்பகுதிக்கு முன்னடையாளங்களாக விளங்குவது மட்டுமல்லாமல், இந்த முற்றுகைகள் வேதாகமத் தீர்க்கதரிசனத்தில் கிழக்குக் காற்றின் பிள்ளைகளாக இஸ்லாம் வகிக்கும் பங்கையும் வலியுறுத்துகின்றன. வடதிசை ராஜா (பாபிலோன் அல்லது ரோம்) மற்றும் கிழக்குக் காற்று ஆகியவற்றின் மையக்கருத்து, தானியேல் 11:45-இல் காணப்படும் “கிழக்கிலிருந்தும் வடக்கிலிருந்தும் வரும் செய்திகள்” என்பதேயாகும்.</w:t>
      </w:r>
    </w:p>
    <w:p>
      <w:pPr>
        <w:pStyle w:val="ArticleScripture"/>
        <w:jc w:val="left"/>
      </w:pPr>
      <w:r>
        <w:rPr>
          <w:rFonts w:ascii="Nirmala UI" w:hAnsi="Nirmala UI" w:eastAsia="Nirmala UI" w:cs="Nirmala UI"/>
        </w:rPr>
        <w:t>ஆனால் கிழக்கிலிருந்தும் வடக்கிலிருந்தும் வரும் செய்திகள் அவனைக் கலங்கச் செய்யும்: ஆகையால் அவன் அநேகரை அழிக்கவும், முற்றிலுமாக ஒழித்துக்கட்டவும் மிகுந்த உக்கிரத்துடன் புறப்படுவான். தானியேல் 11:44.</w:t>
      </w:r>
    </w:p>
    <w:p>
      <w:pPr>
        <w:pStyle w:val="ArticleBody"/>
        <w:jc w:val="left"/>
      </w:pPr>
      <w:r>
        <w:rPr>
          <w:rFonts w:ascii="Nirmala UI" w:hAnsi="Nirmala UI" w:eastAsia="Nirmala UI" w:cs="Nirmala UI"/>
        </w:rPr>
        <w:t>1449 ஆம் ஆண்டு ஜூலை 27 முதல் 1453 ஆம் ஆண்டில் நடைபெற்ற கான்ஸ்டான்டினோப்பிள் முற்றுகை வரையிலான நான்கு ஆண்டுகள், நான்காண்டுக் காலப்பகுதியை மட்டும் குறிப்பதல்ல; 1448 ஆம் ஆண்டில் நிகழ்ந்த ஜான் பாலையோலோகோஸின் மரணத்தையும் சேர்த்துக் கணக்கிடும்போது, அக்காலப்பகுதி ஐந்தாண்டுகளாகவும் குறிக்கப்படுகிறது.</w:t>
      </w:r>
    </w:p>
    <w:p>
      <w:pPr>
        <w:pStyle w:val="ArticleBody"/>
        <w:jc w:val="left"/>
      </w:pPr>
      <w:r>
        <w:rPr>
          <w:rFonts w:ascii="Nirmala UI" w:hAnsi="Nirmala UI" w:eastAsia="Nirmala UI" w:cs="Nirmala UI"/>
        </w:rPr>
        <w:t>இக்கட்டமைப்பு எருசலேமின் இரு அழிவுகளிலும் நோவாவின் காலத்துப் பெருவெள்ளத்திலும் பிரதிபலிக்கிறது. எகிப்தில் நடைபெற்ற முதல் பஸ்காவிலும் இது காணப்படுகிறது; அப்போது அழிக்கும் தூதன் வாசற்கதவின்மேலிருந்த இரத்தத்தின் அடையாளத்தைக் காண வேண்டியிருந்தது; கிழக்குக் காற்றுகள் விடுவிக்கப்பட்டு, வாக்குத்தத்த தேசத்திற்குள் நுழைவதற்கான வாசலை நீர் மூடும் வரையில், அது பார்வோனையும் அவனுடைய சேனையையும் கடலுக்குள் இட்டுச் சென்றது. பெர்கமு சபையின் ஆல்பா வரலாற்றில், 313-ஆம் ஆண்டிலிருந்து 321-ஆம் ஆண்டில் பிறப்பிக்கப்பட்ட முதல் ஞாயிற்றுக்கிழமைச் சட்டம் வரையிலும் இக்கட்டமைப்பு காணப்படுகிறது; பெர்கமுவின் ஓமேகா வரலாற்றில், 533-ஆம் ஆண்டில் பிறப்பிக்கப்பட்ட ஜஸ்டினியனின் ஆணை முதல் 538-ஆம் ஆண்டின் ஞாயிற்றுக்கிழமைச் சட்டம் வரையிலும் இது காணப்படுகிறது. பெர்கமுவைப் பொறுத்தவரையில், அந்த அடையாளம் ஓர் அரசாணையாகவோ ஓர் ஆணையாகவோ இருக்கிறது; ஆனால் இரண்டுமே ஞாயிற்றுக்கிழமைச் சட்டத்தில் உச்சநிலையை அடையும் ஒரு காலப்பகுதியைத் தொடங்கிவைக்கின்றன.</w:t>
      </w:r>
    </w:p>
    <w:p>
      <w:pPr>
        <w:pStyle w:val="ArticleBody"/>
        <w:jc w:val="left"/>
      </w:pPr>
      <w:r>
        <w:rPr>
          <w:rFonts w:ascii="Nirmala UI" w:hAnsi="Nirmala UI" w:eastAsia="Nirmala UI" w:cs="Nirmala UI"/>
        </w:rPr>
        <w:t>எருசலேமின் முற்றுகை மற்றும் அழிவு குறித்த எசேக்கியேலின் காலக் கட்டமைப்பு கி.மு. 587 முதல் கி.மு. 586 வரை அமைந்திருந்தது: தொடக்க, முடிவுக் காலங்களையும் சேர்த்துக் கணக்கிடும்போது இரண்டு ஆண்டுகளும், அவற்றை விலக்கிக் கணக்கிடும்போது 1.5 ஆண்டுகளும் ஆகும். தீர்க்கதரிசனத்தின் மற்றொரு முற்றுகைக் கட்டமைப்பும், கி.மு. 200-ஆம் ஆண்டில் நடைபெற்ற பானியம் போரையும் கி.மு. 198-ஆம் ஆண்டில் நடைபெற்ற சீதோன் முற்றுகையையும் உள்ளடக்கிய பானியம் படையெடுப்பின் இரண்டாண்டுக் காலத்தால் குறிக்கப்படுகிறது. எசேக்கியேலின் மனைவியின் மரணம், லாமேக்கின் மரணம், ஜான் பாலையோலோகோஸின் மரணம் மற்றும் பானியம் போர் ஆகியவற்றுடன் ஒத்துப்போகிறது.</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நாற்பதாம் வசனத்தின் மறைக்கப்பட்ட வரலாறு - எண் முப்பத்து நான்கு</dc:title>
  <dc:subject>எசேக்கியேல் எண் பதினைந்து</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