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నలభైవ వచనమునకు గూఢ చరిత్ర — సంఖ్య పందొమ్మిది</w:t>
      </w:r>
    </w:p>
    <w:p>
      <w:pPr>
        <w:pStyle w:val="ArticleSubtitle"/>
        <w:jc w:val="left"/>
      </w:pPr>
      <w:r>
        <w:rPr>
          <w:rFonts w:ascii="Nirmala UI" w:hAnsi="Nirmala UI" w:eastAsia="Nirmala UI" w:cs="Nirmala UI"/>
        </w:rPr>
        <w:t>రెండవ శాపము - భాగము ఆరు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దానియేలు గ్రంథమును మరియు ప్రకటన గ్రంథమును పరస్పరం ఒకదానిని మరొకటి పూర్ణం చేసికొనునవి; అనగా, అవి కలిసి పరిపూర్ణతను పొందినవై యున్నవి.</w:t>
      </w:r>
    </w:p>
    <w:p>
      <w:pPr>
        <w:pStyle w:val="ArticleScripture"/>
        <w:jc w:val="left"/>
      </w:pPr>
      <w:r>
        <w:rPr>
          <w:rFonts w:ascii="Nirmala UI" w:hAnsi="Nirmala UI" w:eastAsia="Nirmala UI" w:cs="Nirmala UI"/>
        </w:rPr>
        <w:t>“ప్రకటన గ్రంథములో బైబిలులోని సమస్త గ్రంథములు సంగమించి సమాప్తి చెందును. ఇక్కడ దానియేలు గ్రంథమునకు పూరక భాగము ఉన్నది.” అపొస్తలుల కార్యములు, 585.</w:t>
      </w:r>
    </w:p>
    <w:p>
      <w:pPr>
        <w:pStyle w:val="ArticleBody"/>
        <w:jc w:val="left"/>
      </w:pPr>
      <w:r>
        <w:rPr>
          <w:rFonts w:ascii="Nirmala UI" w:hAnsi="Nirmala UI" w:eastAsia="Nirmala UI" w:cs="Nirmala UI"/>
        </w:rPr>
        <w:t>బైబిలు ప్రవచనములలో పేర్కొనబడిన రాజ్యములే ప్రవచన విద్యార్థి యొక్క ప్రధాన దృష్టికేంద్రం కావలెను; ఎందుకనగా అంత్యదినముల బాహ్య చరిత్ర ప్రధానముగా అక్కడనే ప్రతిపాదించబడినది.</w:t>
      </w:r>
    </w:p>
    <w:p>
      <w:pPr>
        <w:pStyle w:val="ArticleScripture"/>
        <w:jc w:val="left"/>
      </w:pPr>
      <w:r>
        <w:rPr>
          <w:rFonts w:ascii="Nirmala UI" w:hAnsi="Nirmala UI" w:eastAsia="Nirmala UI" w:cs="Nirmala UI"/>
        </w:rPr>
        <w:t>“దేవుని వాక్యమనే వెలుగులో, రాజ్యాల ఉదయాస్తమయాలను నియంత్రించే కారణాలను నేర్చుకొనుట ఎంతో శ్రేష్ఠమైనది. యువకులు ఈ వృత్తాంతాలను అధ్యయనం చేసి, జనముల నిజమైన సమృద్ధి దైవిక సూత్రాలను అంగీకరించుటతో ఎంత సన్నిహితంగా అనుసంధానమై యున్నదో గ్రహించనివ్వండి. అతడు మహత్తర సంస్కరణోద్యమాల చరిత్రను అధ్యయనం చేసి, ఈ సూత్రాలు ఎంతసార్లు నిర్లక్ష్యింపబడి ద్వేషింపబడినను, వాటి సమర్థకులు కారాగారమునకును వధవేదికయొద్దకును తేబడినను, ఆ సూత్రాలు ఈ త్యాగముల ద్వారానే విజయాన్ని సాధించినవని చూచునుగాక.” Education, 238.</w:t>
      </w:r>
    </w:p>
    <w:p>
      <w:pPr>
        <w:pStyle w:val="ArticleBody"/>
        <w:jc w:val="left"/>
      </w:pPr>
      <w:r>
        <w:rPr>
          <w:rFonts w:ascii="Nirmala UI" w:hAnsi="Nirmala UI" w:eastAsia="Nirmala UI" w:cs="Nirmala UI"/>
        </w:rPr>
        <w:t>పవిత్ర చరిత్రలు, అవి “గొప్ప సంస్కరణోద్యమములు” అయినా, లేదా “రాజ్యముల ఉదయాస్తమయములు” అయినా, దేవుని వాక్యములో ప్రాణమరణ సంబంధమైన విషయములు. రెండవ థెస్సలొనీకయులకు రెండవ అధ్యాయములో పౌలు ఇలా లిఖించెను: సత్యమును ప్రేమింపక, తరువాత బలమైన మోహమును పొందువారు, ఆ ప్రకరణమందు పౌలు గుర్తించిన సందేశమును తిరస్కరించుటకు తామే ఎన్నుకొనినందున అట్లు పొందుదురు. ఆ ప్రకరణము అన్యజన రోమా మరియు పాపస్వామ్య రోమా మధ్యనున్న సంబంధమును సూచించుచున్నది; అదే సంబంధము పెర్గమూ మరియు థ్యాతీరాల మధ్యనున్నది; అదే ఇనుము మరియు మట్టి మధ్యనున్న సంబంధమును కూడ, అలాగే అజగరుడు మరియు పాపస్వామ్యమునకు మధ్యనున్న సంబంధమును కూడ సూచించుచున్నది. థ్యాతీరా చేత సూచింపబడిన పాపస్వామ్య రోమా యొక్క ఉదయమును, మరియు పెర్గమూ చేత సూచింపబడిన అన్యజన రోమా యొక్క పతనమును, బలమైన మోహమును పొందువారు ద్వేషించు సత్యముగా భావించుదురు.</w:t>
      </w:r>
    </w:p>
    <w:p>
      <w:pPr>
        <w:pStyle w:val="ArticleBody"/>
        <w:jc w:val="left"/>
      </w:pPr>
      <w:r>
        <w:rPr>
          <w:rFonts w:ascii="Nirmala UI" w:hAnsi="Nirmala UI" w:eastAsia="Nirmala UI" w:cs="Nirmala UI"/>
        </w:rPr>
        <w:t>మిల్లరైట్ చరిత్రలో, 1843 పయనీర్ చార్ట్‌పై స్థానం పొందిన మిల్లరైట్‌లూ ప్రొటెస్టంట్‌లూ మధ్యనున్న వాదప్రతివాదం, దానియేలు పదకొండవ అధ్యాయంలోని పద్నాలుగవ వచనంలో “నీ ప్రజల దోపిడీదారులు” అని సూచించబడిన చారిత్రక శక్తి ఏదన్నదాని గురించియే. మిల్లరైట్‌లు వాదించినట్లుగా ఆ దోపిడీదారులు అన్యజన రోమా ఉద్భవమా, లేక ప్రొటెస్టంట్‌లు పేర్కొన్నట్లుగా సెల్యూసిడుల పతనమా?</w:t>
      </w:r>
    </w:p>
    <w:p>
      <w:pPr>
        <w:pStyle w:val="ArticleScripture"/>
        <w:jc w:val="left"/>
      </w:pPr>
      <w:r>
        <w:rPr>
          <w:rFonts w:ascii="Nirmala UI" w:hAnsi="Nirmala UI" w:eastAsia="Nirmala UI" w:cs="Nirmala UI"/>
        </w:rPr>
        <w:t>“కార్యరంగమునకు ప్రవేశించిన ప్రతి జనమునకు భూమిమీద తన స్థలమును ఆక్రమించుకొనుటకు అనుమతి దయపరచబడెను; అది ‘కావలివాడు మరియు పరిశుద్ధుడు’ యొక్క ఉద్దేశ్యమును నెరవేర్చుదో లేదో కనబడునట్లు. ప్రవచనము లోకమునందలి మహాసామ్రాజ్యములైన బాబులోను, మేడో-పర్షియా, గ్రీస్, రోము—వాటి ఉదయాస్తమయములను అనుసరించి తెలియజేసెను. వీటిలో ప్రతిదానితోను, తక్కువ శక్తిగల జనములతో జరిగినట్లు, చరిత్ర తన్నుతాను మరల పునరావృతము చేసికొనెను. ప్రతిదానికి తన పరీక్షాకాలము కలిగెను; ప్రతిదియు విఫలమాయెను; దాని మహిమ క్షీణించెను; దాని అధికారము తొలగిపోయెను; దాని స్థానమును మరొకటి ఆక్రమించెను....”</w:t>
      </w:r>
    </w:p>
    <w:p>
      <w:pPr>
        <w:pStyle w:val="ArticleScripture"/>
        <w:jc w:val="left"/>
      </w:pPr>
      <w:r>
        <w:rPr>
          <w:rFonts w:ascii="Nirmala UI" w:hAnsi="Nirmala UI" w:eastAsia="Nirmala UI" w:cs="Nirmala UI"/>
        </w:rPr>
        <w:t>“పవిత్ర గ్రంథపు పుటలలో స్పష్టంగా వెల్లడైనట్లుగా, జనముల ఉదయాస్తమయముల నుండీ వారు కేవలం బాహ్యమైనను లోకసంబంధమైనను మహిమ ఎంత వ్యర్థమో నేర్చుకొనవలెను. తన సమస్త శక్తితోను వైభవంతోను—మన లోకం అప్పటి నుండి మళ్లీ ఎప్పుడును చూడనటువంటి శక్తియు వైభవమును కలిగిన—బబులోను, ఆ కాలమందలి ప్రజలకు అంత స్థిరమైనదిగాను శాశ్వతమైనదిగాను అనిపించిన ఆ రాజ్యం, ఎంత సంపూర్ణముగా కనుమరుగైపోయెనో! ‘గడ్డి పువ్వు’వలె అది నశించిపోయెను. దేవుని తన పునాదిగా కలిగియుండనిదంతయు అట్లానే నశించును. ఆయన ఉద్దేశ్యముతో అనుబంధమై, ఆయన స్వభావమును వ్యక్తపరచునదే మాత్రమే నిలిచి యుండగలదు. మన లోకము తెలిసికొనిన స్థిరమైన విషయములు ఆయన సూత్రములే.” Education, 177, 184.</w:t>
      </w:r>
    </w:p>
    <w:p>
      <w:pPr>
        <w:pStyle w:val="ArticleBody"/>
        <w:jc w:val="left"/>
      </w:pPr>
      <w:r>
        <w:rPr>
          <w:rFonts w:ascii="Nirmala UI" w:hAnsi="Nirmala UI" w:eastAsia="Nirmala UI" w:cs="Nirmala UI"/>
        </w:rPr>
        <w:t>బైబిలు చరిత్ర అనేది, సొలొమోను చెప్పినట్లుగా, అది లేకపోతే జనులు నశించుదురు అనే దర్శనమే. మిల్లరైట్లు ప్రకటన గ్రంథము తొమ్మిదవ అధ్యాయము, ఐదవ మరియు పదవ వచనములలో “ఐదు నెలలు”గా సూచించబడిన నూట యాభై సంవత్సరాలను గుర్తించి ప్రకటించారు; అయితే వారు ప్రకటన గ్రంథము తొమ్మిదవ అధ్యాయములో ప్రతినిధ్యం చేయబడిన చరిత్రను లోతుగా అన్వేషించలేదు. వారు పదవ వచనములోనున్న ఐదు నెలలను సరిగా గుర్తించారు, అయితే ఐదవ మరియు పదవ వచనములిద్దరిలోను “ఐదు నెలలు” అనే వ్యక్తీకరణ ఉన్నందున, అది ఆ రెండు వచనములలో సూచించబడిన హింసా ప్రవచనముపై కేవలం ఒక నొక్కిచెప్పుదల మాత్రమే అని వారు భావించినట్లు స్పష్టమవుతుంది. ఇప్పుడు సులభముగా నిరూపించగలిగినది ఏమనగా, ఐదవ వచనములో “ఐదు నెలలు” సూచించబడినప్పుడు, అది మహమ్మదు మరణమైన క్రీస్తుశకం 632లో ఆరంభమై, బైజాంటైన్ లేదా తూర్పు రోమా సామ్రాజ్యపు చక్రవర్తిని ఐరీన్ అవమానింపబడిన క్రీస్తుశకం 782లో ముగిసిన నూట యాభై సంవత్సరాలను సూచించుచున్నది.</w:t>
      </w:r>
    </w:p>
    <w:p>
      <w:pPr>
        <w:pStyle w:val="ArticleBody"/>
        <w:jc w:val="left"/>
      </w:pPr>
      <w:r>
        <w:rPr>
          <w:rFonts w:ascii="Nirmala UI" w:hAnsi="Nirmala UI" w:eastAsia="Nirmala UI" w:cs="Nirmala UI"/>
        </w:rPr>
        <w:t>పదవ వచనాన్ని నికోమీడియా యుద్ధముగా, అనగా జూలై 27, 1299న ప్రారంభమై, జూలై 27, 1449న కాన్స్టాంటినోపుల్‌లో పాలించిన చివరి కాన్స్టాంటైన్ అవమానంతో ముగిసిన నూట యాభై సంవత్సరాల ఆరంభముగా వర్తింపజేసిన విషయంలో పూర్వగాములు సరిగ్గానే ఉన్నారు. పంక్తి మీద పంక్తి ప్రకారము, నూట యాభై సంవత్సరాల కాలము ప్రపంచవ్యాప్త ఇస్లాంను సూచించుచున్నది; అది మొదటి శాపములైన అరేబియా ఇస్లాం మరియు రెండవ శాపములైన టర్కీ ఇస్లాం రెండింటిచేత ప్రతినిధిత్వము చేయబడినదే. చక్రవర్తి మరియు చక్రవర్తిని ఇద్దరినీ కలిసి అవమానపరచిన ఆ ఇస్లాం, ఇరీనే చేత సూచించబడిన స్త్రీయును మరియు చివరి కాన్స్టాంటైన్ చేత సూచించబడిన పురుషునును కలిగిన ఒక రాజ్యాన్ని ప్రపంచవ్యాప్తంగా జయించిన ఇస్లాంను గుర్తించుచున్నది.</w:t>
      </w:r>
    </w:p>
    <w:p>
      <w:pPr>
        <w:pStyle w:val="ArticleBody"/>
        <w:jc w:val="left"/>
      </w:pPr>
      <w:r>
        <w:rPr>
          <w:rFonts w:ascii="Nirmala UI" w:hAnsi="Nirmala UI" w:eastAsia="Nirmala UI" w:cs="Nirmala UI"/>
        </w:rPr>
        <w:t>ఐరీన్ అవమానంతో ముగిసే నూట యాభై సంవత్సరాల కాలంలో, అరేబియా ఇస్లాం బైజాంటైన్ యొక్క ప్రాంతమును గాని భూభాగమును గాని తన అధీనంలోకి తెచ్చుకుంది; దాంతో ఐరీన్ అంతగా అవమానిత స్థితిలోకి నెట్టబడి, ఇతర బలవంతపు విధింపులతో పాటు మూడు సంవత్సరాలపాటు కప్పము చెల్లించవలసి వచ్చింది. కాన్‌స్టాంటైన్ ది లాస్ట్ యొక్క అవమానం సంభవించినప్పుడు, అది నాలుగు సంవత్సరాల కాలానికి ఆరంభచిహ్నమై, ఆ కాలము తూర్పు రోము రాజధానిపై ముట్టడి చేయబడుటతోను దాని పడగొట్టబడుటతోను ముగిసింది. ఈ రెండు సందర్భాలలోను ఇస్లామే కార్యనిర్వాహక శక్తిగా నిలిచింది—ఐరీన్ విషయంలో అరేబియా ఇస్లాం, కాన్‌స్టాంటైన్ ది లాస్ట్ విషయంలో టర్కీ ఇస్లాం. అంత్యదినాలలో, మొదటి మరియు రెండవ శాపములలో ప్రతిష్ఠించబడిన అరేబియా ఇస్లాం మరియు టర్కీ ఇస్లాం అనే రెండు సాక్షులచే ప్రతినిధిత్వం చేయబడిన ప్రపంచవ్యాప్త ఇస్లాం, ముందుగా భూభాగమును, ఆ తరువాత రాజధానిని స్వాధీనపరచుకొనును. తూర్పు రోము యొక్క కాన్‌స్టాంటైన్ చేత ప్రతినిధిత్వం చేయబడిన అంత్యదినాల రాజకీయ సత్తా, తూర్పు రోము యొక్క ఐరీన్ చేత ప్రతినిధిత్వం చేయబడిన అంత్యదినాల మత సంబంధిత సత్తాతో సంకేతార్థకముగా వివాహబద్ధమైనది. మృగరూపపు ప్రతిమ అనే సంకేతము ముందుగా యునైటెడ్ స్టేట్స్‌లోను, తరువాత లోకమంతటిలోను సంభవించును అనే విషయాన్ని సూచించుటకై నేను “రాజకీయ” మరియు “మత సంబంధిత” సత్తా అనే పదాలను ఉపయోగిస్తున్నాను. మృగరూపపు ప్రతిమ అనేది కాన్‌స్టాంటైన్ మరియు ఐరీన్‌ల సంకేతార్థక వివాహమే; వారు ఇద్దరూ తమ భూభాగమును మరియు రాజధానిని ఇస్లాం చేత కోల్పోవడం ద్వారా అవమానింపబడుదురు.</w:t>
      </w:r>
    </w:p>
    <w:p>
      <w:pPr>
        <w:pStyle w:val="ArticleBody"/>
        <w:jc w:val="left"/>
      </w:pPr>
      <w:r>
        <w:rPr>
          <w:rFonts w:ascii="Nirmala UI" w:hAnsi="Nirmala UI" w:eastAsia="Nirmala UI" w:cs="Nirmala UI"/>
        </w:rPr>
        <w:t>వారి వివాహము ఈ రెండు చరిత్రలను పరస్పర అనుసరణలో ఉంచుటచేత గుర్తింపబడుచున్నది; మరియు 313 సంవత్సరంలో మిలాన్ శాసనము అమలులోనికి వచ్చినప్పుడు, కాన్స్టాంటియా మరియు లిసినియస్ మధ్య జరిగిన వివాహముచేత అది పూర్వచాయగా సూచింపబడెను; అప్పుడు స్ముర్నా అనే సూచక సంఘకాలము ముగిసెను, పెర్గముం అనే సూచక సంఘకాలము ఆరంభమాయెను. బలమైన మోహమును స్వీకరించువారిగా పౌలు పేర్కొనినవారు, పాపపురుషుడు వెల్లడింపబడుటకు ముందుగా సంభవించు అపసరణను కలిగియున్న పౌలు హెచ్చరిక సందేశమును చూడుటకు నిరాకరించుదురు. ఆ అపసరణ పెర్గముం చరిత్రలో సంభవించుచున్నది; మరియు 538లో పాపపురుషుడు వెల్లడింపబడెను; అప్పుడు త్యాతీరా సంఘకాలము ఆరంభమాయెను.</w:t>
      </w:r>
    </w:p>
    <w:p>
      <w:pPr>
        <w:pStyle w:val="ArticleScripture"/>
        <w:jc w:val="left"/>
      </w:pPr>
      <w:r>
        <w:rPr>
          <w:rFonts w:ascii="Nirmala UI" w:hAnsi="Nirmala UI" w:eastAsia="Nirmala UI" w:cs="Nirmala UI"/>
        </w:rPr>
        <w:t>ఎవడును ఏ విధముగానైనను మిమ్మును మోసపరచనియ్యకుడి; ఆ దినము మొదట అపస్థానం కలుగకయు, పాపపురుషుడు, అనగా నాశనపుత్రుడు, ప్రత్యక్షపరచబడకయు రాదు. అతడు దేవుడని పిలువబడినదంతటికి గాని, ఆరాధింపబడినదంతటికి గాని ఎదిరించి, తనను తాను వాటన్నిటికంటె మించగా హెచ్చించుకొనుచు, తానే దేవుడనని చూపించుకొనుటకై దేవుని ఆలయమందు దేవునివలె కూర్చుండును. 2 థెస్సలొనీకయులకు 2:3, 4.</w:t>
      </w:r>
    </w:p>
    <w:p>
      <w:pPr>
        <w:pStyle w:val="ArticleBody"/>
        <w:jc w:val="left"/>
      </w:pPr>
      <w:r>
        <w:rPr>
          <w:rFonts w:ascii="Nirmala UI" w:hAnsi="Nirmala UI" w:eastAsia="Nirmala UI" w:cs="Nirmala UI"/>
        </w:rPr>
        <w:t>తూర్పు రోము యొక్క చరిత్ర, పశ్చిమ రోముతో తూర్పు రోముకు ఉన్న ప్రతీకాత్మక సంబంధంలో కూడా ప్రతినిధానం చేయబడిన ప్రవచన సత్యానికి రెండు సాక్ష్యాలను అందిస్తుంది. ఆ సంబంధంలో పశ్చిమ రోము సంఘమైయున్నది, తూర్పు రోము రాజ్యమైయున్నది. దానియేలు రెండవ అధ్యాయంలో ఇనుము మరియు మట్టిగా ప్రతినిధానం చేయబడినట్లుగా, రోము సంఘము మరియు రాజ్యము అనే మేళవింపుగా ఉన్నది.</w:t>
      </w:r>
    </w:p>
    <w:p>
      <w:pPr>
        <w:pStyle w:val="ArticleBody"/>
        <w:jc w:val="left"/>
      </w:pPr>
      <w:r>
        <w:rPr>
          <w:rFonts w:ascii="Nirmala UI" w:hAnsi="Nirmala UI" w:eastAsia="Nirmala UI" w:cs="Nirmala UI"/>
        </w:rPr>
        <w:t>ప్రకటన గ్రంథము తొమ్మిదవ అధ్యాయంలోని పవిత్ర చరిత్ర నుండి వచ్చిన మరో రెండు సాక్ష్యాలచేత, అంత్యదినములలో ప్రపంచవ్యాప్తంగా ఇస్లాం సంఘమును మరియు రాజ్యమును కలిసిన శక్తిగా సూచింపబడిన అధికారానికి ఎదురు వచ్చి, దాని భూభాగమును మరియు రాజధానిని స్వాధీనపరచుకొనునని బలంగా గ్రహించగల కారణము స్థిరపడుచున్నది. ఉస్మాన్ జూలై 27, 1299 న నికోమీడియా యొక్క భూభాగమును జయించెను; తదనంతరం రెండు సంవత్సరముల తరువాత, 1301 లో, నికేయా యొక్క భూభాగమును జయించెను. అతని కుమారుడు 1331 లో నికేయా రాజధాని పట్టణమును జయించెను; అదే కుమారుడు నాలుగు సంవత్సరముల ముట్టడి అనంతరం 1337 లో నికోమీడియా రాజధాని పట్టణమును జయించెను. ఆది సేవకులు ఉస్మాన్‌తో కూడిన జూలై 27, 1299 ను గుర్తించిరిగాని, ఒట్టోమన్ సామ్రాజ్య స్థాపనకు చారిత్రక రెండవ అడుగుగా నికేయా యుద్ధమనే తదుపరి సంగ్రామమును ఎప్పుడును పరిశీలించలేదు. జూలై 27, 1299 ఆదివారపు చట్టమునకు చేరుటకై అనేక అడుగులలో మొదటి అడుగు అయియుండెను. టర్కీ ఇస్లాం యొక్క మొదటి రెండు అడుగులు 1449 లో ముగిసిన ఒక ప్రవచనారంభమును గుర్తించెను; తరువాత మళ్లీ 1840 లో, మరల 9/11 న, మరియు తిరిగి డిసెంబరు 31, 2023 న అదే విధంగా గుర్తించెను.</w:t>
      </w:r>
    </w:p>
    <w:p>
      <w:pPr>
        <w:pStyle w:val="ArticleBody"/>
        <w:jc w:val="left"/>
      </w:pPr>
      <w:r>
        <w:rPr>
          <w:rFonts w:ascii="Nirmala UI" w:hAnsi="Nirmala UI" w:eastAsia="Nirmala UI" w:cs="Nirmala UI"/>
        </w:rPr>
        <w:t>ఆ రెండు దశలలో మొదటిది నూట యాభై సంవత్సరాల ఆరంభాన్ని మాత్రమే కాదు, ముప్పై ఎనిమిది సంవత్సరాల ఆరంభాన్నికూడా సూచించింది. అది ఒస్మాన్ నికోమీడియా ప్రాంతాన్ని స్వాధీనపరచుకున్నప్పుడు ప్రారంభమై, ముప్పై ఎనిమిది సంవత్సరాల తరువాత ఒస్మాన్ కుమారుడు నికోమీడియా రాజధాని పట్టణాన్ని నాలుగు సంవత్సరాల ముట్టడి ముగింపులో 1337లో స్వాధీనపరచుకున్నప్పుడు ముగిసింది. “ముప్పై ఎనిమిది” అనే సంఖ్య “లేచియెదగుటను” సూచిస్తుంది; మరియు ఒస్మాన్ ఆ ప్రాంతాన్ని స్వాధీనపరచుకున్న ఆ ప్రాథమిక దశ, టర్కీ ఇస్లాం యొక్క లేచియెదగుటను సూచించింది. ఆ ముప్పై ఎనిమిది సంవత్సరాల మొదటి దశలో, “నాలుగు సంవత్సరాల” ముట్టడి ముగింపును సూచిస్తుంది. నూట యాభై సంవత్సరాల చివరి దశలో అవమానపరచుట కలుగజేయబడుతుంది; మరియు నాలుగు సంవత్సరాల తరువాత, 1453లో, తూర్పు రోమా రాజధాని స్వాధీనపరచబడుతుంది.</w:t>
      </w:r>
    </w:p>
    <w:p>
      <w:pPr>
        <w:pStyle w:val="ArticleBody"/>
        <w:jc w:val="left"/>
      </w:pPr>
      <w:r>
        <w:rPr>
          <w:rFonts w:ascii="Nirmala UI" w:hAnsi="Nirmala UI" w:eastAsia="Nirmala UI" w:cs="Nirmala UI"/>
        </w:rPr>
        <w:t>అది 1453లో ఒట్టోమన్ తుర్కులు అయినా, లేదా 1337లో నికోమీడియాను మరియు 1331లో నికేయాను స్వాధీనపరచుకున్న ఒస్మాన్ కుమారుడైనా, ఈ మూడు సందర్భాలలో ప్రతి రాజధాని నగరమూ చరిత్రలో ఏదో ఒక దశలో తూర్పు రోముకు రాజధానిగా సేవచేసింది. ఈ మూడు పంక్తులన్నీ తూర్పు రోము జయించబడిన దానినే సూచిస్తున్నాయి. ఆ మూడు పంక్తులలో ప్రతి ఒక్కటి, ఇస్లాం మొదట తూర్పు రోము ప్రాంతాన్ని, ఆ తరువాత దాని రాజధానిని జయించిన దానిని గుర్తిస్తోంది. ఆ మూడు రాజధానుల పేర్లు అన్నీ ఆయా ప్రాంతాల పేర్లతో ఒకటే. ఈ మూడు పంక్తులలో ప్రతి ఒక్కదానికీ ప్రత్యేకమైన ఆల్ఫా మరియు ఒమేగా చారిత్రక వ్యక్తులు ఉన్నారు. చక్రవర్తి మరియు చక్రవర్తిని ఇద్దరినీ ఇస్లాం అవమానపరచిన సందర్భంలో ఒక సంఘ-రాజ్య సంబంధాన్ని గుర్తిస్తూ, ఆ ప్రవచనాత్మక అవమానపరచుట వారి పంక్తులను పశ్చిమ రోముతో కూడ అనుసంధానిస్తుంది; పశ్చిమ రోమును కూడా క్రీస్తుశకం 330లో కాన్‌స్టాంటినోపుల్‌ను రోము నగరంపై ప్రాధాన్యమిచ్చి ఎంచుకున్నప్పుడు కాన్‌స్టాంటైన్ మహానుభావుడు అవమానపరచాడు. పశ్చిమ రోము యొక్క అంతిమ అవమానపరచుట 476లో చివరి చక్రవర్తితో వచ్చి, అక్కడినుంచి అది వేగంగా క్షీణించుచు పోయింది.</w:t>
      </w:r>
    </w:p>
    <w:p>
      <w:pPr>
        <w:pStyle w:val="ArticleBody"/>
        <w:jc w:val="left"/>
      </w:pPr>
      <w:r>
        <w:rPr>
          <w:rFonts w:ascii="Nirmala UI" w:hAnsi="Nirmala UI" w:eastAsia="Nirmala UI" w:cs="Nirmala UI"/>
        </w:rPr>
        <w:t>తూర్పు రోముతో సంబంధములో పశ్చిమ రోము సంఘమైయుండెను; తూర్పు రాజ్యమైయుండెను. ఆరంభమున 330లో అవమానము, తరువాత 476లో అవమానము, ఆపై 782లో, మరల 1449లో అవమానము. ఒక రాజ్య విభజనతో ప్రారంభమైన అవమాన పరంపర, 476లో చక్రవర్తిని, అందుచేత సామ్రాజ్యమును, కోల్పోవుట అనే అవమానముచేత కొనసాగి, తరువాత ఇస్లాం మొదట 782లో తూర్పు భూభాగమునకు, ఆపై 1453లో తూర్పు రాజధానికి అవమానమును తెచ్చెను.</w:t>
      </w:r>
    </w:p>
    <w:p>
      <w:pPr>
        <w:pStyle w:val="ArticleBody"/>
        <w:jc w:val="left"/>
      </w:pPr>
      <w:r>
        <w:rPr>
          <w:rFonts w:ascii="Nirmala UI" w:hAnsi="Nirmala UI" w:eastAsia="Nirmala UI" w:cs="Nirmala UI"/>
        </w:rPr>
        <w:t>బైబిలు ప్రవచనములోని ఇస్లాం తూర్పు మరియు పశ్చిమ రోము రెండింటి వరుసను వెలుగులోనికి తెస్తుంది; మరియు ఈ రోజు ఇస్లాం ఉత్పత్తి చేస్తున్న వెలుగు, మిల్లరైట్ పయనీరులకు ఇస్లాం యొక్క పునాది వెలుగుగా ఉన్న దానితో ఏకీభవించినప్పటికీ, దానికంటె ఎంతో దూరంగా విస్తరించినది. 2024లో “దర్శనమును స్థాపించువారు అయిన నీ ప్రజలలోని దోపిడీచేయువారు ఎవరు” అనే విషయంతో ఆరంభమైన పరీక్షకాలము, ఆ పరీక్షాకాలానికి ఆల్ఫా అయింది; మరియు ఇప్పుడు పరీక్షాకాలము అంత్యమున, ప్రకటన గ్రంథము తొమ్మిదవ అధ్యాయంలోని ఇస్లాం అనే విషయములోనుండి వెలుగు, పశ్చిమ మరియు తూర్పు రోములకు సంబంధించిన సాక్ష్యాలను చేర్చుచున్నది, ఇవి ప్రస్తుత ఉత్తరకాలముల వరకు ఎప్పుడును పరిశీలింపబడలేదు.</w:t>
      </w:r>
    </w:p>
    <w:p>
      <w:pPr>
        <w:pStyle w:val="ArticleBody"/>
        <w:jc w:val="left"/>
      </w:pPr>
      <w:r>
        <w:rPr>
          <w:rFonts w:ascii="Nirmala UI" w:hAnsi="Nirmala UI" w:eastAsia="Nirmala UI" w:cs="Nirmala UI"/>
        </w:rPr>
        <w:t>ఇస్లాం యొక్క ప్రవచన రేఖలు, తొమ్మిదవ అధ్యాయం నుండి పదకొండవ అధ్యాయం వరకు ప్రతినిధిత్వం చేయబడినవి, దానియేలు పదకొండవ అధ్యాయంలోని పదవ వచనం నుండి పదహారవ వచనం వరకు ఉన్న చరిత్ర రేఖలను ఈ వ్యాసాలలో ఇప్పటికే పరిశీలనలో ఉన్న రేఖలతో అనుసంధానమయ్యే సాక్ష్యాల ద్వారా ఏకీకరిస్తాయి. అయితే, ఇస్లాం యొక్క ఉదయాన్ని సూచించే ప్రవచనాత్మక చిత్రణలో, మిల్లరైట్‌ల ఉద్యమమును మరియు నూట నలభై నాలుగు వేల మంది ఉద్యమమును గూర్చిన ఉదయమూ అంతర్భూతమైయున్నది. ప్రకటన గ్రంథం తొమ్మిదవ అధ్యాయంలోని కాల ప్రవచనాలలో స్థిరంగా నిక్షిప్తమై, వాటి భాగంగానే ఉన్న రెండు నాలుగు-సంవత్సరాల కాలాలు, 1840 నుండి 1844 వరకు గల నాలుగు సంవత్సరాలకు సాక్ష్యమును అందిస్తున్నాయి. 1844లో ఇక ప్రవచన కాలము లేదు; కాబట్టి ఆ సూచకమైన నాలుగు-సంవత్సరాల కాలము కాలముచేత కాదు, దాని ప్రవచనాత్మక లక్షణములచేత నిర్వచించబడుతుంది. మొదటి నాలుగు-సంవత్సరాల కాలము, తన తండ్రి ఆ ప్రాంతమును జయించిన ముప్పై ఎనిమిది సంవత్సరాల తరువాత, 1337లో ఇస్లాం పూర్వ తూర్పు రోమా రాజధానియైన నికోమీడియాను జయించిన విషయాన్ని గుర్తిస్తుంది. రెండవ నాలుగు సంవత్సరాలు, 1449లో ఇస్లాం చేత సంభవింపబడియున్న తూర్పు రోమాల రాజకీయ మరియు మతపరమైన పాలకుల అవమానపరచబడుటను గుర్తిస్తాయి; మూడవ నాలుగు సంవత్సరాలు, తన మహిమచేత భూమిని ప్రకాశింపజేసిన దూత 1840 ఆగస్టు 11న దిగివచ్చినప్పుడు దేవుని శక్తి యొక్క మహిమగల ప్రత్యక్షతను గుర్తిస్తాయి.</w:t>
      </w:r>
    </w:p>
    <w:p>
      <w:pPr>
        <w:pStyle w:val="ArticleBody"/>
        <w:jc w:val="left"/>
      </w:pPr>
      <w:r>
        <w:rPr>
          <w:rFonts w:ascii="Nirmala UI" w:hAnsi="Nirmala UI" w:eastAsia="Nirmala UI" w:cs="Nirmala UI"/>
        </w:rPr>
        <w:t>మొదటి మరియు రెండవ దూతల మిల్లరైట్ చరిత్ర, లక్ష నలభై నాలుగు వేలమందికి ముద్రవేయు కాలంలో మూడవ దూత చరిత్రతో సరిపోలుచున్నది. ఆ అంతిమ ముద్రవేత కార్యమే పాపమును తుడిచివేయుట; అదే దైవత్వము మరియు మానవత్వముల కలయిక; అది ఇస్లాం చేత తీసికొనిరాబడుచున్న యుద్ధకాలంలో సంభవించుచున్నది.</w:t>
      </w:r>
    </w:p>
    <w:p>
      <w:pPr>
        <w:pStyle w:val="ArticleScripture"/>
        <w:jc w:val="left"/>
      </w:pPr>
      <w:r>
        <w:rPr>
          <w:rFonts w:ascii="Nirmala UI" w:hAnsi="Nirmala UI" w:eastAsia="Nirmala UI" w:cs="Nirmala UI"/>
        </w:rPr>
        <w:t>అతడు అగాధ గర్భమును తెరిచెను; అప్పుడు ఆ గర్భములోనుండి మహా భట్టియొక్క పొగవలె పొగ ఎగసి వచ్చెను; ఆ గర్భపు పొగనుబట్టి సూర్యుడును గాలియు అంధకారమాయెను. ఆ పొగలోనుండి మిడతలు భూమిమీదకు వచ్చెను; భూమిమీదనున్న తేళ్లకు యున్న అధికారమువలె వాటికిని అధికారము అనుగ్రహింపబడెను. మరియు భూమియొక్క గడ్డిని గాని, ఏ పచ్చని దానిని గాని, ఏ వృక్షమును గాని హానిచేయకూడదని వాటికి ఆజ్ఞాపించబడెను; అయితే తమ నుదుటులలో దేవుని ముద్ర లేని మనుష్యులను మాత్రమే హానిచేయవలెనని ఆజ్ఞాపించబడెను. ప్రకటన 9:2–4.</w:t>
      </w:r>
    </w:p>
    <w:p>
      <w:pPr>
        <w:pStyle w:val="ArticleBody"/>
        <w:jc w:val="left"/>
      </w:pPr>
      <w:r>
        <w:rPr>
          <w:rFonts w:ascii="Nirmala UI" w:hAnsi="Nirmala UI" w:eastAsia="Nirmala UI" w:cs="Nirmala UI"/>
        </w:rPr>
        <w:t>ప్రతి ప్రవచనమునకు పరిపూర్ణ నెరవేర్పు అంత్యదినములలోనే కలుగును; కాబట్టి ఈ భాగము నూట నలభై నాలుగు వేల మందికి ముద్ర వేయబడుటను సూచించుచున్నది. ప్రకటన గ్రంథము తొమ్మిదవ అధ్యాయమందలి ఇస్లాం సంబంధమైన ప్రవచనము, ఇస్లాం అదుపులోనికి తెచ్చబడిన 1840 ఆగస్టు 11న పరాకాష్ఠకు చేరిన చరిత్రలో, ఆ దర్శనమును స్థాపించు శక్తికి అత్యంత సమగ్ర దృష్టాంతమును సమకూర్చుటకు చారిత్రక కీలకమును అందించుచున్నది. ఆ స్థితి నుండి ప్రకటన గ్రంథము తొమ్మిదవ అధ్యాయపు సాక్ష్యము పదవ అధ్యాయములోనికి, మొదటి మరియు రెండవ దూతల చరిత్రలోనికి విస్తరించెను. తరువాత పదకొండవ అధ్యాయములో మూడవ శ్రమ ఆదివారపు చట్టమునొద్ద అకస్మాత్తుగా ప్రత్యక్షమగును; అప్పుడు మూడవ దూత యొక్క గొప్ప కేక ఆరంభమగును. తొమ్మిదవ అధ్యాయము, దానియేలు గ్రంథములోను ప్రకటన గ్రంథములోను ప్రతిపాదించబడిన రాజ్యముల ఉదయాస్తమయములను క్రమబద్ధపరచుటలో ఇస్లాం అనే కీలకాంశమై యున్నది. పదవ మరియు పదకొండవ అధ్యాయములు నూట నలభై నాలుగు వేల జ్ఞానముగల కన్యకల అనుభవమును సూచించుచున్నవి. తొమ్మిదవ అధ్యాయము బాహ్య దర్శనమును స్థాపించు సూచకచిహ్నమును తెలియజేయుచుండగా, పదవ మరియు పదకొండవ అధ్యాయములు గొఱ్ఱెపిల్లను అనుసరించి అతిపరిశుద్ధ స్థలములోనికి ప్రవేశించుటతో సంబంధముగల అంతర దర్శనమును సూచించుచున్నవి.</w:t>
      </w:r>
    </w:p>
    <w:p>
      <w:pPr>
        <w:pStyle w:val="ArticleBody"/>
        <w:jc w:val="left"/>
      </w:pPr>
      <w:r>
        <w:rPr>
          <w:rFonts w:ascii="Nirmala UI" w:hAnsi="Nirmala UI" w:eastAsia="Nirmala UI" w:cs="Nirmala UI"/>
        </w:rPr>
        <w:t>ప్రకటన గ్రంథము పదవ అధ్యాయం, విప్పబడియున్న చిన్న పుస్తకముతో దిగివచ్చే బలమైన దూతరూపమున క్రీస్తును పరిచయపరచుచున్నది. ప్రకటన గ్రంథము తొమ్మిదవ అధ్యాయములో పేర్కొనబడిన మూడు వందల తొంభై ఒక సంవత్సరములు మరియు పదిహేను దినముల ప్రవచనము ముగిసిన సమయంలో, ఆ సంఘటన 1840 ఆగస్టు 11న నెరవేరెను. ప్రకటన గ్రంథము పదవ అధ్యాయం, 1844 అక్టోబరు 22న యోహాను కడుపులో ఆ సందేశము చేదుగా మారిన దశ వరకు ఉన్న చరిత్రను సూచించుచున్నది. 1840 నుండి 1844 వరకు ఉన్న ఆ నాలుగు సంవత్సరాలు, మొదటి దూత రాకతో ప్రారంభమై, మూడవ దూత రాకతో ముగిసెను. 1840 ఆగస్టు 11 నెరవేర్పు తరువాత వచ్చిన ఆ నాలుగు సంవత్సరములు, మూడు వందల తొంభై ఒక సంవత్సరములు మరియు పదిహేను దినముల ప్రారంభమందు 1449 జూలై 27 నుండి 1453 వరకు ఉన్న నాలుగు సంవత్సరములచే మాదిరి చేయబడియున్నవి. ఆ రెండు నాలుగు సంవత్సరాల కాలములూ, 1333 నుండి 1337 వరకు నికొమీడియా ముట్టడి జరిగిన నాలుగు సంవత్సరములతో సరిసమానముగా నిలుచున్నవి. ప్రతీకాత్మకముగా తూర్పు రోము ఇస్లాం చేత మూడు మార్లు జయింపబడెను. మొదటిది 1331లో నికేయా ముట్టడిలోనెను, తరువాత 1337లో నికొమీడియా నాలుగు సంవత్సరాల ముట్టడిలోనెను, ఆపై 1453లో కాన్స్టాంటినోపులు ముట్టడిలోనెను.</w:t>
      </w:r>
    </w:p>
    <w:p>
      <w:pPr>
        <w:pStyle w:val="ArticleBody"/>
        <w:jc w:val="left"/>
      </w:pPr>
      <w:r>
        <w:rPr>
          <w:rFonts w:ascii="Nirmala UI" w:hAnsi="Nirmala UI" w:eastAsia="Nirmala UI" w:cs="Nirmala UI"/>
        </w:rPr>
        <w:t>డయోక్లీషియన్ క్రీ.శ. 393లో రోమును చట్టపరంగా తూర్పు, పడమరలుగా విభజించాడు; కాన్స్టాంటైన్ క్రీ.శ. 330లో ప్రవచనాత్మకంగా రోమును తూర్పు, పడమరలుగా విభజించాడు. క్రీ.శ. 395లో చక్రవర్తి థియోడోసియస్ I మరణించినప్పుడు, అతడు తూర్పును, పడమరను తన ఇద్దరు కుమారులకు వారసత్వంగా అప్పగించినందున, సామ్రాజ్యం అధికారికంగాను శాశ్వతంగాను విభజించబడింది. కాథలిక్ సంఘం క్రీ.శ. 1054లో “మహా విభేదం” సమయంలో తూర్పు, పడమరలుగా విభజించబడింది. ఆ విభజన క్రమక్రమంగా జరిగింది; దాని తరువాత వచ్చిన పతనం కూడా అలానే క్రమక్రమంగానే జరిగింది. ఆ విభజన ఈ దినమువరకు కొనసాగుచున్నది. ఆ తేదీ నుండి యాభై సంవత్సరాల లోపల, రోములోని పాశ్చాత్య సంఘం ఇస్లాం మీద సుమారు రెండువందల సంవత్సరాల క్రూసేడ్‌లను ఆరంభించింది. పాశ్చాత్య రోము క్రీ.శ. 476లో తన చివరి చక్రవర్తిని కోల్పోయినప్పుడు పతనమైంది. తూర్పు రోము క్రీ.శ. 1453లో పతనమైంది. పాపసంబంధమైన రోము క్రీ.శ. 1798లో పతనమైంది. అన్యమత రోము క్రీ.శ. 393, 330, మరియు 395లో తూర్పు, పడమరలుగా విభజించబడింది. పాపసంబంధమైన రోము క్రీ.శ. 1054లో తూర్పు, పడమరలుగా విభజించబడింది. సిస్టర్ వైట్ దేవుని వాక్య అధ్యయనంలో రాజ్యాల ఉదయపతనాలను ప్రధాన సూచనబిందువుగా గుర్తిస్తుంది.</w:t>
      </w:r>
    </w:p>
    <w:p>
      <w:pPr>
        <w:pStyle w:val="ArticleBody"/>
        <w:jc w:val="left"/>
      </w:pPr>
      <w:r>
        <w:rPr>
          <w:rFonts w:ascii="Nirmala UI" w:hAnsi="Nirmala UI" w:eastAsia="Nirmala UI" w:cs="Nirmala UI"/>
        </w:rPr>
        <w:t>ప్రకటన గ్రంథం తొమ్మిదవ అధ్యాయములోనుండి చరిత్ర వెలుగులోకి తెచ్చబడిన రాజ్యములు, ఆ దర్శనమును స్థాపించునది రోమయేనని వాదనను బలపరచును. ఇస్లాం మరియు నూట నలువది నాలుగు వేలమంది మధ్యనున్న ప్రవచన సంబంధము, గాడిదపై క్రీస్తు యెరూషలేములో ప్రవేశించుటచేత పూర్వఛాయగా సూచింపబడిన అర్థరాత్రి కేక సందేశము, మొదటి శ్రమ కాలములో ఆరంభమైన కాలప్రవచనముచేత ప్రతినిధిత్వం చేయబడినదని, అది రెండవ శ్రమలో ప్రవచనముయొక్క రెండవ భాగములో కొనసాగి, అదే ప్రవచనపు నెరవేర్పుతో మొదలైన మొదటి మరియు రెండవ దూతల మిల్లరైట్ ఉద్యమ చరిత్రయైన నాలుగు సంవత్సరముల వ్యవధిలో తన పరిపూర్ణతను పొందినదని సాక్ష్యమిచ్చును. ఆ ప్రవచనము ఇస్లాం యొక్క ఉదయమును సూచించుచూ “ముప్పది ఎనిమిది మరియు రెండు సంవత్సరము” (1299 మరియు 1301) సంవత్సరములనే చిహ్నముతో ఆరంభమై, మిల్లరైట్ల ఉదయమును సూచించుచూ “ముప్పది ఎనిమిది మరియు రెండు సంవత్సరము” (1838 మరియు 1840) సంవత్సరములనే చిహ్నముతో ముగిసెను.</w:t>
      </w:r>
    </w:p>
    <w:p>
      <w:pPr>
        <w:pStyle w:val="ArticleBody"/>
        <w:jc w:val="left"/>
      </w:pPr>
      <w:r>
        <w:rPr>
          <w:rFonts w:ascii="Nirmala UI" w:hAnsi="Nirmala UI" w:eastAsia="Nirmala UI" w:cs="Nirmala UI"/>
        </w:rPr>
        <w:t>1844లో, 1333 నుండి 1337 వరకున్న ముట్టడి, అలాగే 1449 నుండి 1453 ముట్టడి వరకు ప్రవచనాత్మకంగా సూచించబడిన మిల్లరైట్‌ల నాలుగేళ్ల కాలం ముగింపులో, ప్రవచనకాలాన్ని ఇకపై వర్తింపజేయరాదు. ఒక లక్ష నలభై నాలుగు వేల మందియొక్క ధ్వజమును ఎత్తిపట్టుట, ఇస్లాం ఎత్తిపట్టబడిన ప్రవచనంతో నేరుగా అనుసంధానించబడియున్నది.</w:t>
      </w:r>
    </w:p>
    <w:p>
      <w:pPr>
        <w:pStyle w:val="ArticleScripture"/>
        <w:jc w:val="left"/>
      </w:pPr>
      <w:r>
        <w:rPr>
          <w:rFonts w:ascii="Nirmala UI" w:hAnsi="Nirmala UI" w:eastAsia="Nirmala UI" w:cs="Nirmala UI"/>
        </w:rPr>
        <w:t>యూదా, నీ సహోదరులు నిన్ను స్తుతించుదురు; నీ చెయ్యి నీ శత్రువుల మెడమీద ఉండును; నీ తండ్రి కుమారులు నీకు నమస్కరించుదురు. యూదా సింహపు పిల్లవంటి వాడు; నా కుమారుడా, నీవు ఆహారమును పట్టుకొని పైకి ఎక్కితివి; అతడు వంగి పడుకొనెను, సింహమువలెను ముదుసలి సింహమువలెను మోకరించి నుండెను; అతనిని ఎవడు లేపగలడు? షిలోహు వచ్చువరకు రాజదండము యూదా నుండి తొలగిపోదు, అతని పాదముల మధ్యనుండి ధర్మశాసకుడు తొలగిపోడు; ప్రజల సమూహము అతనియొద్దకే చేరును. అతడు తన గాడిదపిల్లను ద్రాక్షావల్లికి కట్టును, తన గాడిదపోతును శ్రేష్ఠమైన ద్రాక్షావల్లికి కట్టును; అతడు తన వస్త్రములను ద్రాక్షారసములో కడుగును, తన బట్టలను ద్రాక్షపండ్ల రక్తములో కడుగును. అతని కన్నులు ద్రాక్షారసముచేత ఎర్రగా నుండును, అతని పళ్లు పాలచేత తెల్లగా నుండును. ఆదికాండము 49:8–12.</w:t>
      </w:r>
    </w:p>
    <w:p>
      <w:pPr>
        <w:pStyle w:val="ArticleBody"/>
        <w:jc w:val="left"/>
      </w:pPr>
      <w:r>
        <w:rPr>
          <w:rFonts w:ascii="Nirmala UI" w:hAnsi="Nirmala UI" w:eastAsia="Nirmala UI" w:cs="Nirmala UI"/>
        </w:rPr>
        <w:t>నూట నలభై నాలుగు వేలమంది క్రీస్తు స్వభావాన్ని సంపూర్ణంగా ప్రతిబింబిస్తారు; మరియు క్రీస్తు, ఇతర సంకేతాత్మక ప్రతిరూపాలలో, “ఎంచుకొనబడిన ద్రాక్షావల్లి”యై ఉన్నాడు. ఆదికాండము 16:12లో ఇష్మాయేలు “అడవి” మనిషిగా గుర్తించబడినాడు.</w:t>
      </w:r>
    </w:p>
    <w:p>
      <w:pPr>
        <w:pStyle w:val="ArticleScripture"/>
        <w:jc w:val="left"/>
      </w:pPr>
      <w:r>
        <w:rPr>
          <w:rFonts w:ascii="Nirmala UI" w:hAnsi="Nirmala UI" w:eastAsia="Nirmala UI" w:cs="Nirmala UI"/>
        </w:rPr>
        <w:t>అతడు అడవి మనిషిగా ఉండును; అతని చేయి ప్రతి మనిషికి విరోధముగా ఉండును, ప్రతి మనిషి చేయియు అతనికి విరోధముగా ఉండును; మరియు అతడు తన సహోదరులందరి సమక్షములో నివసించును.</w:t>
      </w:r>
    </w:p>
    <w:p>
      <w:pPr>
        <w:pStyle w:val="ArticleBody"/>
        <w:jc w:val="left"/>
      </w:pPr>
      <w:r>
        <w:rPr>
          <w:rFonts w:ascii="Nirmala UI" w:hAnsi="Nirmala UI" w:eastAsia="Nirmala UI" w:cs="Nirmala UI"/>
        </w:rPr>
        <w:t>“అడవి” అని అనువదించబడిన పదము అడవి అరేబియా గాడిదను సూచించుచున్నది. అంత్యదినములలో క్రీస్తు ప్రతినిధులు అడవి అరేబియా గాడిద సందేశముపై సవారిచేయుదురు—క్రీస్తు యెరూషలేములోనికి ఎక్కి ప్రవేశించిన ఆ గాడిద, బిలాము అతనిని మూడవసారి కొట్టిన తరువాత చివరికి మాటలాడిన ఆ గాడిద. 1840లో మొదటి దేవదూత సందేశమును శక్తివంతముగా చేసిన సందేశము, ఆ ఉద్యమమును శక్తివంతముగా చేసిన సందేశము స్థితిచెందిన అదే ప్రవచన చరిత్రలోనున్న, సంబంధమున్నను ముఖ్యమగు నూట యాభై సంవత్సరాల ప్రవచనమును గ్రహింపలేదు. అదే కాలప్రవచనములో 1840 నుండి 1844 వరకు చరిత్రను పూర్వరూపముగా సూచించిన రెండు నాలుగు సంవత్సరాల కాలములను వారు చూడలేదు. యూదా గోత్రమునకు చెందిన సింహము ఇప్పుడు “పాత మార్గముల” నుండి ఇంతకు ముందెన్నడును కనబడని వెలుగును బయల్పరచుచున్నాడు; మరియు అది 2023 డిసెంబర్ 31 నుండి బయల్పడుచు వచ్చిన ఆ వెలుగుతో సమ్మతించు వెలుగే. నాష్‌విల్‌ను కొట్టునది ఇస్లామేనా అనే ఏ సందేహమునైనను ఇది తొలగించును. ఈ వెలుగు రోము యొక్క చిహ్నమును ప్రకాశింపజేసి, తద్వారా 2024లో “నీ జనుల దొంగలు” విషయమై జరిగిన ఆల్ఫా వివాదమునకు ఒక ఒమేగా ప్రకటనగా మారుచున్నది; మరియు మిల్లరైట్ చరిత్రలో అదే చిహ్నమును గూర్చిన వాదనకు కూడ ఇదే ఒమేగా చిహ్నమై యున్నది. ప్రకటన గ్రంథము తొమ్మిదవ అధ్యాయములోని కాలప్రవచనముల ఇస్లాము, నూట నలభై నాలుగు వేలమంది ముద్రింపబడుచున్న కాలమునకు సంబంధించిన అంతర్గత చరిత్రలో బాహ్య సందేశమని ఇది గుర్తించుచున్నది. మేము ఈ సత్యమును కొంతకాలముగా బోధించుచు వచ్చితివి, అయితే ఇప్పుడు ప్రకటన గ్రంథము తొమ్మిదవ అధ్యాయముతో ఆరంభమై పదకొండవ అధ్యాయముతో సమాప్తమగు ఒకే రేఖపై దీనిని నిరూపింపగలము. 1840 నుండి 1844 వరకు నెరవేర్చబడిన ఇస్లాము కాలప్రవచనముతో అనుసంధానించబడిన మూడవ నాలుగు సంవత్సరాల కాలము నూట నలభై నాలుగు వేలమంది ముద్రింపబడుచున్న కాలమును వివరిస్తున్నది. ప్రకటన గ్రంథము పదకొండవ అధ్యాయములోని గొప్ప భూకంపము ద్వారా నూట నలభై నాలుగు వేలమంది ఒక ధ్వజముగా ఎత్తబడుదురు.</w:t>
      </w:r>
    </w:p>
    <w:p>
      <w:pPr>
        <w:pStyle w:val="ArticleBody"/>
        <w:jc w:val="left"/>
      </w:pPr>
      <w:r>
        <w:rPr>
          <w:rFonts w:ascii="Nirmala UI" w:hAnsi="Nirmala UI" w:eastAsia="Nirmala UI" w:cs="Nirmala UI"/>
        </w:rPr>
        <w:t>యెహెజ్కేలు ముప్పత్తేడు అధ్యాయంలో దేవుని ప్రజలను సైన్యముగా లేపుట అనేది ఆదాముని సృష్టిచేత పూర్వసూచింపబడిన రెండు దశల ప్రక్రియ. మొదట ఆదాము మట్టితో నిర్మింపబడెను; తరువాత క్రీస్తు అతనిలో జీవశ్వాసను ఊదెను. యెహెజ్కేలు గ్రంథంలో మొదటి ప్రవచనం మృతదేహాలను ఏర్పరచును, అయితే అవి ఇంకా మృతులుగానే ఉండును. తరువాత నాలుగు గాలులు ఆ దేహాలపై ఊదబడగా, అవి మహా బలమైన సైన్యముగా లేచి నిలుచును. ముప్పత్తెనిమిది మరియు నలభై అనే సంఖ్యలు ఆ రెండు దశలను సూచించును.</w:t>
      </w:r>
    </w:p>
    <w:p>
      <w:pPr>
        <w:pStyle w:val="ArticleBody"/>
        <w:jc w:val="left"/>
      </w:pPr>
      <w:r>
        <w:rPr>
          <w:rFonts w:ascii="Nirmala UI" w:hAnsi="Nirmala UI" w:eastAsia="Nirmala UI" w:cs="Nirmala UI"/>
        </w:rPr>
        <w:t>ఈ విషయాలను తదుపరి వ్యాసంలో కొనసాగిస్తాము.</w:t>
      </w:r>
    </w:p>
    <w:p>
      <w:pPr>
        <w:pStyle w:val="ArticleScripture"/>
        <w:jc w:val="left"/>
      </w:pPr>
      <w:r>
        <w:rPr>
          <w:rFonts w:ascii="Nirmala UI" w:hAnsi="Nirmala UI" w:eastAsia="Nirmala UI" w:cs="Nirmala UI"/>
        </w:rPr>
        <w:t>ఇవి జరిగిన తరువాత యూదుల పండుగ ఒకటి ఉండెను; యేసు యెరూషలేమునకు ఎక్కి వెళ్లెను. యెరూషలేములో గొఱ్ఱెల ద్వారమునొద్ద హెబ్రీ భాషలో బేతెస్దా అని పిలువబడే ఒక కొలను ఉండెను; దానికి ఐదు మండపములు ఉండెను. వాటిలో కంటిలేనివారు, కుంటివారు, శుష్కాంగులైనవారు మొదలైన బలహీనుల గొప్ప సమూహము నీరు కదలించబడుటకై నిరీక్షించుచు పడుకొని ఉండెను. ఏలయనగా, ఒక నిర్ణీత కాలమున దూత ఆ కొలనులోనికి దిగి నీటిని కదిలించెను; అప్పుడు నీరు కదలించబడిన తరువాత ముందుగా అందులో దిగినవాడు తాను ఏ వ్యాధితో బాధపడుచున్ననూ దానినుండి స్వస్థత పొందెను. అక్కడ ముప్పది ఎనిమిది సంవత్సరములు వ్యాధిగ్రస్తుడై యున్న ఒక మనుష్యుడు ఉండెను. యేసు అతడు పడుకొని యుండుట చూచి, అతడు ఆ స్థితిలో చాలాకాలముగా ఉన్నాడని తెలిసికొని, అతనితో, “నీవు స్వస్థుడగుటకు ఇష్టపడుచున్నావా?” అని చెప్పెను. ఆ బలహీనుడు ఆయనతో, “అయ్యా, నీరు కదలించబడినప్పుడు నన్ను కొలనులో దింపుటకు నాకు ఎవడును లేడు; నేను వచ్చుచుండగానే మరొకడు నాకంటె ముందుగా దిగుచున్నాడు” అని ఉత్తరమిచ్చెను. యేసు అతనితో, “లేచి, నీ పరుపు ఎత్తుకొని నడచి పోవుము” అని చెప్పెను. వెంటనే ఆ మనుష్యుడు స్వస్థుడై, తన పరుపు ఎత్తుకొని నడచెను; ఆ దినమే విశ్రాంతిదినమై యుండెను. యోహాను 5:1–9.</w:t>
      </w:r>
    </w:p>
    <w:p>
      <w:pPr>
        <w:pStyle w:val="ArticleScripture"/>
        <w:jc w:val="left"/>
      </w:pPr>
      <w:r>
        <w:rPr>
          <w:rFonts w:ascii="Nirmala UI" w:hAnsi="Nirmala UI" w:eastAsia="Nirmala UI" w:cs="Nirmala UI"/>
        </w:rPr>
        <w:t>అప్పుడు నేను, “లేచి, జెరెదు వాగును దాటుడి” అని చెప్పితిని. అప్పుడు మేము జెరెదు వాగును దాటితివి. కాదేష్బర్నేయా నుండి బయలుదేరి జెరెదు వాగును దాటి వచ్చువరకు మేము ప్రయాణించిన కాలము ముప్పత్తి ఎనిమిది సంవత్సరములు; యెహోవా వారికి ప్రమాణము చేసిన ప్రకారమే, యుద్ధ పురుషుల సమస్త తరము శిబిరమధ్యనుండి పూర్తిగా నశించిపోయేవరకు అది కొనసాగెను. ద్వితీయోపదేశకాండము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నలభైవ వచనమునకు గూఢ చరిత్ర — సంఖ్య పందొమ్మిది</dc:title>
  <dc:subject>రెండవ శాపము - భాగము ఆరు</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