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నలభయ్యవ వచనపు గూఢ చరిత్ర - ఇరవయ్యవ సంఖ్య</w:t>
      </w:r>
    </w:p>
    <w:p>
      <w:pPr>
        <w:pStyle w:val="ArticleSubtitle"/>
        <w:jc w:val="left"/>
      </w:pPr>
      <w:r>
        <w:rPr>
          <w:rFonts w:ascii="Nirmala UI" w:hAnsi="Nirmala UI" w:eastAsia="Nirmala UI" w:cs="Nirmala UI"/>
        </w:rPr>
        <w:t>రెండవ శాపం - భాగము ఏడు - యెహెజ్కేలు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ప్రవక్త యెహెజ్కేలు తన ప్రారంభ వచనాలలో ముప్పై సంవత్సరాల వయస్సులో ఉన్నవాడని గుర్తించడం ఆమోదయోగ్యమైన బైబిలు అవగాహన.</w:t>
      </w:r>
    </w:p>
    <w:p>
      <w:pPr>
        <w:pStyle w:val="ArticleScripture"/>
        <w:jc w:val="left"/>
      </w:pPr>
      <w:r>
        <w:rPr>
          <w:rFonts w:ascii="Nirmala UI" w:hAnsi="Nirmala UI" w:eastAsia="Nirmala UI" w:cs="Nirmala UI"/>
        </w:rPr>
        <w:t>ముప్పదియవ సంవత్సరమందు, నాలుగవ నెలలో, ఆ నెల ఐదవ దినమున, నేను చెబారు నది యొద్ద బందీల మధ్యనున్నప్పుడు, ఆకాశములు తెరవబడియుండెను; నేను దేవుని దర్శనములను చూచితిని. ఆ నెల ఐదవ దినమున, అది రాజైన యెహోయాకీనుని చెరపట్టబడిన ఐదవ సంవత్సరము, యెహోవా వాక్యము బూజీ కుమారుడును యాజకుడైన యెహెజ్కేలునకు కల్దీయుల దేశమందు చెబారు నది యొద్ద స్పష్టముగా వచ్చెను; అక్కడ యెహోవా హస్తము అతనిమీద ఉండెను. యెహెజ్కేలు 1:1–3.</w:t>
      </w:r>
    </w:p>
    <w:p>
      <w:pPr>
        <w:pStyle w:val="ArticleBody"/>
        <w:jc w:val="left"/>
      </w:pPr>
      <w:r>
        <w:rPr>
          <w:rFonts w:ascii="Nirmala UI" w:hAnsi="Nirmala UI" w:eastAsia="Nirmala UI" w:cs="Nirmala UI"/>
        </w:rPr>
        <w:t>కొంతమంది “ముప్పైవ సంవత్సరం” అనేది ఒక నిర్దిష్ట యూబిలీ చక్రాన్ని ఆధారంగా చేసుకొని ఉందని నమ్ముతారు; ఆ చక్రం రాజైన యోషీయాతో ప్రారంభమై, నలభైవ అధ్యాయంలోని మొదటి వచనంతో ముగిసింది.</w:t>
      </w:r>
    </w:p>
    <w:p>
      <w:pPr>
        <w:pStyle w:val="ArticleScripture"/>
        <w:jc w:val="left"/>
      </w:pPr>
      <w:r>
        <w:rPr>
          <w:rFonts w:ascii="Nirmala UI" w:hAnsi="Nirmala UI" w:eastAsia="Nirmala UI" w:cs="Nirmala UI"/>
        </w:rPr>
        <w:t>మా చెరబందీకరణలో ఇరవై ఐదవ సంవత్సరమున, సంవత్సరారంభమందు, నెల పదవ దినమున, పట్టణము పడగొట్టబడిన తరువాత పద్నాలుగవ సంవత్సరమున, అదే దినమందు యెహోవా హస్తము నామీద ఉండి, ఆయన నన్ను అక్కడికి తీసికొనిపోయెను. యెహెజ్కేలు 40:1.</w:t>
      </w:r>
    </w:p>
    <w:p>
      <w:pPr>
        <w:pStyle w:val="ArticleBody"/>
        <w:jc w:val="left"/>
      </w:pPr>
      <w:r>
        <w:rPr>
          <w:rFonts w:ascii="Nirmala UI" w:hAnsi="Nirmala UI" w:eastAsia="Nirmala UI" w:cs="Nirmala UI"/>
        </w:rPr>
        <w:t>బైబిలు కాలక్రమవేత్తలు నలభైవ అధ్యాయంలోని మొదటి వచనానికి క్రీ.పూ. 573 ఏప్రిల్ 28 లేదా అక్టోబర్ 22 అనే తేదీలలో ఏదో ఒకదాన్ని నిర్ణయిస్తారు. సమస్త ప్రవక్తలూ అంత్యదినాలను సూచిస్తారు గనుక, క్రీ.పూ. 573 అక్టోబర్ 22 అనే శరదృతు తేదీ, యాభై సంవత్సరాల క్రితం క్రీ.పూ. 622 మే 5న “యోషీయా యొక్క మహా పస్కా” అని పిలువబడిన సందర్భంలో ఆరంభమైన ఒక రేఖకు ఓమేగా తేదీగా నిలుస్తుంది.</w:t>
      </w:r>
    </w:p>
    <w:p>
      <w:pPr>
        <w:pStyle w:val="ArticleBody"/>
        <w:jc w:val="left"/>
      </w:pPr>
      <w:r>
        <w:rPr>
          <w:rFonts w:ascii="Nirmala UI" w:hAnsi="Nirmala UI" w:eastAsia="Nirmala UI" w:cs="Nirmala UI"/>
        </w:rPr>
        <w:t>ముప్పై అనే సంఖ్య, సేవను ఆరంభించునపుడు ముప్పై సంవత్సరాల వయస్సు కలిగి ఉండవలసిన యాజకుల సూచకంగా నిలుస్తుంది. యెహెజ్కేలు గ్రంథము 1వ అధ్యాయము 1 నుండి 3వ వచనములు యెహెజ్కేలు వయస్సు ముప్పై సంవత్సరాలని సూచిస్తున్నాయా, లేక అతడు యాజకుని సూచకరూపంగా ముప్పై సంవత్సరాల వయస్సుగలవాడిగా ప్రతినిధ్యం చేయబడ్డాడా అన్నది ఏదైనా కావచ్చు. 1వ వచనములోని ముప్పై సంవత్సరాలు, ఇతరులు నమ్మినట్లుగా, క్రీ.పూ. 622లో యోషీయా యొక్క మహా పస్కా పండుగనుండి గడిచిన ముప్పయ్యవ సంవత్సరాన్ని సూచించినవైనా, ప్రవచనార్థక సూచనలు అయినప్పటికీ అవే ఉంటాయి.</w:t>
      </w:r>
    </w:p>
    <w:p>
      <w:pPr>
        <w:pStyle w:val="ArticleBody"/>
        <w:jc w:val="left"/>
      </w:pPr>
      <w:r>
        <w:rPr>
          <w:rFonts w:ascii="Nirmala UI" w:hAnsi="Nirmala UI" w:eastAsia="Nirmala UI" w:cs="Nirmala UI"/>
        </w:rPr>
        <w:t>యోషీయా అనే పేరుకు “పునాది” అనే అర్థం; అతని మహా పస్కా 573 క్రీస్తుపూర్వంలో ప్రాయశ్చిత్తదినమైన అక్టోబరు 22న ముగిసిన ఒక యూబిలీ కాలాన్ని ఆరంభించింది. యోషీయా నుండి అక్టోబరు 22 వరకు ఉన్న “యూబిలీ రేఖ” 1840 నుండి 1844 వరకు ఉన్న చరిత్రతో సరిపోతుంది. 1840 యొక్క పునాదులు రాజైన యోషీయా ద్వారా సూచించబడ్డాయి; అలాగే యోషీయా లిచ్ ద్వారానూ సూచించబడ్డాయి. అక్టోబరు 22 యూబిలీ బూర యొక్క కొమ్ము, ప్రాయశ్చిత్త దినపు కొమ్ముతో కూడి ఊదబడినదానిచేత సూచించబడింది.</w:t>
      </w:r>
    </w:p>
    <w:p>
      <w:pPr>
        <w:pStyle w:val="ArticleScripture"/>
        <w:jc w:val="left"/>
      </w:pPr>
      <w:r>
        <w:rPr>
          <w:rFonts w:ascii="Nirmala UI" w:hAnsi="Nirmala UI" w:eastAsia="Nirmala UI" w:cs="Nirmala UI"/>
        </w:rPr>
        <w:t>నీవు నీకొరకు సంవత్సరాల ఏడు విశ్రాంతి సంవత్సరములను లెక్కించవలెను, ఏడు సార్లు ఏడు సంవత్సరములు; అప్పుడు ఆ సంవత్సరాల ఏడు విశ్రాంతి సంవత్సరముల కాలము నీకొరకు నలభై తొమ్మిది సంవత్సరములగును. తరువాత ఏడవ నెల పదవ దినమున యూబిలీ బూరను ఊదించవలెను; ప్రాయశ్చిత్త దినమున మీ దేశమంతట బూర శబ్దము వినిపింపజేయవలెను. లేవీయకాండము 25:8, 9.</w:t>
      </w:r>
    </w:p>
    <w:p>
      <w:pPr>
        <w:pStyle w:val="ArticleBody"/>
        <w:jc w:val="left"/>
      </w:pPr>
      <w:r>
        <w:rPr>
          <w:rFonts w:ascii="Nirmala UI" w:hAnsi="Nirmala UI" w:eastAsia="Nirmala UI" w:cs="Nirmala UI"/>
        </w:rPr>
        <w:t>యెహెజ్కేలు యోషీయా రాజు నుండి అక్టోబర్ 22 వరకు సాగిన యూబిలీ రేఖలో స్థాపింపబడ్డాడు; ఆ రేఖ ప్రకటన గ్రంథము పది అధ్యాయములోని మొదటి మరియు రెండవ దూతలను 1840 నుండి 1844 వరకు సూచిస్తుంది. యెహెజ్కేలు మొదటి మరియు రెండవ దూతల మిల్లరైట్లను, అలాగే మూడవ దూతకు చెందిన నూట నలభై నాలుగు వేల మందిని సూచిస్తాడు. యెహెజ్కేలు నూట నలభై నాలుగు వేల మంది యాజకత్వాన్ని సూచిస్తాడు, అయితే అతని ప్రధాన ప్రవచనాత్మక లక్షణము అతడు ఒక ప్రవక్తయై యుండుటే.</w:t>
      </w:r>
    </w:p>
    <w:p>
      <w:pPr>
        <w:pStyle w:val="ArticleHeading"/>
        <w:jc w:val="left"/>
      </w:pPr>
      <w:r>
        <w:rPr>
          <w:rFonts w:ascii="Nirmala UI" w:hAnsi="Nirmala UI" w:eastAsia="Nirmala UI" w:cs="Nirmala UI"/>
        </w:rPr>
        <w:t>ప్రవక్త, యాజకుడు మరియు రాజు</w:t>
      </w:r>
    </w:p>
    <w:p>
      <w:pPr>
        <w:pStyle w:val="ArticleBody"/>
        <w:jc w:val="left"/>
      </w:pPr>
      <w:r>
        <w:rPr>
          <w:rFonts w:ascii="Nirmala UI" w:hAnsi="Nirmala UI" w:eastAsia="Nirmala UI" w:cs="Nirmala UI"/>
        </w:rPr>
        <w:t>ముప్పై సంవత్సరాల వయస్సులో సేవను ఆరంభించిన బైబిలులో ముగ్గురు వ్యక్తులు ఉన్నారు. యెహెజ్కేలు తోడుగా దావీదు మరియు యోసేపు ఉన్నారు. వారందరూ ముప్పై సంవత్సరాల వయస్సులోనే సేవను ఆరంభించినందున, వారందరూ యాజకులే. ప్రవక్త, యాజకుడు, రాజు అనే త్రివిధ మహిమారాజ్యంలో దావీదు రాజుకు ప్రతీక, యోసేపు యాజకుడు, యెహెజ్కేలు ప్రవక్త.</w:t>
      </w:r>
    </w:p>
    <w:p>
      <w:pPr>
        <w:pStyle w:val="ArticleBody"/>
        <w:jc w:val="left"/>
      </w:pPr>
      <w:r>
        <w:rPr>
          <w:rFonts w:ascii="Nirmala UI" w:hAnsi="Nirmala UI" w:eastAsia="Nirmala UI" w:cs="Nirmala UI"/>
        </w:rPr>
        <w:t>అయితే ప్రవక్తయైన యెహెజ్కేలను మనము ఎట్లాంటి చిహ్నార్ధంలో అన్వయించినను, అతడు యాజకుడే; మరియు యోషీయా నుండి అక్టోబర్ 22 వరకు ఉన్న యూబిలీ రేఖలో అన్వయించినప్పుడు, యెహెజ్కేలు 1840 నుండి 1844 వరకు ఉన్న చరిత్రచే, అలాగే రాజైన యోషీయా నుండి క్రీస్తుపూర్వం 573 సంవత్సరంలోని అక్టోబర్ 22 వరకు ఉన్న కాలచరిత్రచే మాదిరిగా చూపబడిన నూట నలభై నాలుగు వేలమంది ముద్రణ సమయమందలి యాజకునికి ప్రతినిధిగా నిలిచే యాజకుడు.</w:t>
      </w:r>
    </w:p>
    <w:p>
      <w:pPr>
        <w:pStyle w:val="ArticleHeading"/>
        <w:jc w:val="left"/>
      </w:pPr>
      <w:r>
        <w:rPr>
          <w:rFonts w:ascii="Nirmala UI" w:hAnsi="Nirmala UI" w:eastAsia="Nirmala UI" w:cs="Nirmala UI"/>
        </w:rPr>
        <w:t>ఇరవై రెండు</w:t>
      </w:r>
    </w:p>
    <w:p>
      <w:pPr>
        <w:pStyle w:val="ArticleBody"/>
        <w:jc w:val="left"/>
      </w:pPr>
      <w:r>
        <w:rPr>
          <w:rFonts w:ascii="Nirmala UI" w:hAnsi="Nirmala UI" w:eastAsia="Nirmala UI" w:cs="Nirmala UI"/>
        </w:rPr>
        <w:t>యెహెజ్కేలు ఇరవై రెండేళ్లు సేవచేసినట్లు బైబిలు స్పష్టంగా తెలియజేస్తుంది. “ఇరవై రెండు” అనేది దైవత్వము మానవత్వముతో ఏకమై ఉన్న పతాకమైన నూట నలభై నాలుగు వేల మందికి ఒక సంకేతము. యోషీయా పస్కా నుండి నలభయ్యవ అధ్యాయంలోని అక్టోబరు 22 యూబిలీ ఉత్సవము వరకు సూచింపబడిన చరిత్రలో, యోషీయా పస్కా 1838 మరియు 1840 సంవత్సరాలలో జోషయ్యా లిచ్ చేసిన కార్యమునకు ఒక ప్రతిరూపముగా నిలిచింది. ఆ కార్యము మొదటి మరియు రెండవ శాపముల కాల ప్రవచనములను ప్రతిపాదించుటయే. ఇప్పుడు మొదటి మరియు రెండవ శాపముల ప్రవచనము పయనీర్లు గ్రహించిన దానికంటె ఎంతో విస్తారమైనదని చూడవచ్చు.</w:t>
      </w:r>
    </w:p>
    <w:p>
      <w:pPr>
        <w:pStyle w:val="ArticleBody"/>
        <w:jc w:val="left"/>
      </w:pPr>
      <w:r>
        <w:rPr>
          <w:rFonts w:ascii="Nirmala UI" w:hAnsi="Nirmala UI" w:eastAsia="Nirmala UI" w:cs="Nirmala UI"/>
        </w:rPr>
        <w:t>బైబిలు ప్రవక్తయైన యెహెజ్కేలు తన రచనలలో ఇతర ఏ బైబిలు రచయితకన్నా ఎక్కువగా నిర్దిష్టమైన తేదీలను పేర్కొంటాడు.</w:t>
      </w:r>
    </w:p>
    <w:p>
      <w:pPr>
        <w:pStyle w:val="ArticleBody"/>
        <w:jc w:val="left"/>
      </w:pPr>
      <w:r>
        <w:rPr>
          <w:rFonts w:ascii="Nirmala UI" w:hAnsi="Nirmala UI" w:eastAsia="Nirmala UI" w:cs="Nirmala UI"/>
        </w:rPr>
        <w:t>బైబిలు ప్రవచనంలో ఒక దినము ఒక సంవత్సరమునకు సమానమనే సూత్రానికి యెహెజ్కేలు అంత్యమైన సూచనగా నిలుస్తాడు. సంఖ్యాకాండములో, దిన-సంవత్సర సూత్రపు ఆది ప్రస్తావన కాదేషులో జరిగిన మొదటి తిరుగుబాటులో వ్యక్తమై, దాని ఫలితంగా అరణ్యంలో నలభై సంవత్సరాల సంచారము కలిగెను. చివరి, లేదా అంత్యకాల తిరుగుబాటు యెహెజ్కేలు గ్రంథము నాలుగవ అధ్యాయములో యెరూషలేము నాశనము చేయబడుచుండగా ప్రతినిధ్యం చేయబడుచున్నది.</w:t>
      </w:r>
    </w:p>
    <w:p>
      <w:pPr>
        <w:pStyle w:val="ArticleHeading"/>
        <w:jc w:val="left"/>
      </w:pPr>
      <w:r>
        <w:rPr>
          <w:rFonts w:ascii="Nirmala UI" w:hAnsi="Nirmala UI" w:eastAsia="Nirmala UI" w:cs="Nirmala UI"/>
        </w:rPr>
        <w:t>ఆల్ఫా</w:t>
      </w:r>
    </w:p>
    <w:p>
      <w:pPr>
        <w:pStyle w:val="ArticleScripture"/>
        <w:jc w:val="left"/>
      </w:pPr>
      <w:r>
        <w:rPr>
          <w:rFonts w:ascii="Nirmala UI" w:hAnsi="Nirmala UI" w:eastAsia="Nirmala UI" w:cs="Nirmala UI"/>
        </w:rPr>
        <w:t>మీరు దేశమును పరిశీలించిన దినముల సంఖ్య ప్రకారము, నలభై దినములు, ఒక్కొక్క దినమునకు ఒక్కొక్క సంవత్సరము చొప్పున, మీరు మీ దోషములను భరించుదురు, నలభై సంవత్సరములు; అప్పుడు నా వాగ్దానభంగమును మీరు తెలిసికొందురు. నేను యెహోవాను; నేను ఈ మాట చెప్పితిని; నాయెదుట కూడిన ఈ దుష్ట సమాజమంతటికి నిశ్చయముగా ఇదే చేయుదును; ఈ అరణ్యములో వారు నిర్మూలమైపోదురు, అక్కడనే చనిపోదురు. సంఖ్యాకాండము 14:34, 35.</w:t>
      </w:r>
    </w:p>
    <w:p>
      <w:pPr>
        <w:pStyle w:val="ArticleHeading"/>
        <w:jc w:val="left"/>
      </w:pPr>
      <w:r>
        <w:rPr>
          <w:rFonts w:ascii="Nirmala UI" w:hAnsi="Nirmala UI" w:eastAsia="Nirmala UI" w:cs="Nirmala UI"/>
        </w:rPr>
        <w:t>ఒమేగా</w:t>
      </w:r>
    </w:p>
    <w:p>
      <w:pPr>
        <w:pStyle w:val="ArticleScripture"/>
        <w:jc w:val="left"/>
      </w:pPr>
      <w:r>
        <w:rPr>
          <w:rFonts w:ascii="Nirmala UI" w:hAnsi="Nirmala UI" w:eastAsia="Nirmala UI" w:cs="Nirmala UI"/>
        </w:rPr>
        <w:t>నీవు కూడ నీ ఎడమ ప్రక్కమీద పండుకొని, ఇశ్రాయేలు ఇంటి దోషమును దాని మీద మోపుకొనుము; నీవు దాని మీద పండుకొనియుండే దినముల సంఖ్య ప్రకారము వారి దోషమును భరింతువు. ఏలయనగా వారి దోష సంవత్సరములను దినముల సంఖ్య ప్రకారము నీ మీద మోపితిని; అవి మూడువందల తొంభై దినములు; అట్లు నీవు ఇశ్రాయేలు ఇంటి దోషమును భరింతువు. అవి పూర్తిచేసిన తరువాత నీవు మరల నీ కుడి ప్రక్కమీద పండుకొని, యూదా ఇంటి దోషమును నలుబది దినములు భరింపవలెను; ఒక్కొక్క దినమునకు ఒక్కొక్క సంవత్సరమును నీకు నియమించితిని. కాగా నీవు యెరూషలేము ముట్టడికి ఎదురు నీ ముఖమును నిలిపి, నీ భుజమును బయలుపరచి, దానికి విరోధముగా ప్రవచింపవలెను. యెహెజ్కేలు 4:4–7.</w:t>
      </w:r>
    </w:p>
    <w:p>
      <w:pPr>
        <w:pStyle w:val="ArticleBody"/>
        <w:jc w:val="left"/>
      </w:pPr>
      <w:r>
        <w:rPr>
          <w:rFonts w:ascii="Nirmala UI" w:hAnsi="Nirmala UI" w:eastAsia="Nirmala UI" w:cs="Nirmala UI"/>
        </w:rPr>
        <w:t>కాదేష్ మరియు యెరూషలేము నాశనం, ఒక దినము–ఒక సంవత్సరము సూత్రాన్ని సూచించుచు, ఆరంభమును అంతమును సూచించే తిరుగుబాటును ప్రతినిధిత్వం చేయుచున్నవి. “ఒక దినము–ఒక సంవత్సరము సూత్రం” మిల్లరైట్‌ల ప్రధాన నియమము; మరియు రాజైన యోషీయా యొక యూబిలీ రేఖలో అక్టోబర్ 22 వరకు రూపకముగా సూచింపబడినట్లుగా, 1840 నుండి 1844 వరకు ఉన్న చరిత్రలోనూ అది అలాగే నిలిచియున్నది. యెహెజ్కేలు ఇతర ఏ ప్రవక్తకన్నా ఎక్కువ తేదీలను నిర్దేశించుచున్నాడు. యెహెజ్కేలు నిర్దేశించిన కాలక్రమములో యూబిలీ రేఖ గుర్తించబడుచున్నది; దాని ద్వారా యెహెజ్కేలు సాక్ష్యం మొదటి మరియు రెండవ దూతల చరిత్రతో నేరుగా అనుసంధానించబడుచు, తదనంతరముగా మూడవ దూత చరిత్రతోను అనుసంధానించబడుచున్నది.</w:t>
      </w:r>
    </w:p>
    <w:p>
      <w:pPr>
        <w:pStyle w:val="ArticleBody"/>
        <w:jc w:val="left"/>
      </w:pPr>
      <w:r>
        <w:rPr>
          <w:rFonts w:ascii="Nirmala UI" w:hAnsi="Nirmala UI" w:eastAsia="Nirmala UI" w:cs="Nirmala UI"/>
        </w:rPr>
        <w:t>“యూబిలీ రేఖ”తో పాటు యెహెజ్కేలు మూడు వందల తొంభై దినములు ఒక ప్రక్కమీద, తరువాత నలభై దినములు మరొక ప్రక్కమీద పడుకొనెను. “నాలుగు వందల ముప్పై” అనేది పాత నిబంధనకును క్రొత్త నిబంధనకును సూచకచిహ్నము; ఎందుకనగా ఐగుప్తులో నాలుగు వందల సంవత్సరముల చెరసాలలోనున్నదనియైన అబ్రాము నిబంధన వాగ్దానమునకు అపొస్తలుడైన పౌలు ద్వారా ముప్పై సంవత్సరముల రెండవ సాక్ష్యము లభించెను. ఈ విధంగా ‘పాత’ దానికి చెందిన అబ్రాము, (తరువాత అబ్రాహాము) మరియు ‘క్రొత్త’ దానికి చెందిన సౌలు, (తరువాత పౌలు) తమ సాక్ష్యములను ఏకపరచి, నిత్య నిబంధనకు సూచకముగా నాలుగు వందల ముప్పై సంవత్సరములను స్థిరపరచిరి. “మూడు వందల తొంభై దినములు” “నీవు ఇశ్రాయేలు ఇంటి దోషమును భరించవలెను.” “మరియు” “నీవు యూదా ఇంటి దోషమును నలభై దినములు భరించవలెను.” ఈ విధంగా కుడి ప్రక్కయు ఎడమ ప్రక్కయు కలిసినవి అబ్రాము మరియు పౌలు.</w:t>
      </w:r>
    </w:p>
    <w:p>
      <w:pPr>
        <w:pStyle w:val="ArticleBody"/>
        <w:jc w:val="left"/>
      </w:pPr>
      <w:r>
        <w:rPr>
          <w:rFonts w:ascii="Nirmala UI" w:hAnsi="Nirmala UI" w:eastAsia="Nirmala UI" w:cs="Nirmala UI"/>
        </w:rPr>
        <w:t>నిబంధన ఎల్లప్పుడూ విధేయత గాని అవిధేయత గాని—జీవమో మరణమో—అనే ఆధారంపైనే నిలిచియుండెను. మిల్లరైట్ చరిత్రలో సంవత్సర-దిన సూత్రము జీవమరణ విషయమై యుండెను; ఆ చరిత్రను మొదటి దూత నిత్యసువార్తగా ప్రకటించెను. “సువార్త” అనేది జీవమరణ విషయమే; మిల్లరైట్ చరిత్రలో జీవమరణ పరీక్షకరమైన విషయం, ఒక దినము ఒక సంవత్సరమునకు సమానమని చెప్పు సూత్రము యొక్క సందర్భములో స్థాపించబడెను. మొదటి దూత సందేశమును శక్తివంతము చేసిన ప్రవచనము రెండవ శాపమునకు సంబంధించిన మూడు వందల తొంభై ఒక సంవత్సరములు పదిహేను దినముల ప్రవచనమే. యెహెజ్కేలు తన ఎడమ ప్రక్కమీద పడుకొనిన మూడు వందల తొంభై దినములలో, రెండవ శాపమునకు సంబంధించిన మూడు వందల తొంభై ఒక సంవత్సరములు పదిహేను దినముల కాలప్రవచనమునకు ఒక దృష్టాంతము ఉంది. ప్రవచనమును సరిగ్గా విభజించుటకు ప్రవచనాత్మక వివేచన అవసరము; అయినను అది అర్ధరాత్రి మొర సందేశమును ముద్రవిప్పుచున్న యూదా గోత్రము సింహము యొక్క నిరంతర కార్యముకంటె తక్కువేమియు కాదు.</w:t>
      </w:r>
    </w:p>
    <w:p>
      <w:pPr>
        <w:pStyle w:val="ArticleBody"/>
        <w:jc w:val="left"/>
      </w:pPr>
      <w:r>
        <w:rPr>
          <w:rFonts w:ascii="Nirmala UI" w:hAnsi="Nirmala UI" w:eastAsia="Nirmala UI" w:cs="Nirmala UI"/>
        </w:rPr>
        <w:t>యెహెజ్కేలు నూట నలభై నాలుగు వేల మందికి ప్రతీకగా పరిగణింపబడవలెనని నేను వాదిస్తున్నాను; అయితే ప్రధానంగా, ఆయన ప్రవచనాత్మక ఆత్మ వరమునకు ప్రతీకగా పరిగణింపబడవలెను—అది అంత్యదిన ప్రవక్త యొక్క ప్రత్యక్షతగా ప్రతినిధిత్వం చేయబడినదైనా, లేదా వరుసపై వరుస విధానసూత్రమును గ్రహించిన నిబంధన ప్రజల ప్రత్యక్షతగా ప్రతినిధిత్వం చేయబడినదైనా.</w:t>
      </w:r>
    </w:p>
    <w:p>
      <w:pPr>
        <w:pStyle w:val="ArticleBody"/>
        <w:jc w:val="left"/>
      </w:pPr>
      <w:r>
        <w:rPr>
          <w:rFonts w:ascii="Nirmala UI" w:hAnsi="Nirmala UI" w:eastAsia="Nirmala UI" w:cs="Nirmala UI"/>
        </w:rPr>
        <w:t>మూడు వందల తొంభై ఒక సంవత్సరాలు మరియు పదిహేను దినముల ప్రవచనముపై యెహెజ్కేలు ప్రసరించిన వెలుగు, దుమ్ము తుడిచే మనిషి ఆ రత్నములను పెద్ద పేటికలోనికి వేయుటతో అనుసరణలోనున్నదని నేను వాదించుచున్నాను.</w:t>
      </w:r>
    </w:p>
    <w:p>
      <w:pPr>
        <w:pStyle w:val="ArticleBody"/>
        <w:jc w:val="left"/>
      </w:pPr>
      <w:r>
        <w:rPr>
          <w:rFonts w:ascii="Nirmala UI" w:hAnsi="Nirmala UI" w:eastAsia="Nirmala UI" w:cs="Nirmala UI"/>
        </w:rPr>
        <w:t>దేవాలయం సంపూర్ణమగు సమయమున, యెహెజ్కేలు నుండిన వెలుగు శిఖరరాయి సందేశమునకు అత్యావశ్యకమైన అంశమని నేను వాదిస్తున్నాను.</w:t>
      </w:r>
    </w:p>
    <w:p>
      <w:pPr>
        <w:pStyle w:val="ArticleBody"/>
        <w:jc w:val="left"/>
      </w:pPr>
      <w:r>
        <w:rPr>
          <w:rFonts w:ascii="Nirmala UI" w:hAnsi="Nirmala UI" w:eastAsia="Nirmala UI" w:cs="Nirmala UI"/>
        </w:rPr>
        <w:t>నలభయ్యవ అధ్యాయపు మొదటి వచనంలో యెహెజ్కేలు అక్టోబరు 22న ఉన్నాడు; అక్కడనే భవిష్యత్తు మందిర దర్శనం యెహెజ్కేలుకు అనుగ్రహింపబడింది. ఆ మందిరము నూట నలభై నాలుగు వేల మందికి చెందిన మందిరము; ఆ సంఖ్యకు యెహెజ్కేలు ఒక సంకేతముగా ఉన్నాడు. ఆ సమూహము మూడవ మరియు లిట్మస్ పరీక్షను చేరుకొనకమునుపు రెండు పరీక్షలను దాటివుంటుంది. యెహెజ్కేలు మందిరములో తన వెలుగును స్వీకరించినవానిగా చిత్రించబడ్డాడు; అందువలన, అతడు ఒక సంకేతముగా ఉత్పత్తి చేసే వెలుగు, దానియేలు పదవ అధ్యాయముతో అనుసరణలో దేవుని ప్రజలు అతిపరిశుద్ధ స్థలములోనికి ప్రవేశించినప్పుడు వచ్చే వెలుగును సూచిస్తుంది.</w:t>
      </w:r>
    </w:p>
    <w:p>
      <w:pPr>
        <w:pStyle w:val="ArticleBody"/>
        <w:jc w:val="left"/>
      </w:pPr>
      <w:r>
        <w:rPr>
          <w:rFonts w:ascii="Nirmala UI" w:hAnsi="Nirmala UI" w:eastAsia="Nirmala UI" w:cs="Nirmala UI"/>
        </w:rPr>
        <w:t>ముద్రవిప్పబడిన యేసుక్రీస్తు ప్రకటన యొక్క వెలుగు, కృపాకాలము ముగియుటకు కాస్త ముందే ముద్రవిప్పబడును.</w:t>
      </w:r>
    </w:p>
    <w:p>
      <w:pPr>
        <w:pStyle w:val="ArticleScripture"/>
        <w:jc w:val="left"/>
      </w:pPr>
      <w:r>
        <w:rPr>
          <w:rFonts w:ascii="Nirmala UI" w:hAnsi="Nirmala UI" w:eastAsia="Nirmala UI" w:cs="Nirmala UI"/>
        </w:rPr>
        <w:t>అతడు నాతో చెప్పెను, “ఈ గ్రంథమునందలి ప్రవచన వాక్యములను ముద్రింపకుము; ఎందుకనగా కాలము సమీపముగా ఉన్నది. అన్యాయముచేయువాడు ఇకముందును అన్యాయముచేయుచుండునుగాక; అపవిత్రుడైనవాడు ఇకముందును అపవిత్రుడైయుండునుగాక; నీతిమంతుడు ఇకముందును నీతిమంతుడైయుండునుగాక; పరిశుద్ధుడు ఇకముందును పరిశుద్ధుడైయుండునుగాక.” ప్రకటన 22:10, 11.</w:t>
      </w:r>
    </w:p>
    <w:p>
      <w:pPr>
        <w:pStyle w:val="ArticleBody"/>
        <w:jc w:val="left"/>
      </w:pPr>
      <w:r>
        <w:rPr>
          <w:rFonts w:ascii="Nirmala UI" w:hAnsi="Nirmala UI" w:eastAsia="Nirmala UI" w:cs="Nirmala UI"/>
        </w:rPr>
        <w:t>పదకొండవ వచనంలో కృపావకాశము ముగియుటకు కాస్త ముందుగానే “కాలము సమీపమై యున్నది”; అందుచేత “కాలము సమీపమై యున్నది” గనుక, యేసు క్రీస్తు ప్రకటన ఆ సమయమందు ముద్రతీయబడినదై యున్నది.</w:t>
      </w:r>
    </w:p>
    <w:p>
      <w:pPr>
        <w:pStyle w:val="ArticleScripture"/>
        <w:jc w:val="left"/>
      </w:pPr>
      <w:r>
        <w:rPr>
          <w:rFonts w:ascii="Nirmala UI" w:hAnsi="Nirmala UI" w:eastAsia="Nirmala UI" w:cs="Nirmala UI"/>
        </w:rPr>
        <w:t>యేసు క్రీస్తు యొక్క ప్రకటన—దేవుడు త్వరలోనే సంభవింపవలసిన సంగతులను తన దాసులకు చూపించుటకై ఆయనకు ఇచ్చినదైయున్నది; ఆయన తన దూతను పంపి తన దాసుడైన యోహానుకు దానిని సూచనల ద్వారా తెలియజేసెను. యోహాను దేవుని వాక్యమునకు, యేసు క్రీస్తు సాక్ష్యమునకు, తాను చూచిన సమస్త విషయములకు సాక్ష్యమిచ్చెను. ఈ ప్రవచన వాక్యములను చదువువాడు ధన్యుడు; వాటిని వినువారు, అందులో వ్రాయబడిన వాటిని గైకొనువారు ధన్యులు; ఎందుకనగా కాలము సమీపమైయున్నది. ప్రకటన 1:1–3.</w:t>
      </w:r>
    </w:p>
    <w:p>
      <w:pPr>
        <w:pStyle w:val="ArticleBody"/>
        <w:jc w:val="left"/>
      </w:pPr>
      <w:r>
        <w:rPr>
          <w:rFonts w:ascii="Nirmala UI" w:hAnsi="Nirmala UI" w:eastAsia="Nirmala UI" w:cs="Nirmala UI"/>
        </w:rPr>
        <w:t>ఆదివారపు చట్ట సమయమున లయోదికేయ సప్తమదిన ఆదివెంటిజానికి కృపాకాలము ముగియును; ఎజెకియేలు గ్రంథము తొమ్మిదవ అధ్యాయమందు ఆదివెంటిజము యెరూషలేముగా ప్రతినిధీకరించబడెను. అక్కడ దేశమందును సంఘమందును జరిగుచున్న హేయకార్యములను గూర్చి నిట్టూర్పులు విడుచుచు విలపించువారికి ముద్ర వేయబడును. ఇస్లాం యొక్క తూర్పు గాలులు జనములను ఆగ్రహింపజేయుచుండగా, కృపాకాలము ముగియుటకు క్షణము ముందే, ఆ ముద్రణ కార్యము జరుగును. ఎజెకియేలు గ్రంథము ఎనిమిదవ అధ్యాయమందు ఆదివెంటిజమునకు చెందిన నాలుగు తరములు పరిపూర్ణమగును; వాటిలో నాలుగవ తరం సూర్యునికి నమస్కరించుచున్న ఇరవై ఐదు మంది నాయకులచే సూచింపబడెను.</w:t>
      </w:r>
    </w:p>
    <w:p>
      <w:pPr>
        <w:pStyle w:val="ArticleBody"/>
        <w:jc w:val="left"/>
      </w:pPr>
      <w:r>
        <w:rPr>
          <w:rFonts w:ascii="Nirmala UI" w:hAnsi="Nirmala UI" w:eastAsia="Nirmala UI" w:cs="Nirmala UI"/>
        </w:rPr>
        <w:t>ఆ దర్శనం ఆదివారపు ధర్మశాసనం రాకకు ఒక రోజు ముందుగా, లేదా ఆరు, ఆరు, ఆరు ద్వారా సూచింపబడిన కృపాకాల సమాప్తికి కాస్త ముందుగానే, సంకేతాత్మకంగా ఇవ్వబడింది.</w:t>
      </w:r>
    </w:p>
    <w:p>
      <w:pPr>
        <w:pStyle w:val="ArticleScripture"/>
        <w:jc w:val="left"/>
      </w:pPr>
      <w:r>
        <w:rPr>
          <w:rFonts w:ascii="Nirmala UI" w:hAnsi="Nirmala UI" w:eastAsia="Nirmala UI" w:cs="Nirmala UI"/>
        </w:rPr>
        <w:t>ఆరవ సంవత్సరమున, ఆరవ నెలలో, ఆ నెల ఐదవ దినమున, నేను నా ఇంటిలో కూర్చుండియుండగా, యూదా పెద్దలు నా ఎదుట కూర్చుండియుండిరి; అప్పుడు అక్కడ ప్రభువైన యెహోవా హస్తము నామీద పడెను. అప్పుడు నేను చూచితిని, ఇదిగో అగ్నివంటి స్వరూపమొకటి కనబడెను; ఆయన నడుము ఆకారమునుండి క్రిందకు అగ్ని, ఆయన నడుము ఆకారమునుండి పైకి కాంతివంటి ప్రకాశము, అంబరవర్ణమువంటి రూపము కనబడెను. ఆయన చేయి ఆకారమును చాచి నా తలవెంట్రుకలలో ఒక ముడిని పట్టుకొనెను; ఆత్మ భూమ్యాకాశముల మధ్య నన్ను ఎత్తికొని, దేవుని దర్శనములలో నన్ను యెరూషలేమునకు, ఉత్తరమువైపు చూచుచున్న అంతర్గత ద్వారపు ప్రవేశమువద్దకు తీసికొనిపోయెను; అక్కడ అసూయను రేపు అసూయా విగ్రహము యొక్క ఆసనము ఉండెను. ఇదిగో, నేను మైదానములో చూచిన దర్శనమునుబట్టి, ఇశ్రాయేలు దేవుని మహిమ అక్కడ ఉండెను. యెహెజ్కేలు 8:1–4.</w:t>
      </w:r>
    </w:p>
    <w:p>
      <w:pPr>
        <w:pStyle w:val="ArticleBody"/>
        <w:jc w:val="left"/>
      </w:pPr>
      <w:r>
        <w:rPr>
          <w:rFonts w:ascii="Nirmala UI" w:hAnsi="Nirmala UI" w:eastAsia="Nirmala UI" w:cs="Nirmala UI"/>
        </w:rPr>
        <w:t>ఆరవ సంవత్సరము, ఆరవ నెల, ఐదవ దినమున వచ్చిన దర్శనం, ల</w:t>
      </w:r>
      <w:r>
        <w:rPr>
          <w:rFonts w:ascii="Sylfaen" w:hAnsi="Sylfaen" w:eastAsia="Sylfaen" w:cs="Sylfaen"/>
        </w:rPr>
        <w:t>აოდ</w:t>
      </w:r>
      <w:r>
        <w:rPr>
          <w:rFonts w:ascii="Nirmala UI" w:hAnsi="Nirmala UI" w:eastAsia="Nirmala UI" w:cs="Nirmala UI"/>
        </w:rPr>
        <w:t>ికేయ ఆద్వెంటిజమునకు కృపాకాలము ముగిసినప్పుడు సంభవించు ఆదివార ధర్మశాసనమునకు సంకేతమైన ‘666’కు కాస్త ముందుగా వచ్చెను. ఆ దర్శనం, యెహెజ్కేలు “మైదానములో చూచిన దర్శనము ప్రకారము” ఉండెను. అతడు మైదానములో చూచిన ఆ దర్శనం ముందుగానే, మూడవ అధ్యాయములో కనిపించుచున్నది.</w:t>
      </w:r>
    </w:p>
    <w:p>
      <w:pPr>
        <w:pStyle w:val="ArticleScripture"/>
        <w:jc w:val="left"/>
      </w:pPr>
      <w:r>
        <w:rPr>
          <w:rFonts w:ascii="Nirmala UI" w:hAnsi="Nirmala UI" w:eastAsia="Nirmala UI" w:cs="Nirmala UI"/>
        </w:rPr>
        <w:t>అప్పుడు నేను లేచి సమతల ప్రదేశమునకు వెళ్లితిని; ఇదిగో, అక్కడ యెహోవా మహిమ నిలిచియుండెను; నేను కెబారు నది యొద్ద చూచిన మహిమవలెనే అది ఉండెను; అప్పుడు నేను నా ముఖముమీద పడియున్నాను. యెహెజ్కేలు 3:23.</w:t>
      </w:r>
    </w:p>
    <w:p>
      <w:pPr>
        <w:pStyle w:val="ArticleBody"/>
        <w:jc w:val="left"/>
      </w:pPr>
      <w:r>
        <w:rPr>
          <w:rFonts w:ascii="Nirmala UI" w:hAnsi="Nirmala UI" w:eastAsia="Nirmala UI" w:cs="Nirmala UI"/>
        </w:rPr>
        <w:t>“సమతల ప్రదేశము” గురించిన ఆ దర్శనము—అది ఆరవ సంవత్సరము, ఆరవ నెల, ఐదవ దినమున కలిగిన దర్శనము—యెహెజ్కేలు ఇంతకుముందు కెబారు నది యొద్ద చూచిన దర్శనమే.</w:t>
      </w:r>
    </w:p>
    <w:p>
      <w:pPr>
        <w:pStyle w:val="ArticleScripture"/>
        <w:jc w:val="left"/>
      </w:pPr>
      <w:r>
        <w:rPr>
          <w:rFonts w:ascii="Nirmala UI" w:hAnsi="Nirmala UI" w:eastAsia="Nirmala UI" w:cs="Nirmala UI"/>
        </w:rPr>
        <w:t>ముప్పదవ సంవత్సరమందు, నాల్గవ నెలలో, ఆ నెల ఐదవ దినమున, నేను కెబారు నది దగ్గర చెరలోనున్న వారి మధ్య ఉన్నప్పుడు, ఆకాశములు తెరవబడెను; అప్పుడు నేను దేవుని దర్శనములను చూచితిని. యెహెజ్కేలు 1:1.</w:t>
      </w:r>
    </w:p>
    <w:p>
      <w:pPr>
        <w:pStyle w:val="ArticleBody"/>
        <w:jc w:val="left"/>
      </w:pPr>
      <w:r>
        <w:rPr>
          <w:rFonts w:ascii="Nirmala UI" w:hAnsi="Nirmala UI" w:eastAsia="Nirmala UI" w:cs="Nirmala UI"/>
        </w:rPr>
        <w:t>యెహెజ్కేలు కెబారు నదియొద్ద “చూచిన” “దేవుని దర్శనములు” అనేవి సమతల ప్రదేశపు దర్శనమే; అదే దర్శనం యెహెజ్కేలు గ్రంథము ఎనిమిదవ అధ్యాయం నుండి పదకొండవ అధ్యాయం వరకు కూడా ఉంది. ఆ దర్శనములు యెహెజ్కేలు పరిశుద్ధస్థలములోనికి చూచుచుండిన సందర్భములో సమర్పించబడ్డవి; అక్కడే పదవ అధ్యాయంలోని “మరా” దర్శనదర్పణ దర్శనం నెరవేర్చబడుతుంది. యెహెజ్కేలు, కృపాకాలము ముగియుటకు క్షణములు మునుపు యేసుక్రీస్తు ప్రకటన వెలుగులోనికి తేబడుచుండగా, మహా పరిశుద్ధస్థలము నుండి ప్రసరించు ప్రవచనాత్మక వెలుగులో పాలుపంచుకొనువారిని సూచించుచున్నాడు.</w:t>
      </w:r>
    </w:p>
    <w:p>
      <w:pPr>
        <w:pStyle w:val="ArticleBody"/>
        <w:jc w:val="left"/>
      </w:pPr>
      <w:r>
        <w:rPr>
          <w:rFonts w:ascii="Nirmala UI" w:hAnsi="Nirmala UI" w:eastAsia="Nirmala UI" w:cs="Nirmala UI"/>
        </w:rPr>
        <w:t>యోషీయా రాజు యొక్క పస్కా పండుగతో ప్రారంభమై అక్టోబరు 22న ముగిసే యూబిలీ రేఖను మనము గుర్తించినప్పుడు, లేవీయకాండము ఇరవైమూడవ అధ్యాయంలో నిర్దేశించబడిన వసంతకాల పండుగలు మరియు శరదృతు పండుగల సంకేతార్థాన్ని మనము గుర్తిస్తున్నాము. అక్కడ వసంతకాల పండుగలు మరియు శరదృతు పండుగలు తలా ఇరవై రెండు వచనాలలో ప్రతిపాదించబడ్డాయి; ఇదే విధంగా యెహెజ్కేలు సేవకార్యం ఇరవై రెండు సంవత్సరములు కొనసాగింది. యూబిలీ రేఖ యొక్క ముప్పదవ సంవత్సరములో యెహెజ్కేలును సరిచేయుటవలన, యెహెజ్కేలు జన్మము యోషీయా సంస్కరణతో సమాంతరమగును. అతడు యూబిలీ చక్రము యొక్క ముప్పదవ సంవత్సరములో ముప్పది సంవత్సరముల వయస్సు కలవాడై యుంటే, యెహెజ్కేలు యోషీయా సంస్కరణ సమయమున జన్మించి యుండవలెను.</w:t>
      </w:r>
    </w:p>
    <w:p>
      <w:pPr>
        <w:pStyle w:val="ArticleBody"/>
        <w:jc w:val="left"/>
      </w:pPr>
      <w:r>
        <w:rPr>
          <w:rFonts w:ascii="Nirmala UI" w:hAnsi="Nirmala UI" w:eastAsia="Nirmala UI" w:cs="Nirmala UI"/>
        </w:rPr>
        <w:t>అత్యంత పరిశుద్ధ స్థలములోనికి విశ్వాసముచేత ప్రవేశించువారికి యెహెజ్కేలు ఒక ప్రతీక. అక్కడకు చేరిన తరువాత, మానవ పరస్పర సంబంధాల సంక్లిష్ట కార్యచలనాన్ని సూచించు చక్రములలోనున్న చక్రములను వారు దర్శింతురు. ప్రకటన గ్రంథము పదవ అధ్యాయములోనున్న యోహానువలె, యెహెజ్కేలు మిల్లరైట్లను సూచించును; అయితే మరింత ప్రత్యక్షముగా ఒక లక్ష నలువది నాలుగు వేల మందిని సూచించును. అతని సమాంతరమైన మూడు వందల తొంభై ఒక సంవత్సరములు మరియు పదిహేను దినముల కాల ప్రవచనము, యెరూషలేము వినాశనముతో కలసి లావొదికయ అద్వెంటిజము యొక్క అంతిమ తీర్పును చిత్రీకరించుచున్నది; మరియు అందులో ముప్పై ఎనిమిది మరియు నలభై అనే గూఢార్థమును కూడా కలిగియున్నది.</w:t>
      </w:r>
    </w:p>
    <w:p>
      <w:pPr>
        <w:pStyle w:val="ArticleBody"/>
        <w:jc w:val="left"/>
      </w:pPr>
      <w:r>
        <w:rPr>
          <w:rFonts w:ascii="Nirmala UI" w:hAnsi="Nirmala UI" w:eastAsia="Nirmala UI" w:cs="Nirmala UI"/>
        </w:rPr>
        <w:t>ఇందులో నాలుగు వందల ముప్పై సంవత్సరాల ప్రతీకార్థం అంతర్భూతమై ఉంది.</w:t>
      </w:r>
    </w:p>
    <w:p>
      <w:pPr>
        <w:pStyle w:val="ArticleBody"/>
        <w:jc w:val="left"/>
      </w:pPr>
      <w:r>
        <w:rPr>
          <w:rFonts w:ascii="Nirmala UI" w:hAnsi="Nirmala UI" w:eastAsia="Nirmala UI" w:cs="Nirmala UI"/>
        </w:rPr>
        <w:t>ఇందులో 1333 నుండి 1337 వరకు, 1449 నుండి 1453 వరకు, మరియు 1840 నుండి 1844 వరకు సూచింపబడిన నాలుగు సంవత్సరాల కాలం సమ్మిళితమై ఉంది.</w:t>
      </w:r>
    </w:p>
    <w:p>
      <w:pPr>
        <w:pStyle w:val="ArticleBody"/>
        <w:jc w:val="left"/>
      </w:pPr>
      <w:r>
        <w:rPr>
          <w:rFonts w:ascii="Nirmala UI" w:hAnsi="Nirmala UI" w:eastAsia="Nirmala UI" w:cs="Nirmala UI"/>
        </w:rPr>
        <w:t>ఈ అత్యంత ప్రాముఖ్యమైన విషయంపై మా పరిశీలనలను తదుపరి వ్యాసంలో ఆరంభిస్తాము.</w:t>
      </w:r>
    </w:p>
    <w:p>
      <w:pPr>
        <w:pStyle w:val="ArticleScripture"/>
        <w:jc w:val="left"/>
      </w:pPr>
      <w:r>
        <w:rPr>
          <w:rFonts w:ascii="Nirmala UI" w:hAnsi="Nirmala UI" w:eastAsia="Nirmala UI" w:cs="Nirmala UI"/>
        </w:rPr>
        <w:t>“యెషయాకు, యెహెజ్కేలు కు, మరియు యోహానుకు అనుగ్రహింపబడిన దర్శనములలో, పరలోకము భూమిపై జరుగుచున్న సంఘటనలతో ఎంత సన్నిహితముగా అనుసంధానమైయున్నదో, మరియు తనకు నిష్ఠావంతులైయున్న వారిపట్ల దేవుని శ్రద్ధ ఎంత గొప్పదో మనము చూచుచున్నాము.” Testimonies, volume 5, 753.</w:t>
      </w:r>
    </w:p>
    <w:p>
      <w:pPr>
        <w:pStyle w:val="ArticleScripture"/>
        <w:jc w:val="left"/>
      </w:pPr>
      <w:r>
        <w:rPr>
          <w:rFonts w:ascii="Nirmala UI" w:hAnsi="Nirmala UI" w:eastAsia="Nirmala UI" w:cs="Nirmala UI"/>
        </w:rPr>
        <w:t>“క్రీస్తు తానే ఆలయపు ప్రభువై యుండెను. ఆయన దానిని విడిచిపెట్టినప్పుడు, దాని మహిమ తొలగిపోవును—అదే మహిమ, పరమపవిత్రస్థలమందలి కరుణాసనముపై ఒకప్పుడు ప్రత్యక్షముగా కనబడినది; అక్కడికి ప్రధానయాజకుడు సంవత్సరమునకు ఒక్కసారే, ప్రాయశ్చిత్త మహాదినమున, వధింపబడిన బలిపశువు రక్తముతో (లోకపాపముల కొరకు కుమారుడైన దేవుని చిందింపబడిన రక్తమునకు ఛాయారూపముగా), ప్రవేశించి, ఆ రక్తమును బలిపీఠముమీద చల్లెను. ఇదే శెకీనాహ్, యెహోవా యొక్క దృశ్యమాన నివాసమై యుండెను.”</w:t>
      </w:r>
    </w:p>
    <w:p>
      <w:pPr>
        <w:pStyle w:val="ArticleScripture"/>
        <w:jc w:val="left"/>
      </w:pPr>
      <w:r>
        <w:rPr>
          <w:rFonts w:ascii="Nirmala UI" w:hAnsi="Nirmala UI" w:eastAsia="Nirmala UI" w:cs="Nirmala UI"/>
        </w:rPr>
        <w:t>“రాజు ఉజ్జీయా మరణించిన సంవత్సరమున నేను ప్రభువును ఉన్నతముగాను అతిశయింపబడినదిగాను ఉన్న సింహాసనముమీద కూర్చుండియుండుట చూచితిని; ఆయన వస్త్రపు అంచులు మందిరమును నింపెను” [యెషయా 6:1–8 ఉదహరించబడినది] అని అతడు చెప్పినప్పుడు, యెషయాకు ప్రకటన చేయబడినది ఈ మహిమయే.” ది సెవెన్త్-డే అడ్వెంటిస్ట్ బైబిల్ కామెంటరీ, సంపుటి 4, 1139.</w:t>
      </w:r>
    </w:p>
    <w:p>
      <w:pPr>
        <w:pStyle w:val="ArticleScripture"/>
        <w:jc w:val="left"/>
      </w:pPr>
      <w:r>
        <w:rPr>
          <w:rFonts w:ascii="Nirmala UI" w:hAnsi="Nirmala UI" w:eastAsia="Nirmala UI" w:cs="Nirmala UI"/>
        </w:rPr>
        <w:t>యెషయాకు అనుగ్రహించబడిన దర్శనం అంత్యదినములలోనున్న దేవుని ప్రజల స్థితిని సూచించుచున్నది. వారు పరలోక పరిశుద్ధస్థలమందు జరుగుచున్న కార్యమును విశ్వాసదృష్టితో చూచుటకు భాగ్యవంతులు. “పరలోకమందున్న దేవుని ఆలయము తెరవబడెను; ఆయన నిబంధన మందసము ఆయన ఆలయమందు కనబడెను.” వారు విశ్వాసదృష్టితో మహాపరిశుద్ధస్థలములోనికి చూచి, పరలోక పరిశుద్ధస్థలమందు క్రీస్తు నిర్వహించుచున్న సేవను గ్రహించినప్పుడు, తాము అపవిత్రమైన పెదవులు గల ప్రజలమని,—తమ పెదవులు తరచుగా వ్యర్థమాటలు పలికినవని, తమ ప్రతిభలు పరిశుద్ధపరచబడక దేవుని మహిమకై వినియోగింపబడలేదని,—అవగాహన చేయుదురు. అట్టి వారు క్రీస్తు మహిమగల స్వభావమునందలి పవిత్రతను, సౌందర్యాన్ని తమ స్వీయ బలహీనతయుతోను అనర్హతయుతోను సరిపోల్చినప్పుడు నిరాశపడుట ఆశ్చర్యము కాదు. అయితే వారు యెషయా వలె ప్రభువు హృదయముమీద ముద్రింపవలెనని ఉద్దేశించిన ఆ ప్రభావమును స్వీకరించుదురయితే, దేవుని సన్నిధిలో తమ ప్రాణములను దీనపరచుకొందురయితే, వారికి నిరీక్షణ కలదు. వాగ్దానమనే ధనుస్సు సింహాసనముపై ఉన్నది, యెషయా కొరకు చేయబడిన కార్యమే వారిలోను చేయబడును. పశ్చాత్తాపభరిత హృదయములోనుండి ఎగసివచ్చే ప్రార్థనలకు దేవుడు ప్రత్యుత్తరమిచ్చును.</w:t>
      </w:r>
    </w:p>
    <w:p>
      <w:pPr>
        <w:pStyle w:val="ArticleScripture"/>
        <w:jc w:val="left"/>
      </w:pPr>
      <w:r>
        <w:rPr>
          <w:rFonts w:ascii="Nirmala UI" w:hAnsi="Nirmala UI" w:eastAsia="Nirmala UI" w:cs="Nirmala UI"/>
        </w:rPr>
        <w:t>“దేవుని ఈ మహత్తరమైన మరియు గంభీరమైన కార్యమునకు ఉద్దేశము పరలోక ధాన్యాగారమునకు కంకులను సమకూర్చుటయే; ఏలయనగా భూమి యెహోవా మహిమతో నింపబడవలెను. అందుచేత విస్తారముగా ప్రబలుచున్న దుష్టతను చూచినను, అపవిత్రమైన పెదవులనుండి వెలువడుచున్న మాటలను వినినను, ఎవడును భయభ్రాంతులకు లోనుకాకూడదు. అంధకార శక్తులు దేవుని ప్రజలకు విరోధముగా తమను తాము యుద్ధక్రమమున నిలుపుకొనినప్పుడు; సాతాను అంతిమ మహాసంఘర్షణకొరకు తన సేనలను సమీకరించునప్పుడు, అతని శక్తి గొప్పదై దాదాపు జయించలేనట్టుగా కనబడినప్పుడు, దివ్య మహిమయొక్క స్పష్ట దర్శనము, ఎత్తుగా ఉదృతముగా నిలిచిన సింహాసనము, వాగ్దాన ధనుస్సుచేత వంపుగా కప్పబడినది, ఓదార్పును, ధృఢనిశ్చయమును, సమాధానమును అనుగ్రహించును.” Review and Herald, December 22, 1896.</w:t>
      </w:r>
    </w:p>
    <w:p>
      <w:pPr>
        <w:pStyle w:val="ArticleScripture"/>
        <w:jc w:val="left"/>
      </w:pPr>
      <w:r>
        <w:rPr>
          <w:rFonts w:ascii="Nirmala UI" w:hAnsi="Nirmala UI" w:eastAsia="Nirmala UI" w:cs="Nirmala UI"/>
        </w:rPr>
        <w:t>కేబారు నది తీరం మీద యెహెజ్కేలు ఉత్తర దిక్కునుండి వచ్చుచున్నట్లుగా కనబడిన ఒక సుడిగాలిని చూచెను—“ఒక గొప్ప మేఘమును, తన్నుతాను చుట్టుకొనుచున్న అగ్నిని, దాని చుట్టూ ప్రకాశమును, దాని మధ్యనుండి కహరువవర్ణమువలె కనబడినదానిని.” ఒకదానిని మరొకటి దాటుచున్న అనేక చక్రములు నాలుగు జీవులచేత కదిలింపబడుచుండెను. ఇవన్నిటికంటె అత్యున్నతముగా “ఒక సింహాసనసదృశ్యము, అది నీలమణి రాయివలె కనబడెను; ఆ సింహాసనసదృశ్యముమీద దాని పైభాగమున మనుష్యాకారసదృశ్యము కనబడెను.” “కేరూబులలో వారి రెక్కల క్రింద మనుష్యహస్తసదృశ్యము కనబడెను.” యెహెజ్కేలు 1:4, 26; 10:8. ఆ చక్రముల నిర్మాణము ఎంతో సంక్లిష్టమై యుండెను గనుక మొదటి చూపుకు అవి గందరగోళముగా కనిపించెను; అయితే అవి సంపూర్ణ సమన్వయముతో కదలుచుండెను. కేరూబుల రెక్కల క్రిందనున్న హస్తముచేత ధారింపబడి నడిపింపబడుచున్న పరలోక జీవులు ఆ చక్రములను ముందుకు నడిపించుచుండిరి; వాటి పైన, నీలమణి సింహాసనముమీద, నిత్యుడు ఆసీనుడై యుండెను; మరియు ఆ సింహాసనమును చుట్టుముట్టి దైవ కృపకు చిహ్నమైన ఇంద్రధనుస్సు యుండెను.</w:t>
      </w:r>
    </w:p>
    <w:p>
      <w:pPr>
        <w:pStyle w:val="ArticleScripture"/>
        <w:jc w:val="left"/>
      </w:pPr>
      <w:r>
        <w:rPr>
          <w:rFonts w:ascii="Nirmala UI" w:hAnsi="Nirmala UI" w:eastAsia="Nirmala UI" w:cs="Nirmala UI"/>
        </w:rPr>
        <w:t>“చక్రాలవంటి సంక్లిష్ట వ్యవస్థలు కెరూబుల రెక్కల క్రిందనున్న హస్తముని మార్గదర్శకత్వములో ఉన్నట్లే, మానవ సంఘటనల సంక్లిష్ట పరిణామక్రమమును దైవ నియంత్రణ ఆధీనములోనే ఉంది. జనముల కలహకోలాహలముల మధ్య, కెరూబుల పైన ఆసీనుడైయున్న ఆయన ఇప్పటికిని భూమి వ్యవహారములను నడిపించుచున్నాడు.”</w:t>
      </w:r>
    </w:p>
    <w:p>
      <w:pPr>
        <w:pStyle w:val="ArticleScripture"/>
        <w:jc w:val="left"/>
      </w:pPr>
      <w:r>
        <w:rPr>
          <w:rFonts w:ascii="Nirmala UI" w:hAnsi="Nirmala UI" w:eastAsia="Nirmala UI" w:cs="Nirmala UI"/>
        </w:rPr>
        <w:t>తమ తమకు కేటాయించబడిన కాలమును స్థలమును వరుసగా ఆక్రమించిన జనముల చరిత్ర, తామే దాని అర్థమును గ్రహింపకుండానే వారు సాక్ష్యమిచ్చిన ఆ సత్యమును గూర్చి మనతో మాటలాడుచున్నది. నేటి ప్రతి జనమునకును ప్రతి వ్యక్తికిని దేవుడు తన మహత్తర సంకల్పములో ఒక స్థానమును నియమించియున్నాడు. నేడు మనుష్యులును జనములును, ఏ పొరపాటును చేయని ఆయన చేతిలోనున్న తూకుసీసముచేత కొలువబడుచున్నారు. అందరు తమ స్వీయ ఎంపికచేత తమ విధిని నిర్ణయించుకొనుచుండగా, దేవుడు తన ఉద్దేశములు నెరవేర్చబడునట్లుగా సమస్తమును అధిష్ఠించుచున్నాడు.</w:t>
      </w:r>
    </w:p>
    <w:p>
      <w:pPr>
        <w:pStyle w:val="ArticleScripture"/>
        <w:jc w:val="left"/>
      </w:pPr>
      <w:r>
        <w:rPr>
          <w:rFonts w:ascii="Nirmala UI" w:hAnsi="Nirmala UI" w:eastAsia="Nirmala UI" w:cs="Nirmala UI"/>
        </w:rPr>
        <w:t>“గతంలోని నిత్యత నుండి భవిష్యత్తులోని నిత్యత వరకు, ప్రవచన శృంఖలలో కడియాన్ని కడియానికి అనుసంధానిస్తూ, మహా ‘నేనే ఉన్నవాడను’ తన వాక్యంలో సూచించిన చరిత్ర, యుగ పరంపరలో నేడు మనము ఎక్కడ ఉన్నామో, రాబోవు కాలములో ఏమి సంభవించునని నిరీక్షింపవలెనో మనకు తెలియజేయుచున్నది. ప్రస్తుతం వరకూ సంభవించునని ప్రవచనము ముందుగా తెలియజేసిన సమస్తము చరిత్ర పుటలపై అనుసరించబడెను; ఇంకా సంభవించవలసిన సమస్తమును తన తన క్రమములో నెరవేర్చబడునని మనము నిశ్చయముగా విశ్వసించవచ్చును.”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నలభయ్యవ వచనపు గూఢ చరిత్ర - ఇరవయ్యవ సంఖ్య</dc:title>
  <dc:subject>రెండవ శాపం - భాగము ఏడు - యెహెజ్కేలు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