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పద్యము నలభై యొక్క గూఢ చరిత్ర - సంఖ్య ఇరవై ఒకటి</w:t>
      </w:r>
    </w:p>
    <w:p>
      <w:pPr>
        <w:pStyle w:val="ArticleSubtitle"/>
        <w:jc w:val="left"/>
      </w:pPr>
      <w:r>
        <w:rPr>
          <w:rFonts w:ascii="Nirmala UI" w:hAnsi="Nirmala UI" w:eastAsia="Nirmala UI" w:cs="Nirmala UI"/>
        </w:rPr>
        <w:t>రెండవ శాపము - భాగము ఎనిమిది - రెండవ యెహెజ్కేలు</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యెహెజ్కేలు అనగా యూదా గోత్రపు సింహముచేత వారికి బోధనా కార్యము చేయబడిన వారిని సూచించుచున్నాడు; ఆయన యొక్క ప్రాథమిక బోధ “వరుసమీద వరుస” అనే దానియే.</w:t>
      </w:r>
    </w:p>
    <w:p>
      <w:pPr>
        <w:pStyle w:val="ArticleScripture"/>
        <w:jc w:val="left"/>
      </w:pPr>
      <w:r>
        <w:rPr>
          <w:rFonts w:ascii="Nirmala UI" w:hAnsi="Nirmala UI" w:eastAsia="Nirmala UI" w:cs="Nirmala UI"/>
        </w:rPr>
        <w:t>అతడు వారితో ఇట్లనెను: “అలసినవారికి విశ్రాంతి కలుగజేయగల విశ్రాంతి ఇదే; ఇదే శాంతి, సేదతీర్పు.” అయినను వారు వినలేదు. అయితే యెహోవా వాక్యము వారికి ఆజ్ఞమీద ఆజ్ఞ, ఆజ్ఞమీద ఆజ్ఞ; పంక్తిమీద పంక్తి, పంక్తిమీద పంక్తి; ఇక్కడ కొంచెము, అక్కడ కొంచెము అను విధముగా కలిగెను; వారు వెళ్లి వెనుకకు పడిపోయి, విరుగబడి, ఉచ్చులో చిక్కుకొని, పట్టుబడునట్లు. యెషయా 28:12, 13.</w:t>
      </w:r>
    </w:p>
    <w:p>
      <w:pPr>
        <w:pStyle w:val="ArticleBody"/>
        <w:jc w:val="left"/>
      </w:pPr>
      <w:r>
        <w:rPr>
          <w:rFonts w:ascii="Nirmala UI" w:hAnsi="Nirmala UI" w:eastAsia="Nirmala UI" w:cs="Nirmala UI"/>
        </w:rPr>
        <w:t>ప్రస్తుతం యూదా గోత్రపు సింహము యెహెజ్కేలు గ్రంథమును విప్పుచున్నది. యెహెజ్కేలు ముప్పదవ సంవత్సరమందు యాజకుడని మనకు తెలియజేయబడుచున్నది; “ముప్పది” అనునది యాజకునిగా అతని ప్రతీకాత్మక వయస్సును సూచించునో, లేక యోషీయా యొక్క మహా యూబిలీతో ప్రారంభమైన ప్రవచన పరంపరలోని ముప్పదవ సంవత్సరమునే సూచించునో. అంత్య దినముల చివరి యాజకత్వము ఒక లక్ష నలభై నాలుగు వేలమంది; ప్రాచీన సాక్షాత్ చరిత్రలు అంత్య దినములలోని ఒక ప్రతీకాత్మక చరిత్రకు మాదిరిగా నిలుచున్నవి.</w:t>
      </w:r>
    </w:p>
    <w:p>
      <w:pPr>
        <w:pStyle w:val="ArticleScripture"/>
        <w:jc w:val="left"/>
      </w:pPr>
      <w:r>
        <w:rPr>
          <w:rFonts w:ascii="Nirmala UI" w:hAnsi="Nirmala UI" w:eastAsia="Nirmala UI" w:cs="Nirmala UI"/>
        </w:rPr>
        <w:t>మీరు యెహోవా యాజకులని పిలువబడుదురు; మనుష్యులు మిమ్మును మా దేవుని పరిచారకులని అంటురు; మీరు జనముల సంపదను అనుభవించుదురు, వారి మహిమలో మీరు అతిశయించుదురు. యెషయా 61:6.</w:t>
      </w:r>
    </w:p>
    <w:p>
      <w:pPr>
        <w:pStyle w:val="ArticleBody"/>
        <w:jc w:val="left"/>
      </w:pPr>
      <w:r>
        <w:rPr>
          <w:rFonts w:ascii="Nirmala UI" w:hAnsi="Nirmala UI" w:eastAsia="Nirmala UI" w:cs="Nirmala UI"/>
        </w:rPr>
        <w:t>యెహెజ్కేలు అంత్యదినములలోనున్న దేవుని ప్రజలకు ఒక సూచకరూపము—ప్రతి ప్రవచన సాక్ష్యమును గుర్తించే ఆ పవిత్ర చరిత్రయే. ఆ పవిత్ర చరిత్ర మూడవ దూత యొక్క ఉద్యమమే; అది 1840 సంవత్సరములో తొలి దూత యొక్క ఉద్యమముచేత ప్రత్యేకముగా పూర్వరూపింపబడెను. తొలి దూత యొక్క ఉద్యమము మూడు దూతలలో ఆల్ఫా దూతయై యుండెను; మూడవది ఒమేగా దూతయై యున్నది. కాబట్టి యెహెజ్కేలు, లక్ష నలువది నాలుగు వేలమంది ముద్రణకాలమందు పేతురుతో సరిపోల్చబడియున్నాడు. పేతురు మరియు యెహెజ్కేలు నిలిపబడిన ఆ సూచక చరిత్ర, పనియూము చరిత్రగా ప్రతినిధీకరింపబడినది.</w:t>
      </w:r>
    </w:p>
    <w:p>
      <w:pPr>
        <w:pStyle w:val="ArticleHeading"/>
        <w:jc w:val="left"/>
      </w:pPr>
      <w:r>
        <w:rPr>
          <w:rFonts w:ascii="Nirmala UI" w:hAnsi="Nirmala UI" w:eastAsia="Nirmala UI" w:cs="Nirmala UI"/>
        </w:rPr>
        <w:t>చిన్న గ్రంథము</w:t>
      </w:r>
    </w:p>
    <w:p>
      <w:pPr>
        <w:pStyle w:val="ArticleBody"/>
        <w:jc w:val="left"/>
      </w:pPr>
      <w:r>
        <w:rPr>
          <w:rFonts w:ascii="Nirmala UI" w:hAnsi="Nirmala UI" w:eastAsia="Nirmala UI" w:cs="Nirmala UI"/>
        </w:rPr>
        <w:t>యెహెజ్కేలు ప్రకటన గ్రంథము పదవ అధ్యాయములో యోహాను చేసినట్లే ఆ చిన్న పుస్తకమును తీసుకొనెను.</w:t>
      </w:r>
    </w:p>
    <w:p>
      <w:pPr>
        <w:pStyle w:val="ArticleScripture"/>
        <w:jc w:val="left"/>
      </w:pPr>
      <w:r>
        <w:rPr>
          <w:rFonts w:ascii="Nirmala UI" w:hAnsi="Nirmala UI" w:eastAsia="Nirmala UI" w:cs="Nirmala UI"/>
        </w:rPr>
        <w:t>కాని నీవు, మనుష్యకుమారుడా, నేను నీతో చెప్పుచున్నదిని వినుము; ఆ తిరుగుబాటుగల ఇంటివలె నీవు తిరుగుబాటుగలవాడవై యుండకుము; నీ నోరు తెరచి, నేను నీకు ఇచ్చుచున్నదాన్ని తినుము. అప్పుడు నేను చూచితిని, ఇదిగో, ఒక చేయి నా వైపు చాచబడెను; మరియు ఇదిగో, దానిలో ఒక గ్రంథపు చుట్ట ఉండెను; అతడు దానిని నా సమక్షమున విప్పెను; అది లోపలయు వెలుపలయు వ్రాయబడియుండెను; దానిలో విలాపములును, దుఃఖమును, శోకమును వ్రాయబడియుండెను. మరల ఆయన నాతో ఇట్లనెను: మనుష్యకుమారుడా, నీకు దొరికినదాన్ని తినుము; ఈ చుట్టను తిని, ఇశ్రాయేలు ఇంటివారితో వెళ్లి మాటలాడుము. అప్పుడు నేను నా నోరు తెరచితిని, ఆయన ఆ చుట్టను నాకు తినిపించెను. మరియు ఆయన నాతో ఇట్లనెను: మనుష్యకుమారుడా, నేను నీకు ఇచ్చుచున్న ఈ చుట్టతో నీ ఉదరమును తిననియ్యుము, నీ అంతరాంగమును నింపుకొనుము. అప్పుడు నేను దానిని తినితిని; అది నా నోటికి తేనెలవలె మధురముగా ఉండెను. యెహెజ్కేలు 2:8–10, 3:1–3.</w:t>
      </w:r>
    </w:p>
    <w:p>
      <w:pPr>
        <w:pStyle w:val="ArticleBody"/>
        <w:jc w:val="left"/>
      </w:pPr>
      <w:r>
        <w:rPr>
          <w:rFonts w:ascii="Nirmala UI" w:hAnsi="Nirmala UI" w:eastAsia="Nirmala UI" w:cs="Nirmala UI"/>
        </w:rPr>
        <w:t>ప్రకటన గ్రంథము పదవ అధ్యాయమందు యోహాను ఆ చిన్న పుస్తకమును భుజించెను; మరియు ఆ సమస్త అధ్యాయము 1840 ఆగస్టు 11 నుండి 1844 అక్టోబరు 22 వరకు దేవుని శక్తి ప్రత్యక్షతను సూచించుచున్నది.</w:t>
      </w:r>
    </w:p>
    <w:p>
      <w:pPr>
        <w:pStyle w:val="ArticleScripture"/>
        <w:jc w:val="left"/>
      </w:pPr>
      <w:r>
        <w:rPr>
          <w:rFonts w:ascii="Nirmala UI" w:hAnsi="Nirmala UI" w:eastAsia="Nirmala UI" w:cs="Nirmala UI"/>
        </w:rPr>
        <w:t>“మూడవ దేవదూత యొక్క సందేశ ప్రకటనలో ఏకమగు దేవదూత తన మహిమతో సమస్త భూమిని ప్రకాశింపజేయవలెను. ఇక్కడ ప్రపంచవ్యాప్త విస్తారమును, అపూర్వ శక్తిని కలిగిన ఒక కార్యము ముందుగానే తెలియజేయబడుచున్నది. 1840–44 సంవత్సరాల ఆగమనోద్యమము దేవుని శక్తికి మహిమాన్వితమైన ప్రత్యక్ష ప్రకటనయై యుండెను; మొదటి దేవదూత సందేశము ప్రపంచములోని ప్రతి మిషనరీ కేంద్రమునకు చేర్చబడెను, మరియు కొన్ని దేశములలో పదహారవ శతాబ్దపు సంస్కరణకాలము నుండి ఏ దేశమందును దర్శింపబడని అత్యంత గొప్ప ధార్మిక ఆసక్తి కలిగెను; అయితే ఇవన్నియు మూడవ దేవదూత యొక్క అంతిమ హెచ్చరిక క్రింద సంభవించు ఆ బలమైన ఉద్యమముచే మించిపోవలెను.” The Great Controversy, 611.</w:t>
      </w:r>
    </w:p>
    <w:p>
      <w:pPr>
        <w:pStyle w:val="ArticleBody"/>
        <w:jc w:val="left"/>
      </w:pPr>
      <w:r>
        <w:rPr>
          <w:rFonts w:ascii="Nirmala UI" w:hAnsi="Nirmala UI" w:eastAsia="Nirmala UI" w:cs="Nirmala UI"/>
        </w:rPr>
        <w:t>ప్రకటన గ్రంథము పదవ అధ్యాయంలో యోహానుతో యెహెజ్కేలు సమానపరచబడి ఉన్నాడు; అందుచేత లక్ష నలభై నాలుగు వేలమందికి ముద్రవేయు కాలమందు పేతురు, యోహాను, యెహెజ్కేలు తమకు నియమించబడిన స్థానమందు కలిసి నిలుచుచున్నారు.</w:t>
      </w:r>
    </w:p>
    <w:p>
      <w:pPr>
        <w:pStyle w:val="ArticleBody"/>
        <w:jc w:val="left"/>
      </w:pPr>
      <w:r>
        <w:rPr>
          <w:rFonts w:ascii="Nirmala UI" w:hAnsi="Nirmala UI" w:eastAsia="Nirmala UI" w:cs="Nirmala UI"/>
        </w:rPr>
        <w:t>1840 నుండి 1844 వరకు అనే కాలం, క్రీస్తు శకం 1299 జూలై 27న ప్రారంభమైన నూట యాభై సంవత్సరాల కాలవ్యవధితో ఆరంభమైన కాలప్రవచనం మొదలైనప్పుడు మొదలైన నాలుగు సంవత్సరాల వ్యవధిని సూచిస్తుంది. ఆ “ఐదు నెలలు” ముగిసి, 1840 ఆగస్టు 11న సమాప్తమైన మూడు వందల తొంభై ఒక సంవత్సరాలు మరియు పదిహేను రోజుల కాలప్రవచనంతో కలిసిపోయి, దేవుని శక్తి యొక్క మహిమాన్విత ప్రకటన ప్రత్యక్షమైనది; అది 1844 అక్టోబరు 22 వరకు కొనసాగింది. అనంతరం ప్రవచనకాలపు అన్వయం నిలిచిపోయింది.</w:t>
      </w:r>
    </w:p>
    <w:p>
      <w:pPr>
        <w:pStyle w:val="ArticleScripture"/>
        <w:jc w:val="left"/>
      </w:pPr>
      <w:r>
        <w:rPr>
          <w:rFonts w:ascii="Nirmala UI" w:hAnsi="Nirmala UI" w:eastAsia="Nirmala UI" w:cs="Nirmala UI"/>
        </w:rPr>
        <w:t>ఆయన పరలోకమును, అందులోనున్న సమస్తమును, భూమిని, అందులోనున్న సమస్తమును, సముద్రమును, అందులోనున్న సమస్తమును సృష్టించినవాడై యుగయుగములు జీవించుచున్నవానియందు ప్రమాణము చేసి, ఇక ఆలస్యం ఉండదని సెలవిచ్చెను. ప్రకటన 10:6.</w:t>
      </w:r>
    </w:p>
    <w:p>
      <w:pPr>
        <w:pStyle w:val="ArticleBody"/>
        <w:jc w:val="left"/>
      </w:pPr>
      <w:r>
        <w:rPr>
          <w:rFonts w:ascii="Nirmala UI" w:hAnsi="Nirmala UI" w:eastAsia="Nirmala UI" w:cs="Nirmala UI"/>
        </w:rPr>
        <w:t>ప్రవచనకాలము 1844 అక్టోబరు 22న ప్రవచనపు చెల్లుబాటు గల అన్వయంగా ముగిసిపోయింది. యెహెజ్కేలు, పేతురు మరియు యోహాను వారిలో ప్రతి ఒక్కరూ మొదటి మరియు రెండవ దూతల ఉద్యమమునకు సంబంధించిన దేవుని జ్ఞానవంతులైన కన్యలను, అలాగే మూడవ దూత యొక్క ఉద్యమమును కూడా సూచించుచున్నారు.</w:t>
      </w:r>
    </w:p>
    <w:p>
      <w:pPr>
        <w:pStyle w:val="ArticleHeading"/>
        <w:jc w:val="left"/>
      </w:pPr>
      <w:r>
        <w:rPr>
          <w:rFonts w:ascii="Nirmala UI" w:hAnsi="Nirmala UI" w:eastAsia="Nirmala UI" w:cs="Nirmala UI"/>
        </w:rPr>
        <w:t>దర్శనాలు</w:t>
      </w:r>
    </w:p>
    <w:p>
      <w:pPr>
        <w:pStyle w:val="ArticleBody"/>
        <w:jc w:val="left"/>
      </w:pPr>
      <w:r>
        <w:rPr>
          <w:rFonts w:ascii="Nirmala UI" w:hAnsi="Nirmala UI" w:eastAsia="Nirmala UI" w:cs="Nirmala UI"/>
        </w:rPr>
        <w:t>యెహెజ్కేలు గ్రంథంలోని మొదటి ‘పదకొండు’ అధ్యాయాలు, మొదటి అధ్యాయం మొదటి వచనంలో పేర్కొనబడినట్లుగా, వరుస “దర్శనాలను” ప్రతిపాదిస్తాయి.</w:t>
      </w:r>
    </w:p>
    <w:p>
      <w:pPr>
        <w:pStyle w:val="ArticleScripture"/>
        <w:jc w:val="left"/>
      </w:pPr>
      <w:r>
        <w:rPr>
          <w:rFonts w:ascii="Nirmala UI" w:hAnsi="Nirmala UI" w:eastAsia="Nirmala UI" w:cs="Nirmala UI"/>
        </w:rPr>
        <w:t>ముప్పదవ సంవత్సరమందు, నాలుగవ నెలలో, ఆ నెల ఐదవ దినమున, నేను చెబారు నది యొద్ద బందీల మధ్యనున్నప్పుడు, ఆకాశములు తెరవబడియుండెను; నేను దేవుని దర్శనములను చూచితిని. యెహెజ్కేలు 1:1.</w:t>
      </w:r>
    </w:p>
    <w:p>
      <w:pPr>
        <w:pStyle w:val="ArticleBody"/>
        <w:jc w:val="left"/>
      </w:pPr>
      <w:r>
        <w:rPr>
          <w:rFonts w:ascii="Nirmala UI" w:hAnsi="Nirmala UI" w:eastAsia="Nirmala UI" w:cs="Nirmala UI"/>
        </w:rPr>
        <w:t>మొదటి పదకొండు అధ్యాయాల “దర్శనాలు” మొదట మొదటి అధ్యాయంలో కెబారు నది యొద్ద అనుగ్రహింపబడినవి; తరువాత అవి మూడవ అధ్యాయంలోని “సమతలప్రాంతం”పై కలిగిన దర్శనంలో విస్తరింపబడ్డవి; మరల ఎనిమిదవ అధ్యాయంలోని యెరూషలేములో కలిగిన దర్శనంలో మరింత వివరణ పొందినవి. కెబారు నది, సమతలప్రాంతం, యెరూషలేము అనే ఈ మూడు స్థలాలు మూడు దర్శనాలను సూచించుచున్నవి; అవి సమష్టిగా కలసి ఒకే దర్శనమును నిర్మించుచున్నవి; అది మొదటి వచనములోను మొదటి ‘పదకొండు’ అధ్యాయాలలోను పేర్కొనబడిన “దర్శనాలు”యే.</w:t>
      </w:r>
    </w:p>
    <w:p>
      <w:pPr>
        <w:pStyle w:val="ArticleHeading"/>
        <w:jc w:val="left"/>
      </w:pPr>
      <w:r>
        <w:rPr>
          <w:rFonts w:ascii="Nirmala UI" w:hAnsi="Nirmala UI" w:eastAsia="Nirmala UI" w:cs="Nirmala UI"/>
        </w:rPr>
        <w:t>యోబేలు సంవత్సరం</w:t>
      </w:r>
    </w:p>
    <w:p>
      <w:pPr>
        <w:pStyle w:val="ArticleBody"/>
        <w:jc w:val="left"/>
      </w:pPr>
      <w:r>
        <w:rPr>
          <w:rFonts w:ascii="Nirmala UI" w:hAnsi="Nirmala UI" w:eastAsia="Nirmala UI" w:cs="Nirmala UI"/>
        </w:rPr>
        <w:t>యోషీయా ప్రసిద్ధ పస్కా పండుగతో ఆరంభమైన యూబిలీ చక్రంలోని ముప్పైవ సంవత్సరముగా ఆ ముప్పైవ సంవత్సరాన్ని పరిగణించడం, తదనంతరం అది అక్టోబర్ 22న ముగిసినదని అంగీకరించడం, సులభంగా సమర్థించదగినదే; ఎందుకంటే ఆ నిర్దిష్ట పవిత్ర చరిత్ర రేఖ స్పష్టంగా, పంక్తి మీద పంక్తిగా, ఒకటి కంటే ఎక్కువ సాక్షుల ద్వారా చిత్రించబడింది. ఉదాహరణకు, పస్కా పండుగ వసంతకాల పండుగలను సూచిస్తుంది; ప్రాయశ్చిత్త దినము శరదృతు పండుగలను సూచిస్తుంది. కాబట్టి లేవీయకాండము ఇరవైమూడు, యోషీయాతో ఆరంభమైన యూబిలీ చక్రానికి అనుసరణలో నిలుస్తుంది. యోషీయా రాజు నుండి క్రీస్తుపూర్వం 573 అక్టోబర్ 22 వరకు ప్రతినిధిత్వం చేయబడిన చరిత్రతో సరిసమానముగా నిలిచే మరికొన్ని రేఖలూ ఉన్నాయి. క్రీస్తుపూర్వం 573 అక్టోబర్ 22న యూబిలీ సంవత్సరమునకు సంభవించిన చారిత్రక నెరవేర్పు చరిత్రకారులచే సమర్థించబడుతోంది.</w:t>
      </w:r>
    </w:p>
    <w:p>
      <w:pPr>
        <w:pStyle w:val="ArticleBody"/>
        <w:jc w:val="left"/>
      </w:pPr>
      <w:r>
        <w:rPr>
          <w:rFonts w:ascii="Nirmala UI" w:hAnsi="Nirmala UI" w:eastAsia="Nirmala UI" w:cs="Nirmala UI"/>
        </w:rPr>
        <w:t>కాలక్రమ శాస్త్రజ్ఞులు సాధారణంగా ప్రాయశ్చిత్త దినాన్ని క్రీస్తుపూర్వం 573 అక్టోబర్ 22నగా నిర్ణయించుటలో సౌకర్యంగా ఉంటారు; యోషీయా యొక్క మహా పస్కా కూడా క్రీస్తుపూర్వం 622లోనిదిగా ఆ బైబిలు కాలక్రమ శాస్త్రజ్ఞులచే అంగీకరించబడిన తేదియే. వసంతకాల పండుగలకు చిహ్నమైన పస్కా, నలభై తొమ్మిది సంవత్సరాల యూబిలీ చక్రానికి ఆరంభమై, శరదృతు పండుగలకు చిహ్నమైన ప్రాయశ్చిత్త దినాన ముగిసెను. నలభై తొమ్మిది సంవత్సరాలను నిర్మించిన ఏడు సంవత్సర వారములు భూమి విశ్రాంతి దినానికి చిహ్నములు.</w:t>
      </w:r>
    </w:p>
    <w:p>
      <w:pPr>
        <w:pStyle w:val="ArticleScripture"/>
        <w:jc w:val="left"/>
      </w:pPr>
      <w:r>
        <w:rPr>
          <w:rFonts w:ascii="Nirmala UI" w:hAnsi="Nirmala UI" w:eastAsia="Nirmala UI" w:cs="Nirmala UI"/>
        </w:rPr>
        <w:t>“చరిత్ర గాని, ఉపదేశం గాని, ప్రవచనం గాని—ప్రతి పుటలోనూ పాత నిబంధన పరిశుద్ధ గ్రంథాలు దేవుని కుమారుని మహిమతో ప్రకాశించుచున్నవి. దైవనియమ ప్రకారమై యుండినంతవరకు, యూదమతమంతటి వ్యవస్థ సువార్తకు సంగ్రహింపబడిన ప్రవచనమై యుండెను. క్రీస్తునుగూర్చి “ప్రవక్తలందరును సాక్ష్యమిచ్చుచున్నారు.” అపొస్తలుల కార్యములు 10:43. ఆదామునకు అనుగ్రహింపబడిన వాగ్దానము మొదలుకొని, పితృపురుషుల పరంపర గుండా, ధర్మశాస్త్ర వ్యవస్థవరకు, పరలోకమునుండిన మహిమాన్వితమైన వెలుగు విమోచకుని అడుగుజాడలను స్పష్టముగా తెలియజేసెను. దూరదర్శులు బెత్లెహేము నక్షత్రమును, రానున్న శిలోహును దర్శించిరి; భవిష్యత్ విషయములు మర్మమయమైన పరంపరలో వారి ముందర ప్రవహించుచుండగా అట్లు కనబడెను. ప్రతి బలిలోను క్రీస్తు మరణము సూచింపబడెను. ప్రతి ధూపమేఘములోను ఆయన నీతి ఆరోహించెను. ప్రతి యూబిలీ బూరధ్వనిచేత ఆయన నామము ప్రకటింపబడెను. పరిశుద్ధ పరిశుద్ధస్థలమనే గంభీర రహస్యములో ఆయన మహిమ నివసించెను.” యుగయుగాల ఆకాంక్ష, 211.</w:t>
      </w:r>
    </w:p>
    <w:p>
      <w:pPr>
        <w:pStyle w:val="ArticleHeading"/>
        <w:jc w:val="left"/>
      </w:pPr>
      <w:r>
        <w:rPr>
          <w:rFonts w:ascii="Nirmala UI" w:hAnsi="Nirmala UI" w:eastAsia="Nirmala UI" w:cs="Nirmala UI"/>
        </w:rPr>
        <w:t>పదిహేడు</w:t>
      </w:r>
    </w:p>
    <w:p>
      <w:pPr>
        <w:pStyle w:val="ArticleBody"/>
        <w:jc w:val="left"/>
      </w:pPr>
      <w:r>
        <w:rPr>
          <w:rFonts w:ascii="Nirmala UI" w:hAnsi="Nirmala UI" w:eastAsia="Nirmala UI" w:cs="Nirmala UI"/>
        </w:rPr>
        <w:t>క్రీ.పూ. 573కు పద్నాలుగు సంవత్సరాల ముందు యెరూషలేము పతనమైనప్పుడు సెదెకియా బబులోనుకు తీసికొనిపోబడెను. యూదుల చరిత్రకారులు క్రి.పూ. 622లోని యోషీయా కాలము మొదలుకొని క్రి.పూ. 573 అక్టోబరు 22 వరకు ఉన్న యూబిలీ చక్రాన్ని పదిహేడవ యూబిలీ చక్రమని గుర్తించుచున్నారు. రాఫియా యుద్ధము మొదలుకొని పానియం యుద్ధము వరకు ఉన్న కాలము పదిహేడు సంవత్సరములు. రాఫియా యుద్ధములో టోలెమీ విజేతగా నిలిచెను, మరియు అతడు పదిహేడు సంవత్సరములు దక్షిణ రాజుగా పరిపాలించెను. మిలాను ప్రకటన మొదలుకొని కాన్స్టంటైన్ తన సామ్రాజ్యాన్ని క్రీ.శ. 330లో విభజించినదాకా పదిహేడు సంవత్సరములు. పదిహేడవ యూబిలీ చక్రములో యెరూషలేము నెబుకద్నెజరు చేత నాశనము చేయబడెను.</w:t>
      </w:r>
    </w:p>
    <w:p>
      <w:pPr>
        <w:pStyle w:val="ArticleScripture"/>
        <w:jc w:val="left"/>
      </w:pPr>
      <w:r>
        <w:rPr>
          <w:rFonts w:ascii="Nirmala UI" w:hAnsi="Nirmala UI" w:eastAsia="Nirmala UI" w:cs="Nirmala UI"/>
        </w:rPr>
        <w:t>ఇశ్రాయేలు సంతానము అనేక దినములు రాజు లేకుండా, అధిపతి లేకుండా, బలి లేకుండా, ప్రతిమ లేకుండా, ఏఫోదు లేకుండా, తేరాఫీములు లేకుండానే నివసించుదురు. తరువాత ఇశ్రాయేలు సంతానము తిరిగి వచ్చి తమ దేవుడైన యెహోవాను, తమ రాజైన దావీదును వెదకుదురు; అంత్యదినములలో వారు యెహోవాను మరియు ఆయన కృపామహిమను భయభక్తులతో సమీపించుదురు. హోషేయ 3:4, 5.</w:t>
      </w:r>
    </w:p>
    <w:p>
      <w:pPr>
        <w:pStyle w:val="ArticleBody"/>
        <w:jc w:val="left"/>
      </w:pPr>
      <w:r>
        <w:rPr>
          <w:rFonts w:ascii="Nirmala UI" w:hAnsi="Nirmala UI" w:eastAsia="Nirmala UI" w:cs="Nirmala UI"/>
        </w:rPr>
        <w:t>హోషేయా, జెడెకియా చెరబందిత్వంతో ప్రత్యక్ష సంబంధం కలిగిన ఒక విషయాన్ని ఉద్దేశించి మాట్లాడుతున్నాడు; అయితే అదే విషయం క్రీస్తుపూర్వం 723 సంవత్సరంలో ఉత్తర రాజ్యానికి చెరబందిత్వారంభాన్నికూడా సూచిస్తుంది. హోషేయా వాక్యభాగం యెహెజ్కేలు సాక్ష్యంతో అనుసంధానమగుటకు కారణం, ఇశ్రాయేలు మానవ రాజును పట్టుబట్టినప్పుడు దేవునిని తిరస్కరించుటతో సంబంధించి యున్నది. దైవిక రాజు చేత పాలింపబడుటకు బదులుగా మానవ రాజు చేత పాలింపబడవలెననే ఇశ్రాయేలు కోరిక, లేవీయకాండము 26లోని “ఏడు మార్లు” అనే తీర్పులో “నీ బలమునకు సంబంధించిన అహంకారము” అని ప్రతినిధ్యం చేయబడింది.</w:t>
      </w:r>
    </w:p>
    <w:p>
      <w:pPr>
        <w:pStyle w:val="ArticleScripture"/>
        <w:jc w:val="left"/>
      </w:pPr>
      <w:r>
        <w:rPr>
          <w:rFonts w:ascii="Nirmala UI" w:hAnsi="Nirmala UI" w:eastAsia="Nirmala UI" w:cs="Nirmala UI"/>
        </w:rPr>
        <w:t>ఇంతటితోకూడ మీరు నా మాట వినకపోతే, మీ పాపముల నిమిత్తము నేను మిమ్మును ఏడు రెట్లు మరింతగా శిక్షింతును. మీ బలమునకు కలిగిన గర్వమును నేను భంగపరచెదను; మీ ఆకాశమును ఇనుమువలెను, మీ భూమిని ఇత్తడివలెను చేయుదును. లేవీయకాండము 26:18, 19.</w:t>
      </w:r>
    </w:p>
    <w:p>
      <w:pPr>
        <w:pStyle w:val="ArticleBody"/>
        <w:jc w:val="left"/>
      </w:pPr>
      <w:r>
        <w:rPr>
          <w:rFonts w:ascii="Nirmala UI" w:hAnsi="Nirmala UI" w:eastAsia="Nirmala UI" w:cs="Nirmala UI"/>
        </w:rPr>
        <w:t>“మీ బలమునకు సంబంధించిన గర్వము” అనునది ఇశ్రాయేలు లోకమువలె నుండుటకును తమకంటూ స్వంత రాజును కలిగియుండుటకును కలిగిన ఆకాంక్షను సూచించుచున్నది. క్రీస్తుపూర్వం 723 సంవత్సరమున ఉత్తర రాజ్యములోనుండి రాజు తొలగింపబడుటయు, అనంతరం క్రీస్తుపూర్వం 586 సంవత్సరమున దక్షిణ రాజ్యమునకు చెందిన రాజు జెడెకియా చెరలోనికి పోవుటయు, ప్రాచీన ఇశ్రాయేలు యొక్క “గర్వము” విరుగుటను సూచించుచున్నవి; మరియు పతనమునకు ముందుగా గర్వము వచ్చును. బైబిలు ప్రవచనమందు “శక్తి” అనునది రాజును గాని రాజ్యమును గాని సూచించును; మరియు మానవ రాజును స్థాపించుకొనుటలో ఇశ్రాయేలు ప్రదర్శించిన గర్వము, దైవపాలననును దివ్యరాజునును తిరస్కరించుటకు చిహ్నముగా నిలుచుచున్నది.</w:t>
      </w:r>
    </w:p>
    <w:p>
      <w:pPr>
        <w:pStyle w:val="ArticleScripture"/>
        <w:jc w:val="left"/>
      </w:pPr>
      <w:r>
        <w:rPr>
          <w:rFonts w:ascii="Nirmala UI" w:hAnsi="Nirmala UI" w:eastAsia="Nirmala UI" w:cs="Nirmala UI"/>
        </w:rPr>
        <w:t>సమూయేలు ముసలివాడైనప్పుడు, తన కుమారులను ఇశ్రాయేలీయుల మీద న్యాయాధిపతులుగా నియమించాడు. అతని జ్యేష్ఠపుత్రుని పేరు యోవేలు; రెండవవాని పేరు అబీయా; వారు బెయేర్షెబాలో న్యాయాధిపతులై యుండిరి. అయితే అతని కుమారులు అతని మార్గములలో నడువక, లాభాసక్తి వైపు తొలగి, లంచములు తీసికొని, న్యాయమును వక్రీకరించిరి. అప్పుడు ఇశ్రాయేలు పెద్దలందరూ కూడి, రామాలోనున్న సమూయేలు యొద్దకు వచ్చి, అతనితో ఇలా చెప్పిరి: ఇదిగో, నీవు ముసలివాడవై యున్నావు, నీ కుమారులు నీ మార్గములలో నడువరు; కాబట్టి ఇప్పుడు సమస్త జనములవలె మాకు న్యాయము తీర్చుటకు ఒక రాజును నియమించుము. వారు, “మాకు న్యాయము తీర్చుటకు ఒక రాజును దయచేయుము” అని చెప్పిన సంగతి సమూయేలుకు అసంతృప్తికరమై యుండెను. అందుచేత సమూయేలు యెహోవాకు ప్రార్థన చేసెను. అప్పుడు యెహోవా సమూయేలుతో ఇలా చెప్పెను: ప్రజలు నీతో చెప్పు సమస్త విషయములయందు వారి మాట వినుము; వారు నిన్ను త్రోసివేయలేదు, నేను వారికి రాజుగా ఏలకుండునట్లు నన్నే త్రోసివేసిరి. నేను వారిని ఐగుప్తులోనుండి రప్పించిన దినము మొదలుకొని ఈ దినము వరకు వారు చేసిన క్రియలన్నిటి ప్రకారమే, నన్ను విడిచిపెట్టి ఇతర దేవతలను సేవించినట్లే, నీకును అట్లే చేయుచున్నారు. కాబట్టి ఇప్పుడు వారి మాట వినుము; అయినను నీవు వారికి ఘనముగా హెచ్చరించి, వారిమీద ఏలబోవు రాజు విధానమును వారికి తెలియజేయుము. 1 సమూయేలు 8:1–9.</w:t>
      </w:r>
    </w:p>
    <w:p>
      <w:pPr>
        <w:pStyle w:val="ArticleBody"/>
        <w:jc w:val="left"/>
      </w:pPr>
      <w:r>
        <w:rPr>
          <w:rFonts w:ascii="Nirmala UI" w:hAnsi="Nirmala UI" w:eastAsia="Nirmala UI" w:cs="Nirmala UI"/>
        </w:rPr>
        <w:t>ఆ సందర్భంలో ఇశ్రాయేలు దేవుని తమ రాజుగా మాత్రమే కాక, సమూయేలు ద్వారా ప్రతినిధిత్వం పొందిన ప్రవచనాత్మను కూడ త్రోసిపుచ్చినట్లు గమనించవలెను; ఎందుకంటే, “వారు నన్ను విడిచిపెట్టి ఇతర దేవతలను సేవించారు; అలాగే నీకును చేయుచున్నారు” అని వ్రాయబడియున్నది.</w:t>
      </w:r>
    </w:p>
    <w:p>
      <w:pPr>
        <w:pStyle w:val="ArticleScripture"/>
        <w:jc w:val="left"/>
      </w:pPr>
      <w:r>
        <w:rPr>
          <w:rFonts w:ascii="Nirmala UI" w:hAnsi="Nirmala UI" w:eastAsia="Nirmala UI" w:cs="Nirmala UI"/>
        </w:rPr>
        <w:t>“సాతాను అనగా… సత్యమునుండి తొలగించుటకై నకిలీదానిని నిరంతరము ముందుకు నెట్టి తెచ్చుచున్నాడు. సాతాను యొక్క అత్యంత అంతిమ మోసము దేవుని ఆత్మసాక్ష్యమును ఫలహీనముగా చేయుటయే. ‘దర్శనము లేనిచోట ప్రజలు నశించుదురు’ (సామెతలు 29:18). దేవుని శేష ప్రజలు యథార్థ సాక్ష్యముపై కలిగియున్న విశ్వాసమును కదిలించుటకై సాతాను చాతుర్యముగా, వివిధ మార్గములలోను భిన్న కార్యసాధకుల ద్వారానును కార్యముచేయును.”</w:t>
      </w:r>
    </w:p>
    <w:p>
      <w:pPr>
        <w:pStyle w:val="ArticleScripture"/>
        <w:jc w:val="left"/>
      </w:pPr>
      <w:r>
        <w:rPr>
          <w:rFonts w:ascii="Nirmala UI" w:hAnsi="Nirmala UI" w:eastAsia="Nirmala UI" w:cs="Nirmala UI"/>
        </w:rPr>
        <w:t>“సాక్ష్యములయెడల సాతానీయ స్వభావముగల ఒక ద్వేషము రగులుకొనును. సాతాను చేసే కార్యములు వాటియందలి సంఘముల విశ్వాసమును కదిలించుటకై నుండును; దీనికి కారణము ఇదే: దేవుని ఆత్మయొక్క హెచ్చరికలు, గద్దింపులు, ఉపదేశములు ఆలకింపబడి గౌరవింపబడినయెడల, తన మోసములను ప్రవేశపెట్టి ఆత్మలను తన భ్రాంతులలో బంధించుటకు సాతానుకు అంత స్పష్టమైన మార్గము ఉండదు.” Selected Messages, book 1, 48.</w:t>
      </w:r>
    </w:p>
    <w:p>
      <w:pPr>
        <w:pStyle w:val="ArticleBody"/>
        <w:jc w:val="left"/>
      </w:pPr>
      <w:r>
        <w:rPr>
          <w:rFonts w:ascii="Nirmala UI" w:hAnsi="Nirmala UI" w:eastAsia="Nirmala UI" w:cs="Nirmala UI"/>
        </w:rPr>
        <w:t>ప్రాచీన ఇశ్రాయేలు దైవపాలనకు వచ్చిన చివరి మోసం కేవలం దేవునినే కాదు, ప్రవచనాత్మక ఆత్మనూ తిరస్కరించుటయే. క్రి.పూ. 1097 సంవత్సరమందు సంభవించిన ఆ తిరస్కారము, క్రీ.శ. 1863 సంవత్సరమందలి లౌదికేయ సప్తమదిన ఆడ్వెంటిజము యొక్క చివరి మోసమునకు ప్రతిరూపముగా నిలుస్తుంది. లేవీయకాండము ఇరవై ఆరులోని “ఏడు కాలములు” దేవుని వాక్యమే; మరియు ప్రవచనాత్మక ఆత్మ “ఏడు కాలములు” విషయమై అది “మార్చబడకూడదు” అని తెలియజేస్తుంది.</w:t>
      </w:r>
    </w:p>
    <w:p>
      <w:pPr>
        <w:pStyle w:val="ArticleScripture"/>
        <w:jc w:val="left"/>
      </w:pPr>
      <w:r>
        <w:rPr>
          <w:rFonts w:ascii="Nirmala UI" w:hAnsi="Nirmala UI" w:eastAsia="Nirmala UI" w:cs="Nirmala UI"/>
        </w:rPr>
        <w:t>“1843 పట్టిక ప్రభువు హస్తముచే నడిపింపబడినదని, అది మార్పుచేయబడకూడదని నేను చూచితిని; అందులోని సంఖ్యలు ఆయన కోరిన ప్రకారమే ఉన్నాయని; కొన్ని సంఖ్యలలోనున్న ఒక తప్పును ఎవరును గమనింపలేకుండునట్లు, ఆయన హస్తము దాని మీద ఉండి దానిని దాచివేసెనని, ఆయన హస్తము తొలగించబడినంతవరకు నేను చూచితిని.” Early Writings, 74.</w:t>
      </w:r>
    </w:p>
    <w:p>
      <w:pPr>
        <w:pStyle w:val="ArticleBody"/>
        <w:jc w:val="left"/>
      </w:pPr>
      <w:r>
        <w:rPr>
          <w:rFonts w:ascii="Nirmala UI" w:hAnsi="Nirmala UI" w:eastAsia="Nirmala UI" w:cs="Nirmala UI"/>
        </w:rPr>
        <w:t>ప్రవచనాత్మక ఆత్మ స్పష్టంగా “ఏడు కాలములను” ఆమోదించింది; అంతేకాక, “ఏడు కాలములు” మధ్య నిలువు వరుసలోను పై కుడి మూలలోను ఉన్న ఆ పట్టికలోని సంఖ్యలను మార్చకూడదనే హెచ్చరికగానే ఆమె ఆమోదం నిలిచింది. 1863లో ఉరయ్యా స్మిత్ యొక్క కల్పిత పట్టికతో, ప్రాచీన ఇశ్రాయేలు దేవునిని తిరస్కరించిన దానిచే సూచింపబడిన ప్రాథమిక సత్యాల క్రమోన్నత నిరాకరణ సంభవించింది; మరియు ప్రవచనాత్మక ఆత్మ 1863 తిరుగుబాటును గుర్తించింది. 1863 తిరుగుబాటు తేదీ యెహెజ్కేలు గ్రంథములో ప్రతిపాదించబడిన ప్రవచన రేఖతో సరిపోతుంది. ఆ చారిత్రక రేఖలో, ముగింపు యెరూషలేము నాశనమైయుండెను, అది ఆదివారపు ధర్మశాసనానికి మాదిరియైయుండెను. 1863 నుండి త్వరలో రానున్న ఆదివారపు ధర్మశాసనం వరకు ఉన్న కాలం, క్రీస్తుపూర్వం 1097లో రాజైన సౌలు కాలము నుండి క్రీస్తుపూర్వం 586లో జెదెక్యా వరకు ఉన్న చరిత్రచే మాదిరిగా సూచించబడెను.</w:t>
      </w:r>
    </w:p>
    <w:p>
      <w:pPr>
        <w:pStyle w:val="ArticleBody"/>
        <w:jc w:val="left"/>
      </w:pPr>
      <w:r>
        <w:rPr>
          <w:rFonts w:ascii="Nirmala UI" w:hAnsi="Nirmala UI" w:eastAsia="Nirmala UI" w:cs="Nirmala UI"/>
        </w:rPr>
        <w:t>క్రీ.పూ. 573 సంవత్సరంలోని యూబిలీకి పద్నాలుగు సంవత్సరాల ముందుగా జెడెకియా బబులోనుకు చెరపట్టబడ్డాడు. పదిహేడవ యూబిలీ చక్రం క్రీ.పూ. 622 సంవత్సరంలో ప్రారంభమైంది; ముప్పయ్యవ సంవత్సరంలో యెహెజ్కేలు క్రీ.పూ. 591 సంవత్సరంలో యాజకునిగా నియమింపబడ్డాడు; తరువాత అయిదు సంవత్సరాలకు, క్రీ.పూ. 586 సంవత్సరంలో యెరూషలేము నాశనమైంది. క్రీ.శ. 70 సంవత్సరంలో తీతు చేత రెండవసారి నాశనమైన దినానికే, అదే సంవత్సరదినమున అది నాశనమైంది. యెహెజ్కేలు మొదటి అధ్యాయంలోని మొదటి వచనం యెరూషలేము నాశనానికి అయిదు సంవత్సరాల ముందునిదియు, నలభయ్యవ అధ్యాయంలోని ఆలయదర్శనానికి పందొమ్మిది సంవత్సరాల ముందునిదియు.</w:t>
      </w:r>
    </w:p>
    <w:p>
      <w:pPr>
        <w:pStyle w:val="ArticleScripture"/>
        <w:jc w:val="left"/>
      </w:pPr>
      <w:r>
        <w:rPr>
          <w:rFonts w:ascii="Nirmala UI" w:hAnsi="Nirmala UI" w:eastAsia="Nirmala UI" w:cs="Nirmala UI"/>
        </w:rPr>
        <w:t>మన బందీత్వమునకు ఇరవై ఐదవ సంవత్సరమందు, సంవత్సరారంభమున, నెల పదవ దినమున, పట్టణము దెబ్బతినిన తరువాత పద్నాలుగవ సంవత్సరమందు, అదే దినమున యెహోవా చేయి నా మీద వచ్చి నన్ను అక్కడికి తీసికొనిపోయెను. యెహెజ్కేలు 40:1.</w:t>
      </w:r>
    </w:p>
    <w:p>
      <w:pPr>
        <w:pStyle w:val="ArticleBody"/>
        <w:jc w:val="left"/>
      </w:pPr>
      <w:r>
        <w:rPr>
          <w:rFonts w:ascii="Nirmala UI" w:hAnsi="Nirmala UI" w:eastAsia="Nirmala UI" w:cs="Nirmala UI"/>
        </w:rPr>
        <w:t>దేశపు విశ్రాంతిదిన నిబంధనకు అవిధేయత చేసినందుకు, దేశపు విశ్రాంతిదినమైన ఏడవ సంవత్సరానికి అవిధేయతకు “ఏడు కాలములు” శాపమని దేవుడు నిర్ధారించాడు. “కాలము” అనగా ఒక సంవత్సరం; “సంవత్సరం” అనగా మూడు వందల అరవై దినములు; మరియు ఏడు కాలములు మూడు వందల అరవైతో గుణించబడినప్పుడు రెండు వేల ఐదు వందల ఇరవై సంవత్సరములు అవుతాయి. మిల్లరైట్‌లు “ఇరవై ఐదు ఇరవై” అనే ప్రయోగాన్ని ఉపయోగించి ఉండకపోవచ్చు, అయితే వారి రెండు పరిశుద్ధ పటములయందు ఆ రెండు వేల ఐదు వందల ఇరవై సంవత్సరములు సంఖ్యాత్మకంగా గుర్తించబడినవి.</w:t>
      </w:r>
    </w:p>
    <w:p>
      <w:pPr>
        <w:pStyle w:val="ArticleBody"/>
        <w:jc w:val="left"/>
      </w:pPr>
      <w:r>
        <w:rPr>
          <w:rFonts w:ascii="Nirmala UI" w:hAnsi="Nirmala UI" w:eastAsia="Nirmala UI" w:cs="Nirmala UI"/>
        </w:rPr>
        <w:t>ఇశ్రాయేలు ఉత్తర రాజ్యముమీదను, యూదా దక్షిణ రాజ్యముమీదను ఏడు కాలముల శాపము ప్రకటింపబడినది విల్యం మిల్లర్ యొక్క తొలి, లేదా మీరు చెప్పగలిగితే ‘పునాది,’ లేదా మరింతగా చెప్పాలంటే “ఆల్ఫా” అవగాహనయైయుండెను. 1863 సంవత్సరమందు లావోదికయ స్థితిలోనున్న సెవెంత్-డే అడ్వెంటిస్ట్ సంఘము, మిల్లర్ కనుగొన్న విషయముల పునాది అవగాహనను తిరస్కరించెను; ఆ “కనుగొనికలు” మిల్లరైట్ ఉద్యమమంతటికిని సమస్త పునాదిగా నిలిచినవే. ప్రేరణ ఈ విషయం సంభవించవచ్చునని నేరుగా హెచ్చరించెను; అది సంభవించియున్నది, మరియు అది చాలాకాలము క్రితమే సంభవించెను.</w:t>
      </w:r>
    </w:p>
    <w:p>
      <w:pPr>
        <w:pStyle w:val="ArticleBody"/>
        <w:jc w:val="left"/>
      </w:pPr>
      <w:r>
        <w:rPr>
          <w:rFonts w:ascii="Nirmala UI" w:hAnsi="Nirmala UI" w:eastAsia="Nirmala UI" w:cs="Nirmala UI"/>
        </w:rPr>
        <w:t>బబులోను బంధత్వానంతరం పునర్నిర్మించబడిన ఆలయపు పునాది మొదటి ఆజ్ఞాకాల చరిత్రలో, రెండవ ఆజ్ఞకు ముందుగానే పూర్తయ్యింది. రెండవ ఆజ్ఞాకాల చరిత్రలో ఆలయం సంపూర్ణంగా నిర్మించబడింది. మూడవ ఆజ్ఞలో శాబ్దిక ప్రాచీన ఇశ్రాయేలుకు జాతీయ సార్వభౌమాధికారం పునరుద్ధరించబడింది. 1798లో వచ్చిన మొదటి దూతకు విలియం మిల్లర్ ప్రతినిధిగా నిలిచాడు; అతనికి 1840 ఆగస్టు 11న శక్తి అనుగ్రహించబడింది. 1842 మేలో ప్రచురించబడిన 1843 చార్ట్ ద్వారా సూచించబడినట్లుగా, పునాదులు వేయబడిన తరువాత రెండవ దూత వచ్చాడు. 1844లోని మొదటి నిరాశలో, 1844 యొక్క ఆల్ఫా నిరాశలో, రెండవ దూత మరియు కన్యల ఉపమానంలోని ఆలస్యకాలమూ వచ్చాయి; ఎక్సెటర్ శిబిరసమావేశంలో రెండవ దూత సందేశం శక్తివంతమైయున్నప్పుడు ఆలయం పూర్తయ్యింది. ఆ తరువాత 1844లోని మహా, లేదా ఓమెగా నిరాశలో, మూడవ ఆజ్ఞతో ప్రారంభమై మూడవ దూత రాకతో ముగిసిన రెండువేల మూడు వందల సంవత్సరాల నెరవేర్పుగా, నిబంధన దూత అకస్మాత్తుగా తన ఆలయమునకు వచ్చెను.</w:t>
      </w:r>
    </w:p>
    <w:p>
      <w:pPr>
        <w:pStyle w:val="ArticleBody"/>
        <w:jc w:val="left"/>
      </w:pPr>
      <w:r>
        <w:rPr>
          <w:rFonts w:ascii="Nirmala UI" w:hAnsi="Nirmala UI" w:eastAsia="Nirmala UI" w:cs="Nirmala UI"/>
        </w:rPr>
        <w:t>యోషీయా అనే పేరుకు ‘దేవుని పునాది’ అనే అర్థం. అతడు రాజైన యోషీయా కావొచ్చు గానీ, యోషీయా లిచ్ కావొచ్చు గానీ—ఈ ఇద్దరూ పునాదులకు సంకేతాలే; మొదటి ఆజ్ఞ చరిత్రలో చూపబడినట్లుగాను, లేవీయకాండము ఇరవైమూడవ అధ్యాయంలోని మొదటి ఇరవై రెండు వచనాలలో ప్రతిపాదించబడిన వసంతకాల పండుగల ద్వారా ప్రతినిధీకరించబడినట్లుగాను. ఆ పునాదులు, వసంతకాల పండుగలు, మరియు మొదటి ఆజ్ఞ—ఇవన్నియు 1840 సంవత్సరానికిగాను, మొదటి దూతకు కలిగిన అధికారప్రదానానికిగాను సంకేతాలే. యెహెజ్కేలు నలభైవ అధ్యాయము మొదటి వచనంలో సూచించబడిన క్రీస్తుపూర్వం 573 అక్టోబరు 22, క్రీస్తుశకం 1844 అక్టోబరు 22కుగాను, మృతుల తీర్పు ప్రారంభమునకుగాను ఒక సంకేతం; అలాగే సజీవుల తీర్పు ప్రారంభములో 2001 సెప్టెంబరు 11కుగాను కూడా ఒక సంకేతమే. ఈ వ్యాసములను అనుసరిస్తూ వచ్చిన ఎవరైనా, నేను వినియోగిస్తున్న అన్వయాలను తెలిసియుండవలెను.</w:t>
      </w:r>
    </w:p>
    <w:p>
      <w:pPr>
        <w:pStyle w:val="ArticleBody"/>
        <w:jc w:val="left"/>
      </w:pPr>
      <w:r>
        <w:rPr>
          <w:rFonts w:ascii="Nirmala UI" w:hAnsi="Nirmala UI" w:eastAsia="Nirmala UI" w:cs="Nirmala UI"/>
        </w:rPr>
        <w:t>యెహెజ్కేలు తన రచనలలో ప్రతిబింబితమైన ప్రవచనాత్మక చరిత్రలో ఒక చిహ్నంగా నిలుస్తాడు. ఎనిమిదవ అధ్యాయం ముగింపులో ఇరవై ఐదుగురు పురుషులు సూర్యునికి నమస్కరించుచుండగా యెహెజ్కేలు అక్కడ ఉన్నాడు. తరువాతి అధ్యాయాలలోను, ఎలెన్ వైట్ యెరూషలేముగా గుర్తించిన—అదేనగా సెవెంత్-డే అడ్వెంటిస్ట్ సంఘముగా ఆమె నిర్ధారించిన—దానిపై ‘వధను అనుసరించు ముద్ర వేయుట’ వచ్చుచుండగా అతడు అక్కడనే ఉన్నాడు. మొదటి పదకొండు అధ్యాయాలలో, యెహెజ్కేలు తన ఆదేశములను స్వీకరించుటకై పరలోక పరిశుద్ధస్థలములోనికి తీసికొనిపోబడెను; అలాగే 1844లో మిల్లరైట్లు చేయుటకు పిలువబడిరి, మరియు ఈ ఉద్యమమును ఇప్పుడు చేయుటకు పిలువబడుచున్నది.</w:t>
      </w:r>
    </w:p>
    <w:p>
      <w:pPr>
        <w:pStyle w:val="ArticleScripture"/>
        <w:jc w:val="left"/>
      </w:pPr>
      <w:r>
        <w:rPr>
          <w:rFonts w:ascii="Nirmala UI" w:hAnsi="Nirmala UI" w:eastAsia="Nirmala UI" w:cs="Nirmala UI"/>
        </w:rPr>
        <w:t>అట్లు యెహెజ్కేలు మీకు సూచకముగా ఉన్నాడు; అతడు చేసిన సమస్తమును బట్టి మీరును చేయుదురు; ఇది సంభవించినప్పుడు నేనే ప్రభువైన యెహోవాను అని మీరు తెలిసికొందురు. యెహెజ్కేలు 24:24.</w:t>
      </w:r>
    </w:p>
    <w:p>
      <w:pPr>
        <w:pStyle w:val="ArticleHeading"/>
        <w:jc w:val="left"/>
      </w:pPr>
      <w:r>
        <w:rPr>
          <w:rFonts w:ascii="Nirmala UI" w:hAnsi="Nirmala UI" w:eastAsia="Nirmala UI" w:cs="Nirmala UI"/>
        </w:rPr>
        <w:t>ఇది సంభవించినప్పుడు</w:t>
      </w:r>
    </w:p>
    <w:p>
      <w:pPr>
        <w:pStyle w:val="ArticleBody"/>
        <w:jc w:val="left"/>
      </w:pPr>
      <w:r>
        <w:rPr>
          <w:rFonts w:ascii="Nirmala UI" w:hAnsi="Nirmala UI" w:eastAsia="Nirmala UI" w:cs="Nirmala UI"/>
        </w:rPr>
        <w:t>చివరి దినములలో యెహెజ్కేలు చిత్రీకరించిన సంగతులు దేవుని ప్రజలలో మళ్లీ జరుగుచున్న స్థితికి మనము చేరినప్పుడు, అప్పుడు మనము యెహెజ్కేలు సూచకచిహ్నమును చేరినవారమై యున్నాము. యెహెజ్కేలు ఒక లక్ష నలభై నాలుగు వేల మందిని సూచించుచున్నాడని మీరు తెలిసికొని, అంతేకాక యెహెజ్కేలు తన రచనలలో చిత్రీకరించిన ప్రతి విషయం చివరి దినములలో ఒక లక్ష నలభై నాలుగు వేల మందితో సంబంధముగల పరిశుద్ధ సంఘటనల క్రమమునకు ప్రతిరూపమై యున్నదనే పరిశుద్ధ నిరీక్షణను కలిగియుండే విశ్వాసమును, అవగాహనను మీరు పొందిన స్థాయిలో దానిని తెలిసికొనినప్పుడు—అప్పుడు “మీరు తెలిసికొందురు” “యెహోవా”యే “దేవుడు” అని.</w:t>
      </w:r>
    </w:p>
    <w:p>
      <w:pPr>
        <w:pStyle w:val="ArticleBody"/>
        <w:jc w:val="left"/>
      </w:pPr>
      <w:r>
        <w:rPr>
          <w:rFonts w:ascii="Nirmala UI" w:hAnsi="Nirmala UI" w:eastAsia="Nirmala UI" w:cs="Nirmala UI"/>
        </w:rPr>
        <w:t>ఈ ఆలోచనలను తదుపరి వ్యాసంలో కొనసాగిస్తాము.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పద్యము నలభై యొక్క గూఢ చరిత్ర - సంఖ్య ఇరవై ఒకటి</dc:title>
  <dc:subject>రెండవ శాపము - భాగము ఎనిమిది - రెండవ యెహెజ్కేలు</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