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నలభై వచనపు గూఢ చరిత్ర - సంఖ్య ఇరవై రెండు</w:t>
      </w:r>
    </w:p>
    <w:p>
      <w:pPr>
        <w:pStyle w:val="ArticleSubtitle"/>
        <w:jc w:val="left"/>
      </w:pPr>
      <w:r>
        <w:rPr>
          <w:rFonts w:ascii="Nirmala UI" w:hAnsi="Nirmala UI" w:eastAsia="Nirmala UI" w:cs="Nirmala UI"/>
        </w:rPr>
        <w:t>యెహెజ్కేలు సంఖ్య మూడు</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2026-08-08</w:t>
      </w:r>
    </w:p>
    <w:p>
      <w:pPr>
        <w:pStyle w:val="ArticleBody"/>
        <w:jc w:val="left"/>
      </w:pPr>
      <w:r>
        <w:rPr>
          <w:rFonts w:ascii="Nirmala UI" w:hAnsi="Nirmala UI" w:eastAsia="Nirmala UI" w:cs="Nirmala UI"/>
        </w:rPr>
        <w:t>నూట నలభై నాలుగు వేలమందికి ముద్ర వేయబడుతున్న కాలంలో యెహెజ్కేలు యాజకుడై ఉన్నాడు. మొదటి అధ్యాయంలో యెహెజ్కేలు పరిశుద్ధస్థలములోనికి తీసికొనబడెను.</w:t>
      </w:r>
    </w:p>
    <w:p>
      <w:pPr>
        <w:pStyle w:val="ArticleScripture"/>
        <w:jc w:val="left"/>
      </w:pPr>
      <w:r>
        <w:rPr>
          <w:rFonts w:ascii="Nirmala UI" w:hAnsi="Nirmala UI" w:eastAsia="Nirmala UI" w:cs="Nirmala UI"/>
        </w:rPr>
        <w:t>ముప్పదియవ సంవత్సరమందు, నాలుగవ నెలలో, ఆ నెల ఐదవ దినమున, నేను ఖెబారు నది తీరమందున్న చెరలోనివారి మధ్య ఉండగా, ఆకాశములు తెరవబడి, దేవుని దర్శనములను చూచితిని. ఆ నెల ఐదవ దినమే, అది యెహోయాకీను రాజు చెరపట్టబడిన ఐదవ సంవత్సరం. కల్దీయుల దేశమందు ఖెబారు నది యొద్ద బూజి కుమారుడైన యాజకుడు యెహెజ్కేలు దగ్గరకు యెహోవా వాక్యము స్పష్టముగా వచ్చెను; అక్కడ యెహోవా హస్తము అతని మీద ఉండెను.</w:t>
      </w:r>
    </w:p>
    <w:p>
      <w:pPr>
        <w:pStyle w:val="ArticleScripture"/>
        <w:jc w:val="left"/>
      </w:pPr>
      <w:r>
        <w:rPr>
          <w:rFonts w:ascii="Nirmala UI" w:hAnsi="Nirmala UI" w:eastAsia="Nirmala UI" w:cs="Nirmala UI"/>
        </w:rPr>
        <w:t>నేను చూచితిని; ఇదిగో, ఉత్తర దిక్కునుండి ఒక సుడిగాలి, ఒక మహా మేఘము, తనలో తాను చుట్టుకొనుచున్న అగ్ని వచ్చెను; దాని చుట్టూ ప్రకాశము ఉండెను; దాని మధ్యనుండి, అగ్ని మధ్యనుండి, కహరుబు వర్ణమువలె ఒక తేజస్సు కనబడెను. మరియు దాని మధ్యనుండి నాలుగు జీవుల స్వరూపము బయలుదేరి వచ్చెను. వాటి ఆకారము యీలాగుండెను: అవి మనుష్యుని పోలికగలవిగా ఉండెను. వాటిలో ప్రతి దానికి నాలుగు ముఖములు, ప్రతి దానికి నాలుగు రెక్కలు కలిగియుండెను. వాటి కాళ్లు నిటారుగా ఉండెను; వాటి పాదతళములు దూడ పాదతళమువలె ఉండెను; అవి మెరుగు పెట్టిన ఇత్తడి వర్ణమువలె మెరుస్తుండెను. వాటి నాలుగు ప్రక్కలందు వాటి రెక్కల క్రింద మనుష్యుని చేతులు ఉండెను; ఆ నాలుగింటికిని వాటి ముఖములును వాటి రెక్కలును కలిగియుండెను. వాటి రెక్కలు ఒకదానితో మరొకటి కలిసియుండెను; అవి సంచరించునప్పుడు తిరుగకుండ, ప్రతి దాని నేరుగా ముందుకు పోవుచుండెను. వాటి ముఖముల పోలిక విషయమై, ఆ నాలుగింటికిని మనుష్యుని ముఖము ఉండెను; కుడి ప్రక్కన సింహముఖము ఉండెను; ఆ నాలుగింటికిని ఎడమ ప్రక్కన ఎద్దు ముఖము ఉండెను; ఆ నాలుగింటికిని గద్ద ముఖమును కూడ ఉండెను. వాటి ముఖములు యీలాగుండెను; వాటి రెక్కలు పైకి చాచబడియుండెను; ప్రతి దానికి రెండు రెక్కలు ఒకదానితో మరొకటి కలిసియుండెను, మరి రెండు వాటి దేహములను కప్పియుండెను.</w:t>
      </w:r>
    </w:p>
    <w:p>
      <w:pPr>
        <w:pStyle w:val="ArticleScripture"/>
        <w:jc w:val="left"/>
      </w:pPr>
      <w:r>
        <w:rPr>
          <w:rFonts w:ascii="Nirmala UI" w:hAnsi="Nirmala UI" w:eastAsia="Nirmala UI" w:cs="Nirmala UI"/>
        </w:rPr>
        <w:t>అవి ప్రతి ఒక్కటి నేరుగా ముందుకు వెళ్లెను; ఆత్మ ఎటు వెళ్లవలెనో, అవి అటు వెళ్లెను; అవి వెళ్లుచుండగా తిరుగలేదు. జీవుల స్వరూపమునకు వచ్చేసరికి, వాటి రూపము అగ్నిజ్వలిత బొగ్గులవలెను, దీపములవలెను ఉండెను; అది జీవుల మధ్య పైకీ క్రిందకీ సంచరించుచుండెను; ఆ అగ్ని ప్రకాశముగా ఉండెను, ఆ అగ్నినుండి మెరుపులు వెలువడుచుండెను. ఆ జీవులు మెరుపు మెరచినట్లుగా పరిగెత్తి మరల వచ్చుచుండెను. నేను ఆ జీవులను చూచుచుండగా, ఇదిగో, ఆ జీవులయొద్ద భూమిమీద, వాటి నాలుగు ముఖములకు సరియైనట్లు, ఒక్క చక్రముండెను. ఆ చక్రముల రూపమును, వాటి నిర్మాణమును బెరిల్ రత్నవర్ణమువలె ఉండెను; ఆ నాలుగింటికిని ఒకటే స్వరూపముండెను; వాటి రూపమును, వాటి నిర్మాణమును చూచినచో, చక్రములో మరియొక చక్రమున్నట్లుండెను. అవి నడుచునప్పుడు తమ నాలుగు వైపులకును నడిచెను; నడుచునప్పుడు తిరుగలేదు. వాటి వలయములు ఎత్తుగా ఉండి భయంకరముగా కనబడెను; ఆ నాలుగు చక్రముల వలయములన్నియు చుట్టూ కన్నులతో నిండియుండెను. జీవులు నడుచునప్పుడు చక్రములు వాటి పక్కనే నడిచెను; జీవులు భూమిమీదనుండి ఎత్తబడినప్పుడు చక్రములును ఎత్తబడెను. ఆత్మ ఎటు వెళ్లవలెనో, అవి అటు వెళ్లెను; అక్కడికే వాటి ఆత్మ వెళ్లెను; చక్రములు వాటికి ఎదురుగా ఎత్తబడెను; ఎందుకనగా జీవియొక్క ఆత్మ ఆ చక్రములలో ఉండెను.</w:t>
      </w:r>
    </w:p>
    <w:p>
      <w:pPr>
        <w:pStyle w:val="ArticleScripture"/>
        <w:jc w:val="left"/>
      </w:pPr>
      <w:r>
        <w:rPr>
          <w:rFonts w:ascii="Nirmala UI" w:hAnsi="Nirmala UI" w:eastAsia="Nirmala UI" w:cs="Nirmala UI"/>
        </w:rPr>
        <w:t>అవి వెళ్లినప్పుడు ఇవియు వెళ్లెను; అవి నిలిచినప్పుడు ఇవియు నిలిచెను; అవి భూమిమీదనుండి ఎత్తబడియున్నప్పుడు చక్రములును వాటికి ఎదురుగా ఎత్తబడియుండెను; ఏలయనగా జీవియొక్క ఆత్మ చక్రములలో నుండెను. ఆ జీవుల తలలమీదనున్న ఆకాశమండలపు స్వరూపము భయంకరమైన స్ఫటికవర్ణమువలె నుండెను; అది వాటి తలలమీద పైగా విస్తరింపబడియుండెను. ఆ ఆకాశమండలముక్రింద వాటి రెక్కలు ఒకటి ఒకటికి ఎదురుగా నిటారుగా నుండెను; ప్రతి ఒక్కదానికి ఈ వైపున తన శరీరమును కప్పుటకు రెండుండెను, ప్రతి ఒక్కదానికి ఆ వైపున తన శరీరమును కప్పుటకు రెండుండెను. అవి నడుచుచుండగా నేను వాటి రెక్కల శబ్దమును గొప్ప జలరాశుల ధ్వనివలెను, సర్వశక్తిమంతుని స్వరమువలెను, మాటల స్వరమువలెను, సైన్యముయొక్క ఘోషవలెను వినితిని; అవి నిలిచినప్పుడు తమ రెక్కలను దించుకొనెను. అవి నిలిచి తమ రెక్కలను దించుకొనినప్పుడు వాటి తలలమీదనున్న ఆకాశమండలమునుండి ఒక స్వరము వినబడెను. వాటి తలలమీదనున్న ఆ ఆకాశమండలముపైన నీలమణిరాతివలె కనబడిన సింహాసన స్వరూపము నుండెను; ఆ సింహాసన స్వరూపముమీద దాని పైన ఒక మనుష్యుని స్వరూపమువలె కనబడినది నుండెను. ఆయన నడుము కనబడిన స్థలమునుండి పైభాగమువరకు చుట్టూ అగ్నియుక్త ప్రకాశమువలెను, కహరుబవర్ణమువలెను కనబడినదిని చూచితిని; ఆయన నడుము కనబడిన స్థలమునుండి క్రింద భాగమువరకు అగ్నిస్వరూపమువలె కనబడినదిని చూచితిని; దాని చుట్టూ ప్రకాశము నుండెను. వానదినమున మేఘములో కనబడే ఇంద్రధనుస్సు యేలాగో, అట్లే ఆ చుట్టుప్రక్కలనున్న ప్రకాశమునకు స్వరూపము నుండెను. ఇదే యెహోవా మహిమయొక్క స్వరూప ప్రత్యక్షత. నేను దానిని చూచినప్పుడు బోర్లపడి, మాటలాడుచున్న ఒకని స్వరము వినితిని. యెహెజ్కేలు 1:1–28.</w:t>
      </w:r>
    </w:p>
    <w:p>
      <w:pPr>
        <w:pStyle w:val="ArticleScripture"/>
        <w:jc w:val="left"/>
      </w:pPr>
      <w:r>
        <w:rPr>
          <w:rFonts w:ascii="Nirmala UI" w:hAnsi="Nirmala UI" w:eastAsia="Nirmala UI" w:cs="Nirmala UI"/>
        </w:rPr>
        <w:t>“దుఃఖభారిత నిర్బంధిత ప్రవక్తయైన యెహెజ్కేలు, కల్దీయుల దేశమందు ఉండగా, ఇశ్రాయేలీయుల మహాబలవంతుడైన దేవునియందలి విశ్వాసమనే అదే పాఠమును బోధించు ఒక దర్శనము పొందెను. అతడు కెబారు నది తీరములయొద్ద ఉండగా, ఉత్తరదిక్కునుండి ఒక సుడిగాలి వచ్చుచున్నట్లుగా కనబడెను—‘ఒక గొప్ప మేఘము, దానిలో తానే తాను మడుచుకొనుచున్న అగ్ని, దాని చుట్టూ ప్రకాశము, దాని మధ్యనుండి కహరుబవర్ణమువలె కనబడిన ఒక కాంతి.’ పరస్పరం ఒకదానితో ఒకటి ఖండించుకొనినట్లుగా విచిత్రాకారముగా కనబడిన అనేక చక్రములు, నాలుగు జీవులచేత కదిలించబడుచుండెను. ఇవన్నిటికంటె అత్యున్నతముగా ‘ఒక సింహాసనమువంటి స్వరూపము, నీలమణి రాయివలె కనబడెను; ఆ సింహాసన స్వరూపముమీద, దానియందు పైభాగమున ఒక మనుష్యునివంటి స్వరూపము కనబడెను.’ ‘జీవుల స్వరూపము విషయమైయైతే, వారి కనుపాటు అగ్నిజ్వలిత నిప్పుకణికలవలెను, దీపములవలెను ఉండెను; అది ఆ జీవుల మధ్య పైకిందలకు సంచరించుచుండెను; ఆ అగ్ని ప్రకాశవంతమై యుండెను, ఆ అగ్నినుండి మెరుపులు వెలువడుచుండెను.’ ‘మరియు కెరూబులలో వారి రెక్కల క్రింద మనుష్యుని చేతి ఆకారము కనబడెను.’”</w:t>
      </w:r>
    </w:p>
    <w:p>
      <w:pPr>
        <w:pStyle w:val="ArticleScripture"/>
        <w:jc w:val="left"/>
      </w:pPr>
      <w:r>
        <w:rPr>
          <w:rFonts w:ascii="Nirmala UI" w:hAnsi="Nirmala UI" w:eastAsia="Nirmala UI" w:cs="Nirmala UI"/>
        </w:rPr>
        <w:t>“చక్రాల లోపల చక్రాలు ఉండేవి; వాటి వ్యవస్థ అంత క్లిష్టంగా ఉండినందున, మొదటి చూపుకు అవి యెహెజ్కేలు దృష్టికి పూర్తిగా గందరగోళంగా కనిపించాయి. అయితే అవి కదిలినప్పుడు, అద్భుతమైన ఖచ్చితత్వంతోను పరిపూర్ణ సమన్వయంతోను కదిలేవి. పరలోక సంబంధులైన జీవులు ఈ చక్రాలను నడిపించుచుండిరి; మరియు అన్నిటికంటె ఎత్తుగా, మహిమాన్వితమైన నీలమణి సింహాసనంపై నిత్యుడైనవాడు ఆసీనుడై యుండెను; కాగా సింహాసనమును చుట్టుముట్టి ఉన్న ఇంద్రధనస్సు కృపకును ప్రేమకును చిహ్నమై యుండెను. ఆ దృశ్యమునందలి భయానక మహిమచేత అధిగమింపబడి, యెహెజ్కేలు తన ముఖముమీద పడిపోయెను; అప్పుడు ఒక స్వరం అతనిని లేచి యెహోవా వాక్యము వినుమని ఆజ్ఞాపించెను. తరువాత ఇశ్రాయేలుకు హెచ్చరికయైన ఒక సందేశము అతనికి అనుగ్రహింపబడెను.” Testimonies, 751.</w:t>
      </w:r>
    </w:p>
    <w:p>
      <w:pPr>
        <w:pStyle w:val="ArticleScripture"/>
        <w:jc w:val="left"/>
      </w:pPr>
      <w:r>
        <w:rPr>
          <w:rFonts w:ascii="Nirmala UI" w:hAnsi="Nirmala UI" w:eastAsia="Nirmala UI" w:cs="Nirmala UI"/>
        </w:rPr>
        <w:t>ఉజ్జీయా రాజు మరణించిన సంవత్సరమున నేను ప్రభువును సింహాసనముమీద ఆసీనుడై, ఉన్నతముగా ఎత్తబడినవానిగా చూచితిని; ఆయన వస్త్రమున అంచు ఆలయమును నింపెను. ఆయనకు పైగా సెరాఫీములు నిలిచియుండిరి; వారిలో ప్రతివానికి ఆరు రెక్కలుండెను; రెండింటితో తన ముఖమును కప్పుకొనెను, రెండింటితో తన పాదములను కప్పుకొనెను, రెండింటితో ఎగురుచుండెను. వారు ఒకరు మరియొకరితో మొఱ్ఱపెట్టుచు, “సైన్యముల యెహోవా పరిశుద్ధుడు, పరిశుద్ధుడు, పరిశుద్ధుడు; సమస్త భూమి ఆయన మహిమతో నిండియున్నది” అని చెప్పిరి. మొఱ్ఱపెట్టిన వాని స్వరమునకు ద్వారబంధముల ఆధారములు కంపించెను, ఆ మందిరము పొగతో నిండెను. అప్పుడు నేను, “అయ్యో నాకు శోచనీయము! నేను నశించిపోయితిని; అపవిత్రమైన పెదవులుగల మనుష్యుడను నేను, అపవిత్రమైన పెదవులుగల జనుల మధ్య నివసించుచున్నాను; ఎందుకనగా నా కన్నులు రాజును, సైన్యముల యెహోవాను చూచినవి” అనితిని. అప్పుడు సెరాఫీములలో ఒకడు బలిపీఠముమీదనుండి పటకారముతో తీసికొనిన జ్వలించుచున్న ఒక అంగారమును తన చేతిలో ధరించి నా యొద్దకు ఎగిరివచ్చెను. అతడు దానిని నా నోటిమీద ఉంచి, “ఇదిగో, ఇది నీ పెదవులను తాకెను; నీ దోషము తొలగించబడెను, నీ పాపము పరిశుద్ధపరచబడెను” అనెను. తరువాత ప్రభువుయొక్క స్వరము, “నేను ఎవరిని పంపుదును? మన కొరకు ఎవడు వెళ్లును?” అని పలుకుచుండగా నేను వినితిని. అప్పుడు నేను, “ఇదిగో నేను ఉన్నాను; నన్ను పంపుము” అనితిని. యెషయా 6:1–8.</w:t>
      </w:r>
    </w:p>
    <w:p>
      <w:pPr>
        <w:pStyle w:val="ArticleScripture"/>
        <w:jc w:val="left"/>
      </w:pPr>
      <w:r>
        <w:rPr>
          <w:rFonts w:ascii="Nirmala UI" w:hAnsi="Nirmala UI" w:eastAsia="Nirmala UI" w:cs="Nirmala UI"/>
        </w:rPr>
        <w:t>“ఈ దర్శనం యెహెజ్కేలు మనస్సు దుఃఖకరమైన ముందస్తు భయాలతో నిండియున్న కాలంలో అతనికి అనుగ్రహింపబడెను. అతడు తన పితరుల దేశము పాడై పడి యుండుట చూచెను. ఒకప్పుడు జనసమృద్ధిగా నిండియుండిన నగరము ఇక నివాసులేనిదై యుండెను. ఆనందధ్వనియు స్తుతిగానమును ఇక ఆమె ప్రాకారములలో వినబడవు. ప్రవక్తయైన అతడే పరదేశమందు పరదేశిగా ఉండెను; అక్కడ అపారమైన స్వార్థాకాంక్షయు క్రూరమైన హింసయు సర్వోన్నతాధిపత్యముగా రాజ్యములుచేసెను. మానవ అణచివేతను, అన్యాయమును గూర్చి అతడు చూచినదియు వినినదియు అతని ఆత్మను వ్యాకులపరచెను; అందుచేత అతడు పగలును రాత్రియు తీవ్రంగా విలపించెను. అయితే ఖేబారు నది యొద్ద అతని ముందుంచబడిన ఆ అద్భుత సంకేతములు భూమ్యాధిపతుల అధికారముకంటె బలమైన, సమస్తమును అధిగమించి పాలించు శక్తిని వెల్లడించెను. అష్షూరు, బబులోను దేశముల గర్విష్ఠులైన క్రూరరాజుల పైన కృపయు సత్యముగల దేవుడు సింహాసనాసీనుడై యుండెను.”</w:t>
      </w:r>
    </w:p>
    <w:p>
      <w:pPr>
        <w:pStyle w:val="ArticleScripture"/>
        <w:jc w:val="left"/>
      </w:pPr>
      <w:r>
        <w:rPr>
          <w:rFonts w:ascii="Nirmala UI" w:hAnsi="Nirmala UI" w:eastAsia="Nirmala UI" w:cs="Nirmala UI"/>
        </w:rPr>
        <w:t>ప్రవక్తకు అంతటి గందరగోళంలో చిక్కుకున్నట్లుగా కనిపించిన చక్రసదృశ సంక్లిష్ట పరిణామాలు అనంత హస్తమునకు మార్గదర్శకత్వములోనే ఉండెను. ఈ చక్రములను కదిలించుచు, నడిపించుచున్నవాడిగా ఆయనకు ప్రత్యక్షమైన దేవుని ఆత్మ గందరగోళములోనుండి సామరస్యాన్ని వెలువరించెను; అట్లే సమస్త లోకము ఆయన ఆధీనములో ఉండెను. మహిమపరచబడిన అసంఖ్యాక జీవులు ఆయన మాటకై సిద్ధముగా నుండిరి; దుష్టులైన మనుష్యుల శక్తిని, విధానాన్ని అదుపులోనికి తెచ్చి, ఆయన విశ్వాసులైన వారికి మేలును కలుగజేయుటకు వారు సిద్ధంగా నుండిరి.</w:t>
      </w:r>
    </w:p>
    <w:p>
      <w:pPr>
        <w:pStyle w:val="ArticleScripture"/>
        <w:jc w:val="left"/>
      </w:pPr>
      <w:r>
        <w:rPr>
          <w:rFonts w:ascii="Nirmala UI" w:hAnsi="Nirmala UI" w:eastAsia="Nirmala UI" w:cs="Nirmala UI"/>
        </w:rPr>
        <w:t>“అదేవిధంగా, దేవుడు భవిష్యత్తు యుగాల కొరకు సంఘ చరిత్రను ప్రియశిష్యుడైన యోహానుకు వెల్లడించబోవుచుండగా, ‘మనుష్యకుమారుని పోలిన ఒకడు’ దీపస్తంభముల మధ్య సంచరించుచున్నట్లు అతనికి ప్రత్యక్షపరచి, తన ప్రజల యెడల రక్షకునికి కలిగియున్న ఆసక్తి మరియు శ్రద్ధకు అతనికి ఒక నిశ్చయతను అనుగ్రహించెను; ఆ దీపస్తంభములు ఏడు సంఘములను సూచించుచున్నవి. యోహానుకు భౌమిక అధికారములతో సంఘము చేయు ఆఖరి గొప్ప పోరాటములు చూపబడినప్పుడు, విశ్వాసుల అంతిమ విజయమును మరియు విమోచనమును కూడ అతడు దర్శించుటకు అనుమతింపబడెను. మృగముతోను దాని ప్రతిమతోను సంఘము ప్రాణాంతక సంగ్రామములో నెట్టబడినట్లు, మరియు ఆ మృగారాధన మరణశిక్ష భయముతో బలవంతపరచబడినట్లు అతడు చూచెను. అయితే యుద్ధపు పొగను, గర్జనను దాటి చూచినప్పుడు, సీయోను పర్వతముమీద గొఱ్ఱెపిల్లతో కూడ ఒక సమూహమును అతడు దర్శించెను; వారికిని మృగముని ముద్రకు బదులుగా ‘తండ్రి నామము వారి నుదుటలమీద వ్రాయబడియుండెను.’ మరల అతడు ‘మృగముమీదను, దాని ప్రతిమమీదను, దాని ముద్రమీదను, దాని నామసంఖ్యమీదను విజయము పొందినవారు దేవుని వీణలను ధరించుకొని గాజు సముద్రముమీద నిలిచి’ మోషే గీతమును మరియు గొఱ్ఱెపిల్ల గీతమును ఆలపించుచుండుట చూచెను.”</w:t>
      </w:r>
    </w:p>
    <w:p>
      <w:pPr>
        <w:pStyle w:val="ArticleScripture"/>
        <w:jc w:val="left"/>
      </w:pPr>
      <w:r>
        <w:rPr>
          <w:rFonts w:ascii="Nirmala UI" w:hAnsi="Nirmala UI" w:eastAsia="Nirmala UI" w:cs="Nirmala UI"/>
        </w:rPr>
        <w:t>“ఈ పాఠములు మన ప్రయోజనార్థమే. దేవునియందు మన విశ్వాసమును స్థిరపరచుకొనవలెను; ఎందుకనగా మన ముందున్న కాలము మనుష్యుల ప్రాణములను పరీక్షించునది. ఒలీవుల పర్వతముమీద క్రీస్తు తన రెండవ రాకడకు ముందు సంభవింపవలసిన భయంకర తీర్పులను వివరించెను: ‘మీరు యుద్ధములను, యుద్ధవార్తలను వినుదురు.’ ‘జాతి జాతిమీద లేచును, రాజ్యం రాజ్యముమీద లేచును; వివిధ స్థలములందు క్షామములు, తెగుళ్లు, భూకంపములు కలుగును. ఇవన్నియు వేదనల ఆరంభము.’ ఈ ప్రవచనములు యెరూషలేము నాశన సమయమున కొంతమేర నెరవేరినప్పటికిని, అవి అంత్యదినములకు మరింత ప్రత్యక్షముగా వర్తించుచున్నవి.”</w:t>
      </w:r>
    </w:p>
    <w:p>
      <w:pPr>
        <w:pStyle w:val="ArticleScripture"/>
        <w:jc w:val="left"/>
      </w:pPr>
      <w:r>
        <w:rPr>
          <w:rFonts w:ascii="Nirmala UI" w:hAnsi="Nirmala UI" w:eastAsia="Nirmala UI" w:cs="Nirmala UI"/>
        </w:rPr>
        <w:t>“మహత్తరమైనను గంభీరమైనను సంఘటనల గడపపై మనము నిలిచియున్నాము. ప్రవచనము వేగముగా నెరవేరుచున్నది. ప్రభువు ద్వారమునకు సమీపముగా ఉన్నాడు. సమస్త జీవులకును అపారమైన ఆసక్తిని కలుగజేయు ఒక కాలము త్వరలోనే మన ముందర తెరచుకొనబోవుచున్నది. గతకాలపు వివాదములు మళ్లీ ప్రబలబోవుచున్నవి; క్రొత్త వివాదములు ఉదయించును. మన లోకములో సంభవింపబోవు దృశ్యములు ఇప్పటికిని స్వప్నమందును కలుగనివి. సాతాను మానవ కార్యసాధకుల ద్వారా కార్యముచేయుచున్నాడు. ఆదివార ఆచరణను బలవంతపరచు చట్టమును సాధించుటకై రాజ్యాంగమును మార్చుటకు యత్నించుచున్నవారు దాని ఫలితము ఏమియగునో చాలా స్వల్పముగానే గ్రహించుచున్నారు. ఒక సంకటకాలము మన మీదకు వచ్చియుండెను.”</w:t>
      </w:r>
    </w:p>
    <w:p>
      <w:pPr>
        <w:pStyle w:val="ArticleScripture"/>
        <w:jc w:val="left"/>
      </w:pPr>
      <w:r>
        <w:rPr>
          <w:rFonts w:ascii="Nirmala UI" w:hAnsi="Nirmala UI" w:eastAsia="Nirmala UI" w:cs="Nirmala UI"/>
        </w:rPr>
        <w:t>“అయితే ఈ మహా సంకటకాలంలో దేవుని సేవకులు తమపై తామే ఆధారపడకూడదు. యెషయాకు, యెహెజ్కేలకు, యోహానుకు అనుగ్రహించబడిన దర్శనాలలో, భూమిపై సంభవిస్తున్న సంఘటనలతో పరలోకం ఎంత సన్నిహితంగా అనుసంధానమై ఉందో, అలాగే ఆయనకు విశ్వాసపాత్రులుగా నిలిచిన వారిమీద దేవుని శ్రద్ధ ఎంత మహత్తరమో మనము చూస్తాము. ఈ లోకం పాలకుడు లేకుండా లేదు. రాబోవు సంఘటనల క్రమం ప్రభువు చేతుల్లోనే ఉంది. పరలోక మహిమామూర్తి, తన సంఘానికి సంబంధించిన విషయములను మాత్రమే కాదు, జనముల విధినీ తన స్వీయ అధీనంలో ఉంచియున్నాడు.”</w:t>
      </w:r>
    </w:p>
    <w:p>
      <w:pPr>
        <w:pStyle w:val="ArticleScripture"/>
        <w:jc w:val="left"/>
      </w:pPr>
      <w:r>
        <w:rPr>
          <w:rFonts w:ascii="Nirmala UI" w:hAnsi="Nirmala UI" w:eastAsia="Nirmala UI" w:cs="Nirmala UI"/>
        </w:rPr>
        <w:t>“ప్రభువు కార్యమందు మనము పూర్తిగా అతిగా శ్రద్ధను, కష్టాన్ని, అయోమయాన్ని అనుభవించుటకు మనకే మనము అనుమతించుకొనుచున్నాము. పరిమితులైన మనుష్యులు బాధ్యతభారమును మోసుకొనుటకు విడిచిపెట్టబడలేదు. మనము దేవునియందు విశ్వాసముంచవలెను, ఆయనను నమ్మవలెను, ముందుకు సాగవలెను. పరలోక దూతల అలుపెరుగని జాగరూకత, భూలోక జీవులతో సంబంధముగల తమ పరిచర్యలో వారి నిరంతర సేవ, చక్రములోనున్న చక్రమును దేవుని హస్తమే నడిపించుచున్నదని మనకు తెలియజేయుచున్నవి. దివ్య ఉపదేశకుడు తన కార్యమందలి ప్రతి కార్యకర్తతో, పురాతన కాలమందు కోరేషుతో చెప్పినట్లే, ఈలాగు చెప్పుచున్నాడు: ‘నీవు నన్నెరుగకపోయినను నేను నిన్ను కట్టుదిట్టపరచితిని.’”</w:t>
      </w:r>
    </w:p>
    <w:p>
      <w:pPr>
        <w:pStyle w:val="ArticleScripture"/>
        <w:jc w:val="left"/>
      </w:pPr>
      <w:r>
        <w:rPr>
          <w:rFonts w:ascii="Nirmala UI" w:hAnsi="Nirmala UI" w:eastAsia="Nirmala UI" w:cs="Nirmala UI"/>
        </w:rPr>
        <w:t>“యెహెజ్కేలు దర్శనమందు కెరూబుల రెక్కల క్రింద దేవుని చేయి ఉన్నది. వారికి విజయాన్ని అనుగ్రహించేది దైవశక్తియే అని తన సేవకులకు బోధించుటకే ఇది. వారు అధర్మాన్ని తొలగించుకొని హృదయములోను జీవితములోను నిర్మలులై యుంటే, ఆయన వారితోకూడ కార్యముచేయును.</w:t>
      </w:r>
    </w:p>
    <w:p>
      <w:pPr>
        <w:pStyle w:val="ArticleScripture"/>
        <w:jc w:val="left"/>
      </w:pPr>
      <w:r>
        <w:rPr>
          <w:rFonts w:ascii="Nirmala UI" w:hAnsi="Nirmala UI" w:eastAsia="Nirmala UI" w:cs="Nirmala UI"/>
        </w:rPr>
        <w:t>“మెరుపు వేగంతో జీవుల మధ్య సంచరించుచున్న ప్రకాశమయమైన వెలుగు, ఈ కార్యము చివరికి సంపూర్ణతకు ఏ వేగముతో ముందుకు సాగునో దానికి ప్రతీకగా నిలుచున్నది. నిద్రించని ఆయన, తన సంకల్పముల సాధన కొరకు నిరంతరము కార్యముచేయుచుండువాడు, తన మహత్తర కార్యమును సమన్వయపూర్వకముగా ముందుకు నడిపించగలడు. పరిమితమైన మానవ మేధస్సులకు చిక్కుముడిగాను సంక్లిష్టముగాను కనబడునది, ప్రభువు హస్తము పరిపూర్ణ క్రమములో నిలుపగలదు. దుష్టుల ఉద్దేశములను విఫలపరచుటకు ఆయన మార్గములను, ఉపాయములను ఏర్పరచగలడు; మరియు తన ప్రజలపై అపాయం యోచించువారి యుక్తులను ఆయన గందరగోళమునకు గురిచేయును.”</w:t>
      </w:r>
    </w:p>
    <w:p>
      <w:pPr>
        <w:pStyle w:val="ArticleScripture"/>
        <w:jc w:val="left"/>
      </w:pPr>
      <w:r>
        <w:rPr>
          <w:rFonts w:ascii="Nirmala UI" w:hAnsi="Nirmala UI" w:eastAsia="Nirmala UI" w:cs="Nirmala UI"/>
        </w:rPr>
        <w:t>“సహోదరులారా, ఇప్పుడు శోకించుటకును నిరాశలో మునిగిపోవుటకును సమయము కాదు; సందేహమునకును అవిశ్వాసమునకును లోబడుటకును ఇది సమయము కాదు. క్రీస్తు ఇప్పుడు యోసేపు యొక్క క్రొత్త సమాధిలో, గొప్ప రాయితో మూయబడి రోమీయుల ముద్రతో ముద్రింపబడియున్న రక్షకుడు కాడు; మనకు పునరుత్థానుడైన రక్షకుడు ఉన్నాడు. ఆయన రాజు, సైన్యముల యెహోవా; ఆయన కెరూబుల మధ్య ఆసీనుడై యున్నాడు; జనముల కలహమును కల్లోలమును మధ్యన ఆయన తన ప్రజలను ఇంతటికీ కాపాడుచున్నాడు. ఆకాశములలో ఏలుచున్నవాడే మన రక్షకుడు. ప్రతి శోధనను ఆయన కొలుచున్నాడు. ప్రతి ఆత్మను పరీక్షించవలసిన అగ్ని భట్టిని ఆయన గమనించుచున్నాడు. రాజుల దుర్గములు కూలదోయబడునప్పుడు, దేవుని కోపమునకు చెందిన బాణములు ఆయన శత్రువుల హృదయములను ఛేదించునప్పుడు, ఆయన ప్రజలు ఆయన చేతులలో సురక్షితముగా నుండుదురు.” టెస్టిమొనీస్, సంపుటి 5, 752–754.</w:t>
      </w:r>
    </w:p>
    <w:p>
      <w:pPr>
        <w:pStyle w:val="ArticleBody"/>
        <w:jc w:val="left"/>
      </w:pPr>
      <w:r>
        <w:rPr>
          <w:rFonts w:ascii="Nirmala UI" w:hAnsi="Nirmala UI" w:eastAsia="Nirmala UI" w:cs="Nirmala UI"/>
        </w:rPr>
        <w:t>యెహెజ్కేలు లక్ష నలభై నాలుగు వేల మందిలో ఉండుటకు అభ్యర్థులైన వారిని సూచించుచున్నాడు; మరియు పంక్తిమీద పంక్తిగా పరిశుద్ధాలయంలో అతని అనుభవము యెషయా అనుభవముతోను, పరిశుద్ధాలయంలోనే యోహాను అనుభవముతోను సరిసమానముగా నిలుచుచున్నది. మనము ఇప్పుడు ఆలయ పరీక్షలో ఉన్నాము; ఇది లక్ష నలభై నాలుగు వేల మందిని ముద్రించు మూడు పరీక్షలలో రెండవది. ఆ కాలము మలాకీ మూడవ అధ్యాయము నెరవేర్పుగా నిబంధన దూతచేత సాధింపబడిన శుద్ధీకరణయే. మూడు పరీక్షలతో కూడిన ఆ శుద్ధీకరణ ప్రక్రియ, మలాకీ పేర్కొన్న అగ్నిమయమైన “కొలిమి,” “ప్రతి ప్రాణమును పరీక్షింపవలసినది” అయి యున్నది. 1844 అక్టోబరు 22న మూడవ దూత వచ్చినప్పుడు, నిబంధన దూత అకస్మాత్తుగా తన ఆలయమునకు వచ్చి, తన విశ్వాసులను ముద్రించుటకై, ఆ చరిత్రకు చెందిన జ్ఞానవంతులైన కన్యకలను అతిపరిశుద్ధ స్థలములోనికి నడిపించెను; అయితే ఆ చరిత్రకు చెందిన కన్యకలు తిరుగుబాటు చేసిరి, మరియు 1856 నాటికి ఫిలడెల్ఫియా మిల్లరైట్ ఉద్యమము లవొదికయ మిల్లరైట్ ఉద్యమముగా మారి, 1863లో లవొదికయ సెవెన్త్-డే అడ్వెంటిస్ట్ సంఘముగా అయ్యెను.</w:t>
      </w:r>
    </w:p>
    <w:p>
      <w:pPr>
        <w:pStyle w:val="ArticleBody"/>
        <w:jc w:val="left"/>
      </w:pPr>
      <w:r>
        <w:rPr>
          <w:rFonts w:ascii="Nirmala UI" w:hAnsi="Nirmala UI" w:eastAsia="Nirmala UI" w:cs="Nirmala UI"/>
        </w:rPr>
        <w:t>1844 అక్టోబరు 22న అకస్మాత్తుగా వచ్చిన మూడవ దూత 1863లో తన సన్నిధిని ఉపసంహరించుకొని, ఆ తరువాత 2001 సెప్టెంబరు 11న తిరిగి వచ్చాడు. ఇరవై ఐదు సంవత్సరాల తరువాత, 1844 అక్టోబరు 22 ద్వారా పూర్వరూపంగా సూచించబడిన ఆలయ పరీక్ష ఇప్పుడు మరల పునరావృతమవుతోంది. ఇరవై ఐదు ప్రతీకాత్మకంగా రెండు వందల యాభై యొక్క ప్రవచన దశమభాగము; మరియు రెండు వందల యాభై అనేది దానియేలు పదకొండవ అధ్యాయంలోని పదకొండవ నుండి పదిహేనవ వచనాలలో ప్రతినిధీకరించబడిన చరిత్రకు ఒక చిహ్నం. రెండు వందల యాభై, మరియు ఇరవై ఐదు, యెహెజ్కేలు యొక్క పరిశుద్ధస్థల దర్శనంలోని చక్రం. ఇరవై ఐదు అనేది జ్ఞానులనూ దుష్టులనూ వేరుచేయుటకు ఒక చిహ్నం; ఇది నిబంధన దూత నెరవేర్చే శుద్ధీకరణ కార్యములో ప్రతినిధీకరించబడిన మూడు-దశల పరీక్షా ప్రక్రియ నెరవేర్పులో సంభవిస్తుంది.</w:t>
      </w:r>
    </w:p>
    <w:p>
      <w:pPr>
        <w:pStyle w:val="ArticleBody"/>
        <w:jc w:val="left"/>
      </w:pPr>
      <w:r>
        <w:rPr>
          <w:rFonts w:ascii="Nirmala UI" w:hAnsi="Nirmala UI" w:eastAsia="Nirmala UI" w:cs="Nirmala UI"/>
        </w:rPr>
        <w:t>మత్తయి ఇరవై ఐదవ అధ్యాయంలో మూడు ఉపమానాలు ఉన్నాయి; ప్రతి ఉపమానమూ లక్ష నలభై నాలుగు వేలమందికి ముద్రవేయు కాలంలో జ్ఞానులనూ దుష్టులనూ వేరు చేయుటను సూచిస్తుంది. ఈ అధ్యాయంలో ప్రతినిధీకరించబడిన దేవుని ప్రజల నిరీక్షణ ఏమనగా, వారు అర్ధరాత్రి కేక యొక్క సందేశమనే నూనెను కలిగియున్న జ్ఞానవంతురాలైన కన్యకగా ఉండవలెననేది. తమ వ్యక్తిగత పరిశోధనా కాలమందు తమకు నిర్వహించుటకు అప్పగించబడిన ప్రత్యేక ప్రతిభలను వినియోగించిన పరిపాలన విషయమందు వారు విశ్వాసమైన సేవకుడని తీర్పు పొందుదుమనే దానియే వారి నిరీక్షణ. వారు దేవుని మేతపొలంలోని గొఱ్ఱెగా తీర్పు పొందుకొని, ఆయన కుడిప్రక్కన కూర్చుండవలెనేగాని, ఆయన ఎడమప్రక్కనున్న మేకగా కాకూడదనేదియే వారి నిరీక్షణ. ఇరవై ఐదు అనేది లక్ష నలభై నాలుగు వేలమందికి ముద్రవేయు కాలంలో జ్ఞానులనూ దుష్టులనూ వేరు చేయుటకు ఒక సంకేతము. ఇరవై ఐదు అనేది యెహెజ్కేలు చక్రాలలో ఒకటి.</w:t>
      </w:r>
    </w:p>
    <w:p>
      <w:pPr>
        <w:pStyle w:val="ArticleScripture"/>
        <w:jc w:val="left"/>
      </w:pPr>
      <w:r>
        <w:rPr>
          <w:rFonts w:ascii="Nirmala UI" w:hAnsi="Nirmala UI" w:eastAsia="Nirmala UI" w:cs="Nirmala UI"/>
        </w:rPr>
        <w:t>మన చెరపట్టబడిన ఇరవై ఐదవ సంవత్సరమున, సంవత్సరారంభమందు, ఆ నెల పదవ దినమున, పట్టణము కొట్టివేయబడిన తరువాత పదనాలుగవ సంవత్సరమున, అదే దినమున యెహోవా హస్తము నామీద నుండెను, ఆయన నన్ను అక్కడికి తీసికొనిపోయెను. యెహెజ్కేలు 40:1.</w:t>
      </w:r>
    </w:p>
    <w:p>
      <w:pPr>
        <w:pStyle w:val="ArticleBody"/>
        <w:jc w:val="left"/>
      </w:pPr>
      <w:r>
        <w:rPr>
          <w:rFonts w:ascii="Nirmala UI" w:hAnsi="Nirmala UI" w:eastAsia="Nirmala UI" w:cs="Nirmala UI"/>
        </w:rPr>
        <w:t>బంధింపబడిన స్థితి యొక్క ఇరవై ఐదవ సంవత్సరం అక్టోబరు 22 ద్వారా సూచింపబడుచున్నది; అది ఒక వ్యవస్థాపక కాలద్వారము మూయబడుటచేత సూచింపబడుచున్నది. 1844 అక్టోబరు 22న రెండు వర్గములు వేరుచేయబడినప్పుడు ఒక ద్వారము తెరవబడెను, ఒక ద్వారము మూయబడెను.</w:t>
      </w:r>
    </w:p>
    <w:p>
      <w:pPr>
        <w:pStyle w:val="ArticleScripture"/>
        <w:jc w:val="left"/>
      </w:pPr>
      <w:r>
        <w:rPr>
          <w:rFonts w:ascii="Nirmala UI" w:hAnsi="Nirmala UI" w:eastAsia="Nirmala UI" w:cs="Nirmala UI"/>
        </w:rPr>
        <w:t>ఫిలదెల్ఫియాలోనున్న సంఘదూతకు ఇలా వ్రాయుము: పరిశుద్ధుడును, సత్యవంతుడును, దావీదు తాళంచెవిని కలిగియుండువాడును, తాను తెరిచినదాన్ని ఎవడును మూయలేనివాడును, తాను మూసినదాన్ని ఎవడును తెరవలేనివాడునైన ఆయన ఈ మాటలు సెలవిచ్చుచున్నాడు; నీ క్రియలను నేను ఎరుగుదును. ఇదిగో, నేను నీ ముందర తెరచిన ద్వారమును ఉంచియున్నాను; దానిని ఎవడును మూయలేడు; ఏలయనగా నీకు కొంచెము బలముండి, నా వాక్యమును గైకొని, నా నామమును నిరాకరింపలేదు. ప్రకటన 3:7, 8.</w:t>
      </w:r>
    </w:p>
    <w:p>
      <w:pPr>
        <w:pStyle w:val="ArticleBody"/>
        <w:jc w:val="left"/>
      </w:pPr>
      <w:r>
        <w:rPr>
          <w:rFonts w:ascii="Nirmala UI" w:hAnsi="Nirmala UI" w:eastAsia="Nirmala UI" w:cs="Nirmala UI"/>
        </w:rPr>
        <w:t>క్రీస్తు ఫిలడెల్ఫియాలోని దూతతో, ఆయన వారి కార్యమును తెలిసియున్నాడని, మరియు ఫిలడెల్ఫియా సంఘమునకు తనయెదుట ఒక తెరవబడిన ద్వారమును ఉంచినట్టుగా తెలియజేయుచున్నాడు. ఆ ద్వారము “దావీదు తాళంచెవి” ద్వారా తెరవబడినది; అదే తాళంచెవి ఎల్యాకీముపై ఉంచబడినది.</w:t>
      </w:r>
    </w:p>
    <w:p>
      <w:pPr>
        <w:pStyle w:val="ArticleScripture"/>
        <w:jc w:val="left"/>
      </w:pPr>
      <w:r>
        <w:rPr>
          <w:rFonts w:ascii="Nirmala UI" w:hAnsi="Nirmala UI" w:eastAsia="Nirmala UI" w:cs="Nirmala UI"/>
        </w:rPr>
        <w:t>ఆ దినమున నేను హిల్కీయా కుమారుడైన నా సేవకుడు ఎల్యాకీమును పిలిచెదను. నేను నీ అంగిని అతనికి తొడిగెదను, నీ కట్టుబట్టతో అతనిని బలపరచెదను, నీ అధికారమును అతని చేతికి అప్పగించెదను; అతడు యెరూషలేము నివాసులకు, యూదా ఇంటివారికి తండ్రియై యుండును. దావీదు ఇంటి తాళంచెవిని అతని భుజముమీద ఉంచెదను; అప్పుడు అతడు తెరచును, ఎవరును మూయలేరు; అతడు మూయును, ఎవరును తెరవలేరు. యెషయా 22:20–22.</w:t>
      </w:r>
    </w:p>
    <w:p>
      <w:pPr>
        <w:pStyle w:val="ArticleBody"/>
        <w:jc w:val="left"/>
      </w:pPr>
      <w:r>
        <w:rPr>
          <w:rFonts w:ascii="Nirmala UI" w:hAnsi="Nirmala UI" w:eastAsia="Nirmala UI" w:cs="Nirmala UI"/>
        </w:rPr>
        <w:t>ఎల్యాకీము పిలువబడిన దినమున అతడు దుష్టుడైన షెబ్నా నుండి వేరుపరచబడును.</w:t>
      </w:r>
    </w:p>
    <w:p>
      <w:pPr>
        <w:pStyle w:val="ArticleScripture"/>
        <w:jc w:val="left"/>
      </w:pPr>
      <w:r>
        <w:rPr>
          <w:rFonts w:ascii="Nirmala UI" w:hAnsi="Nirmala UI" w:eastAsia="Nirmala UI" w:cs="Nirmala UI"/>
        </w:rPr>
        <w:t>అందుచేత సైన్యముల యెహోవా ప్రభువైన దేవుడు సెలవిచ్చుచున్నాడు: నీవు వెళ్లి, ఈ భండారాధికారియైన, ఇంటిమీద అధికారము కలిగిన షెబ్నా యొద్దకు వెళ్లి, అతనితో ఇలా చెప్పుము—ఇక్కడ నీకు ఏమి ఉంది? ఇక్కడ నీకెవరు ఉన్నారు? నీవు ఇక్కడ నీకొరకు సమాధిని చెక్కించుకొనుటేమి? ఎత్తైన స్థలమందు తనకొరకు సమాధిని చెక్కించుకొనువానివలె, శిలలో తనకొరకు నివాసస్థలమును తొలిచించుకొనువానివలె! ఇదిగో, యెహోవా నిన్ను బలమైన చెరతో తప్పక తీసికొనిపోవును; నిన్ను నిశ్చయముగా కప్పివేయును. ఆయన నిన్ను బలవంతముగా తిప్పి, విసిరి, పెద్ద దేశములో బంతివలె వేయును; అక్కడ నీవు చనిపోవుదువు; అక్కడ నీ మహిమయొక్క రథములు నీ యజమాని ఇంటికి అవమానమగును. యెషయా 22:15–18.</w:t>
      </w:r>
    </w:p>
    <w:p>
      <w:pPr>
        <w:pStyle w:val="ArticleBody"/>
        <w:jc w:val="left"/>
      </w:pPr>
      <w:r>
        <w:rPr>
          <w:rFonts w:ascii="Nirmala UI" w:hAnsi="Nirmala UI" w:eastAsia="Nirmala UI" w:cs="Nirmala UI"/>
        </w:rPr>
        <w:t>షెబ్నా మరియు ఎల్యాకీము యొక్క దృష్టాంతాన్ని నెరవేర్చిన జ్ఞానవంతులైన కన్యకలును మూర్ఖులైన కన్యకలును వేరు చేయుట 1844 అక్టోబరు 22న నెరవేరెను; అలాగే యెహోయాకీను చెరలోనికి వెళ్లిన ఇరవై ఐదవ సంవత్సరములోనూ, అనగా క్రీపూ 573 అక్టోబరు 22నూ, అది నెరవేరెను. యెహెజ్కేలు గ్రంథము ఎనిమిదవ అధ్యాయమందు, యెరూషలేముచే సూచింపబడిన అడ్వెంటిజములోనున్న దుష్టులు, సూర్యునికి నమస్కరించుచున్న ఇరవై ఐదుగురు పురుషులచే చిత్రింపబడిరి. యెరూషలేము నాశనము ఆదివారపు ధర్మశాసనమును సూచించుచున్నది; అదే నూట నలభై నాలుగు వేలమందికి ముద్ర వేయు కాలమును ముగించు మార్గసూచిక కూడాను. ఆ ముద్రవేత కాలము 2001 సెప్టెంబరు 11న ఆరంభమాయెను; మరియు యేసు ఆల్ఫా మరియు ఒమేగా గనుక, ముద్రవేత ఆరంభముగా 2001 సెప్టెంబరు 11 అంత్యమును, అనగా ఆదివారపు ధర్మశాసనమునందు సంభవించు ముగింపును, దృష్టాంతింపజేయుచున్నది.</w:t>
      </w:r>
    </w:p>
    <w:p>
      <w:pPr>
        <w:pStyle w:val="ArticleBody"/>
        <w:jc w:val="left"/>
      </w:pPr>
      <w:r>
        <w:rPr>
          <w:rFonts w:ascii="Nirmala UI" w:hAnsi="Nirmala UI" w:eastAsia="Nirmala UI" w:cs="Nirmala UI"/>
        </w:rPr>
        <w:t>2001 సెప్టెంబరు 11 తేదీ 1888లోని మిన్నియాపోలిస్ సభల ద్వారా ముందుగా సూచింపబడింది; ఎందుకనగా సిస్టర్ వైట్ ప్రకారం, 9/11న న్యూయార్క్ నగరంలోని మహా భవనాలు కూలిపోయినప్పుడు ప్రకటన గ్రంథము 18:1–3 నెరవేరింది. ఆ సమయంలోను, 1888లోనూ, ప్రకటన గ్రంథము పద్దెనిమిదవ అధ్యాయంలోని దూత తన మహిమతో భూమిని ప్రకాశింపజేయుటకు దిగివచ్చెనని ఆమె పేర్కొన్నది. 1888లోని తిరుగుబాటును ఆమె కోరహు, దాతాను, అబీరాము వారి తిరుగుబాటుతో సమానంగా ఉంచెను; వారి విరోధమునందు కీర్తిశాలులైన రెండువందల యాభై మంది మనుష్యులును చేరినట్లే. ప్రాచీన ఇశ్రాయేలు ఆది చరిత్రలో కోరహు మరియు అతని సహచరుల తిరుగుబాటులోని రెండువందల యాభై మంది తిరుగుబాటుదారులు, ప్రాచీన ఇశ్రాయేలు అంత్యకాలమున సూర్యునికి నమస్కరించుచుండిన ఇరవై ఐదు మందికి మాదిరిగా నిలిచిరి.</w:t>
      </w:r>
    </w:p>
    <w:p>
      <w:pPr>
        <w:pStyle w:val="ArticleBody"/>
        <w:jc w:val="left"/>
      </w:pPr>
      <w:r>
        <w:rPr>
          <w:rFonts w:ascii="Nirmala UI" w:hAnsi="Nirmala UI" w:eastAsia="Nirmala UI" w:cs="Nirmala UI"/>
        </w:rPr>
        <w:t>లయొదికయ ఆడ్వెంటిజంలో ఇరవై ఐదు మంది నాయకులు ఆదివారపు చట్టము ఎదుట వంగిపోవుట, మరియు 9/11 వద్ద రెండువందల యాభై మంది నిలుచుట, ముద్రణకాలమును ఇరవై ఐదు అనే ప్రతీకతో — (జ్ఞానులును దుష్టులును వేరుచేయబడుటకు సూచికయైన ప్రతీకతో) — ఆ కాలమునకు ఆరంభమును ముగింపును సూచించునట్లుగా ప్రతిష్ఠించుచున్నవి. అది మోషే కాలమందలి రెండువందల యాభై మంది తిరుగుబాటుదారులై యుండునుగాక, లేక యెహెజ్కేలు ఎనిమిదవ అధ్యాయమందలి ఇరవై ఐదు మంది పురుషులై యుండునుగాక, లేక మత్తయి ఇరవై ఐదవ అధ్యాయమందలి వేరుచేయబడుటకు సంబంధించిన మూడు సాక్ష్యములై యుండునుగాక, లేక యెహెజ్కేలు నలభైవ అధ్యాయమందలి చెరసాలలోని ఇరవై ఐదవ సంవత్సరమై యుండునుగాక; ఇరవై ఐదు అనే ప్రతీక యొక్క సమస్త ప్రత్యక్షీకరణలు వరుసగా క్రీస్తుపూర్వం 207, 313, మరియు 2026 సంవత్సరములలో తమ సమాప్తిని పొందిన మూడు రెండువందల యాభై సంవత్సరాల కాలవ్యవధులతో సమన్వయముగా నిలుచుచున్నవి.</w:t>
      </w:r>
    </w:p>
    <w:p>
      <w:pPr>
        <w:pStyle w:val="ArticleBody"/>
        <w:jc w:val="left"/>
      </w:pPr>
      <w:r>
        <w:rPr>
          <w:rFonts w:ascii="Nirmala UI" w:hAnsi="Nirmala UI" w:eastAsia="Nirmala UI" w:cs="Nirmala UI"/>
        </w:rPr>
        <w:t>ఇరవై అయిదు అనేది, రూపకంగా చెప్పాలంటే, ఇరవై అయిదు యొక్క సమస్త రేఖలను పరిపూర్ణతలోనికి తీసుకువచ్చే ఒక అక్షము. ఇది రాజ్యమునకు సంబంధించిన ప్రవచనాత్మక తాళంచెవులలో ఒకటిగా మారి, నలభైవ వచనపు గూఢ చరిత్రలో స్పష్టతను తీసుకురావుటకు పేతురుకు అప్పగింపబడింది. దానియేలు పదకొండవ అధ్యాయంలోని పది నుండి పదిహేను వచనములు 1989 నుండి ఆదివారపు ధర్మశాసనము వరకు విస్తరించిన చరిత్రను ఆవరించే ఒక రేఖను సూచించుచున్నవి; అదే నలభైవ వచనపు గూఢ చరిత్ర అని, మూడుకన్నా ఎక్కువ సాక్షుల ఆధారముపై మళ్లీ మళ్లీ స్థిరపరచబడినది. యూదా గోత్రమునకు చెందిన సింహము ఇప్పుడు యెహెజ్కేలు చక్రములను ముద్రవిమోచన చేయుచున్నది; ఎందుకంటే అది అంత్యదినముల అర్ధరాత్రి కేక సందేశమును సంపూర్ణపరచబోవు ఆ గూఢ చరిత్రను తెరవుచున్నది.</w:t>
      </w:r>
    </w:p>
    <w:p>
      <w:pPr>
        <w:pStyle w:val="ArticleBody"/>
        <w:jc w:val="left"/>
      </w:pPr>
      <w:r>
        <w:rPr>
          <w:rFonts w:ascii="Nirmala UI" w:hAnsi="Nirmala UI" w:eastAsia="Nirmala UI" w:cs="Nirmala UI"/>
        </w:rPr>
        <w:t>క్రింది వ్యాసాలలో, అంత్యదినాలలో మనుష్యుల సంక్లిష్ట పరస్పర క్రియను సూచించే యెహెజ్కేలు చక్రాలను మనము మరింతగా గుర్తించుట కొనసాగించెదము. ఈ వ్యాసమున ప్రారంభముననున్న యెహెజ్కేలు మొదటి అధ్యాయమును, దానికి తోడుగా పేర్కొనబడిన *Testimonies*, volume five లోని భాగమును, ఈ వ్యాసములలో ముందుకు సాగుచుండగా మన నిరంతర ప్రమాణబిందువుగా ఉంచుకొందుము. చక్రాలు తమ యథార్థ స్థానములోను, ప్రవచన చరిత్రలోని ఇతర చక్రాలతో తమ యథావిధి సంగమములలోను ప్రతిష్ఠింపబడినప్పుడు, ఆగస్టు 11, 1840న మొదటి దూతకు అధికారమిచ్చిన మూడు వందల తొంభై ఒక సంవత్సరములు మరియు పదిహేను దినములు, యెరూషలేము ముట్టడి యొక్క ఒకటిన్నర సంవత్సరములతో అనుసంధానింపబడియున్న మూడు వందల తొంభై సంవత్సరములుగా యెహెజ్కేలు ద్వారా కూడ సూచింపబడినవని మనము నిరూపించెదము; మరియు ఈ ప్రవచన సంబంధమైన వెలుగు రాక, నూట నలభై నాలుగు వేల వారి ధ్వజమును ఎత్తిపట్టుటను గుర్తించుచున్నదని కూడ చూపించెదము.</w:t>
      </w:r>
    </w:p>
    <w:p>
      <w:pPr>
        <w:pStyle w:val="ArticleBody"/>
        <w:jc w:val="left"/>
      </w:pPr>
      <w:r>
        <w:rPr>
          <w:rFonts w:ascii="Nirmala UI" w:hAnsi="Nirmala UI" w:eastAsia="Nirmala UI" w:cs="Nirmala UI"/>
        </w:rPr>
        <w:t>ప్రకటన గ్రంథము తొమ్మిదవ అధ్యాయం, పదవ వచనంలోని నూట యాభై సంవత్సరముల (ఐదు నెలల) ఆరంభముననున్న ముప్పై ఎనిమిది సంవత్సరములను 1299 జూలై 27 నుండి 1337 వరకు సూచించుచున్నది. ఆ నూట యాభై సంవత్సరములు పదిహేనవ వచనంలోని మూడు వందల తొంభై ఒక సంవత్సరములు మరియు పదిహేను దినములతో సంబంధించియున్నవి. ఈ విధముగా, ఆ రెండు కాలపరిమితుల ఆరంభము కలసి ఒక ప్రవచన రేఖను ఏర్పరచెను; అది యోషీయా లిచ్ చేసిన 1838 మరియు 1840 ప్రవచనముల నెరవేర్పులో ముగిసెను, మరియు మిల్లరైట్ ఉద్యమము లేచి శక్తి పొందుటను సూచించెను. ఆ చరిత్ర, అడ్వెంటిజము ఆరంభమున, ఆదివార నియమశాసనమునకు ముందుగా ఒక ధ్వజముగా నూట నలభై నాలుగు వేల మంది లేచి నిలుచుటను సూచించుచున్నది. ఈ విధముగా, యెహెజ్కేలు యొక్క మూడు వందల తొంభై సంవత్సరములు, మరియు యెరూషలేము ముట్టడి యొక్క ఒక దశాంశ ఐదు సంవత్సరములు (1.5), 1299లో ప్రారంభమైన ఆ ప్రవచన రేఖ యొక్క అంతమును సూచించుచున్నవి.</w:t>
      </w:r>
    </w:p>
    <w:p>
      <w:pPr>
        <w:pStyle w:val="ArticleBody"/>
        <w:jc w:val="left"/>
      </w:pPr>
      <w:r>
        <w:rPr>
          <w:rFonts w:ascii="Nirmala UI" w:hAnsi="Nirmala UI" w:eastAsia="Nirmala UI" w:cs="Nirmala UI"/>
        </w:rPr>
        <w:t>తదుపరి వ్యాసానికి ముందుగా Testimonies, volume five లోని ఆ భాగాన్ని పరిశీలించడం ప్రయోజనకరంగా ఉంటుంది.</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నలభై వచనపు గూఢ చరిత్ర - సంఖ్య ఇరవై రెండు</dc:title>
  <dc:subject>యెహెజ్కేలు సంఖ్య మూడు</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