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నలభైయవ వచనానికి మరుగున పడిన చరిత్ర - ఇరవై ఐదు సంఖ్య</w:t>
      </w:r>
    </w:p>
    <w:p>
      <w:pPr>
        <w:pStyle w:val="ArticleSubtitle"/>
        <w:jc w:val="left"/>
      </w:pPr>
      <w:r>
        <w:rPr>
          <w:rFonts w:ascii="Nirmala UI" w:hAnsi="Nirmala UI" w:eastAsia="Nirmala UI" w:cs="Nirmala UI"/>
        </w:rPr>
        <w:t>యెహెజ్కేలు సంఖ్య ఆరు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2026-08-11</w:t>
      </w:r>
    </w:p>
    <w:p>
      <w:pPr>
        <w:pStyle w:val="ArticleBody"/>
        <w:jc w:val="left"/>
      </w:pPr>
      <w:r>
        <w:rPr>
          <w:rFonts w:ascii="Nirmala UI" w:hAnsi="Nirmala UI" w:eastAsia="Nirmala UI" w:cs="Nirmala UI"/>
        </w:rPr>
        <w:t>పరిశుద్ధస్థలములో యెహెజ్కేలు, యెషయా, యోహాను అనుభవములతో సంబంధముగా సత్యపు విభిన్న శ్రేణులను అందించే *Testimonies* లోని ఒక భాగమునుండి నేను తీసుకొంటూ వచ్చుచున్నాను. ప్రకటన గ్రంథము మొదటి అధ్యాయములో, తన వెనుకనుండి వినిపించిన స్వరమును చూడుటకు యోహాను తిరిగెను.</w:t>
      </w:r>
    </w:p>
    <w:p>
      <w:pPr>
        <w:pStyle w:val="ArticleScripture"/>
        <w:jc w:val="left"/>
      </w:pPr>
      <w:r>
        <w:rPr>
          <w:rFonts w:ascii="Nirmala UI" w:hAnsi="Nirmala UI" w:eastAsia="Nirmala UI" w:cs="Nirmala UI"/>
        </w:rPr>
        <w:t>ప్రభువు దినమందు నేను ఆత్మవశుడనై యుండగా, నా వెనుకనుండి బూరధ్వనివలె గొప్ప స్వరము వినితిని. అది ఇలా చెప్పెను: “నేనే ఆల్ఫా మరియు ఓమెగా, ఆదియు అంత్యమును, మొదటివాడును కడపటివాడును. నీవు చూచుచున్నదానిని ఒక గ్రంథమందు వ్రాసి, ఆసియాలోనున్న ఏడు సంఘములకు పంపుము; ఎఫెసుకు, స్ముర్నాకు, పెర్గముకు, తుయతీరకు, సార్దీసుకు, ఫిలదెల్ఫియాకు, లవొదికయకు.” అప్పుడు నాతో మాటలాడుచున్న స్వరమును చూడుటకై నేను తిరిగితిని. తిరిగినప్పుడు ఏడు బంగారు దీపస్తంభములను చూచితిని. ప్రకటన 1:10–12.</w:t>
      </w:r>
    </w:p>
    <w:p>
      <w:pPr>
        <w:pStyle w:val="ArticleBody"/>
        <w:jc w:val="left"/>
      </w:pPr>
      <w:r>
        <w:rPr>
          <w:rFonts w:ascii="Nirmala UI" w:hAnsi="Nirmala UI" w:eastAsia="Nirmala UI" w:cs="Nirmala UI"/>
        </w:rPr>
        <w:t>పత్మోసు ద్వీపము నుండి అనంతరం యోహాను పరలోక పరిశుద్ధస్థలములోనికి తీసికొనబడెను; అక్కడ అతడు క్రీస్తు యొక్క ఒక దర్శనమును చూచెను. సహోదరి వైట్ మనకు తెలియజేయునదేమనగా, ఆ దర్శనమే దానియేలు తన గ్రంథము పదవ అధ్యాయములో చూచిన దర్శనము.</w:t>
      </w:r>
    </w:p>
    <w:p>
      <w:pPr>
        <w:pStyle w:val="ArticleScripture"/>
        <w:jc w:val="left"/>
      </w:pPr>
      <w:r>
        <w:rPr>
          <w:rFonts w:ascii="Nirmala UI" w:hAnsi="Nirmala UI" w:eastAsia="Nirmala UI" w:cs="Nirmala UI"/>
        </w:rPr>
        <w:t>“‘ఆ దినములలో నేను దానియేలును మూడు సంపూర్ణ వారములు దుఃఖించుచుండితిని. నేను రుచికరమైన ఆహారమును భుజింపలేదు; మాంసమును గాని ద్రాక్షారసమును గాని నా నోటిలోనికి రానీయలేదు; నేనేమాత్రమును నన్ను అభ్యంజనము చేసికొనలేదు.... అప్పుడు నేను నా కన్నులను ఎత్తి చూచితిని; ఇదిగో, సన్నని నారవస్త్రములు ధరించిన ఒక పురుషుడు కనబడెను; అతని నడుము ఊఫాజు దేశపు శ్రేష్ఠ సువర్ణముతో కట్టబడినది. అతని శరీరము పచ్చరత్నమువలె ఉండెను; అతని ముఖము మెరుపువలె ప్రకాశించెను; అతని కన్నులు అగ్నిదీపములవలె ఉండెను; అతని భుజములును పాదములును మెరుగుపరచిన ఇత్తడివర్ణమువలె కనబడెను; అతని మాటల స్వరము జనసమూహ స్వరమువలె ఉండెను’ (దానియేలు 10:2–6).”</w:t>
      </w:r>
    </w:p>
    <w:p>
      <w:pPr>
        <w:pStyle w:val="ArticleScripture"/>
        <w:jc w:val="left"/>
      </w:pPr>
      <w:r>
        <w:rPr>
          <w:rFonts w:ascii="Nirmala UI" w:hAnsi="Nirmala UI" w:eastAsia="Nirmala UI" w:cs="Nirmala UI"/>
        </w:rPr>
        <w:t>“ఈ వివరణ, పత్మోసు ద్వీపముపై క్రీస్తు తనకు ప్రత్యక్షమైనప్పుడు యోహానుకు ఇవ్వబడిన వివరణతో సమానమైనది. దేవుని కుమారునికంటే తక్కువయిన వ్యక్తి ఎవడును దానియేలుకు ప్రత్యక్షపడలేదు. అంత్యదినాలలో ఏమి జరుగునో దానియేలుకు బోధించుటకు మన ప్రభువు మరొక పరలోక దూతతో కూడ వచ్చుచున్నాడు.” సాంక్టిఫైడ్ లైఫ్, 49.</w:t>
      </w:r>
    </w:p>
    <w:p>
      <w:pPr>
        <w:pStyle w:val="ArticleBody"/>
        <w:jc w:val="left"/>
      </w:pPr>
      <w:r>
        <w:rPr>
          <w:rFonts w:ascii="Nirmala UI" w:hAnsi="Nirmala UI" w:eastAsia="Nirmala UI" w:cs="Nirmala UI"/>
        </w:rPr>
        <w:t>మొదటి తొమ్మిది వచనాలు మానవ కృపాకాలం ముగియుటకు కొద్దికాలమునకు ముందే యేసు క్రీస్తు ప్రకటన ఎట్లు ముద్రవిమోచితమగుచున్నదో తెలియజేయుచున్నవి. ఆ ప్రకటన దేవునిచేత యేసుకు అనుగ్రహింపబడెను; యేసు దానిని గబ్రియేలకు ఇచ్చెను; గబ్రియేలు దానిని యోహానుకు అప్పగించి, యోహాను ఆ సందేశమును ఏడు సంఘములకు పంపవలెనని అతనికి ఆజ్ఞాపించెను. యెషయా ఇదే కార్యమును చేయుటకు తన ఆజ్ఞాపణను ఆరవ అధ్యాయములో పొందెను; యెహెజ్కేలు రెండవ, మూడవ అధ్యాయములలో ఇదే నియోగమును పొందెను. యోహాను తన ఆజ్ఞాపణను పొందినప్పుడు బందియై యుండెను; యెహెజ్కేలు, దానియేలు బబులోనులో చెరలో యుండిరి; యెషయా యూదా దుష్టరాజైన ఆహాజు చరిత్రకాలములో జీవించుచుండెను.</w:t>
      </w:r>
    </w:p>
    <w:p>
      <w:pPr>
        <w:pStyle w:val="ArticleScripture"/>
        <w:jc w:val="left"/>
      </w:pPr>
      <w:r>
        <w:rPr>
          <w:rFonts w:ascii="Nirmala UI" w:hAnsi="Nirmala UI" w:eastAsia="Nirmala UI" w:cs="Nirmala UI"/>
        </w:rPr>
        <w:t>“చక్రములలో చక్రములు ఉండెను; వాటి అమరిక అంత క్లిష్టమై యుండెను గనుక, మొదటి చూపులో అవి యెహెజ్కేలు దృష్టికి పూర్తిగా గందరగోళములోనున్నట్లుగా కనబడెను. అయితే అవి కదలినప్పుడు, అద్భుతమైన ఖచ్చితత్వముతోను సంపూర్ణ సమన్వయముతోను కదలుచుండెను. పరలోక సంబంధులైన జీవులు ఆ చక్రములను నడిపించుచుండిరి; మరియు అన్నిటికంటె పైగా, మహిమగల నీలమణి సింహాసనముమీద నిత్యుడు ఆసీనుడై యుండెను; సింహాసనమునకు చుట్టుప్రక్కల కృపకును ప్రేమకును చిహ్నమైన చుట్టుకొనిన ఇంద్రధనుస్సు యుండెను. ఆ దృశ్యముయొక్క భయానక మహిమచేత బలహీనుడైన యెహెజ్కేలు తన ముఖముమీద పడిపోయెను; అప్పుడు ఒక స్వరము అతనిని లేచి యెహోవా వాక్యమును వినుమని ఆజ్ఞాపించెను. తరువాత ఇశ్రాయేలుకు హెచ్చరికయొక్క సందేశము అతనికి అప్పగింపబడెను.” Testimonies, 751.</w:t>
      </w:r>
    </w:p>
    <w:p>
      <w:pPr>
        <w:pStyle w:val="ArticleScripture"/>
        <w:jc w:val="left"/>
      </w:pPr>
      <w:r>
        <w:rPr>
          <w:rFonts w:ascii="Nirmala UI" w:hAnsi="Nirmala UI" w:eastAsia="Nirmala UI" w:cs="Nirmala UI"/>
        </w:rPr>
        <w:t>అప్పుడు నేను ప్రభువు స్వరమును వినితిని; ఆయన ఇలా అనెను: నేను ఎవరిని పంపుదును? మనకొరకు ఎవడు వెళ్లును? అప్పుడు నేను చెప్పితిని: ఇదిగో నేను ఉన్నాను; నన్ను పంపుము. యెషయా 6:8.</w:t>
      </w:r>
    </w:p>
    <w:p>
      <w:pPr>
        <w:pStyle w:val="ArticleScripture"/>
        <w:jc w:val="left"/>
      </w:pPr>
      <w:r>
        <w:rPr>
          <w:rFonts w:ascii="Nirmala UI" w:hAnsi="Nirmala UI" w:eastAsia="Nirmala UI" w:cs="Nirmala UI"/>
        </w:rPr>
        <w:t>“ఈ దర్శనం యెహెజ్కేలుకు అతని మనస్సు మసకబారిన ముందస్తు అపశకున భావాలతో నిండియున్న కాలములో అనుగ్రహింపబడింది. అతడు తన పితరుల దేశము పాడై పడియుండుట చూచెను...”</w:t>
      </w:r>
    </w:p>
    <w:p>
      <w:pPr>
        <w:pStyle w:val="ArticleScripture"/>
        <w:jc w:val="left"/>
      </w:pPr>
      <w:r>
        <w:rPr>
          <w:rFonts w:ascii="Nirmala UI" w:hAnsi="Nirmala UI" w:eastAsia="Nirmala UI" w:cs="Nirmala UI"/>
        </w:rPr>
        <w:t>“అదేవిధంగా, దేవుడు భవిష్యత్ యుగములలో సంఘ చరిత్రను ప్రియశిష్యుడైన యోహానుకు వెల్లడించబోవుచుండగా, ‘మనుష్యకుమారునికి సమానుడైన ఒకనిని’ దీపస్తంభముల మధ్య సంచరించుచున్నవానిగా అతనికి ప్రత్యక్షపరచుట ద్వారా, తన ప్రజలయందలి రక్షకుని ఆసక్తి మరియు శ్రద్ధగూర్చిన ధృఢనిశ్చయాన్ని అతనికి ఇచ్చెను; ఆ దీపస్తంభములు ఏడు సంఘములను సూచించెను. …”</w:t>
      </w:r>
    </w:p>
    <w:p>
      <w:pPr>
        <w:pStyle w:val="ArticleScripture"/>
        <w:jc w:val="left"/>
      </w:pPr>
      <w:r>
        <w:rPr>
          <w:rFonts w:ascii="Nirmala UI" w:hAnsi="Nirmala UI" w:eastAsia="Nirmala UI" w:cs="Nirmala UI"/>
        </w:rPr>
        <w:t>“ఈ పాఠాలు మన ప్రయోజనార్థమే. మనకు అత్యంత సమీపంలోనే మనుష్యుల ఆత్మలను పరీక్షించు ఒక కాలం ఉన్నందున, మన విశ్వాసమును దేవుని మీద స్థిరపరచవలెను. …”</w:t>
      </w:r>
    </w:p>
    <w:p>
      <w:pPr>
        <w:pStyle w:val="ArticleScripture"/>
        <w:jc w:val="left"/>
      </w:pPr>
      <w:r>
        <w:rPr>
          <w:rFonts w:ascii="Nirmala UI" w:hAnsi="Nirmala UI" w:eastAsia="Nirmala UI" w:cs="Nirmala UI"/>
        </w:rPr>
        <w:t>“మహత్తరమును గంభీరమును అయిన సంఘటనల అంచున మనము నిలిచి ఉన్నాము. ప్రవచనం త్వరితంగా నెరవేరుచున్నది. ప్రభువు ద్వారమున వద్ద ఉన్నాడు. సమస్త జీవులకు అత్యంత గాఢ ఆసక్తికరమైన ఒక కాలము త్వరలో మన ముందర విప్పబడబోవుచున్నది. గతకాలమున జరిగిన వివాదములు మళ్లీ ప్రేరేపింపబడును; క్రొత్త వివాదములు ఉదయించును. మన లోకములో ఆవిష్కృతమగబోవు దృశ్యములు ఇంకా కలలోకూడ మనుష్యుల ఊహకు రాలేదు. సాతాను మానవ సాధనముల ద్వారా కార్యముచేయుచున్నాడు. రాజ్యాంగమును మార్చి, ఆదివారపు ఆచరణను బలవంతపరచు ఒక చట్టమును పొందించుటకు ప్రయత్నించుచున్నవారు దాని ఫలితము ఏమియగునో స్వల్పముగా కూడ గ్రహింపరు. ఒక సంక్షోభము మన మీదకు సమీపించియున్నది.”</w:t>
      </w:r>
    </w:p>
    <w:p>
      <w:pPr>
        <w:pStyle w:val="ArticleScripture"/>
        <w:jc w:val="left"/>
      </w:pPr>
      <w:r>
        <w:rPr>
          <w:rFonts w:ascii="Nirmala UI" w:hAnsi="Nirmala UI" w:eastAsia="Nirmala UI" w:cs="Nirmala UI"/>
        </w:rPr>
        <w:t>“అయితే ఈ గొప్ప అత్యవసర సమయంలో దేవుని సేవకులు తమమీద తాము ఆధారపడకూడదు. యెషయాకు, యెహెజ్కేలుకు, యోహానుకు అనుగ్రహింపబడిన దర్శనాలలో, భూమిపై జరుగుచున్న సంఘటనలతో పరలోకం ఎంత సన్నిహిత సంబంధముతో ఉన్నదో, ఆయనయందు నిష్ఠగలవారిపట్ల దేవుని శ్రద్ధ ఎంత గొప్పదో మనము చూచుచున్నాము. లోకము పాలకుడు లేనిదికాదు. రానున్న సంఘటనల కార్యప్రణాళిక ప్రభువు చేతులలోనే ఉన్నది. పరలోక మహిమామూర్తి తన సంఘమునకు సంబంధించిన విషయములనే కాక, జనముల విధినికూడ తన స్వాధీన బాధ్యతలో ఉంచియున్నాడు. …”</w:t>
      </w:r>
    </w:p>
    <w:p>
      <w:pPr>
        <w:pStyle w:val="ArticleScripture"/>
        <w:jc w:val="left"/>
      </w:pPr>
      <w:r>
        <w:rPr>
          <w:rFonts w:ascii="Nirmala UI" w:hAnsi="Nirmala UI" w:eastAsia="Nirmala UI" w:cs="Nirmala UI"/>
        </w:rPr>
        <w:t>“యెహెజ్కేలు దర్శనమందు కెరూబుల రెక్కల క్రింద దేవుని చేయి ఉన్నది. ఇది తన సేవకులకు విజయాన్ని అనుగ్రహించునది దైవశక్తియే అని బోధించుటకైయున్నది. వారు దుర్నీతిని విడిచిపెట్టి హృదయములోను జీవితములోను శుద్ధులై యుందురయెడల ఆయన వారితో కూడ కార్యము చేయును.</w:t>
      </w:r>
    </w:p>
    <w:p>
      <w:pPr>
        <w:pStyle w:val="ArticleScripture"/>
        <w:jc w:val="left"/>
      </w:pPr>
      <w:r>
        <w:rPr>
          <w:rFonts w:ascii="Nirmala UI" w:hAnsi="Nirmala UI" w:eastAsia="Nirmala UI" w:cs="Nirmala UI"/>
        </w:rPr>
        <w:t>“సజీవ ప్రాణుల మధ్య మెరుపువేగంతో సంచరించుచున్న ప్రకాశమయమైన వెలుగు, ఈ కార్యము చివరికి సంపూర్ణతకు చేరు వరకు ఏ వేగముతో ముందుకు సాగునో దానిని సూచించుచున్నది. …”</w:t>
      </w:r>
    </w:p>
    <w:p>
      <w:pPr>
        <w:pStyle w:val="ArticleScripture"/>
        <w:jc w:val="left"/>
      </w:pPr>
      <w:r>
        <w:rPr>
          <w:rFonts w:ascii="Nirmala UI" w:hAnsi="Nirmala UI" w:eastAsia="Nirmala UI" w:cs="Nirmala UI"/>
        </w:rPr>
        <w:t>“సహోదరులారా, ఇప్పుడు విలపనకూ నిరాశకూ సమయం కాదు; సందేహానికీ అవిశ్వాసానికీ లోబడుటకు ఇది సమయం కాదు. క్రీస్తు ఇప్పుడు యోసేపు కొత్త సమాధిలో, ఒక గొప్ప రాయితో మూయబడి, రోమీయుల ముద్రతో ముద్రించబడి ఉన్న రక్షకుడు కాదు; మనకు పునరుత్థానమైన రక్షకుడు ఉన్నాడు. ఆయన రాజు, సైన్యముల యెహోవా; ఆయన కెరూబుల మధ్య ఆసీనుడై యున్నాడు; జనముల కలహములనూ కలతలనూ మధ్య ఆయన ఇప్పటికీ తన ప్రజలను కాపాడుచున్నాడు. ఆకాశములలో ఏలుచున్నవాడే మన రక్షకుడు. ఆయన ప్రతి శోధనను కొలిచిచూచుచున్నాడు. ప్రతి ఆత్మను పరీక్షింపవలసిన అగ్నికొలిమి జ్వాలను ఆయన గమనించుచున్నాడు. రాజుల కోటలు కూలదోయబడినప్పుడు, దేవుని ఉగ్రత బాణములు ఆయన శత్రువుల హృదయములను ఛేదించినప్పుడు, ఆయన ప్రజలు ఆయన చేతులలో సురక్షితంగా ఉండుదురు.” టెస్టిమోనీస్, సంపుటి 5, 752–754.</w:t>
      </w:r>
    </w:p>
    <w:p>
      <w:pPr>
        <w:pStyle w:val="ArticleBody"/>
        <w:jc w:val="left"/>
      </w:pPr>
      <w:r>
        <w:rPr>
          <w:rFonts w:ascii="Nirmala UI" w:hAnsi="Nirmala UI" w:eastAsia="Nirmala UI" w:cs="Nirmala UI"/>
        </w:rPr>
        <w:t>బైబిలులోని నాలుగు సాక్ష్యాలు, యేసు క్రీస్తు ప్రత్యక్ష ప్రకటన యొక్క సందేశము పరిశుద్ధస్థలమందలి ఈ ప్రవక్తల అనుభవములచే సూచింపబడిన వ్యక్తులకు అనుగ్రహింపబడుననే విషయాన్ని సాక్ష్యపరచుచున్నవి. మనము పరలోక పరిశుద్ధస్థలములోనికి ప్రవేశించినప్పుడు, మనము ప్రకటించుటకు నియమింపబడిన ఆ సందేశము మనకు అనుగ్రహింపబడును. “ప్రతి ఆత్మను” పరీక్షించు “కొలిమి అగ్ని” మలాకీ మూడవ అధ్యాయములోని కొలిమియే.</w:t>
      </w:r>
    </w:p>
    <w:p>
      <w:pPr>
        <w:pStyle w:val="ArticleScripture"/>
        <w:jc w:val="left"/>
      </w:pPr>
      <w:r>
        <w:rPr>
          <w:rFonts w:ascii="Nirmala UI" w:hAnsi="Nirmala UI" w:eastAsia="Nirmala UI" w:cs="Nirmala UI"/>
        </w:rPr>
        <w:t>అయితే ఆయన రాకదినమును ఎవడు సహించగలడు? ఆయన ప్రత్యక్షమగు సమయమున ఎవడు నిలువగలడు? ఆయన శోధకుని అగ్నివంటివాడును, వస్త్రశోధకుని సబ్బువంటివాడును. ఆయన వెండిని శోధించి శుద్ధి చేయువానివలె కూర్చుండును; లేవి కుమారులను శుద్ధి చేసి, బంగారమును వెండిని శుద్ధి చేసినట్లు వారిని పరిశుద్ధ పరచును; అప్పుడు వారు యెహోవాకు నీతితో కూడిన అర్పణను అర్పింతురు. అప్పుడు యూదా యెరూషలేముల అర్పణ యెహోవాకు ప్రీతికరమగును, పూర్వదినములలోనివలెను, గత సంవత్సరములలోనివలెను. మలాకీ 3:2–4.</w:t>
      </w:r>
    </w:p>
    <w:p>
      <w:pPr>
        <w:pStyle w:val="ArticleBody"/>
        <w:jc w:val="left"/>
      </w:pPr>
      <w:r>
        <w:rPr>
          <w:rFonts w:ascii="Nirmala UI" w:hAnsi="Nirmala UI" w:eastAsia="Nirmala UI" w:cs="Nirmala UI"/>
        </w:rPr>
        <w:t>వెండిని శోధించి శుద్ధి చేసే వాడు, వెండి తన ముఖాన్ని ప్రతిఫలింపజేయునంత నిర్మలంగా మారినప్పుడు, అది సరియైన కాలం పాటు అగ్నికుండలో ఉన్నదని తెలిసికొనును. పురాతన కాలంలో వెండిని శుద్ధి చేసిన విధానమునకు సంబంధించిన ఈ విషయము, దానియేలు పదవ అధ్యాయములో చూచిన కారణక క్రియ “marah”తో అనుసరణలో ఉంది. ఈ అంత్య దినములలో ప్రభువు తన ప్రజలను పరిశోధించుటకై, శుద్ధి చేయుటకై, ప్రక్షాళన చేయుటకై, నూట నలభై నాలుగు వేల వారి పతాకములో భాగమగుటకు అభ్యర్థులైన వారిని పరిశీలించుటకై, వారిని పరిశుద్ధస్థలములోనికి నడిపించుచున్నాడు. ఈ కాలములో, “మనము దుర్మార్గమును విడిచిపెట్టి హృదయమందును జీవితమందును పరిశుద్ధులమగుదుమనియెడల,” ఆయన “మనతో కార్యము చేయును.” దానియేలు పదవ అధ్యాయములోనున్న కొందరు ఆ అనుభవము నుండి పారిపోవుదురు; అయితే దానియేలుచే సూచింపబడిన వారు యేసు క్రీస్తు ప్రత్యక్షీకరణమునకు సంబంధించిన ఆ మహద్భుత దర్పణదర్శనమును చూచుదురు; మరియు యెషయా వివరించినట్లుగా వారి పెదవులు బలిపీఠమునుండి తీసికొనబడిన అంగారముచేత తాకబడును; అట్లు వారు శుద్ధులుగా చేయబడి, విపథగామి సంఘమునకును, తరువాత లోకమునకును ఒక సందేశమును ప్రకటించుటకు సిద్ధపరచబడుదురు.</w:t>
      </w:r>
    </w:p>
    <w:p>
      <w:pPr>
        <w:pStyle w:val="ArticleBody"/>
        <w:jc w:val="left"/>
      </w:pPr>
      <w:r>
        <w:rPr>
          <w:rFonts w:ascii="Nirmala UI" w:hAnsi="Nirmala UI" w:eastAsia="Nirmala UI" w:cs="Nirmala UI"/>
        </w:rPr>
        <w:t>ఈ సందేశము పరిశుద్ధస్థలమందున్న ఆ విశ్వాసయోగ్యులైన ఆత్మలకు సమర్పించబడుచున్నది. లేవీయకాండము ఇరవైమూడు అధ్యాయము పెంతెకొస్తు కాలముతో అన్వయింపబడినప్పుడు, అది మహా పరిశుద్ధస్థలమందున్న నిబంధన మందసమును ప్రతిబింబించునట్లు నిర్మించబడినది. విశ్వాసముచేత, ఆ అధ్యాయపు సందేశముల నిర్మాణము, అగ్నికుండ పరీక్ష సంపూర్ణమగు పరిశుద్ధ చరిత్రలోని మూడు మార్గచిహ్నములను నిర్ధారించుచున్నది. దైవికముగా గాంభీర్యముగలదై—ఇరవైమూడు అధ్యాయపు ప్రవచన నిర్మాణము, ప్రవచన శాస్త్ర విద్యార్థికి యెహెజ్కేలును మొదటి అధ్యాయపు మొదటి వచనమందు స్థాపించుటకు అనుమతించుచున్నది.</w:t>
      </w:r>
    </w:p>
    <w:p>
      <w:pPr>
        <w:pStyle w:val="ArticleScripture"/>
        <w:jc w:val="left"/>
      </w:pPr>
      <w:r>
        <w:rPr>
          <w:rFonts w:ascii="Nirmala UI" w:hAnsi="Nirmala UI" w:eastAsia="Nirmala UI" w:cs="Nirmala UI"/>
        </w:rPr>
        <w:t>ముప్పైవ సంవత్సరమందు, నాలుగవ నెలలో, ఆ నెల ఐదవ దినమున, నేను ఖెబారు నది యొద్ద చెరలోనున్న వారిలో ఉండగా, ఆకాశములు తెరవబడెను; నేను దేవుని దర్శనములను చూచితిని. ఆ నెల ఐదవ దినమున, అది యెహోయాకీను రాజు చెరపట్టబడిన ఐదవ సంవత్సరము. యెహెజ్కేలు 1:1, 2.</w:t>
      </w:r>
    </w:p>
    <w:p>
      <w:pPr>
        <w:pStyle w:val="ArticleBody"/>
        <w:jc w:val="left"/>
      </w:pPr>
      <w:r>
        <w:rPr>
          <w:rFonts w:ascii="Nirmala UI" w:hAnsi="Nirmala UI" w:eastAsia="Nirmala UI" w:cs="Nirmala UI"/>
        </w:rPr>
        <w:t>ఒక యాజకునిగా, ఒక లక్ష నలభై నాలుగు వేలమంది ముద్రించబడే కాలంలో, యెహెజ్కేలు పదిహేడవ యూబిలీ చక్రంలోని ముప్పయ్యవ సంవత్సరంలో ఉన్నాడు; అది క్రీస్తుపూర్వం 587లో నెబుకద్నెజరు యెరూషలేమును మూడుసార్లు ముట్టడించిన వాటిలో మూడవ ముట్టడికి ఐదు సంవత్సరాల ముందటి కాలం. ఈ వచనంలోని ముప్పయ్యవ సంవత్సరం పాత నిబంధన చరిత్రలోని అతి గొప్ప పునరుజ్జీవనానంతరం ముప్పై సంవత్సరాలు; మరియు అది ఐదవ సంవత్సరంలోని ఐదవ దినములోనిది; ఈ విధంగా యెహెజ్కేలు సాక్ష్యముపై ఐదు అనే సంఖ్యను ఉంచుచున్నది. ఆరంభంలోని రెండు వచనాలలో ముప్పై ఒకసారి గుర్తించబడగా, ఐదు అనే సంఖ్య మూడు సార్లు ప్రస్తావించబడినది. లేవీయకాండము ఇరవైమూడవ అధ్యాయ నిర్మాణములో, పెంతెకొస్తు కాలముతో సరిపోల్చబడినప్పుడు, ముప్పై ద్వారా సూచింపబడిన రెండవ పరీక్ష బూరల పండుగవరకు చేరును; ఐదు దినములు క్రీస్తు ఆరోహణమునకు, తరువాత ఐదు దినములు ప్రాయశ్చిత్త దినమునకు, తరువాత ఐదు దినములు పూర్వ వర్షమును (పెంతెకొస్తు) మరియు ఉత్తర వర్షమును (గుడారాల పండుగ) రెండింటినీ సూచించే మార్గచిహ్నమునకు చేరును. ఆ నిర్మాణము ముప్పైను, దాని తరువాత ఐదు చొప్పున మూడు మెట్లను ప్రతిపాదించుచున్నది. యెహెజ్కేలు ఆలయంలో ఉన్నాడు, మరియు లేవీయకాండము ఇరవైమూడవ అధ్యాయ నిర్మాణమే మందసము.</w:t>
      </w:r>
    </w:p>
    <w:p>
      <w:pPr>
        <w:pStyle w:val="ArticleBody"/>
        <w:jc w:val="left"/>
      </w:pPr>
      <w:r>
        <w:rPr>
          <w:rFonts w:ascii="Nirmala UI" w:hAnsi="Nirmala UI" w:eastAsia="Nirmala UI" w:cs="Nirmala UI"/>
        </w:rPr>
        <w:t>యెహెజ్కేలు ఈ సందర్భంలో యెరూషలేము నాశనముచేత సూచింపబడిన సమీపిస్తున్న ఆదివారపు ధర్మశాసనాన్ని ప్రతిరూపించుచు ముగియబోవు ఒక సంకేతాత్మక ముట్టడికి ఐదు సంవత్సరములు ముందున్నాడనే విషయాన్ని చరిత్ర సాక్ష్యపరచుచున్నది. ‘ఐదు’ అనే సంఖ్య లేవీయకాండము ఇరవైమూడవ అధ్యాయ నిర్మాణములో ఒక ప్రధాన అంశమైయున్నది; అలాగే ‘ముప్పది’ అనే సంఖ్య కూడాను.</w:t>
      </w:r>
    </w:p>
    <w:p>
      <w:pPr>
        <w:pStyle w:val="ArticleBody"/>
        <w:jc w:val="left"/>
      </w:pPr>
      <w:r>
        <w:rPr>
          <w:rFonts w:ascii="Nirmala UI" w:hAnsi="Nirmala UI" w:eastAsia="Nirmala UI" w:cs="Nirmala UI"/>
        </w:rPr>
        <w:t>ఈ వ్యాసాలలో, ఆ అధ్యాయంలోని మొదటి ఇరవై రెండు వచనాలను చివరి ఇరవై రెండు వచనాలతో సమపాళ్లలో అమర్చినప్పుడు, ఆ తరువాత ఆ రెండు ఇరవై రెండు వచనాల శ్రేణులను కలిసి పెంతెకొస్తు కాలంతో సరిపోల్చినప్పుడు, మలాకీ యొక్క అగ్నికుండమైన ఆ మూడు-దశల పరీక్షా ప్రక్రియ స్పష్టంగా చిత్రీకరించబడినట్లు చూపించబడింది. ఆ మూడు దశలలో మొదటి మరియు మూడవ దశలలో ఆల్ఫా మరియు ఒమేగా ఉన్నాయి; అవి ఒక్కో దశను సూచించే నాలుగు సూచకచిహ్నాల శ్రేణిని కలిగి ఉంటాయి.</w:t>
      </w:r>
    </w:p>
    <w:p>
      <w:pPr>
        <w:pStyle w:val="ArticleBody"/>
        <w:jc w:val="left"/>
      </w:pPr>
      <w:r>
        <w:rPr>
          <w:rFonts w:ascii="Nirmala UI" w:hAnsi="Nirmala UI" w:eastAsia="Nirmala UI" w:cs="Nirmala UI"/>
        </w:rPr>
        <w:t>పస్కా, దానిని అనుసరించి పులియని రొట్టెల పండుగ, దానిని అనుసరించి యవముల ప్రథమఫలార్పణ, ఆపై పులియని రొట్టెల పండుగ అంత్యము వరకు ‘ఐదు’ దినములు. ఆ నాలుగు మార్గచిహ్నములు మొదటి పరీక్షను నిర్మించును; యేసు ఎల్లప్పుడును ఆరంభముచేత అంత్యమును వివరిస్తాడు, మరియు మూడవ పరీక్ష కూడ నాలుగు మార్గచిహ్నములతోనే ఏర్పడినది. బూరల పండుగ, ఆపై క్రీస్తు ఆరోహణ, దానిని అనుసరించి ప్రాయశ్చిత్త దినము, తదనంతరం ఐదు దినముల తరువాత పెంతెకొస్తు మరియు గుడారముల పండుగ రెండింటి రాక. పెంతెకొస్తు పూర్వవర్షమునకు సంకేతము; గుడారముల పండుగ ఉత్తరవర్షమునకు సంకేతము. లేవీయకాండము ఇరవైమూడు నమూనాలో పెంతెకొస్తు మరియు గుడారముల పండుగ రెండును సరిసమానముగా నిలుచును.</w:t>
      </w:r>
    </w:p>
    <w:p>
      <w:pPr>
        <w:pStyle w:val="ArticleScripture"/>
        <w:jc w:val="left"/>
      </w:pPr>
      <w:r>
        <w:rPr>
          <w:rFonts w:ascii="Nirmala UI" w:hAnsi="Nirmala UI" w:eastAsia="Nirmala UI" w:cs="Nirmala UI"/>
        </w:rPr>
        <w:t>అందుచేత సీయోను సంతానమా, సంతోషించుడి; మీ దేవుడైన యెహోవాలో ఆనందించుడి; ఆయన మీకు మితముగా ముందరి వానను అనుగ్రహించెను; మరల ఆయన మీకొరకు వానను కురిపించును—ముందరి వానను, వెనుకరి వానను మొదటి నెలలో కురిపించును. యోవేలు 2:23.</w:t>
      </w:r>
    </w:p>
    <w:p>
      <w:pPr>
        <w:pStyle w:val="ArticleBody"/>
        <w:jc w:val="left"/>
      </w:pPr>
      <w:r>
        <w:rPr>
          <w:rFonts w:ascii="Nirmala UI" w:hAnsi="Nirmala UI" w:eastAsia="Nirmala UI" w:cs="Nirmala UI"/>
        </w:rPr>
        <w:t>చివరి పరీక్షణ మరియు శుద్ధీకరణ ప్రక్రియ 2023 డిసెంబరు 31న ప్రారంభమైంది. మొదటి పరీక్ష, 2020 జూలై 18న జరిగిన నిరాశ ద్వారా ఇంతకుముందే పరీక్షింపబడిన సమూహాన్ని విభజించిన “robbers of thy people” వివాదం ద్వారా సంకేతీకరించబడిన పునాది సంబంధమైన పరీక్షయే.</w:t>
      </w:r>
    </w:p>
    <w:p>
      <w:pPr>
        <w:pStyle w:val="ArticleScripture"/>
        <w:jc w:val="left"/>
      </w:pPr>
      <w:r>
        <w:rPr>
          <w:rFonts w:ascii="Nirmala UI" w:hAnsi="Nirmala UI" w:eastAsia="Nirmala UI" w:cs="Nirmala UI"/>
        </w:rPr>
        <w:t>“చరిత్రలోను ప్రవచనములోను దేవుని వాక్యము సత్యమునకును భ్రమకును మధ్య దీర్ఘకాలంగా కొనసాగుచున్న సంఘర్షణను చిత్రించుచున్నది. ఆ సంఘర్షణ ఇంకా కొనసాగుచున్నదే. గతంలో జరిగినవి మరల జరుగును. పూర్వ వివాదాలు మళ్లీ ప్రబలింపబడును, మరియు నూతన సిద్ధాంతాలు నిరంతరము ఉద్భవించుచుండును. అయితే మొదటి, రెండవ, మూడవ దూతల సందేశముల ప్రకటనలో తమ విశ్వాసముచేతను ప్రవచనసిద్ధిలో తమ పాత్రచేతను కార్యనిర్వహణ చేసిన దేవుని ప్రజలు, తాము ఎక్కడ నిలిచియున్నారో తెలిసికొనియున్నారు. వారికి సున్నితబంగారముకంటె అమూల్యమైన అనుభవము కలదు. వారు శిలవలె దృఢముగా నిలిచి, తమ నమ్మకారంభమును అంతమువరకు అచంచలముగా గట్టిగా పట్టికొనవలెను.” Manuscript Releases, volume 1, 47.</w:t>
      </w:r>
    </w:p>
    <w:p>
      <w:pPr>
        <w:pStyle w:val="ArticleBody"/>
        <w:jc w:val="left"/>
      </w:pPr>
      <w:r>
        <w:rPr>
          <w:rFonts w:ascii="Nirmala UI" w:hAnsi="Nirmala UI" w:eastAsia="Nirmala UI" w:cs="Nirmala UI"/>
        </w:rPr>
        <w:t>లేవీయకాండము ఇరవైమూడు అధ్యాయములో మొదటి పరీక్ష, మూడు దినముల సమూహమును అనుసరించి ఐదు దినముల తరువాత పులియని రొట్టెల పండుగ సమాప్తితో కూడిన ఒక ప్రవచనాత్మక కలయికచేత ప్రతినిధీకరించబడింది. పస్కా మొదటి దినము; పులియని రొట్టెల పండుగ రెండవ దినము; మొదటి ఫలముల అర్పణ మూడవ దినము. ఐదు దినముల తరువాత పులియని రొట్టెల పండుగ ముగిసింది. మూడు పరీక్షలలో మొదటిదైన ఈ పరీక్ష యొక్క ప్రవచనాత్మక నిర్మాణము, మూడవ మరియు అంతిమ పరీక్షలోను ప్రతినిధీకరించబడింది. మూడు మార్గసూచకాల తరువాత ఒకటి కలిగియున్న ఆ మూడవ మార్గసూచకములో, బూరల పండుగ మొదటి దినము; ఐదు దినముల తరువాత క్రీస్తు ఆరోహణము; మరల ఐదు దినముల తరువాత ప్రాయశ్చిత్త దినము; ఆ తరువాత ఇంక ఐదు దినముల తరువాత పెంతెకొస్తు మరియు గుడారముల పండుగ రెండూ సమీపమందున్న ఆదివార శాసనమును సూచించుచున్నవి; ఈ ఆదివార శాసనము యెహెజ్కేలు గ్రంథములో యెరూషలేము నాశనముగా ప్రతినిధీకరించబడింది.</w:t>
      </w:r>
    </w:p>
    <w:p>
      <w:pPr>
        <w:pStyle w:val="ArticleBody"/>
        <w:jc w:val="left"/>
      </w:pPr>
      <w:r>
        <w:rPr>
          <w:rFonts w:ascii="Nirmala UI" w:hAnsi="Nirmala UI" w:eastAsia="Nirmala UI" w:cs="Nirmala UI"/>
        </w:rPr>
        <w:t>పులియని రొట్టెల పండుగ ముగింపు మరియు బూరల పండుగ మధ్య ముప్పై రోజులు ఉన్నాయి; అవి యాజకుని సూచకంగా మాత్రమే కాక, దైవిక దృష్టాంతంలో ప్రతిబింబించబడిన మూడు పరీక్షలలో రెండవ పరీక్షకూడా.</w:t>
      </w:r>
    </w:p>
    <w:p>
      <w:pPr>
        <w:pStyle w:val="ArticleBody"/>
        <w:jc w:val="left"/>
      </w:pPr>
      <w:r>
        <w:rPr>
          <w:rFonts w:ascii="Nirmala UI" w:hAnsi="Nirmala UI" w:eastAsia="Nirmala UI" w:cs="Nirmala UI"/>
        </w:rPr>
        <w:t>క్రీస్తు బాప్తిస్మము పస్కా, పులియని రొట్టెలు, ప్రథమఫలములు అను మూడు మార్గసూచకాలను చిత్రీకరించుచున్నది; ఎందుకనగా ఆ మూడు మార్గసూచకాలు క్రీస్తు మరణము, సమాధి చేయబడుట, పునరుత్థానము అను విషయములను సూచించుచున్నవి. ఆ మూడు దశల తరువాత ఐదు దినములు గడచి నాల్గవ దశకు చేరుకొనబడును; అది పులియని రొట్టెల పండుగ సమాప్తిచే సూచింపబడుచున్నది. యోహాను తన మెస్సీయాకు బాప్తిస్మమిచ్చినప్పుడు, బాప్తిస్మము ఆ మూడు దశలను ఒక స్వల్ప క్షణములోనే ప్రతిపాదించుచున్నది. వసంతకాల పండుగలు ఆ మూడు దశలను ఒక్కొక్క దినముచొప్పున వేరుచేయుచుండగా, శరదృతు పండుగలు ఆ మూడు దశలను ఐదు దినములచొప్పున వేరుచేయుచున్నవి.</w:t>
      </w:r>
    </w:p>
    <w:p>
      <w:pPr>
        <w:pStyle w:val="ArticleBody"/>
        <w:jc w:val="left"/>
      </w:pPr>
      <w:r>
        <w:rPr>
          <w:rFonts w:ascii="Nirmala UI" w:hAnsi="Nirmala UI" w:eastAsia="Nirmala UI" w:cs="Nirmala UI"/>
        </w:rPr>
        <w:t>వసంతకాల పండుగల మొదటి పరీక్షను, మూడు మార్గచిహ్నాల సముదాయంగా, వాటి తరువాత ఐదు దినములకే ఒక మార్గచిహ్నము అనుసరించునట్లుగా మనము అన్వయించగా; తరువాత శరదృతు పండుగలను, మూడు మార్గచిహ్నముల తరువాత ఐదు దినములకే ఒక మార్గచిహ్నము అనుసరించునట్లుగా అన్వయించగా, ఒక ప్రవచనాత్మక నిర్మాణము స్థాపించబడుతుంది. అది ఏమనగా, మూడు చిహ్నముల ఆల్ఫా మార్గచిహ్నము తరువాత ఐదు దినములు ఉండి, దాని తరువాత ముప్పది దినములు వచ్చి, ఆ తరువాత శరదృతు పండుగల మూడవ పరీక్ష, అనగా మూడు చిహ్నముల మార్గచిహ్నము తరువాత ఐదు దినములు అనుసరించుట. ఈ నిర్మాణము మొదటి పరీక్ష మొత్తం ఐదు దినములను ఆవరించుచున్నదని, దాని తరువాత ముప్పది దినముల రెండవ పరీక్ష వచ్చి, అది ఐదు దినముల మూడవ మార్గచిహ్నమువరకు చేరుచున్నదని చూపించుచున్నది. ఐదు, అదనంగా ముప్పది, అదనంగా ఐదు కలిపి నలుబది అవును (5 + 30 + 5 = 40).</w:t>
      </w:r>
    </w:p>
    <w:p>
      <w:pPr>
        <w:pStyle w:val="ArticleBody"/>
        <w:jc w:val="left"/>
      </w:pPr>
      <w:r>
        <w:rPr>
          <w:rFonts w:ascii="Nirmala UI" w:hAnsi="Nirmala UI" w:eastAsia="Nirmala UI" w:cs="Nirmala UI"/>
        </w:rPr>
        <w:t>క్రీస్తు బాప్తిస్మము వెంటనే నలభై దినములతో అనుసరించబడెను; అవి ముగింపులో మూడు పరీక్షలకు దారితీశాయి. లేవీయకాండము ఇరవైమూడు అధ్యాయ నిర్మాణములో, పెంతెకొస్తు కాలముతో కలిపి, మరింత ఎక్కువ సంగతులు గ్రహింపబడగలవు; అయితే మరొక స్థాయిలో ఆ అధ్యాయము మహా పరిశుద్ధస్థలములోనున్న నిబంధన మందసమును సూచించుచున్నది.</w:t>
      </w:r>
    </w:p>
    <w:p>
      <w:pPr>
        <w:pStyle w:val="ArticleBody"/>
        <w:jc w:val="left"/>
      </w:pPr>
      <w:r>
        <w:rPr>
          <w:rFonts w:ascii="Nirmala UI" w:hAnsi="Nirmala UI" w:eastAsia="Nirmala UI" w:cs="Nirmala UI"/>
        </w:rPr>
        <w:t>లేవీయకాండము ఇరవైమూడవ అధ్యాయంలోని వసంతకాల మరియు శరదృతు పండుగలు రెండు విశ్రాంతిదినాల మధ్య ఉంచబడ్డాయి. ఆ రెండు విశ్రాంతిదినాలు కప్పివుంచు ఇద్దరు కెరూబులను సూచించుచున్నవి; లేవీయకాండము ఇరవైమూడవ అధ్యాయముతో సరిపోల్చబడ్డ పెంతెకొస్తు కాలపు మార్గచిహ్నములు మందసమును మరియు కప్పివుంచు ఇద్దరు కెరూబులను సూచించుచున్నవి. యెహెజ్కేలు మొదటి అధ్యాయములో పరిశుద్ధస్థలములోనికి తీసికొనిపోబడెను; అక్కడికి తీసికొనిపోబడినప్పుడు, త్వరలో రానున్న ఆదివారపు ధర్మశాసనమునకు మాదిరియై యెరూషలేము నాశనమునకు దారితీసిన ముట్టడి కంటె అయిదు దినములు ముందుగా అతడు నిలుపబడియుండెను. ఆ ఆదివారపు ధర్మశాసనము లేవీయకాండము ఇరవైమూడవ అధ్యాయములోని పెంతెకొస్తు మరియు గుడారాల పండుగలచేత సూచింపబడుచున్నది. యెహెజ్కేలు ముప్పదవ సంవత్సరములో ఉన్నాడు; మలాకీ మూడవ అధ్యాయములోని కుండాగ్ని అనే మూడు పరీక్షలలో రెండవ పరీక్షకు ముప్పది కాలవ్యవధి. యెహెజ్కేలు పదిహేడవ యూబిలీ చక్రములోని ముప్పదవ సంవత్సరములో ఉన్నట్టే, రెండవ పరీక్ష ముప్పది దినములచేత సూచింపబడుచున్నది; ఆ యూబిలీ చక్రము చరిత్రకారులు “యోషీయా యొక్క మహా పస్కా” అని పేర్కొనిన సందర్భములో ప్రారంభమైంది. యెహెజ్కేలు పద్దెనిమిది నెలలు కొనసాగిన ముట్టడికి అయిదు సంవత్సరములు ముందు ఉన్నాడు; అతడు ఆలయములో ఉన్నాడు, అది శేషమును శుద్ధపరచి కడిగివేయు తుద మూడు పరీక్షలలో మధ్య పరీక్ష. పేతురు కైసరయ-ఫిలిప్పీ (పానియుం) యొద్ద ఉండెను; అతడును మూడు పరీక్షల మధ్యస్థితిలోనే ఉండెను; దీనిని పానియుం (కైసరయ-ఫిలిప్పీ), రూపాంతరపు కొండ, మరియు సిలువచేత సూచించబడినదిగా చూచెదము.</w:t>
      </w:r>
    </w:p>
    <w:p>
      <w:pPr>
        <w:pStyle w:val="ArticleBody"/>
        <w:jc w:val="left"/>
      </w:pPr>
      <w:r>
        <w:rPr>
          <w:rFonts w:ascii="Nirmala UI" w:hAnsi="Nirmala UI" w:eastAsia="Nirmala UI" w:cs="Nirmala UI"/>
        </w:rPr>
        <w:t>క్రీ.పూ. 592లో యెహెజ్కేలు అతీంద్రియరీతిగా “మూగవాడిగా” చేయబడ్డాడు; దేవుడు అతని నోరు తెరిచినప్పుడు మాత్రమే అతడు మాటలాడెను. ఆ స్థితి క్రీ.పూ. 585/6లో యెరూషలేము పతనమయ్యే వరకు కొనసాగింది. ముట్టడి ప్రారంభమైన దినమున, అతని “కళ్ల కోరిక” మరణించినప్పుడు, దేవుడు అతనిని మాటలాడించెను; అయితే ఇశ్రాయేలు యొక్క “కళ్ల కోరిక” అయిన యెరూషలేము పడిపోయే వరకు అతనికి స్వేచ్ఛగా మాటలాడుటకు అనుమతి కలుగలేదు. యెరూషలేము పతనం త్వరలో రానున్న ఆదివారపు చట్టానికి ప్రతీకగా నిలుస్తుంది; అక్కడే, ఎనిమిదవ వంతు సేవకు చెందిన యాజకుడైన, యోహాను బాప్తిస్మకుని తండ్రి, మందిరములో సేవచేయుచుండగా మూగవాడిగా చేయబడ్డాడు; అదే స్థలములో (దర్శనములో) యెహెజ్కేలును కూడ సుమారు తొమ్మిది నెలలపాటు మూగవానిగా చేయబడెను. యోహాను జన్మించిన తరువాత ఎనిమిదవ దినమున, యోహాను సున్నతి చేయబడుచుండగా, అతనికి మాటలాడుటకు అనుమతి కలిగెను. పరిశుద్ధస్థలములో ఉండగా మూగవారిగా చేయబడిన ఇద్దరు ప్రవక్తలు. పరిశుద్ధస్థలములో క్రీస్తును దర్శించుచుండగా మూగవాడిగా చేయబడిన మూడవ ప్రవక్త దానియేలు. పదవ అధ్యాయములో దానియేలు పరిశుద్ధస్థలములో ఉన్నాడు; అక్కడ అతడు మూడుసార్లలో రెండవసారి స్పృశింపబడుచుండగా మూగవాడిగా చేయబడెను. మధ్య బిందువులో దానియేలు మూగవాడిగా చేయబడెను.</w:t>
      </w:r>
    </w:p>
    <w:p>
      <w:pPr>
        <w:pStyle w:val="ArticleScripture"/>
        <w:jc w:val="left"/>
      </w:pPr>
      <w:r>
        <w:rPr>
          <w:rFonts w:ascii="Nirmala UI" w:hAnsi="Nirmala UI" w:eastAsia="Nirmala UI" w:cs="Nirmala UI"/>
        </w:rPr>
        <w:t>అతడు నాకు ఆ మాటలు చెప్పినప్పుడు నేను నా ముఖమును నేలవైపు వంచి, మాటలేకుండిపోయితిని. అప్పుడు ఇదిగో, మనుష్యకుమారుల పోలికగలవానివంటి ఒకడు నా పెదవులను తాకెను; వెంటనే నేను నోరు తెరచి మాటలాడి, నా ఎదుట నిలిచి ఉన్నవానికి ఇలా చెప్పితిని: నా ప్రభువా, ఈ దర్శనముచేత నా వేదనలు నామీదికి తిరిగివచ్చెను, నాకు బలము ఏమియు మిగలలేదు. దానియేలు 10:15, 16.</w:t>
      </w:r>
    </w:p>
    <w:p>
      <w:pPr>
        <w:pStyle w:val="ArticleHeading"/>
        <w:jc w:val="left"/>
      </w:pPr>
      <w:r>
        <w:rPr>
          <w:rFonts w:ascii="Nirmala UI" w:hAnsi="Nirmala UI" w:eastAsia="Nirmala UI" w:cs="Nirmala UI"/>
        </w:rPr>
        <w:t>మాట్లాడుట</w:t>
      </w:r>
    </w:p>
    <w:p>
      <w:pPr>
        <w:pStyle w:val="ArticleBody"/>
        <w:jc w:val="left"/>
      </w:pPr>
      <w:r>
        <w:rPr>
          <w:rFonts w:ascii="Nirmala UI" w:hAnsi="Nirmala UI" w:eastAsia="Nirmala UI" w:cs="Nirmala UI"/>
        </w:rPr>
        <w:t>“మాట్లాడుట” అనే ప్రతీక సమీపమందున్న ఆదివార నియమమునందు స్పష్టముగా కనబడుతుంది; అప్పుడు యునైటెడ్ స్టేట్స్ అజగరమువలె మాటలాడును; బిలాము యొక్క గాడిద మాటలాడును; హబక్కూకు దర్శనము మాటలాడి అబద్ధమాడదు. పరిశుద్ధస్థలములో ఉండగా మూగలుగా చేయబడిన ఆ ముగ్గురు మూగ ప్రవక్తలు యెరూషలేము నాశన సమయమున మాటలాడుదురు. జెకర్యాతో కూడ, తన కుమారునికి ఇచ్చబడిన క్రొత్త పేరు సరియైనదని నిర్ధారించుటకై అతడు మాటలాడెను; అట్లుగా క్రొత్త పేరు పొందు ఫిలడెల్ఫీయులను ఇది మాదిరిగా సూచించుచున్నది.</w:t>
      </w:r>
    </w:p>
    <w:p>
      <w:pPr>
        <w:pStyle w:val="ArticleScripture"/>
        <w:jc w:val="left"/>
      </w:pPr>
      <w:r>
        <w:rPr>
          <w:rFonts w:ascii="Nirmala UI" w:hAnsi="Nirmala UI" w:eastAsia="Nirmala UI" w:cs="Nirmala UI"/>
        </w:rPr>
        <w:t>జయించువానిని నేను నా దేవుని ఆలయంలో ఒక స్తంభముగా నిలుపుదును; అతడు ఇకపై ఎప్పటికిని వెలుపలికి వెళ్లడు; మరియు నేను అతని మీద నా దేవుని నామమును, నా దేవుని పట్టణమైన క్రొత్త యెరూషలేము నామమును—అది నా దేవుని యొద్దనుండి పరలోకమునుండి దిగివచ్చుచున్నది—మరియు నా క్రొత్త నామమును వ్రాయుదును. ప్రకటన 3:12.</w:t>
      </w:r>
    </w:p>
    <w:p>
      <w:pPr>
        <w:pStyle w:val="ArticleBody"/>
        <w:jc w:val="left"/>
      </w:pPr>
      <w:r>
        <w:rPr>
          <w:rFonts w:ascii="Nirmala UI" w:hAnsi="Nirmala UI" w:eastAsia="Nirmala UI" w:cs="Nirmala UI"/>
        </w:rPr>
        <w:t>జెకర్యాకు యోహాను యొక్క క్రొత్త కుటుంబపేరును వ్రాయుటకు ఒక పలక ఇవ్వబడెను.</w:t>
      </w:r>
    </w:p>
    <w:p>
      <w:pPr>
        <w:pStyle w:val="ArticleScripture"/>
        <w:jc w:val="left"/>
      </w:pPr>
      <w:r>
        <w:rPr>
          <w:rFonts w:ascii="Nirmala UI" w:hAnsi="Nirmala UI" w:eastAsia="Nirmala UI" w:cs="Nirmala UI"/>
        </w:rPr>
        <w:t>ఎనిమిదవ దినమున వారు శిశువుకు సున్నతి చేయుటకు వచ్చిరి; అతని తండ్రి పేరును బట్టి అతనికి జెకర్యా అని పేరు పెట్టిరి. అప్పుడు అతని తల్లి ప్రత్యుత్తరమిచ్చి, అట్లుకాదు; అతనికి యోహాను అని పేరు పెట్టవలెనని చెప్పెను. వారు ఆమెతో, నీ బంధువులలో ఈ పేరుతో పిలువబడువాడు ఒక్కడును లేడని చెప్పిరి. తరువాత వారు అతని తండ్రికి సైగలు చేసి, అతనికి ఏ పేరు పెట్టవలెనని అతడు కోరుచున్నాడో అడిగిరి. అతడు వ్రాయు పలకను అడిగి, “అతని పేరు యోహాను” అని వ్రాసెను. అందరు ఆశ్చర్యపడిరి. వెంటనే అతని నోరు తెరవబడెను, అతని నాలుక సడలించబడెను, అప్పుడు అతడు మాటలాడుచు దేవుని స్తుతించెను. లూకా 1:59–64.</w:t>
      </w:r>
    </w:p>
    <w:p>
      <w:pPr>
        <w:pStyle w:val="ArticleBody"/>
        <w:jc w:val="left"/>
      </w:pPr>
      <w:r>
        <w:rPr>
          <w:rFonts w:ascii="Nirmala UI" w:hAnsi="Nirmala UI" w:eastAsia="Nirmala UI" w:cs="Nirmala UI"/>
        </w:rPr>
        <w:t>యోహాను యొక్క నూతన నామము ఫిలదెల్ఫియా సంఘముతో సరిపోలుచున్నది; మరియు మూడవ దూత సందేశముపై జెకర్యా యొక్క అవిశ్వాసములో ప్రతిఫలించునట్లుగా, జెకర్యా అనే నామము లావొదికయతో సరిపోలుచున్నది. సమస్త ప్రవక్తలును అంత్యదినములను ఉద్దేశించి మాట్లాడుదురు; మరియు అంత్యదినములు మూడవ దూత యొక్క చరిత్రయే. కాబట్టి ఆ సందేశమును తీసికొనివచ్చిన దూత మూడవ దూతయే కావలెను. ప్రభువు లావొదికయ సప్తమదిన అడ్వెంటిస్టు సంఘమును దాటి వెళ్లునని జెకర్యా గ్రహించుటకు నిరాకరించాడు. ఈ ప్రవక్తల యందలి స్వర పునరుద్ధరణ విషయమై చెప్పవలసినది ఇంకా ఉన్నది; అయితే యోషీయా యొక్క ప్రవచన రేఖను గ్రహించుట వైపు మేము ముందుకు సాగుదుము.</w:t>
      </w:r>
    </w:p>
    <w:p>
      <w:pPr>
        <w:pStyle w:val="ArticleHeading"/>
        <w:jc w:val="left"/>
      </w:pPr>
      <w:r>
        <w:rPr>
          <w:rFonts w:ascii="Nirmala UI" w:hAnsi="Nirmala UI" w:eastAsia="Nirmala UI" w:cs="Nirmala UI"/>
        </w:rPr>
        <w:t>యోషీయా యొక్క చక్రము</w:t>
      </w:r>
    </w:p>
    <w:p>
      <w:pPr>
        <w:pStyle w:val="ArticleBody"/>
        <w:jc w:val="left"/>
      </w:pPr>
      <w:r>
        <w:rPr>
          <w:rFonts w:ascii="Nirmala UI" w:hAnsi="Nirmala UI" w:eastAsia="Nirmala UI" w:cs="Nirmala UI"/>
        </w:rPr>
        <w:t>క్రీ.పూ. 622లో యోషీయా పస్కా సందర్భంగా ప్రారంభమైన పదిహేడవ యోబేలు చక్రాన్ని మనము పరిశీలించాము; అయితే యోషీయా యొక్క రేఖ క్రీ.పూ. 622 కంటే ఎంతో ముందే ఆరంభమవుతుంది. ఇశ్రాయేలు సౌలును తమ మొదటి రాజుగా సింహాసనంపైకి తెచ్చిన ఆ తిరుగుబాటు, రాజైన సౌలు పాలించిన నలభై సంవత్సరాలను సూచించింది; దాని తరువాత రాజైన దావీదు పాలించిన నలభై సంవత్సరాలు వచ్చాయి; వాటి తరువాత సొలొమోను పాలించిన నలభై సంవత్సరాలు వచ్చాయి. ప్రవక్త సమూయేలును అంతగా మనస్తాపపరిచిన దేవుని నిరాకరణ క్రీ.పూ. 1097లో సంభవించి, యూదులు “కైసరే తప్ప మాకు మరే రాజు లేడు” అని ప్రకటించినప్పుడు సిలువయందు ముగిసిన ఒక ప్రవచనాత్మక తిరుగుబాటు రేఖను ఆరంభిస్తుంది.</w:t>
      </w:r>
    </w:p>
    <w:p>
      <w:pPr>
        <w:pStyle w:val="ArticleScripture"/>
        <w:jc w:val="left"/>
      </w:pPr>
      <w:r>
        <w:rPr>
          <w:rFonts w:ascii="Nirmala UI" w:hAnsi="Nirmala UI" w:eastAsia="Nirmala UI" w:cs="Nirmala UI"/>
        </w:rPr>
        <w:t>అయితే వారు బిగ్గరగా మొరపెట్టిరి, “ఆయనను తీసికొనిపోండి, తీసికొనిపోండి, ఆయనను సిలువవేయండి.” పిలాతు వారితో చెప్పెను, “నేను మీ రాజును సిలువవేయుదునా?” ప్రధాన యాజకులు ప్రత్యుత్తరమిచ్చిరి, “కైసరుని తప్ప మాకు మరే రాజు లేడు.” యోహాను 19:15.</w:t>
      </w:r>
    </w:p>
    <w:p>
      <w:pPr>
        <w:pStyle w:val="ArticleBody"/>
        <w:jc w:val="left"/>
      </w:pPr>
      <w:r>
        <w:rPr>
          <w:rFonts w:ascii="Nirmala UI" w:hAnsi="Nirmala UI" w:eastAsia="Nirmala UI" w:cs="Nirmala UI"/>
        </w:rPr>
        <w:t>క్రీ.పూ. 1097లో ప్రారంభమై, సొలొమోను మరణించిన క్రీ.పూ. 977 వరకు, ముగ్గురు రాజులు తలా నలభై సంవత్సరాలు పరిపాలించెదరు; అప్పుడు రాజ్యం ఉత్తరదక్షిణాలుగా విభజించబడెను.</w:t>
      </w:r>
    </w:p>
    <w:p>
      <w:pPr>
        <w:pStyle w:val="ArticleScripture"/>
        <w:jc w:val="left"/>
      </w:pPr>
      <w:r>
        <w:rPr>
          <w:rFonts w:ascii="Nirmala UI" w:hAnsi="Nirmala UI" w:eastAsia="Nirmala UI" w:cs="Nirmala UI"/>
        </w:rPr>
        <w:t>ఆ తరువాత వారు ఒక రాజును కోరిరి; అప్పుడు దేవుడు వారికి బెన్యామీను గోత్రస్థుడైన కీషు కుమారుడైన సౌలును నలభై సంవత్సరముల కాలమునకు అనుగ్రహించెను. అపొస్తలుల కార్యములు 13:21.</w:t>
      </w:r>
    </w:p>
    <w:p>
      <w:pPr>
        <w:pStyle w:val="ArticleScripture"/>
        <w:jc w:val="left"/>
      </w:pPr>
      <w:r>
        <w:rPr>
          <w:rFonts w:ascii="Nirmala UI" w:hAnsi="Nirmala UI" w:eastAsia="Nirmala UI" w:cs="Nirmala UI"/>
        </w:rPr>
        <w:t>దావీదు రాజ్యమును ఆరంభించినప్పుడు అతనికి ముప్పది సంవత్సరముల వయస్సు; అతడు నలభై సంవత్సరములు రాజ్యముచేసెను. హెబ్రోనులో అతడు యూదాపైన ఏడు సంవత్సరములు ఆరు నెలలు రాజ్యముచేసెను; యెరూషలేములో అతడు సమస్త ఇశ్రాయేలుమీదను యూదామీదను ముప్పది మూడు సంవత్సరములు రాజ్యముచేసెను. 2 సమూయేలు 2:4, 5.</w:t>
      </w:r>
    </w:p>
    <w:p>
      <w:pPr>
        <w:pStyle w:val="ArticleBody"/>
        <w:jc w:val="left"/>
      </w:pPr>
      <w:r>
        <w:rPr>
          <w:rFonts w:ascii="Nirmala UI" w:hAnsi="Nirmala UI" w:eastAsia="Nirmala UI" w:cs="Nirmala UI"/>
        </w:rPr>
        <w:t>సొలొమోను పరిపాలన క్రీ.పూ. 971లో ఆరంభమైంది; దేవాలయ పునాది సొలొమోను నాల్గవ సంవత్సరంలో (క్రీ.పూ. 967) వేయబడింది. నిర్మాణం ఏడు సంవత్సరాలు కొనసాగింది (1 రాజులు 6:37–38), మరియు దేవాలయం సొలొమోను పదకొండవ సంవత్సరంలోని ఎనిమిదవ నెలలో పూర్తయింది. అధికారిక ప్రతిష్ఠాపన ఏడవ నెలలో (ఏతానీము నెలలో), గుడారముల పండుగ సమయంలో జరిగింది (1 రాజులు 8; 2 దినవృత్తాంతములు 5–7). రాజులు, దేవాలయం, మరియు జనము—ప్రతి ఒక్కటి చరిత్రలో నాలుగు వందల తొంభై సంవత్సరాల కాలంతో ప్రతినిధీకరించబడుచున్నవి; ఆ కాలం రాజులు, దేవాలయం, లేదా జనముతో సంబంధమునందు ఒక ప్రవచనాత్మక కాలాన్ని స్పష్టముగా సూచించుచున్నది.</w:t>
      </w:r>
    </w:p>
    <w:p>
      <w:pPr>
        <w:pStyle w:val="ArticleBody"/>
        <w:jc w:val="left"/>
      </w:pPr>
      <w:r>
        <w:rPr>
          <w:rFonts w:ascii="Nirmala UI" w:hAnsi="Nirmala UI" w:eastAsia="Nirmala UI" w:cs="Nirmala UI"/>
        </w:rPr>
        <w:t>దానియేలు క్రీస్తుపూర్వము 607 సంవత్సరంలో చెరపట్టబడ్డాడు; అయినప్పటికీ బైబిలు కాలక్రమ శాస్త్రజ్ఞులలో అధికులు క్రీస్తుపూర్వము 605 సంవత్సరాన్నే గుర్తిస్తారు. చారిత్రక నమోదు ప్రవచన సాక్ష్యముతో సరిచేరవలెను; మరియు క్రీస్తుపూర్వము 1097 సంవత్సరంలో రాజును కోరిన ఆశతో ప్రారంభమయ్యే చరిత్రరేఖపై చారిత్రకముగా గుర్తింపబడిన సంఘటనల ప్రతీకాత్మకత, క్రీస్తుపూర్వము 607 సంవత్సరమే సరియైన అన్వయమని, 605 కాదని, అనేక ప్రవచన సాక్షులపై ఆవశ్యకతను ఉంచుచున్నది. క్రీస్తుపూర్వము 607 సంవత్సరం రాజుల రేఖలో నాలుగు వందల తొంభై సంవత్సరాల ముగింపును సూచించుచున్నది; అయితే అదే సమయంలో, ఆ రేఖలో సంభవించే డెబ్బై సంవత్సరాల మూడు ప్రధాన ప్రతినిధ్యాలలో ఒకదానిని అది ఆరంభించుచున్నది. క్రీస్తుపూర్వము 607 సంవత్సరం, క్రీస్తుపూర్వము 677 సంవత్సరంలో మనష్షే చెరపట్టబడుటతో ప్రారంభమైన డెబ్బై సంవత్సరాల ముగింపును కూడా సూచించుచున్నది. నాలుగు వందల తొంభై సంవత్సరాల సూచక చిహ్నమునకు సంబంధించిన మొదటి ప్రతినిధ్యం (ఆ రేఖలో మూడు సాక్షులను కలిగియున్నది), డెబ్బై సంవత్సరాల మూడు సాక్షులలో ఒకటి ముగియుచున్న స్థానమునందే సమాప్తమగుచు, డెబ్బై సంవత్సరాల మరొక సాక్షి ఆరంభమగుచున్న స్థానమునందే నిలుచున్నది; కాబట్టి, దానియేలు క్రీస్తుపూర్వము 605 సంవత్సరంలో చెరపట్టబడ్డాడనే భావన ఉన్నప్పటికిని, గణిత నిర్మాణమే క్రీస్తుపూర్వము 607 సంవత్సరానికే సాక్ష్యమిచ్చుచున్నది.</w:t>
      </w:r>
    </w:p>
    <w:p>
      <w:pPr>
        <w:pStyle w:val="ArticleBody"/>
        <w:jc w:val="left"/>
      </w:pPr>
      <w:r>
        <w:rPr>
          <w:rFonts w:ascii="Nirmala UI" w:hAnsi="Nirmala UI" w:eastAsia="Nirmala UI" w:cs="Nirmala UI"/>
        </w:rPr>
        <w:t>క్రీ.పూ. 1097 నుండి క్రీ.పూ. 607 వరకు రాజులతో సంబంధమున్న 490 సంవత్సరాల కాలాన్ని కలిగిన ఆ రేఖలోనే, సొలొమోను ఆలయ ప్రతిష్ఠాపన నుండి చెరనుండి తిరిగివచ్చిన తరువాత జెరుబ్బాబేలు చేత క్రీ.పూ. 516లో జరిగిన ఆలయ ప్రతిష్ఠాపన వరకు కూడా 490 సంవత్సరాలు ఉన్నాయి. ఆ 490 సంవత్సరాలు, సొలొమోను తన పదకొండవ సంవత్సరంలో చేసిన ప్రతిష్ఠాపన నుండి 420 సంవత్సరాలు, వాటికి చెర సమయంలో ఆలయం పాడై పడి ఉన్న 70 సంవత్సరాలు కలిపి మొత్తం 490 సంవత్సరాలు అవుతాయి. అర్తహషస్త రాజు యొక్క మూడవ ఆజ్ఞ 59 సంవత్సరాల తరువాత, క్రీ.పూ. 457లో జారీయై, దేవుని ప్రజల కొరకు “నిర్ణయింపబడిన” (“కత్తిరించబడిన,” దానియేలు 9:24) 490 సంవత్సరాల ఆరంభాన్ని సూచిస్తుంది; ఆ కాలం క్రీస్తుశకం 34వ సంవత్సరంలో స్తెఫనును రాళ్లతో కొట్టి చంపినప్పుడు ముగిసింది. సహజంగానే, క్రీ.పూ. 1097లో దేవునిని మరియు ప్రవచనాత్మను తిరస్కరించిన పునాదిగల అపస్థితితో ఆరంభమై, స్తెఫను దేవుని కుడిపార్శ్వమున నిలుచియున్న క్రీస్తును చూచిన సమయంతో ముగిసే ఆ ప్రవచన రేఖలో మరెన్నో గంభీరమైన కాలక్రమ సంబంధ సాక్ష్యాలు ఉన్నాయి. ఈ సాక్ష్యములో యోషీయా యొక్క ప్రవచన చక్రం మనకు కనబడుతుంది.</w:t>
      </w:r>
    </w:p>
    <w:p>
      <w:pPr>
        <w:pStyle w:val="ArticleBody"/>
        <w:jc w:val="left"/>
      </w:pPr>
      <w:r>
        <w:rPr>
          <w:rFonts w:ascii="Nirmala UI" w:hAnsi="Nirmala UI" w:eastAsia="Nirmala UI" w:cs="Nirmala UI"/>
        </w:rPr>
        <w:t>నేను “పునాదియైన అపస్థితి” అని చెప్పుచున్నాను; ఎందుకనగా, ఆ శ్రేణి యొక్క ఆరంభము, లోక సంబంధమైన రాజును కోరిన తమ ఆకాంక్షలో ఇశ్రాయేలు దేవునిని తమ రాజుగా తిరస్కరించిన సమయాన్ని సూచించుచున్నది; తద్వారా ఇశ్రాయేలు యొక్క మానవ రాజ్యాధికార పునాది స్థాపింపబడినది. ఇదియు నేను యోషీయా యొక్క చక్రమునుగూర్చి వ్రాయుచున్నానని చెప్పుచున్నాను; “యోషీయా” అనగా “దేవుని పునాది” అని అర్థము; అది దేవుని ప్రజల పునాదికిని, పునాదియైన అపస్థితికిని రెండింటికీ ఒక సంకేతము.</w:t>
      </w:r>
    </w:p>
    <w:p>
      <w:pPr>
        <w:pStyle w:val="ArticleBody"/>
        <w:jc w:val="left"/>
      </w:pPr>
      <w:r>
        <w:rPr>
          <w:rFonts w:ascii="Nirmala UI" w:hAnsi="Nirmala UI" w:eastAsia="Nirmala UI" w:cs="Nirmala UI"/>
        </w:rPr>
        <w:t>సొలొమోను మరణించిన తరువాత పన్నెండు గోత్రాలు ఉత్తరముగా, దక్షిణముగా విభజింపబడినప్పుడు, యెరోబాము స్థాపించిన నకిలీ ఆరాధనా వ్యవస్థ యొక్క ప్రతిష్ఠను అవిధేయ ప్రవక్త గద్దించాడు; అతని ఆ గద్దింపులో యోషీయా అని పేరుగల రాబోవు రాజు గురించిన ప్రవచనమును కలిగియుండెను. యెరోబాము మరియు ఉత్తరంలోని పది గోత్రాల ప్రాథమిక మతభ్రష్టత్వ సమయమున, క్రి.పూ. 622 యొక్క మహా పస్కాచేత గుర్తింపబడిన యోషీయా మరియు అతని సంస్కరణ గురించిన ప్రవచనం ముందుగా చెప్పబడెను. ఆ సంస్కరణ మోషే రచనల కనుగొనబడుటచేతను, దేవుని ప్రజల నిరంతర మతభ్రష్టత్వమునుబట్టి వారిమీద తీర్పు ప్రకటింపబడుటచేతను సంభవించెను. మోషే రచనలలోని వాక్యములు రాజైన యోషీయాకు చదివి వినిపింపబడినప్పుడు, అది పాత నిబంధన చరిత్రలో అతి గొప్ప సంస్కరణను కలుగజేసెను. యోషీయా అని పేరుగల భవిష్యత్తులో పుట్టబోవు శిశువు గురించిన ప్రవచనములోను, అవిధేయ ప్రవక్త యెరోబాము రాజుమీద ఉంచిన ఆ ప్రాథమిక మతభ్రష్టత్వపు ప్రవచనాత్మక ఖండన కూడా కలిగియుండెను.</w:t>
      </w:r>
    </w:p>
    <w:p>
      <w:pPr>
        <w:pStyle w:val="ArticleBody"/>
        <w:jc w:val="left"/>
      </w:pPr>
      <w:r>
        <w:rPr>
          <w:rFonts w:ascii="Nirmala UI" w:hAnsi="Nirmala UI" w:eastAsia="Nirmala UI" w:cs="Nirmala UI"/>
        </w:rPr>
        <w:t>మోషే యొక్క శాపమని దానియేలు పిలిచినది లేవీయకాండము ఇరవై ఆరు అధ్యాయంలోని “ఏడు కాలములు”; అదే అడ్వెంటిజము యొక్క పునాది సత్యాలకు చిహ్నమైన విలియం మిల్లర్ చేసిన ప్రాథమిక ఆవిష్కరణగా నిలిచింది. ఆగస్టు 11, 1840న మిల్లర్ సందేశానికి లభించిన శక్తివంతీకరణ 1838 మరియు 1840 సంవత్సరాలలో “యోషీయా” లిచ్ చేసిన కార్యం ద్వారా సంభవించింది. 1863లో ఆ పునాదులు పక్కనపెట్టబడ్డాయి; అప్పుడు “ఏడు కాలములు” ఫిలదెల్ఫియా మిల్లరైట్‌ల పునాది సత్యాలకు మాత్రమే కాక, పునాదులకు విరోధంగా లయోదికేయ మిల్లరిజము చేసిన తిరుగుబాటుకు కూడ ఒక చిహ్నముగా మారింది. మొదటి మరియు రెండవ దూతల మిల్లరైట్‌ల చరిత్ర “యోషీయా” యొక్క ప్రతీకాత్మకతను కలిగియున్నది; అదే నూట నలభై నాలుగు వేలమంది చరిత్రలో అక్షరాలా మళ్లీ పునరావృతమగును. యోషీయా యొక్క చక్రము రాజైన సౌలు యొక్క మంత్రవిద్య వరకు వెనుకకు చేరి, అక్కడి నుండి ఆదివారపు ధర్మశాసన సమయమున లయోదికేయ సెవెన్త్-డే అడ్వెంటిస్ట్ సంఘము ఉమ్మివేయబడుటవరకు సంపూర్ణంగా విస్తరించుచున్నది. యెహెజ్కేలు గ్రంథములోని యోషీయా యొక్క చక్రము ఇప్పుడు నూట నలభై నాలుగు వేలమంది ముద్రింపబడుట యొక్క పరాకాష్ఠగా ముద్రవిమోచన ప్రక్రియలోనున్నది.</w:t>
      </w:r>
    </w:p>
    <w:p>
      <w:pPr>
        <w:pStyle w:val="ArticleBody"/>
        <w:jc w:val="left"/>
      </w:pPr>
      <w:r>
        <w:rPr>
          <w:rFonts w:ascii="Nirmala UI" w:hAnsi="Nirmala UI" w:eastAsia="Nirmala UI" w:cs="Nirmala UI"/>
        </w:rPr>
        <w:t>ఈ విషయాలను తదుపరి వ్యాసంలో కొనసాగిస్తాము.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నలభైయవ వచనానికి మరుగున పడిన చరిత్ర - ఇరవై ఐదు సంఖ్య</dc:title>
  <dc:subject>యెహెజ్కేలు సంఖ్య ఆరు</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