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నలభయ్యవ వచనమునకు గల గూఢ చరిత్ర - సంఖ్యాకాండము ఇరవై ఆరు</w:t>
      </w:r>
    </w:p>
    <w:p>
      <w:pPr>
        <w:pStyle w:val="ArticleSubtitle"/>
        <w:jc w:val="left"/>
      </w:pPr>
      <w:r>
        <w:rPr>
          <w:rFonts w:ascii="Nirmala UI" w:hAnsi="Nirmala UI" w:eastAsia="Nirmala UI" w:cs="Nirmala UI"/>
        </w:rPr>
        <w:t>యెహెజ్కేలు సంఖ్య ఏడు</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నేను ‘యోషీయా యొక్క చక్రము’గా గుర్తిస్తున్న ప్రవచనరేఖ, క్రి.పూ. 1097లో ప్రాచీన ఇశ్రాయేలు దేవునిని తమ రాజుగా తిరస్కరించినప్పుడు జరిగిన తిరుగుబాటుతో ఆరంభమవుతుంది. మొదటి ముగ్గురు రాజులు (సౌలు, దావీదు, సొలొమోను) క్రి.పూ. 1097 నుండి క్రి.పూ. 977 వరకు నలభై సంవత్సరాలు చొప్పున పరిపాలించిన వారిగా గుర్తించబడ్డారు. సొలొమోను మరణించినప్పుడు, యెరోబాము మరియు ఉత్తర దిక్కుననున్న పది గోత్రముల తిరుగుబాటు మొదటి ముగ్గురు రాజుల రేఖను ముగించి, ఉత్తర రాజ్యములోను దక్షిణ రాజ్యములోను రాజుల రేఖను ఆరంభిస్తుంది.</w:t>
      </w:r>
    </w:p>
    <w:p>
      <w:pPr>
        <w:pStyle w:val="ArticleBody"/>
        <w:jc w:val="left"/>
      </w:pPr>
      <w:r>
        <w:rPr>
          <w:rFonts w:ascii="Nirmala UI" w:hAnsi="Nirmala UI" w:eastAsia="Nirmala UI" w:cs="Nirmala UI"/>
        </w:rPr>
        <w:t>మొదటి ముగ్గురు రాజులు అనేక సత్యాలకు ఒక సంకేతము; అయితే వారు అనుసంధానమైయున్న సత్యచక్రాలలో ఒకటి యూదా యొక్క చివరి ముగ్గురు రాజులైన యెహోయాకీము, యెహోయాకీను, సిద్కీయా—ఇవారు తిరిగి కోరెషు, దార్యావేషు, అర్తహషస్తులకు ప్రతినిధులై యున్నారు. కోరెషు, దార్యావేషు, అర్తహషస్తులు తిరిగి క్రీపూ 516 నుండి క్రీపూ 457 వరకు విస్తరించిన వారి మూడు ఆజ్ఞాపనలకు ప్రతినిధులై యున్నారు; అవి తిరిగి ప్రకటన పదునాలుగవ అధ్యాయంలోని మూడు దూతలకు ప్రతినిధులై యున్నవి; వారు వరుసగా 1798లో, 1844 ఏప్రిల్ 19న, మరియు 1844 అక్టోబరు 22న వచ్చిరి. ప్రకటన పదునాలుగవ అధ్యాయంలోని మూడు దూతల ఆగమన చరిత్ర, నూట నలభై నాలుగు వేలమందికి ముద్రవేయు కాలమందు అక్షరాలా మళ్లీ పునరావృతమగుచున్నది; అందుచేత, సౌలు రాజుగా అభిషేకింపబడుటతో ఆరంభమగు ప్రవచనరేఖ త్వరలో రానున్న ఆదివార నియమమందు విజయవంతమైన సంఘము అభిషేకింపబడునప్పుడు తన పరిపూర్ణ సమాప్తిని చేరునని ఇది నిర్ధారించుచున్నది. ఈ రేఖలో రాజు యోషీయా యొక్క సత్యచక్రమును కూడ కలిగియున్నది; అది క్రీపూ 977లో బేతేలు మరియు దాను విషయములో యెరోబోవాము చేసిన తిరుగుబాటువరకు వెనుకకు చేరుచున్నది.</w:t>
      </w:r>
    </w:p>
    <w:p>
      <w:pPr>
        <w:pStyle w:val="ArticleHeading"/>
        <w:jc w:val="left"/>
      </w:pPr>
      <w:r>
        <w:rPr>
          <w:rFonts w:ascii="Nirmala UI" w:hAnsi="Nirmala UI" w:eastAsia="Nirmala UI" w:cs="Nirmala UI"/>
        </w:rPr>
        <w:t>ఇరవై రెండు</w:t>
      </w:r>
    </w:p>
    <w:p>
      <w:pPr>
        <w:pStyle w:val="ArticleBody"/>
        <w:jc w:val="left"/>
      </w:pPr>
      <w:r>
        <w:rPr>
          <w:rFonts w:ascii="Nirmala UI" w:hAnsi="Nirmala UI" w:eastAsia="Nirmala UI" w:cs="Nirmala UI"/>
        </w:rPr>
        <w:t>యెరోబాము ఇరవై రెండనే సంకేతార్థాన్ని కలిగియున్నాడు; ఎందుకనగా అతడు ఇరవై రెండు సంవత్సరములు పరిపాలించాడు. ఈ విధంగా, ఇరవై రెండిచే ప్రతినిధిత్వం చేయబడిన చరిత్రతో అతని సాక్ష్యం అనుసంధానించబడుచున్నది; ఆ ఇరవై రెండు అనేది దివ్యత మనుష్యతతో కలయికను సూచించు సంకేతము, దానియేలు ఇరవై రెండవ దినమున పొందిన మరా దర్శనముచేత ఇది ప్రత్యక్షపరచబడెను; అలాగే రెండు వందల ఇరవై అనే సంఖ్యలోను ఇదే సూచన కలదు, అందులో ఇరవై రెండు అనేది దశమభాగమై యున్నది.</w:t>
      </w:r>
    </w:p>
    <w:p>
      <w:pPr>
        <w:pStyle w:val="ArticleScripture"/>
        <w:jc w:val="left"/>
      </w:pPr>
      <w:r>
        <w:rPr>
          <w:rFonts w:ascii="Nirmala UI" w:hAnsi="Nirmala UI" w:eastAsia="Nirmala UI" w:cs="Nirmala UI"/>
        </w:rPr>
        <w:t>యెరోబాము రాజ్యమేలిన దినములు ఇరవై రెండేండ్లు; అతడు తన పితరులతో నిద్రించెను, అతని స్థానమున అతని కుమారుడైన నాదాబు రాజ్యమేలెను. 1 రాజులు 14:20.</w:t>
      </w:r>
    </w:p>
    <w:p>
      <w:pPr>
        <w:pStyle w:val="ArticleBody"/>
        <w:jc w:val="left"/>
      </w:pPr>
      <w:r>
        <w:rPr>
          <w:rFonts w:ascii="Nirmala UI" w:hAnsi="Nirmala UI" w:eastAsia="Nirmala UI" w:cs="Nirmala UI"/>
        </w:rPr>
        <w:t>దైవత్వమును మానవత్వముతో కలిపిన సంగమాన్ని సూచించే ‘at-One-Ment’ అనేది క్రీస్తు కార్యమే; అది అక్టోబరు 22వ తేదీన, అనగా పదవ నెలలో (గ్రెగోరియన్), ప్రారంభమైంది; పది సార్లు ఇరవై రెండు సమానం రెండువందల ఇరవై. యెరోబాము బేతేలు మరియు దాను రెండింటిలోనూ నకిలీ బలిపీఠాలను స్థాపించెను; అందువలన అతడు సంఘము (బేతేలు: అర్థం సంఘము) మరియు రాజ్యము (దాను: అర్థం తీర్పు) కలయికతో సంబంధముగల ఆదివారపు నకిలీ ఆరాధనకు ఒక సూచకచిహ్నమై యున్నాడు.</w:t>
      </w:r>
    </w:p>
    <w:p>
      <w:pPr>
        <w:pStyle w:val="ArticleScripture"/>
        <w:jc w:val="left"/>
      </w:pPr>
      <w:r>
        <w:rPr>
          <w:rFonts w:ascii="Nirmala UI" w:hAnsi="Nirmala UI" w:eastAsia="Nirmala UI" w:cs="Nirmala UI"/>
        </w:rPr>
        <w:t>అప్పుడు యెరోబాము ఎఫ్రాయిము పర్వతప్రాంతమందలి షెకెమును కట్టి, అందులో నివసించెను; అక్కడనుండి వెళ్లి పెనూయేలును కట్టెను. యెరోబాము తన హృదయంలో ఇలా చెప్పుకొనెను: ఇప్పుడు ఈ రాజ్యం దావీదు ఇంటివారియొద్దకు తిరిగి చేరును. ఈ ప్రజలు యెరూషలేములోని యెహోవా మందిరమందు బలి అర్పించుటకు ఎక్కి వెళ్లినయెడల, ఈ ప్రజల హృదయం తమ ప్రభువైన యూదా రాజు రహబాము వైపుకు మరలును; అప్పుడు వారు నన్ను చంపి, యూదా రాజైన రహబాము యొద్దకు తిరిగి వెళ్లుదురు. అందుచేత రాజు ఆలోచన చేసి రెండు బంగారు దూడలను చేయించి, వారితో ఇట్లనెను: యెరూషలేముకు ఎక్కి వెళ్లుట మీకు అతిశ్రమ. ఓ ఇశ్రాయేలూ, ఐగుప్తు దేశములోనుండి నిన్ను వెలుపలికి తీసికొని వచ్చిన నీ దేవతలు ఇవిగో. వాటిలో ఒకదానిని బేతేలులో నిలుపెను, మరొకదానిని దానులో ఉంచెను. ఈ కార్యము పాపముగా మారెను; ఎందుకనగా ప్రజలు వాటిలో ఒకదాని సన్నిధికి నమస్కరించుటకు దాను వరకు వెళ్లిరి. అతడు ఉన్నతస్థలముల మందిరమును నిర్మించి, లేవి కుమారులలోనివారు కాని సామాన్య ప్రజలలోనుండి యాజకులను నియమించెను. యెరోబాము యూదాలో జరిగే పండుగవలె ఎనిమిదవ నెలలో, ఆ నెల పదిహేనవ దినమున ఒక పండుగను నియమించి, బలిపీఠము మీద బలి అర్పించెను. తాను చేసిన దూడలకు బలి అర్పించుచు బేతేలులో అలాగే చేయెను; తాను నిర్మించిన ఉన్నతస్థలముల యాజకులను బేతేలులో నియమించెను. ఈలాగు తాను బేతేలులో చేసిన బలిపీఠముమీద ఎనిమిదవ నెలలో, అనగా తన స్వహృదయమున కల్పించిన నెలలో, ఆ నెల పదిహేనవ దినమున బలి అర్పించెను; ఇశ్రాయేలు సంతానమునకు పండుగను నియమించి, బలిపీఠముమీద బలి అర్పించి ధూపము వేయించెను. 1 రాజులు 12:25–33.</w:t>
      </w:r>
    </w:p>
    <w:p>
      <w:pPr>
        <w:pStyle w:val="ArticleBody"/>
        <w:jc w:val="left"/>
      </w:pPr>
      <w:r>
        <w:rPr>
          <w:rFonts w:ascii="Nirmala UI" w:hAnsi="Nirmala UI" w:eastAsia="Nirmala UI" w:cs="Nirmala UI"/>
        </w:rPr>
        <w:t>ఉత్తర దశ గోత్రాల స్థాపనాత్మక చరిత్రలో, దేవునిని రాజుగా ఇశ్రాయేలు తిరస్కరించిన దానిచేతను, అహరోను మరియు బంగారు దూడ యొక్క తిరుగుబాటుచేతను మునుపే ప్రతిరూపింపబడిన ఒక తిరుగుబాటు ఉండెను. అహరోను యొక్క తిరుగుబాటు ప్రాచీన ఇశ్రాయేలు యొక్క స్థాపనాత్మక చరిత్రలో ఉండెను; యరోబాము యొక్కది ఉత్తర దశ గోత్రాల స్థాపనాత్మక చరిత్రలో ఉండెను. “Line upon line” ప్రకారం, మహాయాజకుడైన అహరోను సంఘాన్ని సూచించును; రాజైన యరోబాము రాజ్యాన్ని సూచించును. ఆ రెండు స్థాపనాత్మక తిరుగుబాట్లు, మానవ రాజును కోరుటలో ఇశ్రాయేలు ప్రజలు ప్రదర్శించిన స్థాపనాత్మక తిరుగుబాటును కూడ కలిగియున్న ఒక రేఖగా నిలిచియున్నవి.</w:t>
      </w:r>
    </w:p>
    <w:p>
      <w:pPr>
        <w:pStyle w:val="ArticleHeading"/>
        <w:jc w:val="left"/>
      </w:pPr>
      <w:r>
        <w:rPr>
          <w:rFonts w:ascii="Nirmala UI" w:hAnsi="Nirmala UI" w:eastAsia="Nirmala UI" w:cs="Nirmala UI"/>
        </w:rPr>
        <w:t>490</w:t>
      </w:r>
    </w:p>
    <w:p>
      <w:pPr>
        <w:pStyle w:val="ArticleBody"/>
        <w:jc w:val="left"/>
      </w:pPr>
      <w:r>
        <w:rPr>
          <w:rFonts w:ascii="Nirmala UI" w:hAnsi="Nirmala UI" w:eastAsia="Nirmala UI" w:cs="Nirmala UI"/>
        </w:rPr>
        <w:t>యెహెజ్కేలు గ్రంథములో ప్రతినిధీకరించబడిన పవిత్ర చరిత్రలో నాలుగు వందల తొంభై సంవత్సరాల మూడు కాలములు ఉన్నాయి; వాటిలో ఒకటి రాజులతో, మరొకటి పరిశుద్ధస్థలముతో, ఇంకొకటి సైన్యముతో సంబంధించియున్నది. ఆ మూడు కాలములు అహరోను తిరుగుబాటు (పరిశుద్ధస్థలం), సౌలు (సైన్యం), యరోబాము (రాజు) తిరుగుబాటులతో సరిపోలుచున్నవి. ప్రవక్త, యాజకుడు, రాజు అనే మూడు చిహ్నములలో ప్రవచించుచున్నవాడిగా గుర్తింపబడినవాడు రాజైన సౌలే; అహరోను యాజకుడు, యరోబాము రాజు.</w:t>
      </w:r>
    </w:p>
    <w:p>
      <w:pPr>
        <w:pStyle w:val="ArticleScripture"/>
        <w:jc w:val="left"/>
      </w:pPr>
      <w:r>
        <w:rPr>
          <w:rFonts w:ascii="Nirmala UI" w:hAnsi="Nirmala UI" w:eastAsia="Nirmala UI" w:cs="Nirmala UI"/>
        </w:rPr>
        <w:t>అతనిని మునుపటినుండి ఎరిగిన వారందరు, ఇదిగో, అతడు ప్రవక్తలతో కూడ ప్రవచించుచున్నాడని చూచినప్పుడు, ప్రజలు ఒకరితో ఒకరు, “కీషు కుమారునికి ఇది ఏమి సంభవించెను? సౌలు కూడ ప్రవక్తలలోనున్నాడా?” అని చెప్పుకొనిరి. అప్పుడు అక్కడివారిలో ఒకడు ఉత్తరమిచ్చి, “అయితే వారి తండ్రి ఎవరు?” అని చెప్పెను. అందుచేత, “సౌలు కూడ ప్రవక్తలలోనున్నాడా?” అనేది ఒక సామెతగా మారెను. 1 సమూయేలు 10:11, 12.</w:t>
      </w:r>
    </w:p>
    <w:p>
      <w:pPr>
        <w:pStyle w:val="ArticleBody"/>
        <w:jc w:val="left"/>
      </w:pPr>
      <w:r>
        <w:rPr>
          <w:rFonts w:ascii="Nirmala UI" w:hAnsi="Nirmala UI" w:eastAsia="Nirmala UI" w:cs="Nirmala UI"/>
        </w:rPr>
        <w:t>విజయశీల సంఘము ముప్పది సంవత్సరముల వయస్సుగల ఒక ప్రవక్తను, ముప్పది సంవత్సరముల వయస్సుగల ఒక యాజకుని, మరియు ముప్పది సంవత్సరముల వయస్సుగల ఒక రాజును కలిగియున్నది; ఇవి ముప్పదియవ సంవత్సరమున ప్రారంభించిన యెహెజ్కేలు, ముప్పదియవ సంవత్సరమున తన సేవను ప్రారంభించిన యోసేపు, మరియు ముప్పదియవ సంవత్సరమున ఏలుబడి ప్రారంభించిన రాజైన దావీదు ద్వారా సూచింపబడినవి. విజయశీల సంఘము యెహెజ్కేలు గ్రంథములోని చివరి ఎనిమిది అధ్యాయములందు భూమియంతటిని నింపుచున్న మందిరముగా చిత్రింపబడినది; మరియు విజయశీల సంఘమే ఫిలదెల్ఫియా, అది ఏడింటిలోనిదైయుండి ఎనిమిదవ సంఘమైయున్నది.</w:t>
      </w:r>
    </w:p>
    <w:p>
      <w:pPr>
        <w:pStyle w:val="ArticleBody"/>
        <w:jc w:val="left"/>
      </w:pPr>
      <w:r>
        <w:rPr>
          <w:rFonts w:ascii="Nirmala UI" w:hAnsi="Nirmala UI" w:eastAsia="Nirmala UI" w:cs="Nirmala UI"/>
        </w:rPr>
        <w:t>క్రీపూ 977లో ఆరంభమైన యోషీయా యొక్క ప్రవచన రేఖ, త్వరలో రానున్న ఆదివారపు ధర్మశాసనముతో ముగుస్తుంది. 2023 డిసెంబరు 31న ఆరంభమైన లక్ష నలభై నాలుగు వేలమందియొక్క శుద్ధీకరణ మరియు ముద్రణ, ప్రకటన గ్రంథము పదకొండవ అధ్యాయంలోని ఇద్దరు సాక్షులను పునరుత్థానపరచుటకై మీఖాయేలు దిగివచ్చినప్పుడు ప్రారంభమైంది. 2023 సంవత్సరం, 2001 సెప్టెంబరు 11 తరువాత ఇరవై రెండు సంవత్సరాలకు వచ్చినదే; అదేవిధంగా, 1776లోని స్వాతంత్ర్య ప్రకటన తరువాత ఇరవై రెండు సంవత్సరాలకు 1798లోని Alien and Sedition Acts సంభవించాయి. యోషీయా ప్రవచనము ప్రతిష్ఠింపబడిన క్రీపూ 977లో యెరోబాము యొక్క ఇరవై రెండు సంవత్సరాల పాలన ప్రారంభమైంది. ఆ సమయంలో, 1 రాజులు పదమూడవ అధ్యాయంలోని అవిధేయ ప్రవక్త, యెరోబాము యొక్క మతభ్రష్టతను ఎదుర్కొన్నాడు; అదే విధంగా మోషే అహరోను యొక్క మతభ్రష్టతను ఎదుర్కొన్నాడు, సమూయేలు రాజును కోరిన సమూహమును ఎదుర్కొన్నాడు. అవిధేయ ప్రవక్త, మోషే మరియు సమూయేలు యొక్క సందేశముచే సూచింపబడిన ఆ ప్రాథమిక మతభ్రష్టతలకు విరోధముగా జరిగిన ఆ సమరాలు, ఆదివారపు ధర్మశాసన సమయమందలి మూడవ దూత యొక్క గొప్ప కేకను సూచించుచున్నవి. అది పతాకముచేత ప్రకటించబడే హెచ్చరిక సందేశము; యెరోబాము చరిత్రలో అది “సూచకము”తో కూడిన యోషీయా యొక్క పూర్వజ్ఞాపనగా ప్రతినిధిత్వం చేయబడింది.</w:t>
      </w:r>
    </w:p>
    <w:p>
      <w:pPr>
        <w:pStyle w:val="ArticleScripture"/>
        <w:jc w:val="left"/>
      </w:pPr>
      <w:r>
        <w:rPr>
          <w:rFonts w:ascii="Nirmala UI" w:hAnsi="Nirmala UI" w:eastAsia="Nirmala UI" w:cs="Nirmala UI"/>
        </w:rPr>
        <w:t>ఇదిగో, యూదా దేశమునుండి యెహోవా వాక్యముచేత ఒక దేవుని మనుష్యుడు బేతేలు వచ్చెను; యెరోబాము ధూపము వేయుటకు బలిపీఠమునొద్ద నిలిచి యుండెను. అతడు యెహోవా వాక్యముచేత బలిపీఠమునకు విరోధముగా మొరపెట్టి, “ఓ బలిపీఠమా, బలిపీఠమా, యెహోవా ఈలాగు సెలవిచ్చుచున్నాడు: ఇదిగో, దావీదు ఇంటికి యోషీయా అను పేరుగల కుమారుడు పుట్టును; నీ మీద ధూపము వేయు ఉన్నతస్థలముల యాజకులను అతడు నీ మీద బలి అర్పించును, మరియు మనుష్యుల ఎముకలను నీ మీద కాల్చెదరు” అనెను. అదే దినమున అతడు ఒక సూచననిచ్చి, “యెహోవా సెలవిచ్చిన సూచన ఇదే: ఇదిగో, బలిపీఠము చీలిపోవును, దాని మీదనున్న బూడిద చిందిపోవును” అనెను. బేతేలులోని బలిపీఠమునకు విరోధముగా మొరపెట్టిన ఆ దేవుని మనుష్యుని మాటను రాజైన యెరోబాము వినినప్పుడు, అతడు బలిపీఠమునొద్దనుండి తన చెయ్యి చాచి, “అతనిని పట్టుకొనుడి” అనెను. అప్పుడు అతడు అతనిమీద చాచిన తన చెయ్యి ఎండిపోయెను; దానిని తిరిగి తనవద్దకు ముడుచుకొనలేకపోయెను.</w:t>
      </w:r>
    </w:p>
    <w:p>
      <w:pPr>
        <w:pStyle w:val="ArticleScripture"/>
        <w:jc w:val="left"/>
      </w:pPr>
      <w:r>
        <w:rPr>
          <w:rFonts w:ascii="Nirmala UI" w:hAnsi="Nirmala UI" w:eastAsia="Nirmala UI" w:cs="Nirmala UI"/>
        </w:rPr>
        <w:t>బలిపీఠమును కూడ చీల్చివేయబడెను, యెహోవా వాక్యముచేత దేవుని మనుష్యుడు ఇచ్చిన సూచన ప్రకారము బలిపీఠముమీదనున్న భస్మము పారబడెను. అప్పుడు రాజు దేవుని మనుష్యునితో మాటలాడి, “ఇప్పుడైనా నీ దేవుడైన యెహోవా సన్నిధిని వేడుకొని, నా కొరకు ప్రార్థన చేయుము; అప్పుడు నా చేయి నాకు మళ్లీ పునరుద్ధరింపబడును” అనెను. దేవుని మనుష్యుడు యెహోవాను వేడుకొనగా, రాజు చేయి అతనికి మళ్లీ పూర్వస్థితికి వచ్చెను. తరువాత రాజు దేవుని మనుష్యునితో, “నాతో ఇంటికి వచ్చి, నీకు విశ్రాంతి కలుగజేసికొని, నేను నీకు బహుమానము ఇస్తాను” అనెను. అందుకు దేవుని మనుష్యుడు రాజుతో, “నీవు నీ ఇంటిలో సగభాగమును నాకిచ్చినను నేను నీతో లోపలికి రాను; ఈ స్థలమందు అన్నము తినను, నీరు త్రాగను. ఎందుకనగా యెహోవా వాక్యముచేత నాకు ఈ విధముగా ఆజ్ఞాపింపబడెను: ‘అన్నము తినకూడదు, నీరు త్రాగకూడదు, నీవు వచ్చిన మార్గముననే తిరిగి పోకూడదు’ అని” చెప్పెను. కాబట్టి అతడు మరియొక మార్గమున వెళ్లెను గాని, తాను బేతేలుకు వచ్చిన మార్గముననే తిరిగి పోలేదు. 1 రాజులు 13:1–10.</w:t>
      </w:r>
    </w:p>
    <w:p>
      <w:pPr>
        <w:pStyle w:val="ArticleBody"/>
        <w:jc w:val="left"/>
      </w:pPr>
      <w:r>
        <w:rPr>
          <w:rFonts w:ascii="Nirmala UI" w:hAnsi="Nirmala UI" w:eastAsia="Nirmala UI" w:cs="Nirmala UI"/>
        </w:rPr>
        <w:t>“నీ ఇంటి సగభాగము” అనే ఆఫరు ఉన్నప్పటికీ ప్రవక్త యెరోబాము తో కూడ భోజనము చేయుటకు నిరాకరించుట, హెరోదు సలోమికి తన రాజ్యములో సగభాగమును ఇస్తానని చేసిన వాగ్దానముతో సారూప్యంగా నిలుస్తుంది.</w:t>
      </w:r>
    </w:p>
    <w:p>
      <w:pPr>
        <w:pStyle w:val="ArticleScripture"/>
        <w:jc w:val="left"/>
      </w:pPr>
      <w:r>
        <w:rPr>
          <w:rFonts w:ascii="Nirmala UI" w:hAnsi="Nirmala UI" w:eastAsia="Nirmala UI" w:cs="Nirmala UI"/>
        </w:rPr>
        <w:t>అనుకూలమైన ఒక దినము వచ్చినప్పుడు, హెరోదు తన పుట్టినరోజున తన ప్రభువులకు, సేనాధిపతులకు, గలిలయలోని ముఖ్యస్థులకై విందు చేసెను. అప్పుడు ఆ హెరోదియ కుమార్తె లోనికి వచ్చి నృత్యము చేసి, హెరోదును అతనితో కూడ భోజనమునకు కూర్చున్న వారిని సంతోషపరచెను; అప్పుడు రాజు ఆ కన్యతో, “నీవు కోరినదేదైనను నన్ను అడుగు, నేను అది నీకు ఇస్తాను” అనెను. మరి అతడు ఆమెతో ప్రమాణముచేసి, “నీవు నన్ను అడిగినదేదైనను, నా రాజ్యములో సగము వరకైనను, నేను నీకు ఇస్తాను” అనెను. ఆమె బయటకు వెళ్లి తన తల్లితో, “నేను ఏమి అడుగుదును?” అనగా, ఆమె, “బాప్తిస్మమిచ్చు యోహాను తలను” అనెను. మార్కు 6:21–24.</w:t>
      </w:r>
    </w:p>
    <w:p>
      <w:pPr>
        <w:pStyle w:val="ArticleBody"/>
        <w:jc w:val="left"/>
      </w:pPr>
      <w:r>
        <w:rPr>
          <w:rFonts w:ascii="Nirmala UI" w:hAnsi="Nirmala UI" w:eastAsia="Nirmala UI" w:cs="Nirmala UI"/>
        </w:rPr>
        <w:t>హేరోదు తన రాజ్యంలోని సగభాగాన్ని ఇస్తానని చేసిన ప్రతిజ్ఞ అతని జన్మదినాన జరిగింది. హేరోదు రోముకు ఒక ప్రతీక; ప్రకటన గ్రంథము పదిహేడవ అధ్యాయంలోని పది మంది రాజులు, దానియేలు గ్రంథము ఏడవ అధ్యాయంలో రోమా యొక్క పది భాగాల విభజనచేతను, రెండవ అధ్యాయంలోని పది పాదవ్రేళ్లచేతను ప్రతిరూపింపబడినవారు. అతని జన్మదినము, ఆదివార ధర్మశాసన సమయమున ఆరవ రాజ్యం ఏడవ రాజ్యముచేత ప్రత్యామ్నాయింపబడినప్పుడు గుర్తింపబడుతుంది; ఈ భావములో, అది బైబిలు ప్రవచనములోని ఏడవ రాజ్యముగా ఐక్యరాజ్యసమితి జన్మదినము. త్వరలో రానున్న ఆదివార ధర్మశాసనమున, యెరోబోయాము యొక్క ఉత్తర దిశలోనున్న పది గోత్రములచేత సూచింపబడిన ఆ పది మంది రాజులు, ప్రకటన గ్రంథము ‘పదిహేడు’ అధ్యాయములో చెప్పబడిన ప్రకారము, ఒక గంటకాలమునకు తమ రాజ్యమును మృగమునకు అప్పగించుటకు ఏకీభవించుదురు.</w:t>
      </w:r>
    </w:p>
    <w:p>
      <w:pPr>
        <w:pStyle w:val="ArticleScripture"/>
        <w:jc w:val="left"/>
      </w:pPr>
      <w:r>
        <w:rPr>
          <w:rFonts w:ascii="Nirmala UI" w:hAnsi="Nirmala UI" w:eastAsia="Nirmala UI" w:cs="Nirmala UI"/>
        </w:rPr>
        <w:t>దేవుడు తన సంకల్పాన్ని నెరవేర్చుటకై, ఏకముగా ఉండుటకై, దేవుని వాక్యములు నెరవేరువరకు తమ రాజ్యమును మృగమునకు అప్పగించుటకై వారి హృదయములలో ఉంచెను. ప్రకటన గ్రంథము 17:17.</w:t>
      </w:r>
    </w:p>
    <w:p>
      <w:pPr>
        <w:pStyle w:val="ArticleBody"/>
        <w:jc w:val="left"/>
      </w:pPr>
      <w:r>
        <w:rPr>
          <w:rFonts w:ascii="Nirmala UI" w:hAnsi="Nirmala UI" w:eastAsia="Nirmala UI" w:cs="Nirmala UI"/>
        </w:rPr>
        <w:t>మనము యెహెజ్కేలు నాలుగవ అధ్యాయంలోని ప్రవచనాన్ని పరిశీలించుటకు ముందుగా, యెహెజ్కేలు నేరుగా ఒక తేదీని గుర్తించిన ‘పదమూడు’ సందర్భాలను గుర్తించెదము. ఆ పదమూడు మార్గసూచికలు సాధారణంగా లోకమును మరియు దేవుని ప్రజలను అనుసరించి విభజించబడును. ఐగుప్తుచేత సూచింపబడిన లోకము ఆరు సార్లు ప్రత్యక్ష తేదీతో నిర్దేశింపబడెను, తూరు ఒకసారి సంబోధింపబడెను, మిగిలిన ఆరు సార్లు యెరూషలేమే విషయముగా నిలిచెను. ఈ గ్రంథము క్రీస్తుపూర్వం 592 సంవత్సరమున ప్రారంభమగుచున్నది; అది పదిహేడవ యూబిలీ చక్రములోని ముప్పదియవ సంవత్సరము; మరియు యెహెజ్కేలు నలుబదియవ అధ్యాయంలోని మొదటి వచనము క్రీస్తుపూర్వం 573 అక్టోబరు 22న ఆ చక్రము ముగిసినదని సూచించుచున్నది. ఆ యూబిలీ చక్రము 9/11 నుండి సమీపములోనున్న ఆదివారపు ధర్మశాసనము వరకు నూట నలభై నాలుగు వేలమందికి జరిగే ముద్రింపుకాలమును సూచించుచున్నది; అదే చరిత్రకు చెందిన ఒక ఫ్రాక్టల్‌లో, అది మరల డిసెంబరు 31, 2023 నుండి సమీపములోనున్న ఆదివారపు ధర్మశాసనము వరకు సూచింపబడుచున్నది. ఈ రెండు కాలములు ఆగస్టు 11, 1840 నుండి అక్టోబరు 22, 1844 వరకు ఆదర్శరూపముగా ప్రతిరూపింపబడినవి.</w:t>
      </w:r>
    </w:p>
    <w:p>
      <w:pPr>
        <w:pStyle w:val="ArticleBody"/>
        <w:jc w:val="left"/>
      </w:pPr>
      <w:r>
        <w:rPr>
          <w:rFonts w:ascii="Nirmala UI" w:hAnsi="Nirmala UI" w:eastAsia="Nirmala UI" w:cs="Nirmala UI"/>
        </w:rPr>
        <w:t>1840 ఆగస్టు 11న, ప్రకటన గ్రంథము పదవ అధ్యాయమందు దేవుని ప్రజలు తీసుకొని తినవలసిన చిన్న గ్రంథమును తీసికొని వచ్చిన బలమైన దూతగా యేసు క్రీస్తు తానే అవతరించెను. ముద్రింపబడే కాలమునకు ఆరంభమును సూచించుటకై ఇదే దూత 9/11 న మరల అవతరించెను. సొదొము మరియు ఈగుప్తు అనే ఆ మహానగర వీధిలో, అక్కడ ప్రభువును కూడ సిలువవేసిరి, హతమార్చబడిన ఇద్దరు సాక్షులను పునరుత్థానము చేయుటకై ఇదే దూత 2023 డిసెంబరు 31న అవతరించెను. ఆ అవతరణ ముద్రింపబడే కాలమునకు ముగింపు దశను సూచించెను. 2023 డిసెంబరు 31 నుండి ఆదివారపు ధర్మశాసనము వరకున్న ఫ్రాక్టల్ కాలములో, యాజకుడైన యెహెజ్కేలు పరలోక మందిరమునకు సంబంధించిన ఒక దర్శనము పొందెను. ఆ సమయమున అతడు మూగవాడిగా చేయబడెను; దేవుడు ఆజ్ఞాపించినప్పుడే అతడు మాటలాడెను. యెరూషలేము నాశనముచేత సూచింపబడిన సమీపమందున్న ఆదివారపు ధర్మశాసనము వరకు అతని ఆ స్థితి కొనసాగును.</w:t>
      </w:r>
    </w:p>
    <w:p>
      <w:pPr>
        <w:pStyle w:val="ArticleBody"/>
        <w:jc w:val="left"/>
      </w:pPr>
      <w:r>
        <w:rPr>
          <w:rFonts w:ascii="Nirmala UI" w:hAnsi="Nirmala UI" w:eastAsia="Nirmala UI" w:cs="Nirmala UI"/>
        </w:rPr>
        <w:t>యోహానువలెనే, యెహెజ్కేలు ప్రకటన గ్రంథము పదవ అధ్యాయములో దిగివచ్చుచున్న దూత చేతిలో ఉన్న గ్రంథమును తీసుకొనవలెనని ఆజ్ఞాపించబడెను; అలాగే విలాపము, శోకము, శాపము నిండిన ఆ గ్రంథమును తినుమని కూడా అతనికి చెప్పబడెను.</w:t>
      </w:r>
    </w:p>
    <w:p>
      <w:pPr>
        <w:pStyle w:val="ArticleScripture"/>
        <w:jc w:val="left"/>
      </w:pPr>
      <w:r>
        <w:rPr>
          <w:rFonts w:ascii="Nirmala UI" w:hAnsi="Nirmala UI" w:eastAsia="Nirmala UI" w:cs="Nirmala UI"/>
        </w:rPr>
        <w:t>కాని నీవు, మనుష్యకుమారుడా, నేను నీతో చెప్పుచున్నది వినుము; ఆ తిరుగుబాటు గృహమువలె నీవు తిరుగుబాటువాడవై యుండకుము; నీ నోరు తెరచి, నేను నీకు ఇచ్చునదిని తినుము. అప్పుడు నేను చూచగా, ఇదిగో, ఒక చేయి నా వైపుకు చాపబడెను; మరియు, ఇదిగో, దానిలో ఒక గ్రంథపు చుట్ట ఉండెను; అతడు దానిని నా ముందు విప్పెను; అది లోపలయు వెలుపలయు వ్రాయబడియుండెను; అందులో విలాపములు, దుఃఖము, శోకము వ్రాయబడియుండెను. యెహెజ్కేలు 2:8–10.</w:t>
      </w:r>
    </w:p>
    <w:p>
      <w:pPr>
        <w:pStyle w:val="ArticleBody"/>
        <w:jc w:val="left"/>
      </w:pPr>
      <w:r>
        <w:rPr>
          <w:rFonts w:ascii="Nirmala UI" w:hAnsi="Nirmala UI" w:eastAsia="Nirmala UI" w:cs="Nirmala UI"/>
        </w:rPr>
        <w:t>ఈ సందేశము త్రివిధ సందేశముగా ప్రతినిధీకరించబడుచున్నది; అట్లయితే అది ప్రకటన గ్రంథము పదునాలుగవ అధ్యాయంలోని ముగ్గురు దూతల సందేశమును సూచకముగా ప్రతిరూపింపజేయుచున్నది. కావున, యెహెజ్కేలు తొమ్మిదవ అధ్యాయమందును ప్రకటన గ్రంథము ఏడవ అధ్యాయమందును చిత్రింపబడినట్లుగా, సంఘముయొక్కను దేశముయొక్కను పాపమును గూర్చి విలపించుచు దుఃఖించుచున్న యెరూషలేము అంతఃస్థులైన వారిని ముద్రించు మూడవ దూతయొక్క ముద్రణ సందేశమై యున్నది.</w:t>
      </w:r>
    </w:p>
    <w:p>
      <w:pPr>
        <w:pStyle w:val="ArticleScripture"/>
        <w:jc w:val="left"/>
      </w:pPr>
      <w:r>
        <w:rPr>
          <w:rFonts w:ascii="Nirmala UI" w:hAnsi="Nirmala UI" w:eastAsia="Nirmala UI" w:cs="Nirmala UI"/>
        </w:rPr>
        <w:t>ఇశ్రాయేలు దేవుని మహిమ ఆయన ఉన్న కెరూబు మీదనుండి మందిరపు గడపయొద్దకు పైకెగసి వెళ్లెను. అప్పుడు ఆయన నారబట్టలు ధరించిన, తన ప్రక్కన లేఖకుని సిరాకొమ్ము కలిగియున్న మనుష్యుని పిలిచెను. యెహోవా అతనితో ఇలా చెప్పెను: పట్టణమధ్యముగా, యెరూషలేము మధ్యముగా వెళ్లి, దాని మధ్యలో జరిగే సమస్త హేయకృత్యములనుబట్టి నిట్టూర్చుచు విలపించు మనుష్యుల నొసళ్లమీద ఒక గుర్తు పెట్టుము. యెహెజ్కేలు 9:3, 4.</w:t>
      </w:r>
    </w:p>
    <w:p>
      <w:pPr>
        <w:pStyle w:val="ArticleBody"/>
        <w:jc w:val="left"/>
      </w:pPr>
      <w:r>
        <w:rPr>
          <w:rFonts w:ascii="Nirmala UI" w:hAnsi="Nirmala UI" w:eastAsia="Nirmala UI" w:cs="Nirmala UI"/>
        </w:rPr>
        <w:t>ముద్రను స్వీకరించువారు సంఘపు పాపములకైను దేశపు పాపములకైను విలపించుచున్నారు; మరియు యెహెజ్కేలు సాక్ష్యము సంఘమును ప్రపంచమును సూచించు యెరూషలేము మరియు ఐగుప్తు చరిత్రపై అల్లబడినది.</w:t>
      </w:r>
    </w:p>
    <w:p>
      <w:pPr>
        <w:pStyle w:val="ArticleScripture"/>
        <w:jc w:val="left"/>
      </w:pPr>
      <w:r>
        <w:rPr>
          <w:rFonts w:ascii="Nirmala UI" w:hAnsi="Nirmala UI" w:eastAsia="Nirmala UI" w:cs="Nirmala UI"/>
        </w:rPr>
        <w:t>“దైవభక్తి అనే పులియబెట్టే శక్తి తన ప్రభావమంతటిని పూర్తిగా కోల్పోలేదు. సంఘమునకు ప్రమాదమును నిరుత్సాహమును అత్యధికముగా ఉన్న సమయమందు, వెలుగులో నిలిచియున్న ఆ చిన్న సమూహము దేశమందు జరుగుచున్న హేయకార్యముల విషయమై నిట్టూర్చుచు విలపించుచుండును. అయితే మరింత విశేషముగా, వారి ప్రార్థనలు సంఘము కొరకు ఎగసి వెళ్లును; ఎందుకనగా దాని సభ్యులు లోకరీతిని అనుసరించి ప్రవర్తించుచున్నారు. …”</w:t>
      </w:r>
    </w:p>
    <w:p>
      <w:pPr>
        <w:pStyle w:val="ArticleScripture"/>
        <w:jc w:val="left"/>
      </w:pPr>
      <w:r>
        <w:rPr>
          <w:rFonts w:ascii="Nirmala UI" w:hAnsi="Nirmala UI" w:eastAsia="Nirmala UI" w:cs="Nirmala UI"/>
        </w:rPr>
        <w:t>“ఆజ్ఞ ఇదే: ‘నగర మధ్యగా, యెరూషలేము మధ్యగా వెళ్లి, దాని మధ్యలో జరుగుచున్న సమస్త హేయకార్యములనుబట్టి నిట్టూర్పులు విడుచుచు విలపించుచున్న మనుష్యుల నుదుటులపై ఒక గుర్తు పెట్టుము.’ ఈ విధంగా నిట్టూర్పులు విడుచుచు విలపించువారు జీవ వాక్యములను ప్రకటించుచుండిరి; వారు గద్దించిరి, ఉపదేశించిరి, వేడుకొనిరి. దేవునిని అవమానపరచుచున్న వారిలో కొందరు పశ్చాత్తాపపడి, ఆయన సన్నిధిలో తమ హృదయములను తగ్గించుకొనిరి. అయితే యెహోవా మహిమ ఇశ్రాయేలు నుండి తొలగిపోయెను; అనేకులు ఇంకా మతాచార రూపములను కొనసాగించుచుండినను, ఆయన శక్తియు సన్నిధియు లేకపోయెను.” Testimonies, volume 5, 209, 210.</w:t>
      </w:r>
    </w:p>
    <w:p>
      <w:pPr>
        <w:pStyle w:val="ArticleBody"/>
        <w:jc w:val="left"/>
      </w:pPr>
      <w:r>
        <w:rPr>
          <w:rFonts w:ascii="Nirmala UI" w:hAnsi="Nirmala UI" w:eastAsia="Nirmala UI" w:cs="Nirmala UI"/>
        </w:rPr>
        <w:t>విలాపవాక్యముల గ్రంథమునకు సంబంధించిన సందర్భంలో, ప్రకటన గ్రంథము పదునాలుగవ అధ్యాయములోని మూడు దూతలకు ప్రతిరూపముగా నిలిచే విలాపమును మరియు దుఃఖమును పరిశీలించినప్పుడు, ఆ విలాపములు మరియు దుఃఖము మొదటి మరియు రెండవ దూతలై యుండగా, మూడవది శ్రమసూచకమైన సందేశమై యుండును; అది ప్రకటన గ్రంథము ఏడవ అధ్యాయములోని నిరోధకులైన నాలుగు దూతలచేత అదుపులోనికి తెచ్చబడియున్న తూర్పుగాలికి ప్రతీకగా నిలుచును.</w:t>
      </w:r>
    </w:p>
    <w:p>
      <w:pPr>
        <w:pStyle w:val="ArticleHeading"/>
        <w:jc w:val="left"/>
      </w:pPr>
      <w:r>
        <w:rPr>
          <w:rFonts w:ascii="Nirmala UI" w:hAnsi="Nirmala UI" w:eastAsia="Nirmala UI" w:cs="Nirmala UI"/>
        </w:rPr>
        <w:t>ఈజిప్టు</w:t>
      </w:r>
    </w:p>
    <w:p>
      <w:pPr>
        <w:pStyle w:val="ArticleBody"/>
        <w:jc w:val="left"/>
      </w:pPr>
      <w:r>
        <w:rPr>
          <w:rFonts w:ascii="Nirmala UI" w:hAnsi="Nirmala UI" w:eastAsia="Nirmala UI" w:cs="Nirmala UI"/>
        </w:rPr>
        <w:t>యెహెజ్కేలు గ్రంథంలో పదమూడు తేదీలు ప్రస్తావించబడ్డాయి. ఐగుప్తుకు సంబంధించిన తేదీల సమూహంలో మొదటిది యెహెజ్కేలు 29:1; అది క్రీస్తుపూర్వం 587 సంవత్సరాన్ని సూచించింది.</w:t>
      </w:r>
    </w:p>
    <w:p>
      <w:pPr>
        <w:pStyle w:val="ArticleScripture"/>
        <w:jc w:val="left"/>
      </w:pPr>
      <w:r>
        <w:rPr>
          <w:rFonts w:ascii="Nirmala UI" w:hAnsi="Nirmala UI" w:eastAsia="Nirmala UI" w:cs="Nirmala UI"/>
        </w:rPr>
        <w:t>పదవ సంవత్సరమందు, పదవ నెలలో, ఆ నెల పండ్రెండవ దినమున యెహోవా వాక్యము నాకు కలిగి యీలాగు చెప్పెను: మనుష్యకుమారుడా, ఐగుప్తు రాజైన ఫరోవుకు విరోధముగా నీ ముఖము నిలిపి, అతనికి విరోధముగాను సమస్త ఐగుప్తునకు విరోధముగాను ప్రవచింపుము. మాటలాడి చెప్పుము: ప్రభువైన యెహోవా ఈలాగు సెలవిచ్చుచున్నాడు—ఇదిగో, ఐగుప్తు రాజైన ఫరోవా, నేను నీకు విరోధిని; తన నదుల మధ్య పడియుండి, “నా నది నాదే, నేను దానిని నాకు నేనే చేసికొన్నాను” అని చెప్పిన ఆ గొప్ప మొసలివి నీవే. యెహెజ్కేలు 29:1–3.</w:t>
      </w:r>
    </w:p>
    <w:p>
      <w:pPr>
        <w:pStyle w:val="ArticleBody"/>
        <w:jc w:val="left"/>
      </w:pPr>
      <w:r>
        <w:rPr>
          <w:rFonts w:ascii="Nirmala UI" w:hAnsi="Nirmala UI" w:eastAsia="Nirmala UI" w:cs="Nirmala UI"/>
        </w:rPr>
        <w:t>క్రీపూ 587 యెరూషలేము నాశనానికి ఒకన్నర సంవత్సరముల ముందే ఆరంభమైన ముట్టడి జరిగిన సంవత్సరము. ఆ సమయంలో యెహెజ్కేలు దేవుడు ఐగుప్తును పడద్రోయును అని ప్రకటించును; మరియు ఆ పడద్రోయుట ఐగుప్తు మహా సర్పమునందు నమ్మిక ఉంచినందుకు దేవుని ప్రజలకు వారి మూఢత్వమును బోధించును. అధ్యాయము ముగిసే సమయానికి ఐగుప్తు బబులోనుకు అప్పగింపబడును అని ఒక ప్రకటన చేయబడును; అట్లే బైబిలు ప్రవచనములోని పది రాజులు తమ ఏడవ రాజ్యమును ఆధునిక బబులోనుకు—ఆ ఏడింటిలోనిది అయిన ఎనిమిదవ రాజ్యమునకు—ఇచ్చు కాలము ఎప్పుడు అనేది గుర్తింపబడును. ఆ ప్రవచనము అధ్యాయాంతమున పేర్కొనబడిన ప్రకారము పదిహేడు సంవత్సరముల తరువాత, క్రీపూ 571లో నెరవేరెను. కాబట్టి 29వ అధ్యాయములో ఐగుప్తుతో సంబంధించిన తేదీకరణకు మొదటి సూచనయును చివరి సూచనయును కలిగియున్నది.</w:t>
      </w:r>
    </w:p>
    <w:p>
      <w:pPr>
        <w:pStyle w:val="ArticleScripture"/>
        <w:jc w:val="left"/>
      </w:pPr>
      <w:r>
        <w:rPr>
          <w:rFonts w:ascii="Nirmala UI" w:hAnsi="Nirmala UI" w:eastAsia="Nirmala UI" w:cs="Nirmala UI"/>
        </w:rPr>
        <w:t>ఇరవై యేడవ సంవత్సరమందు, మొదటి నెలలో, ఆ నెల మొదటి దినమున, యెహోవా వాక్కు నాకు వచ్చెను, ఇలా సెలవిచ్చెను: నరపుత్రుడా, బబులోను రాజైన నెబుకద్రెజ్జరు తన సైన్యముచేత తూరు మీద గొప్ప సేవ చేయించెను; ప్రతి తల బోసిపోయెను, ప్రతి భుజము గీయబడెను; అయినను తూరు విషయములో అతనికిగాని అతని సైన్యానికిగాని, దాని మీద వారు చేసిన సేవకు ప్రతిఫలము కలుగలేదు. కావున ప్రభువైన యెహోవా సెలవిచ్చునది ఇదే: ఇదిగో, నేను ఐగుప్తుదేశమును బబులోను రాజైన నెబుకద్రెజ్జరునకు ఇస్తున్నాను; అతడు దాని సమృద్ధిని తీసికొనును, దాని దోపిడిని స్వాధీనపరచుకొనును, దాని అపహారమును పొందును; అది అతని సైన్యమునకు ప్రతిఫలమగును. వారు నా కొరకై కార్యము చేసినందున, అతడు దాని మీద చేసిన శ్రమకు బదులుగా నేను ఐగుప్తుదేశమును అతనికి ఇచ్చితిని అని ప్రభువైన యెహోవా సెలవిచ్చుచున్నాడు. ఆ దినమున నేను ఇశ్రాయేలు ఇంటి కొమ్మును మొలకెత్తించెదను; వారి మధ్య నీ నోరు తెరవబడునట్లు నీకు వరమిచ్చెదను; అప్పుడు నేనే యెహోవానని వారు తెలిసికొందురు. యెహెజ్కేలు 29:17–21.</w:t>
      </w:r>
    </w:p>
    <w:p>
      <w:pPr>
        <w:pStyle w:val="ArticleBody"/>
        <w:jc w:val="left"/>
      </w:pPr>
      <w:r>
        <w:rPr>
          <w:rFonts w:ascii="Nirmala UI" w:hAnsi="Nirmala UI" w:eastAsia="Nirmala UI" w:cs="Nirmala UI"/>
        </w:rPr>
        <w:t>మొదటి నెలలో మొదటి దినమున ఇరవయ్యవ సంవత్సరం, పదిహేడవ వచనంలోని తేదీ, యెహెజ్కేలు గ్రంథంలోని పదమూడు తేదీలలో చివరి తేదీని సూచిస్తుంది; అది క్రి.పూ. 573 అక్టోబర్ 22 తరువాత పడిన ఏకైక తేదీ. ఇది దానియేలు 11:42, 43లో ఉత్తరదేశ రాజుకు ఐగుప్తు అప్పగింపబడే సమయాన్ని సూచించుచున్నది; అలాగే ఏడుగురిలోనుండి వచ్చిన ఎనిమిదవ రాజ్యమునకు పది మంది రాజులు తమ ఏడవ రాజ్యాన్ని అప్పగించే సందర్భాన్నియు సూచించుచున్నది. ఇది “ఇశ్రాయేలు ఇంటి కొమ్ము” మొలకెత్తినప్పుడు నెరవేరును. యెషయాలో తూర్పుగాలియొక్క దినమున ఇశ్రాయేలు మొలకెత్తును.</w:t>
      </w:r>
    </w:p>
    <w:p>
      <w:pPr>
        <w:pStyle w:val="ArticleScripture"/>
        <w:jc w:val="left"/>
      </w:pPr>
      <w:r>
        <w:rPr>
          <w:rFonts w:ascii="Nirmala UI" w:hAnsi="Nirmala UI" w:eastAsia="Nirmala UI" w:cs="Nirmala UI"/>
        </w:rPr>
        <w:t>యాకోబు సంతతివారు వేరు పట్టునట్లు ఆయన చేయును; ఇశ్రాయేలు వికసించి మొగ్గలు తొడిగి, లోకమంతటి ముఖమును ఫలముతో నింపును. యెషయా 27:8.</w:t>
      </w:r>
    </w:p>
    <w:p>
      <w:pPr>
        <w:pStyle w:val="ArticleBody"/>
        <w:jc w:val="left"/>
      </w:pPr>
      <w:r>
        <w:rPr>
          <w:rFonts w:ascii="Nirmala UI" w:hAnsi="Nirmala UI" w:eastAsia="Nirmala UI" w:cs="Nirmala UI"/>
        </w:rPr>
        <w:t>యెహెజ్కేలు 29:17 నెరవేర్చబడినప్పుడు, మరియు త్వరలో రానున్న ఆదివారపు ధర్మశాసన సమయంలో ఐగుప్తు యొక్క అజగరం పాపసంబంధ మృగానికి అప్పగింపబడినప్పుడు, అనంతర వర్షము ఇశ్రాయేలు మీద కొలతలేకుండ కుమ్మరింపబడును. ఆ వర్షము 9/11 న స్వల్ప చినుకులవలె ఆరంభమాయెను; ఇది, తన పునరుత్థానానంతరం తండ్రియొద్దకు ఆరోహణ చేసి, తరువాత భూమికి అవతరించి, తన శిష్యులపై ఊదిన క్రీస్తు ద్వారా పూర్వచిత్రింపబడినదే.</w:t>
      </w:r>
    </w:p>
    <w:p>
      <w:pPr>
        <w:pStyle w:val="ArticleScripture"/>
        <w:jc w:val="left"/>
      </w:pPr>
      <w:r>
        <w:rPr>
          <w:rFonts w:ascii="Nirmala UI" w:hAnsi="Nirmala UI" w:eastAsia="Nirmala UI" w:cs="Nirmala UI"/>
        </w:rPr>
        <w:t>“క్రీస్తు తన శిష్యుల మీదకు పవిత్రాత్మను ఊదివేసి, వారికి తన సమాధానాన్ని అనుగ్రహించిన కార్యము, పెంతెకొస్తు దినమున అనుగ్రహింపబడవలసిన సమృద్ధివర్షమునకు ముందున్న కొన్ని జలబిందువులవలెయుండెను.” ప్రవచనాత్మక సాక్ష్యాలు, సంపుటి 3, 243.</w:t>
      </w:r>
    </w:p>
    <w:p>
      <w:pPr>
        <w:pStyle w:val="ArticleBody"/>
        <w:jc w:val="left"/>
      </w:pPr>
      <w:r>
        <w:rPr>
          <w:rFonts w:ascii="Nirmala UI" w:hAnsi="Nirmala UI" w:eastAsia="Nirmala UI" w:cs="Nirmala UI"/>
        </w:rPr>
        <w:t>ఐగుప్తు పతనమును గూర్చిన యెహెజ్కేలు ప్రవచనము క్రీస్తుపూర్వము 587వ సంవత్సరమందు, ఆ ముట్టడి సంవత్సరమందే, ప్రకటింపబడెను; మరియు ‘పదిహేడు’ సంవత్సరముల తరువాత ఆ ప్రవచనము నెరవేరెను. అది ‘పదిహేడు’ అనే సంఖ్యచే సూచింపబడిన కాలమునందు నెరవేరుచున్నందున, దానివలన దానియేలు పదకొండవ అధ్యాయము నలభయ్యవ వచనమునకు సంబంధించిన గూఢచరిత్ర సూచింపబడుచున్నది. యెహెజ్కేలు తొమ్మిదవ అధ్యాయమందు చిత్రింపబడిన నూట నలభై నాలుగు వేలమందియొక్క ముద్రవేయు కాలమందు అది నెరవేరవలెను. ముద్రవేయు కాలమందు అంత్యవర్షము కుమ్మరింపబడును; మొదట 9/11 వద్ద చిలకరింపువలె, ఆ తరువాత ఆదివార నియమమునందు సంపూర్ణ కుమ్మరింపుగా. యెషయా ప్రకారము అది “తూర్పుగాలి దినమందు” నెరవేరును; మరియు ఇస్లాం ఆ తూర్పుగాలియే, అలాగే ఇస్లాం మూడవ “శ్రమ”యైయున్నది. యెహెజ్కేలు తినవలసిన సందేశము త్రివిధ సందేశమైయుండెను; దానిలో మూడవ భాగము శ్రమసందేశమై యుండెను.</w:t>
      </w:r>
    </w:p>
    <w:p>
      <w:pPr>
        <w:pStyle w:val="ArticleBody"/>
        <w:jc w:val="left"/>
      </w:pPr>
      <w:r>
        <w:rPr>
          <w:rFonts w:ascii="Nirmala UI" w:hAnsi="Nirmala UI" w:eastAsia="Nirmala UI" w:cs="Nirmala UI"/>
        </w:rPr>
        <w:t>యెహెజ్కేలు యొక్క తేదీలతో కూడిన పదమూడు సందేశాలు యెరూషలేము, ఐగుప్తు, తూరు సంబంధంగా ప్రకటించబడ్డవి. అవన్నియు “పదమూడు” అనే సంఖ్యచే సూచింపబడిన తిరుగుబాటునే ఉద్దేశించి పలికినవే.</w:t>
      </w:r>
    </w:p>
    <w:p>
      <w:pPr>
        <w:pStyle w:val="ArticleBody"/>
        <w:jc w:val="left"/>
      </w:pPr>
      <w:r>
        <w:rPr>
          <w:rFonts w:ascii="Nirmala UI" w:hAnsi="Nirmala UI" w:eastAsia="Nirmala UI" w:cs="Nirmala UI"/>
        </w:rPr>
        <w:t>తదుపరి వ్యాసంలో యెహెజ్కేలు గ్రంథపు తేదీకరణను మనము కొనసాగించి పరిశీలింతుము.</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నలభయ్యవ వచనమునకు గల గూఢ చరిత్ర - సంఖ్యాకాండము ఇరవై ఆరు</dc:title>
  <dc:subject>యెహెజ్కేలు సంఖ్య ఏడు</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