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నలభయ్యవ వచనమునకు సంబంధించిన గూఢ చరిత్ర — ఇరవై ఏడు సంఖ్య</w:t>
      </w:r>
    </w:p>
    <w:p>
      <w:pPr>
        <w:pStyle w:val="ArticleSubtitle"/>
        <w:jc w:val="left"/>
      </w:pPr>
      <w:r>
        <w:rPr>
          <w:rFonts w:ascii="Nirmala UI" w:hAnsi="Nirmala UI" w:eastAsia="Nirmala UI" w:cs="Nirmala UI"/>
        </w:rPr>
        <w:t>యెహెజ్కేలు సంఖ్య ఎనిమిది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యెహెజ్కేలు గ్రంథమందు తేదీలకు సంబంధించిన ‘పదమూడు’ సూచనలు ఉన్నాయి; వాటిలో ఆరు యెరూషలేమును, ఆరు ఐగుప్తును, ఒకటి తూరు నగరాన్ని సూచించుచున్నవి. ఈ సూచనలన్నియు తిరుగుబాటు అనే సందర్భములోనే నిలుపబడినవి; ఆ తిరుగుబాటును ‘పదమూడు’ అనే సంఖ్య సూచించుచున్నది. మూడవ ముట్టడి ఆరంభాన్ని సూచించినట్లుగా, పక్షవాతఘాతముచేత యెహెజ్కేలు భార్య మరణించిన తరువాతి సంవత్సరమందు, ఐగుప్తుకు విరోధముగా ప్రవచింపవలెనని యెహెజ్కేలు ఆజ్ఞాపింపబడెను; అది నలభై సంవత్సరములు పాడై యుండునని ప్రకటింపబడెను.</w:t>
      </w:r>
    </w:p>
    <w:p>
      <w:pPr>
        <w:pStyle w:val="ArticleScripture"/>
        <w:jc w:val="left"/>
      </w:pPr>
      <w:r>
        <w:rPr>
          <w:rFonts w:ascii="Nirmala UI" w:hAnsi="Nirmala UI" w:eastAsia="Nirmala UI" w:cs="Nirmala UI"/>
        </w:rPr>
        <w:t>“నాశనమై ఉన్న దేశముల మధ్య నేను ఐగుప్తు దేశాన్ని పాడుచేసెదను; పాడైపోయిన పట్టణముల మధ్యనున్న ఆమె పట్టణములు నలభై సంవత్సరములు పాడైయుండును; మరియు నేను ఐగుప్తీయులను జనముల మధ్య చెదరగొట్టి, దేశములలో వారిని వెదజల్లెదను. అయినను ప్రభువైన యెహోవా ఈలాగు సెలవిచ్చుచున్నాడు: నలభై సంవత్సరముల అంతమున నేను చెదరగొట్టబడిన జనములలోనుండి ఐగుప్తీయులను సమకూర్చెదను; మరియు ఐగుప్తు చెరను మరల తీసికొనివచ్చి, వారి నివాసదేశమైన పత్రోసు దేశమునకు వారిని తిరిగి రప్పించెదను; అక్కడ వారు హీనమైన రాజ్యముగా ఉండుదురు.” యెహెజ్కేలు 29:12–14.</w:t>
      </w:r>
    </w:p>
    <w:p>
      <w:pPr>
        <w:pStyle w:val="ArticleBody"/>
        <w:jc w:val="left"/>
      </w:pPr>
      <w:r>
        <w:rPr>
          <w:rFonts w:ascii="Nirmala UI" w:hAnsi="Nirmala UI" w:eastAsia="Nirmala UI" w:cs="Nirmala UI"/>
        </w:rPr>
        <w:t>క్రీపూ 588లో ముట్టడి ప్రారంభమైంది; దాని ఒక సంవత్సరానంతరం, క్రీపూ 587లో, యెహెజ్కేలు మాటలాడుమని ఆజ్ఞాపించబడ్డాడు. ‘పదిహేడవ’ వచనంలో, క్రీపూ 571 సంవత్సరం, చేయబడిన సేవలకు ప్రతిఫలంగా ఐగుప్తు బాబులోనుకు అప్పగింపబడునని సూచించుచున్నది. బైబిలు కాలక్రమవేత్తలు, ఆ వచనాలలో సూచించబడిన నలభై సంవత్సరాల కాలముగా క్రీపూ 567 నుండి క్రీపూ 527 వరకు సూచించుచున్నారు; మరియు క్రీపూ 587లో ప్రకటించబడిన ఆది తీర్పు సందేశము నుండి, క్రీపూ 571లో ప్రభువు ఐగుప్తును నెబుకద్నెజరు చేతికి అప్పగించెనని పదిహేడవ వచనంలోని ప్రకటన వరకు, మనము ‘పదిహేడు సంవత్సరాల’ కాలమును కనుగొనుచున్నాము.</w:t>
      </w:r>
    </w:p>
    <w:p>
      <w:pPr>
        <w:pStyle w:val="ArticleBody"/>
        <w:jc w:val="left"/>
      </w:pPr>
      <w:r>
        <w:rPr>
          <w:rFonts w:ascii="Nirmala UI" w:hAnsi="Nirmala UI" w:eastAsia="Nirmala UI" w:cs="Nirmala UI"/>
        </w:rPr>
        <w:t>నెబుకద్నెజరు సైన్యం తూరు మీద దీర్ఘకాలికమై కఠినమైన యుద్ధయాత్రను జరిపెను (ఆ ముట్టడి సుమారు 13 సంవత్సరాలు, దాదాపు క్రీస్తుపూర్వం 586–573 వరకు కొనసాగెను). సైనికులు అత్యంత శ్రమపడ్డారు (భారములు మోయుటవలన ప్రతి తల బట్టతలై, ప్రతి భుజము రుద్దబడి ఊడిపోయెను), అయినను తూరునుండి వారికి గణనీయమైన కూలియైనను దోపిడీసంపదయైనను లభింపలేదు. ఈ లాభరహిత శ్రమకుగాను, తూరుమీద తన సైన్యం చేసిన కార్యానికి ప్రతిఫలముగా (“కూలి”గా) ఐగుప్తును నెబుకద్నెజరుకు అప్పగింపవలెనని దేవుడు నిర్ణయించెను.</w:t>
      </w:r>
    </w:p>
    <w:p>
      <w:pPr>
        <w:pStyle w:val="ArticleScripture"/>
        <w:jc w:val="left"/>
      </w:pPr>
      <w:r>
        <w:rPr>
          <w:rFonts w:ascii="Nirmala UI" w:hAnsi="Nirmala UI" w:eastAsia="Nirmala UI" w:cs="Nirmala UI"/>
        </w:rPr>
        <w:t>అదే ఇంటిలో నిలిచి, వారు మీకు ఇచ్చినవాటినే తింటూ త్రాగుతూ ఉండుడి; ఎందుకనగా కూలివానికి తన కూలి యోగ్యమైనది. ఇంటి నుండి ఇంటికి సంచరింపవద్దు. లూకా 10:7.</w:t>
      </w:r>
    </w:p>
    <w:p>
      <w:pPr>
        <w:pStyle w:val="ArticleBody"/>
        <w:jc w:val="left"/>
      </w:pPr>
      <w:r>
        <w:rPr>
          <w:rFonts w:ascii="Nirmala UI" w:hAnsi="Nirmala UI" w:eastAsia="Nirmala UI" w:cs="Nirmala UI"/>
        </w:rPr>
        <w:t>అందువలన నెబుకద్నెజరు ముందుగా తూరు పట్టణాన్ని స్వాధీనపరచుకొనెను; పదమూడు సంవత్సరాల ముట్టడి అనంతరం అతనికి ఈజిప్టు అప్పగింపబడెను. తూరును స్వాధీనపరచుకొనకముందు, అతడు క్రి.పూ. 586లో యెరూషలేమును స్వాధీనపరచుకొనెను; తరువాత తూరుమీద పదమూడు సంవత్సరాల ముట్టడిని నిర్వహించెను; ఆ తరువాత ఈజిప్టును స్వాధీనపరచుకొనెను. యెరూషలేము క్రి.పూ. 586లో స్వాధీనపరచబడెను; తూరుమీద ముట్టడి క్రి.పూ. 586లో ప్రారంభమై క్రి.పూ. 573 వరకు కొనసాగెను. పదమూడు అనే సంఖ్య యునైటెడ్ స్టేట్స్‌తో అనుబంధించబడియున్నది.</w:t>
      </w:r>
    </w:p>
    <w:p>
      <w:pPr>
        <w:pStyle w:val="ArticleBody"/>
        <w:jc w:val="left"/>
      </w:pPr>
      <w:r>
        <w:rPr>
          <w:rFonts w:ascii="Nirmala UI" w:hAnsi="Nirmala UI" w:eastAsia="Nirmala UI" w:cs="Nirmala UI"/>
        </w:rPr>
        <w:t>యెహెజ్కేలు గ్రంథంలోని యెరూషలేము లయొదికయ సెవెన్త్-డే అడ్వెంటిస్ట్ సంఘాన్ని సూచిస్తుందని, మరియు ఉత్తరదేశపు రాజైన నెబుకద్నెజరు అంత్యదినాలలో పాపసభ అధికారాన్ని సూచిస్తాడని సిస్టర్ వైట్ మనకు తెలియజేస్తున్నారు. ఇరవై తొమ్మిదవ అధ్యాయంలోని చారిత్రక దృష్టాంతంలో, నీ ప్రజల దోపిడీదారులను సూచించే అంత్యదినాల పాపసభ రోము ఆ అధ్యాయంలో మూడు అధికారాలను జయిస్తుంది. మొదట అతడు యెరూషలేమును స్వాధీనపరచుకొంటాడు, తరువాత తూరును, చివరగా ఐగుప్తును.</w:t>
      </w:r>
    </w:p>
    <w:p>
      <w:pPr>
        <w:pStyle w:val="ArticleBody"/>
        <w:jc w:val="left"/>
      </w:pPr>
      <w:r>
        <w:rPr>
          <w:rFonts w:ascii="Nirmala UI" w:hAnsi="Nirmala UI" w:eastAsia="Nirmala UI" w:cs="Nirmala UI"/>
        </w:rPr>
        <w:t>తీర్పు దేవుని ఇంటి వద్దనే ప్రారంభమవుతుంది; మరియు అమెరికా సంయుక్త రాష్ట్రాలలోని ప్రొటెస్టాంటిజం యొక్క కొమ్ము, ఆదివారపు ధర్మశాసనానికి ముందుగానే మొదట జయింపబడుతుంది. అమెరికా సంయుక్త రాష్ట్రాలలోని విపథగత ప్రొటెస్టాంటిజం యొక్క ఆ కొమ్ములో, లావోడియకయ స్థితిలోనున్న సెవెన్త్-డే అడ్వెంటిస్టు సంఘమును కూడా చేర్చబడినదే; అది క్రీ.శ. 34 సంవత్సరంలో ప్రాచీన ఇశ్రాయేలువలెను, 1844లోని ప్రొటెస్టంట్లువలెను పక్కనపెట్టబడిన “పూర్వ” నిబంధన ప్రజలను సూచిస్తుంది. క్రీ.శ. 34లోను 1844లోను దేవుని ఆ పూర్వ నిబంధన ప్రజలు పక్కనపెట్టబడిన విషయం, దానియేలు 8:14లోని రెండువేల మూడువందల సంవత్సరాల ప్రవచన చరిత్రలో రెండూ ప్రతినిధ్యం చేయబడినవి. తీర్పు దేవుని ఇంటితో ప్రారంభమవుతుంది; మరియు ప్రొటెస్టాంటిజం యొక్క కొమ్ము, రిపబ్లికనిజం యొక్క కొమ్ముకన్నా ముందుగానే తీర్పు పొందుతుంది.</w:t>
      </w:r>
    </w:p>
    <w:p>
      <w:pPr>
        <w:pStyle w:val="ArticleScripture"/>
        <w:jc w:val="left"/>
      </w:pPr>
      <w:r>
        <w:rPr>
          <w:rFonts w:ascii="Nirmala UI" w:hAnsi="Nirmala UI" w:eastAsia="Nirmala UI" w:cs="Nirmala UI"/>
        </w:rPr>
        <w:t>దేవుని ఇంటియొద్దనే తీర్పు ఆరంభమగు కాలము వచ్చియున్నది; అది మొదట మాయొద్ద ఆరంభమైతే, దేవుని సువార్తకు విధేయులుకాని వారి అంతము ఏమగునో? 1 పేతురు 4:17.</w:t>
      </w:r>
    </w:p>
    <w:p>
      <w:pPr>
        <w:pStyle w:val="ArticleBody"/>
        <w:jc w:val="left"/>
      </w:pPr>
      <w:r>
        <w:rPr>
          <w:rFonts w:ascii="Nirmala UI" w:hAnsi="Nirmala UI" w:eastAsia="Nirmala UI" w:cs="Nirmala UI"/>
        </w:rPr>
        <w:t>ఈజిప్టు తీర్పు గురించి మొదటి ప్రస్తావన ఇరవై తొమ్మిదవ అధ్యాయంలోని మొదటి వచనంలో కనిపిస్తుంది; అదే అధ్యాయంలోని ‘పదిహేడవ’ వచనంలో యెహెజ్కేలు ఈజిప్టుతో సంబంధించి చివరిగా పేర్కొన్న తేదీ ఉంది. ఆ అధ్యాయం ప్రకారం ఆధునిక రోము మొదట ప్రొటెస్టాంటిజం యొక్క కొమ్మును, తదుపరి త్వరలో రాబోయే ఆదివారపు ధర్మశాసనంలో జయింపబడే రిపబ్లికనిజం యొక్క కొమ్మును సూచించే తూరు పట్టణాన్ని అధిగమిస్తుంది. ఆదివారపు ధర్మశాసన సమయంలో నెబుకద్నెజరు చేత తూరు (యునైటెడ్ స్టేట్స్) జయింపబడినప్పుడు, ఈజిప్టు కూడ అతని చేతుల్లో అప్పగింపబడుతుంది. ఆ సమయాన పాపస్వామ్యానికి కలిగిన ప్రాణాంతక గాయం స్వస్థపరచబడుతుంది. పాపస్వామ్యపు ప్రాణాంతక గాయం అప్పుడు స్వస్థపరచబడడమే కాక, ఇది కడవరి వర్షకాలంలో జరుగుతుందని యెహెజ్కేలు మనకు తెలియజేస్తాడు.</w:t>
      </w:r>
    </w:p>
    <w:p>
      <w:pPr>
        <w:pStyle w:val="ArticleScripture"/>
        <w:jc w:val="left"/>
      </w:pPr>
      <w:r>
        <w:rPr>
          <w:rFonts w:ascii="Nirmala UI" w:hAnsi="Nirmala UI" w:eastAsia="Nirmala UI" w:cs="Nirmala UI"/>
        </w:rPr>
        <w:t>ఆ దినమున నేను ఇశ్రాయేలు ఇంటి కొమ్మును చిగురింపజేసెదను; వారి మధ్యలో నీ నోరు తెరుచుటకు నేను నీకు అవకాశమిచ్చెదను; అప్పుడు నేను యెహోవానని వారు తెలిసికొందురు. యెహెజ్కేలు 29:21.</w:t>
      </w:r>
    </w:p>
    <w:p>
      <w:pPr>
        <w:pStyle w:val="ArticleHeading"/>
        <w:jc w:val="left"/>
      </w:pPr>
      <w:r>
        <w:rPr>
          <w:rFonts w:ascii="Nirmala UI" w:hAnsi="Nirmala UI" w:eastAsia="Nirmala UI" w:cs="Nirmala UI"/>
        </w:rPr>
        <w:t>యాకోబు మరియు ఇశ్రాయేలు</w:t>
      </w:r>
    </w:p>
    <w:p>
      <w:pPr>
        <w:pStyle w:val="ArticleBody"/>
        <w:jc w:val="left"/>
      </w:pPr>
      <w:r>
        <w:rPr>
          <w:rFonts w:ascii="Nirmala UI" w:hAnsi="Nirmala UI" w:eastAsia="Nirmala UI" w:cs="Nirmala UI"/>
        </w:rPr>
        <w:t>యెషయా గ్రంథంలో ఇశ్రాయేలు మొగ్గెత్తి, పుష్పించి, సమస్త భూమిని ఫలముతో నింపునని గుర్తించబడింది. మొగ్గెత్తుట, పుష్పించుట, ఫలమిచ్చుట అనే ఈ మూడు దశలను కలుగజేయునది వర్షమే; మరియు యెషయా ప్రకారం “కఠినమైన గాలి” ఆగినప్పుడు అంత్యవర్షము వచ్చును. ఇంకా, మొగ్గెత్తుట, పుష్పించుట, ఫలమిచ్చుట అనే కాలములో యాకోబు పాపములు పరిహరింపబడవలెనని ఆయన గుర్తించుచున్నాడు; “పరిహరింపబడినవి” అని అనువదించబడిన హెబ్రీ పదమునకు “ప్రాయశ్చిత్తము చేయబడినవి” అనే అర్థము కలదు.</w:t>
      </w:r>
    </w:p>
    <w:p>
      <w:pPr>
        <w:pStyle w:val="ArticleScripture"/>
        <w:jc w:val="left"/>
      </w:pPr>
      <w:r>
        <w:rPr>
          <w:rFonts w:ascii="Nirmala UI" w:hAnsi="Nirmala UI" w:eastAsia="Nirmala UI" w:cs="Nirmala UI"/>
        </w:rPr>
        <w:t>అది మొలకెత్తి బయలుదేరినప్పుడు, పరిమితితో నీవు దానితో విచారణ చేయుదువు; తూర్పుగాలి దినమున ఆయన తన ఉగ్రమైన గాలిని ఆపుదురు. కాబట్టి యాకోబు దోషము దీనివలన పరిహరింపబడును; అతని పాపమును తొలగించుటకు కలుగు సమస్త ఫలము ఇదే: అతడు బలిపీఠపు సమస్త రాళ్లను కొట్టివిడగొట్టబడిన సున్నరాళ్లవలె చేయునప్పుడు, ఆశేరా వృక్షములు మరియు ప్రతిమలు నిలువకుండును. యెషయా 27:8, 9.</w:t>
      </w:r>
    </w:p>
    <w:p>
      <w:pPr>
        <w:pStyle w:val="ArticleBody"/>
        <w:jc w:val="left"/>
      </w:pPr>
      <w:r>
        <w:rPr>
          <w:rFonts w:ascii="Nirmala UI" w:hAnsi="Nirmala UI" w:eastAsia="Nirmala UI" w:cs="Nirmala UI"/>
        </w:rPr>
        <w:t>కలహముల నాలుగు గాలులు (“his rough wind”) అదుపులోనికి తేబడినప్పుడు, ఒక లక్ష నలభై నాలుగు వేలమందికి ముద్రవేయుట ప్రారంభమగును; మరియు అడ్వెంటిజములోనున్న జ్ఞానులును దుష్టులును తుదకు వేరుపరచబడుదురు; ఇదంతయు “తూర్పు గాలి దినమున” నెరవేర్చబడును. ముద్రవేత సమయం 9/11 వద్ద ఒక చల్లింపుతో ప్రారంభమై, ఆదివారపు చట్ట సమయమున సంపూర్ణ కుమ్మరింపుతో అంతమగును; అప్పుడు భూమి ఫలముతో నిండిపోవును. ముద్రవేత సమయం మలాకీ మూడవ అధ్యాయముతో ఏకీభవించునట్లుగా క్రమానుగత పరిశుద్ధీకరణమును శోధనమును కలిగియున్నది. అయితే, యెహెజ్కేలు ఇరవై తొమ్మిదవ అధ్యాయమునకు సూచింపబడిన ఆరంభమును ముగింపు తేదీలచేత ప్రతినిధీకరింపబడిన పదిహేడు సంవత్సరాల కాలములో, బైబిలు ప్రవచనములో ఆరవ రాజ్యమునకు చెందిన జయము సంభవించును; అది యెరూషలేముచేత ప్రతినిధీకరింపబడెను, ఇది ప్రొటెస్టాంటిజము యొక్క కొమ్మునకు—అనగా సంఘమునకు—ఒక చిహ్నము; మరియు తూరు చేత, అది కొమ్ము గాని రిపబ్లికనిజము గాని—అనగా రాజ్యమునకు—ఒక చిహ్నము. తూరు మీద పదమూడు సంవత్సరాల ముట్టడి ముగిసిన వెంటనే, ఐగుప్తుచేత ప్రతినిధీకరింపబడిన పది రాజుల ఏడవ రాజ్యమునకు చెందిన జయము సంభవించును. యెరూషలేము, తూరు, ఐగుప్తు అనే ఈ మూడు జయములు “ఇశ్రాయేలు ఇంటి కొమ్ము” మొలకెత్తి, నోరు తెరవబడుటకు అనుగ్రహింపబడినప్పుడు సంభవించును.</w:t>
      </w:r>
    </w:p>
    <w:p>
      <w:pPr>
        <w:pStyle w:val="ArticleBody"/>
        <w:jc w:val="left"/>
      </w:pPr>
      <w:r>
        <w:rPr>
          <w:rFonts w:ascii="Nirmala UI" w:hAnsi="Nirmala UI" w:eastAsia="Nirmala UI" w:cs="Nirmala UI"/>
        </w:rPr>
        <w:t>యాజకుడైన యెహెజ్కేలు గాని, యాజకుడైన జఖర్యా గాని—ఇద్దరి మూగత్వమునకు ముగింపు ఆదివార నియమము వద్దకే వచ్చును; ఆ సమయమున అమెరికా సంయుక్త రాష్ట్రాలు మరియు బిలాము యొక్క గాడిద రెండును మాటలాడును. ప్రభువు ఆదివార నియమము వద్ద ఇశ్రాయేలు ఇంటికి “నోరు తెరవబడుట” అనుగ్రహించును. అప్పటికి యాకోబు పాపములు పరిశుద్ధపరచబడియుండును, అతని పేరు ఇశ్రాయేలు ఇంటిగా మార్చబడును. వారు ప్రకటించు సందేశము, దానియేలు ద్వారా ప్రతినిధీకరించబడిన ప్రవచనాత్మక మూగత్వమునకు చెందిన మూడవ సాక్షిచేత సూచించబడినదే; అతనికి అప్పుడు దానియేలు పదకొండవ అధ్యాయమునందలి సందేశము అనుగ్రహింపబడును, అదే తరువాత ‘మాట్లాడి అబద్ధము చెప్పని’ హబక్కూకు దర్శనమును కూడ అయి యుండును. యెహెజ్కేలు, జఖర్యా, దానియేలు—ఇవారు మూడవ దూత యొక్క గొప్ప మొర ప్రకటనతో ఏకరూపముగా నిలుచునట్లు, యిర్మియా పదిహేనవ అధ్యాయమునందు మొదటి నిరాశనుండి తిరిగి లేవగలిగినయెడల దేవుని నోటిగా ఉండునని అతనికి వాగ్దానము చేయబడిన సందర్భములో యిర్మియాయు అట్లే ఏకమగును.</w:t>
      </w:r>
    </w:p>
    <w:p>
      <w:pPr>
        <w:pStyle w:val="ArticleScripture"/>
        <w:jc w:val="left"/>
      </w:pPr>
      <w:r>
        <w:rPr>
          <w:rFonts w:ascii="Nirmala UI" w:hAnsi="Nirmala UI" w:eastAsia="Nirmala UI" w:cs="Nirmala UI"/>
        </w:rPr>
        <w:t>నా వేదన ఎందుకు నిరంతరముగా ఉన్నది? నా గాయం ఎందుకు నయం కానిదై, స్వస్థపడుటకు నిరాకరించుచున్నది? నీవు నాకు పూర్తిగా అబద్ధికునివలెను, విఫలమగు జలములవలెను ఉండుదువా? అందుచేత యెహోవా ఈలాగు సెలవిచ్చుచున్నాడు: నీవు తిరిగి వచ్చినయెడల, నేను నిన్ను మరల రప్పింతును, నీవు నా సన్నిధిలో నిలుచుందువు; మరియు నీవు నీచమైనదానిలోనుండి అమూల్యమైనదాన్ని వెలికి తీయుదువైతే, నీవు నా నోరువలె ఉండుదువు; వారు నీ యొద్దకు తిరిగి వచ్చుదురు గాని, నీవు వారి యొద్దకు తిరిగి పోకూడదు. యిర్మీయా 15:18, 19.</w:t>
      </w:r>
    </w:p>
    <w:p>
      <w:pPr>
        <w:pStyle w:val="ArticleBody"/>
        <w:jc w:val="left"/>
      </w:pPr>
      <w:r>
        <w:rPr>
          <w:rFonts w:ascii="Nirmala UI" w:hAnsi="Nirmala UI" w:eastAsia="Nirmala UI" w:cs="Nirmala UI"/>
        </w:rPr>
        <w:t>యేసు ఆరంభముతో అంత్యమును దృష్టాంతంగా చూపుచున్నాడు; మరియు 9/11 న చల్లింపువలన మొగ్గలు పుట్టి, యాకోబు యొక్క మొక్క పెరుగుట ప్రారంభమైంది; అంతిమంగా, యాకోబు యొక్క దోషము శుద్ధి చేయబడినప్పుడు, ఇశ్రాయేలు ఇంటివారు మాటలాడుదురు. వర్షముచేత సంభవించిన 9/11 నాటి ఆ మొగ్గెత్తుట, ముద్రణకాలము ముగిసే సమయమున సంభవించు మరొక మొగ్గెత్తుటకు ప్రతిరూపమై యున్నది; అప్పుడు ఇశ్రాయేలు ఇంటి “కొమ్ము” మొగ్గెత్తును, మరియు అదే స్థలమందు విశ్వాసభ్రష్టమైన ప్రొటెస్టాంటిజము మరియు రిపబ్లికనిజము యొక్క కొమ్ములు నెబుకద్నెజరు చేత జయింపబడును.</w:t>
      </w:r>
    </w:p>
    <w:p>
      <w:pPr>
        <w:pStyle w:val="ArticleBody"/>
        <w:jc w:val="left"/>
      </w:pPr>
      <w:r>
        <w:rPr>
          <w:rFonts w:ascii="Nirmala UI" w:hAnsi="Nirmala UI" w:eastAsia="Nirmala UI" w:cs="Nirmala UI"/>
        </w:rPr>
        <w:t>ఆ సమయంలో ప్రొటెస్టాంటిజం యొక్క అబద్ధపు కొమ్ము మరియు ప్రొటెస్టాంటిజం యొక్క నిజమైన కొమ్ము మధ్యనున్న భేదం, ఇశ్రాయేలు గోత్రాల ఇతర దండాలనుండి భిన్నంగా మొగ్గలు తొడిగిన ఆరోను దండంతో ప్రతిరూపింపబడినట్లుగా, పరస్పర విరుద్ధంగా ఉంచబడుతుంది. యెహెజ్కేలు ఇరవై తొమ్మిదవ అధ్యాయంలోని ఆ రెండు తేదీలు, త్వరలో రాబోయే ఆదివారపు ధర్మశాసన సమయంలో ఒక లక్ష నలభై నాలుగు వేల వారి ధ్వజాన్ని ఎత్తిపట్టబడుట యొక్క చరిత్రను గుర్తింపజేస్తాయి.</w:t>
      </w:r>
    </w:p>
    <w:p>
      <w:pPr>
        <w:pStyle w:val="ArticleBody"/>
        <w:jc w:val="left"/>
      </w:pPr>
      <w:r>
        <w:rPr>
          <w:rFonts w:ascii="Nirmala UI" w:hAnsi="Nirmala UI" w:eastAsia="Nirmala UI" w:cs="Nirmala UI"/>
        </w:rPr>
        <w:t>భూమిని మొలకెత్తించుట, వికసింపజేయుట, ఫలముతో నింపుట అనే ప్రక్రియ 9/11 న ఉత్తరవాన చల్లబడినప్పుడు ప్రారంభమైంది; యథావిధిగా, పెంతెకొస్తు కాలము క్రీస్తు తన శిష్యులపై కొద్దిచుక్కలు ఊదినదానితో ఆరంభమై, ఆ తరువాత సంపూర్ణ కుమ్మరింపు సంభవించిన పెంతెకొస్తువరకు దారితీసినట్లే. యాకోబు (మోసగాడు) శుద్ధీకరణ ఆరంభమునందు, అనగా ముద్రింపబడే సమయమందు, 9/11 యొక్క మొలకెత్తుట, ఆదివార చట్టము సమయమున ఇశ్రాయేలు ఇంటి (జయించినవాని) మొలకెత్తుటకు ప్రతిరూపమైంది. అంత్యకాలమందలి ఈ మొలకెత్తుట, పూర్వ నిబంధన ప్రజలకును ఒక లక్ష నలభై నాలుగు వేలమందికిని మధ్య భేదమును సూచించుచున్నది; యథావిధిగా, కర్మేలు పర్వతముమీద అగ్ని కుమ్మరింపబడినది ప్రవక్త ఏలీయాకును బాలు ప్రవక్తలకును మధ్య భేదమును కనబరచినట్లే. ఈ భేదము ఒక వర్గముచేత ప్రతినిధీకరించబడుచున్నది—వారు నకిలీ “శాంతియు భద్రతయు” అనే సందేశమునుబట్టి ప్రవచనార్థకముగా సిగ్గుపడువారు; మరియొక వర్గము ప్రవచనార్థకముగా సంతోషించువారు, వారు ఎన్నటికిని సిగ్గుపడరు.</w:t>
      </w:r>
    </w:p>
    <w:p>
      <w:pPr>
        <w:pStyle w:val="ArticleHeading"/>
        <w:jc w:val="left"/>
      </w:pPr>
      <w:r>
        <w:rPr>
          <w:rFonts w:ascii="Nirmala UI" w:hAnsi="Nirmala UI" w:eastAsia="Nirmala UI" w:cs="Nirmala UI"/>
        </w:rPr>
        <w:t>ఈజిప్టు యొక్క ఆరు ఖర్జూరాలు</w:t>
      </w:r>
    </w:p>
    <w:p>
      <w:pPr>
        <w:pStyle w:val="ArticleBody"/>
        <w:jc w:val="left"/>
      </w:pPr>
      <w:r>
        <w:rPr>
          <w:rFonts w:ascii="Nirmala UI" w:hAnsi="Nirmala UI" w:eastAsia="Nirmala UI" w:cs="Nirmala UI"/>
        </w:rPr>
        <w:t>యెహెజ్కేలు ఐగుప్తుతో సంబంధమైన మరిన్ని నాలుగు తేదీలను సూచిస్తున్నాడు; వాటిలో రెండు తేదీలు చెరలోని పదకొండవ సంవత్సరాన్ని సూచించగా, మిగిలిన రెండు తేదీలు చెరలోని పన్నెండవ సంవత్సరాన్ని సూచిస్తాయి.</w:t>
      </w:r>
    </w:p>
    <w:p>
      <w:pPr>
        <w:pStyle w:val="ArticleHeading"/>
        <w:jc w:val="left"/>
      </w:pPr>
      <w:r>
        <w:rPr>
          <w:rFonts w:ascii="Nirmala UI" w:hAnsi="Nirmala UI" w:eastAsia="Nirmala UI" w:cs="Nirmala UI"/>
        </w:rPr>
        <w:t>పదకొండవ సంవత్సరపు ముట్టడి</w:t>
      </w:r>
    </w:p>
    <w:p>
      <w:pPr>
        <w:pStyle w:val="ArticleScripture"/>
        <w:jc w:val="left"/>
      </w:pPr>
      <w:r>
        <w:rPr>
          <w:rFonts w:ascii="Nirmala UI" w:hAnsi="Nirmala UI" w:eastAsia="Nirmala UI" w:cs="Nirmala UI"/>
        </w:rPr>
        <w:t>పదకొండవ సంవత్సరమందు, మొదటి నెలలో, ఆ నెల ఏడవ దినమున యెహోవా వాక్కు నాకు వచ్చి ఇలా సెలవిచ్చెను: నరపుత్రుడా, నేను ఐగుప్తు రాజైన ఫరోవుని భుజమును విరిచియున్నాను; ఇదిగో, అది స్వస్థపడునట్లు కట్టబడదు; దానికి పట్టీ కట్టి బిగించబడదు; ఖడ్గమును పట్టునట్లు అది బలపడదు. యెహెజ్కేలు 30:20, 21.</w:t>
      </w:r>
    </w:p>
    <w:p>
      <w:pPr>
        <w:pStyle w:val="ArticleScripture"/>
        <w:jc w:val="left"/>
      </w:pPr>
      <w:r>
        <w:rPr>
          <w:rFonts w:ascii="Nirmala UI" w:hAnsi="Nirmala UI" w:eastAsia="Nirmala UI" w:cs="Nirmala UI"/>
        </w:rPr>
        <w:t>పదకొండవ సంవత్సరమందు, మూడవ నెలలో, ఆ నెల మొదటి దినమున యెహోవా వాక్యము నాకు వచ్చి యీలాగు పలికెను: నరపుత్రుడా, ఐగుప్తు రాజైన ఫరోతోను అతని సమూహముతోను మాటలాడి చెప్పుము: నీ గొప్పతనమందు నీవు ఎవనితో సాటివాడవు? యెహెజ్కేలు 31:1, 2.</w:t>
      </w:r>
    </w:p>
    <w:p>
      <w:pPr>
        <w:pStyle w:val="ArticleBody"/>
        <w:jc w:val="left"/>
      </w:pPr>
      <w:r>
        <w:rPr>
          <w:rFonts w:ascii="Nirmala UI" w:hAnsi="Nirmala UI" w:eastAsia="Nirmala UI" w:cs="Nirmala UI"/>
        </w:rPr>
        <w:t>బందిత్వమునకు పదకొండవ సంవత్సరమున, ముప్పదవ అధ్యాయమందు ఐగుప్తు మరియు ఫరోవు యొక్క భుజములు విరగబడియున్నవి, బబులోను యొక్క భుజములు బలపరచబడినవి. ముప్పత్తొకటవ అధ్యాయమందలి పదకొండవ సంవత్సరమున ఐగుప్తు యొక్క పతనమును మరియు దాని ప్రపంచముపై ప్రభావమును సూచించబడినది.</w:t>
      </w:r>
    </w:p>
    <w:p>
      <w:pPr>
        <w:pStyle w:val="ArticleHeading"/>
        <w:jc w:val="left"/>
      </w:pPr>
      <w:r>
        <w:rPr>
          <w:rFonts w:ascii="Nirmala UI" w:hAnsi="Nirmala UI" w:eastAsia="Nirmala UI" w:cs="Nirmala UI"/>
        </w:rPr>
        <w:t>పన్నెండవ సంవత్సరం మరియు యెరూషలేము పతనం</w:t>
      </w:r>
    </w:p>
    <w:p>
      <w:pPr>
        <w:pStyle w:val="ArticleBody"/>
        <w:jc w:val="left"/>
      </w:pPr>
      <w:r>
        <w:rPr>
          <w:rFonts w:ascii="Nirmala UI" w:hAnsi="Nirmala UI" w:eastAsia="Nirmala UI" w:cs="Nirmala UI"/>
        </w:rPr>
        <w:t>పన్నెండవ సంవత్సరంలోని ఆ రెండు తేదీలు యెహెజ్కేలు ముప్పై రెండవ అధ్యాయంలో ఉన్నాయి.</w:t>
      </w:r>
    </w:p>
    <w:p>
      <w:pPr>
        <w:pStyle w:val="ArticleScripture"/>
        <w:jc w:val="left"/>
      </w:pPr>
      <w:r>
        <w:rPr>
          <w:rFonts w:ascii="Nirmala UI" w:hAnsi="Nirmala UI" w:eastAsia="Nirmala UI" w:cs="Nirmala UI"/>
        </w:rPr>
        <w:t>పన్నెండవ సంవత్సరమందు, పన్నెండవ నెలలో, నెల మొదటి దినమున, యెహోవా వాక్యము నాకు వచ్చి యీలాగు చెప్పెను: నరపుత్రుడా, ఐగుప్తు రాజైన ఫరోనుగూర్చి ఒక విలాపగీతము ఎత్తి, అతనితో ఇలా చెప్పుము: నీవు జనములలో ఒక యౌవన సింహమువంటివాడవు; సముద్రములలోని ఒక మహా జలజంతువువంటివాడవు; నీ నదులలోనుండి బయలుదేరి, నీ పాదములతో జలములను కలవరపరచి, వాటి నదులను మలినపరచితివి. కాబట్టి ప్రభువైన యెహోవా ఇలా సెలవిచ్చుచున్నాడు: అనేక జనసమూహముతో నేను నా వల నీ మీద విస్తరింతును; వారు నిన్ను నా వలలోకి ఎత్తుకొనివచ్చెదరు. యెహెజ్కేలు 32:1–3.</w:t>
      </w:r>
    </w:p>
    <w:p>
      <w:pPr>
        <w:pStyle w:val="ArticleScripture"/>
        <w:jc w:val="left"/>
      </w:pPr>
      <w:r>
        <w:rPr>
          <w:rFonts w:ascii="Nirmala UI" w:hAnsi="Nirmala UI" w:eastAsia="Nirmala UI" w:cs="Nirmala UI"/>
        </w:rPr>
        <w:t>పన్నెండవ సంవత్సరమందు, ఆ నెల పదిహేనవ దినమున, యెహోవా వాక్కు నాకు వచ్చి ఇట్లనెను: నరపుత్రుడా, ఐగుప్తు జనసమూహము విషయమై విలపించుము; ఆమెను, ప్రసిద్ధ జనముల కుమార్తెలతో కూడ, గుంటలోనికి దిగువారితో కలిసి భూమి అధోభాగములలోనికి పడద్రోయుము. యెహెజ్కేలు 32:17, 18.</w:t>
      </w:r>
    </w:p>
    <w:p>
      <w:pPr>
        <w:pStyle w:val="ArticleHeading"/>
        <w:jc w:val="left"/>
      </w:pPr>
      <w:r>
        <w:rPr>
          <w:rFonts w:ascii="Nirmala UI" w:hAnsi="Nirmala UI" w:eastAsia="Nirmala UI" w:cs="Nirmala UI"/>
        </w:rPr>
        <w:t>ఫరోను మరియు అతని సమూహాన్ని</w:t>
      </w:r>
    </w:p>
    <w:p>
      <w:pPr>
        <w:pStyle w:val="ArticleBody"/>
        <w:jc w:val="left"/>
      </w:pPr>
      <w:r>
        <w:rPr>
          <w:rFonts w:ascii="Nirmala UI" w:hAnsi="Nirmala UI" w:eastAsia="Nirmala UI" w:cs="Nirmala UI"/>
        </w:rPr>
        <w:t>ముప్పై ఒకటవ అధ్యాయములో ఐగుప్తు విషయమై ప్రకటించబడిన తీర్పులో, చివరి వచనాలు ఇలా తెలియజేస్తున్నవి:</w:t>
      </w:r>
    </w:p>
    <w:p>
      <w:pPr>
        <w:pStyle w:val="ArticleScripture"/>
        <w:jc w:val="left"/>
      </w:pPr>
      <w:r>
        <w:rPr>
          <w:rFonts w:ascii="Nirmala UI" w:hAnsi="Nirmala UI" w:eastAsia="Nirmala UI" w:cs="Nirmala UI"/>
        </w:rPr>
        <w:t>అతని పతనధ్వనిచేత నేను జనములను కంపింపజేసితిని; అతనిని గోతిలోనికి దిగువారితో కూడ పాతాళమునకు పడవేసినప్పుడు, ఏదెనులోని సమస్త వృక్షములు, లెబానోనులోని శ్రేష్ఠములును ఉత్తమములును, నీరు త్రాగువారందరును, భూమి అధోభాగములందు ఓదార్పు పొందుదురు. వారును అతనితో కూడ ఖడ్గముచేత హతులైనవారి యొద్దకు పాతాళమునకు దిగిరి; అన్యజనముల మధ్య అతని నీడ క్రింద నివసించినవారును, అతనికి భుజమువలె ఉన్నవారును కూడ. ఏదెనులోని వృక్షములలో మహిమయందును గొప్పతనమందును నీవు ఎవరితో ఈలాగు సదృశుడవు? అయినను నీవు ఏదెనులోని వృక్షములతో కూడ భూమి అధోభాగములలోనికి దింపబడుదువు; ఖడ్గముచేత హతులైనవారితో కూడ సున్నతి పొందనివారి మధ్య నీవు పరుండెదవు. ఇదే ఫరోయును అతని సమస్త సమూహమును గూర్చిన వాక్యము, అని ప్రభువగు యెహోవా సెలవిచ్చుచున్నాడు. యెహెజ్కేలు 31:16–18.</w:t>
      </w:r>
    </w:p>
    <w:p>
      <w:pPr>
        <w:pStyle w:val="ArticleBody"/>
        <w:jc w:val="left"/>
      </w:pPr>
      <w:r>
        <w:rPr>
          <w:rFonts w:ascii="Nirmala UI" w:hAnsi="Nirmala UI" w:eastAsia="Nirmala UI" w:cs="Nirmala UI"/>
        </w:rPr>
        <w:t>ముప్పై రెండవ అధ్యాయములోని ఐగుప్తుమీదనున్న తీర్పు ప్రకటనలో, అంతిమ వచనములు ముప్పై ఒకటవ అధ్యాయాన్ని పునరుక్తి చేసి విస్తరింపజేయుచు, దానిలో సమాంతరమైన ఒక ముగింపు వాక్యమును కూడ కలిగియున్నవి.</w:t>
      </w:r>
    </w:p>
    <w:p>
      <w:pPr>
        <w:pStyle w:val="ArticleScripture"/>
        <w:jc w:val="left"/>
      </w:pPr>
      <w:r>
        <w:rPr>
          <w:rFonts w:ascii="Nirmala UI" w:hAnsi="Nirmala UI" w:eastAsia="Nirmala UI" w:cs="Nirmala UI"/>
        </w:rPr>
        <w:t>ఎందుకనగా నేను సజీవుల దేశములో నా భయంకరత్వమును కలుగజేసితిని; మరియు అతడు ఖడ్గముచేత హతులైన వారితో కూడ సున్నతి పొందనివారి మధ్యన పరుండబడియుందును, అనగా ఫరోయును అతని సమస్త జనసమూహమును, అని ప్రభువైన యెహోవా సెలవిచ్చుచున్నాడు. యెహెజ్కేలు 32:32.</w:t>
      </w:r>
    </w:p>
    <w:p>
      <w:pPr>
        <w:pStyle w:val="ArticleHeading"/>
        <w:jc w:val="left"/>
      </w:pPr>
      <w:r>
        <w:rPr>
          <w:rFonts w:ascii="Nirmala UI" w:hAnsi="Nirmala UI" w:eastAsia="Nirmala UI" w:cs="Nirmala UI"/>
        </w:rPr>
        <w:t>ఇరవై తొమ్మిదవ అధ్యాయంలోని పదిహేడు సంవత్సరాలు</w:t>
      </w:r>
    </w:p>
    <w:p>
      <w:pPr>
        <w:pStyle w:val="ArticleBody"/>
        <w:jc w:val="left"/>
      </w:pPr>
      <w:r>
        <w:rPr>
          <w:rFonts w:ascii="Nirmala UI" w:hAnsi="Nirmala UI" w:eastAsia="Nirmala UI" w:cs="Nirmala UI"/>
        </w:rPr>
        <w:t>ఇరవై తొమ్మిదవ అధ్యాయంలో సూచించబడిన పదిహేడు సంవత్సరాల కాలానికి సంబంధించిన తేదీలు నెబుకద్నెజరు ఐగుప్తును జయించుటను, అలాగే ఐగుప్తు నలభై సంవత్సరములు పాడైయుండే కాలాన్ని సూచించుచున్నవి. నలభై అనగా అరణ్యాన్ని సూచించును; అది భూమి పాడైయుండే వెయ్యి సంవత్సరములకు ప్రతిరూపముగా నిలుచున్నది.</w:t>
      </w:r>
    </w:p>
    <w:p>
      <w:pPr>
        <w:pStyle w:val="ArticleScripture"/>
        <w:jc w:val="left"/>
      </w:pPr>
      <w:r>
        <w:rPr>
          <w:rFonts w:ascii="Nirmala UI" w:hAnsi="Nirmala UI" w:eastAsia="Nirmala UI" w:cs="Nirmala UI"/>
        </w:rPr>
        <w:t>నేను భూమిని చూచితిని; ఇదిగో, అది ఆకారములేనిదిగా శూన్యముగా ఉండెను; ఆకాశములను చూచితిని, వాటిలో వెలుగు లేనిది. నేను పర్వతములను చూచితిని; ఇదిగో, అవి కంపించుచుండెను, కొండలన్నియు తూలుచుండెను. నేను చూచితిని; ఇదిగో, మనుష్యుడు ఎవరును లేడు, ఆకాశపక్షులన్నియు పారిపోయెను. నేను చూచితిని; ఇదిగో, ఫలవంతమైన స్థలము అరణ్యముగా మారెను, దాని పట్టణములన్నియు యెహోవా సన్నిధి వలనను ఆయన ఉగ్రకోపముచేతను కూలదోయబడెను. యెహోవా ఈలాగు సెలవిచ్చెను: దేశమంతయు పాడైపోవును; అయినను నేను సంపూర్ణ అంతమును చేయను. యిర్మియా 4:23–27.</w:t>
      </w:r>
    </w:p>
    <w:p>
      <w:pPr>
        <w:pStyle w:val="ArticleBody"/>
        <w:jc w:val="left"/>
      </w:pPr>
      <w:r>
        <w:rPr>
          <w:rFonts w:ascii="Nirmala UI" w:hAnsi="Nirmala UI" w:eastAsia="Nirmala UI" w:cs="Nirmala UI"/>
        </w:rPr>
        <w:t>యెహెజ్కేలు ఇరవై తొమ్మిదవ అధ్యాయంలో పేర్కొనబడిన ఐగుప్తు పాడుబడిన నలభై సంవత్సరాల అంత్యంలో, దుష్టుల తుద పునరుత్థానమును మరియు వారి అంతిమ వినాశనమును ప్రతిపాదించబడెను.</w:t>
      </w:r>
    </w:p>
    <w:p>
      <w:pPr>
        <w:pStyle w:val="ArticleScripture"/>
        <w:jc w:val="left"/>
      </w:pPr>
      <w:r>
        <w:rPr>
          <w:rFonts w:ascii="Nirmala UI" w:hAnsi="Nirmala UI" w:eastAsia="Nirmala UI" w:cs="Nirmala UI"/>
        </w:rPr>
        <w:t>భయమును, గోతినీ, ఉచ్చునీ, ఓ భూనివాసీ, నిన్ను ఆవరించియున్నవి. మరియు ఇది సంభవించును గనుక, భయధ్వనినుండి పారిపోవువాడు గోతిలో పడును; గోతిమధ్యమునుండి పైకెక్కువాడు ఉచ్చులో చిక్కుకొనును; ఎందుకనగా ఉన్నతస్థలముల కిటికీలు తెరవబడియున్నవి, భూమి పునాదులు కంపించుచున్నవి. భూమి సంపూర్ణముగా పగులగొట్టబడెను, భూమి పూర్తిగా కరిగిపోయెను, భూమి అత్యంతముగా కదలించబడెను. భూమి మద్యపానియైనవానివలె ఇటు అటు తూలుచుండును, గుడిసెవలె తొలగింపబడును; దాని అతిక్రమము దానిమీద భారముగా నుండును; అది పడిపోవును, మరల లేవదు. మరియు ఆ దినమున ప్రభువు ఉన్నతస్థలములలోనున్న ఉన్నతుల సైన్యమును, భూమిమీదనున్న భూరాజులను శిక్షించును. మరియు వారు ఖైదీలు గోతిలో కూడబెట్టబడునట్లుగా కూడబెట్టబడుదురు, చెరసాలలో బంధింపబడుదురు, అనేక దినముల తరువాత వారు దర్శింపబడుదురు. యెషయా 24:17–22.</w:t>
      </w:r>
    </w:p>
    <w:p>
      <w:pPr>
        <w:pStyle w:val="ArticleBody"/>
        <w:jc w:val="left"/>
      </w:pPr>
      <w:r>
        <w:rPr>
          <w:rFonts w:ascii="Nirmala UI" w:hAnsi="Nirmala UI" w:eastAsia="Nirmala UI" w:cs="Nirmala UI"/>
        </w:rPr>
        <w:t>ఐగుప్తుతో సంబంధమున్న ఆరు తేదీల ద్వారా సమగ్రంగా వ్యక్తమవుతున్న యెహెజ్కేలు సందేశము, భౌతిక అజగర శక్తి యొక్క అంతిమ నాశనమును సూచించుచున్నది; అది త్వరలో వచ్చుచున్న ఆదివారపు ధర్మశాసనముతో ప్రారంభమై, సహస్రాబ్దాంతమున దుష్ట ఐగుప్తీయుల తుదనాశనము వరకు కొనసాగుచున్నది.</w:t>
      </w:r>
    </w:p>
    <w:p>
      <w:pPr>
        <w:pStyle w:val="ArticleBody"/>
        <w:jc w:val="left"/>
      </w:pPr>
      <w:r>
        <w:rPr>
          <w:rFonts w:ascii="Nirmala UI" w:hAnsi="Nirmala UI" w:eastAsia="Nirmala UI" w:cs="Nirmala UI"/>
        </w:rPr>
        <w:t>ప్రవచన సంబంధమైన సాక్ష్యంలో మృగమును మరియు అబద్ధ ప్రవక్తను అగ్నికుండము వద్ద వారి అంతమునకు చేరుదురు; అది క్రీస్తు యొక్క ద్వితీయాగమనాన్ని సూచించుచున్నది. అయితే సర్పశక్తి యొక్క అగ్నికుండములో నాశనం సహస్రాబ్దాంతంలో సంభవించును.</w:t>
      </w:r>
    </w:p>
    <w:p>
      <w:pPr>
        <w:pStyle w:val="ArticleScripture"/>
        <w:jc w:val="left"/>
      </w:pPr>
      <w:r>
        <w:rPr>
          <w:rFonts w:ascii="Nirmala UI" w:hAnsi="Nirmala UI" w:eastAsia="Nirmala UI" w:cs="Nirmala UI"/>
        </w:rPr>
        <w:t>మృగము పట్టబడెను; దానితోకూడ దాని సన్నిధిలో అద్భుతములు చేసి, వాటిచేత మృగముయొక్క ముద్రను స్వీకరించినవారిని, దాని ప్రతిమను ఆరాధించినవారిని మోసపుచ్చిన అబద్ధ ప్రవక్తయును పట్టబడెను. వీరిద్దరును బ్రతికియుండగానే గంధకముతో దహించుచున్న అగ్నికుండములో పడవేయబడిరి. మిగిలినవారు గుర్రముమీద కూర్చుండినవాని నోటి నుండి బయలుదేరిన ఖడ్గముచేత హతము చేయబడిరి; సమస్త పక్షులు వారి మాంసముతో తృప్తిపొందెను. ప్రకటన గ్రంథము 19:20, 21.</w:t>
      </w:r>
    </w:p>
    <w:p>
      <w:pPr>
        <w:pStyle w:val="ArticleBody"/>
        <w:jc w:val="left"/>
      </w:pPr>
      <w:r>
        <w:rPr>
          <w:rFonts w:ascii="Nirmala UI" w:hAnsi="Nirmala UI" w:eastAsia="Nirmala UI" w:cs="Nirmala UI"/>
        </w:rPr>
        <w:t>మృగమును మరియు అబద్ధప్రవక్తను క్రీస్తు రెండవ రాకడలో ప్రవచనాత్మకంగా అంతము కలుగును; అయితే మహాసర్పము క్రీస్తు మూడవ రాకడలో, దానికి వెయ్యి సంవత్సరాల తరువాత, తన విధిని ఎదుర్కొనును.</w:t>
      </w:r>
    </w:p>
    <w:p>
      <w:pPr>
        <w:pStyle w:val="ArticleScripture"/>
        <w:jc w:val="left"/>
      </w:pPr>
      <w:r>
        <w:rPr>
          <w:rFonts w:ascii="Nirmala UI" w:hAnsi="Nirmala UI" w:eastAsia="Nirmala UI" w:cs="Nirmala UI"/>
        </w:rPr>
        <w:t>ఆ తరువాత నేను పరలోకమునుండి దిగివస్తున్న ఒక దూతను చూచితిని; అతని చేతిలో అగాధకూపపు తాళంచెవి మరియు ఒక గొప్ప సంకెళ్లు ఉండెను. అతడు ఆ మహా సర్పమును, అనగా ఆ పూర్వపు సర్పమును, అపవాది అయిన సాతానును పట్టుకొని, వెయ్యి సంవత్సరములు అతనిని బంధించెను. అతనిని అగాధకూపములో పడవేసి, మూసివేసి, అతని మీద ముద్రవేసెను; వెయ్యి సంవత్సరములు పూర్తియగువరకు అతడు జనములను ఇక మోసపరచకుండునట్లు అట్లు చేసెను. ఆ తరువాత అతడు కొంతకాలము విడువబడవలెను. ప్రకటన గ్రంథము 20:1–3.</w:t>
      </w:r>
    </w:p>
    <w:p>
      <w:pPr>
        <w:pStyle w:val="ArticleHeading"/>
        <w:jc w:val="left"/>
      </w:pPr>
      <w:r>
        <w:rPr>
          <w:rFonts w:ascii="Nirmala UI" w:hAnsi="Nirmala UI" w:eastAsia="Nirmala UI" w:cs="Nirmala UI"/>
        </w:rPr>
        <w:t>పదకొండవ మరియు పన్నెండవ సంవత్సరాలు</w:t>
      </w:r>
    </w:p>
    <w:p>
      <w:pPr>
        <w:pStyle w:val="ArticleBody"/>
        <w:jc w:val="left"/>
      </w:pPr>
      <w:r>
        <w:rPr>
          <w:rFonts w:ascii="Nirmala UI" w:hAnsi="Nirmala UI" w:eastAsia="Nirmala UI" w:cs="Nirmala UI"/>
        </w:rPr>
        <w:t>యెహెజ్కేలు ఇరవై తొమ్మిదవ అధ్యాయంలోని రెండు తేదీలలో సూచించబడిన ‘పదిహేడు’ సంవత్సరాల కాలం చెరదశమ సంవత్సరంలో ప్రారంభమై ఇరవై ఏడవ సంవత్సరంలో ముగిసింది. ముప్పైవ అధ్యాయం మరియు ముప్పై ఒకటవ అధ్యాయంలోని సందేశాలు చెరపదకొండవ సంవత్సరంలో ఇవ్వబడ్డాయి; ముప్పై రెండవ అధ్యాయంలో సూచించబడిన రెండు తేదీలు చెరపన్నెండవ సంవత్సరంలో ఇవ్వబడ్డాయి. పదవ సంవత్సరంలో, సుమారు యెరూషలేము ముట్టడి ఆరంభ సమయమున ప్రారంభమైన ఆ పదిహేడు సంవత్సరాల కాలానంతరం, ముప్పైవ మరియు ముప్పై ఒకటవ అధ్యాయాలలో ఉంచబడిన పదకొండవ సంవత్సరంలోని ఐగుప్తుకు సంబంధించిన రెండు సందేశాలు వచ్చాయి. ఈ రెండు పదకొండవ సంవత్సరపు సందేశాలు కలిపి, ఆదివారపు ధర్మశాసనానికి కాస్త ముందున్న ఒక సందేశాన్ని సూచిస్తున్నాయి. పన్నెండవ సంవత్సరంలోని మరి రెండు ఐగుప్తీయ సందేశాలు క్రీ.పూ. 586/585లో యెరూషలేము నాశనమైన సమయమున గాని, లేదా దాని కొద్దికాలానంతరముగాని సంభవించాయి.</w:t>
      </w:r>
    </w:p>
    <w:p>
      <w:pPr>
        <w:pStyle w:val="ArticleBody"/>
        <w:jc w:val="left"/>
      </w:pPr>
      <w:r>
        <w:rPr>
          <w:rFonts w:ascii="Nirmala UI" w:hAnsi="Nirmala UI" w:eastAsia="Nirmala UI" w:cs="Nirmala UI"/>
        </w:rPr>
        <w:t>క్రీస్తు రాక యొక్క సందేశము, ఆదివారపు ధర్మశాసనము వద్ద ఘోషతో కూడిన మొర సందేశముగా మారుచున్న అర్థరాత్రి మొర సందేశములో భాగముగా ప్రకటించబడుతుంది. ఆదివారపు ధర్మశాసనమునకు పూర్వము ఐగుప్తుకు సంబంధించిన రెండు సందేశములు ప్రకటించబడును; మరియు ఆదివారపు ధర్మశాసనము సమయమున గాని, లేక దానికి తక్షణానంతరము గాని, ఐగుప్తుకు సంబంధించిన మరి రెండు సందేశములు ప్రకటించబడును. యెరూషలేము నాశనముతో పరాకాష్టకు చేరిన ముట్టడి కాలమందు, అదే సంవత్సరములో ఇవ్వబడిన సందేశముల ద్విగుణీకరణ, మరియు ఆదివారపు ధర్మశాసనమునందు ఇవ్వబడిన మరి రెండు సందేశములు, ఎల్లప్పుడును ద్విగుణీకరణ ఉండే రెండవ దూత యొక్క సందేశమునకు ప్రతిరూపములై నిలుచును.</w:t>
      </w:r>
    </w:p>
    <w:p>
      <w:pPr>
        <w:pStyle w:val="ArticleBody"/>
        <w:jc w:val="left"/>
      </w:pPr>
      <w:r>
        <w:rPr>
          <w:rFonts w:ascii="Nirmala UI" w:hAnsi="Nirmala UI" w:eastAsia="Nirmala UI" w:cs="Nirmala UI"/>
        </w:rPr>
        <w:t>రెండవ సందేశం తరువాత ఎల్లప్పుడూ మూడవ సందేశమే వస్తుంది.</w:t>
      </w:r>
    </w:p>
    <w:p>
      <w:pPr>
        <w:pStyle w:val="ArticleScripture"/>
        <w:jc w:val="left"/>
      </w:pPr>
      <w:r>
        <w:rPr>
          <w:rFonts w:ascii="Nirmala UI" w:hAnsi="Nirmala UI" w:eastAsia="Nirmala UI" w:cs="Nirmala UI"/>
        </w:rPr>
        <w:t>“కలముచేతను వాణిచేతను మేము ఆ ప్రకటనను ఘోషించవలెను; మమ్మల్ని మూడవ దూత సందేశమునకు చేర్చుచున్న ప్రవచనముల క్రమమును, వాటి అన్వయమును చూపించవలెను. మొదటిదియు రెండవదియు లేకుండా మూడవది ఉండజాలదు. ఈ సందేశములను మేము ప్రచురణలలోను, ఉపన్యాసములలోను లోకమునకు అందించవలెను; ప్రవచన చరిత్ర రేఖలో సంభవించిన సంగతులను, సంభవింపబోవు సంగతులను చూపించుచు.” సెలెక్టెడ్ మెసేజెస్, పుస్తకం 2, 104, 105.</w:t>
      </w:r>
    </w:p>
    <w:p>
      <w:pPr>
        <w:pStyle w:val="ArticleBody"/>
        <w:jc w:val="left"/>
      </w:pPr>
      <w:r>
        <w:rPr>
          <w:rFonts w:ascii="Nirmala UI" w:hAnsi="Nirmala UI" w:eastAsia="Nirmala UI" w:cs="Nirmala UI"/>
        </w:rPr>
        <w:t>మూడవ సందేశమునందు కృపాకాల ద్వారం మూయబడుతుంది. ఆదివారపు చట్టమునందు సంయుక్త రాష్ట్రాల కొరకు కృపాకాలము ముగియును; మిఖాయేలు లేచినప్పుడు లోకమంతటికీ కృపాకాలము ముగియును. ఈ రెండు మూయబడిన ద్వారములును మూడవ సందేశాన్నే సూచించుచున్నవి; ఆ మూడవ సందేశమునకు ఎల్లప్పుడును ద్వితీయ సందేశము ముందుగా వచ్చును, మరియు ఆ ద్వితీయ సందేశము ఎల్లప్పుడును ద్వివిధ సందేశమే.</w:t>
      </w:r>
    </w:p>
    <w:p>
      <w:pPr>
        <w:pStyle w:val="ArticleBody"/>
        <w:jc w:val="left"/>
      </w:pPr>
      <w:r>
        <w:rPr>
          <w:rFonts w:ascii="Nirmala UI" w:hAnsi="Nirmala UI" w:eastAsia="Nirmala UI" w:cs="Nirmala UI"/>
        </w:rPr>
        <w:t>రెండవ దూతకు శక్తినిచ్చుట అర్ధరాత్రి కేక సందేశముతో అది కలిసినప్పుడు సంపూర్ణమవుతుంది. ముప్పదవ మరియు ముప్పదొకటవ అధ్యాయములలో ఐగుప్తుపై యెహెజ్కేలు ప్రకటించిన ప్రవచనాలచే ప్రతినిధీకరింపబడినట్లు, మానవజాతిపై ప్రకటింపబడిన ఆ రెండు సందేశాలు అర్ధరాత్రి కేక సందేశము రెండవ దూతతో ఎప్పుడు కలుసుకొనునో గుర్తించుచున్నవి; మరియు ముప్పదిరెండవ అధ్యాయములోని ఆ రెండు సందేశాలు గొప్ప కేకలో మూడవ దూతకు కలిగిన శక్తిప్రదానాన్ని గుర్తించుచున్నవి.</w:t>
      </w:r>
    </w:p>
    <w:p>
      <w:pPr>
        <w:pStyle w:val="ArticleBody"/>
        <w:jc w:val="left"/>
      </w:pPr>
      <w:r>
        <w:rPr>
          <w:rFonts w:ascii="Nirmala UI" w:hAnsi="Nirmala UI" w:eastAsia="Nirmala UI" w:cs="Nirmala UI"/>
        </w:rPr>
        <w:t>మానవ సంఘటనల సంక్లిష్ట పరస్పర చర్యలైన యెహెజ్కేలు చక్రాలు, మానవజాతికి సంబంధించిన చివరి హెచ్చరికను—అదేనగా మూడవ దూత యొక్క హెచ్చరికను—గుర్తింపజేస్తాయి; మరియు మూడవ దూత, మొదటి మరియు రెండవ దూతల హెచ్చరికల సమ్మేళనమే. ఆదివారపు ధర్మశాసనానికి ముందు ఉన్న అర్ధరాత్రి కేక, మరియు ఆదివారపు ధర్మశాసనానికి తరువాత ఉన్న గొప్ప కేక, యెహెజ్కేలు యొక్క నాలుగు తేదీలచే ప్రతినిధీకరించబడుతున్నాయి; ఈ తేదీలు, ఇరవై తొమ్మిదవ అధ్యాయంలోని ఆల్ఫా మరియు ఒమేగా తేదీల ‘పదిహేడు’ సంవత్సరాల పరిధిలో పడుతూ, అదే అధ్యాయంలోని పదకొండవ వచనం నుండి పదహారవ వచనం వరకు ప్రతినిధీకరించబడినట్లుగా, దానియేలు పదకొండవ అధ్యాయం నలభైవ వచనంలోని గూఢ చరిత్రతో సరిసమానమవుతున్నాయి.</w:t>
      </w:r>
    </w:p>
    <w:p>
      <w:pPr>
        <w:pStyle w:val="ArticleBody"/>
        <w:jc w:val="left"/>
      </w:pPr>
      <w:r>
        <w:rPr>
          <w:rFonts w:ascii="Nirmala UI" w:hAnsi="Nirmala UI" w:eastAsia="Nirmala UI" w:cs="Nirmala UI"/>
        </w:rPr>
        <w:t>దానియేలు గ్రంథము పదవ అధ్యాయములో, యెహెజ్కేలువలెనే, దానియేలు మూగవానిగా చేయబడెను. దానియేలు యొక్క మూగత్వము మూడు స్పర్శల మధ్యలో సంభవించెను; మొదటి మరియు మూడవ స్పర్శలు గబ్రియేలు దూతనుండి వచ్చెను, మధ్య స్పర్శ క్రీస్తు యొక్క స్పర్శయై యుండెను. దానియేలు, కైసరయ-ఫిలిప్పీ మరియు సిలువ మధ్యనున్న పేతురువలె, మధ్యలో ఉన్నాడు. మధ్యలో పేతురు మహిమపరచబడిన క్రీస్తును చూచెను; దానియేలు కూడ పదవ అధ్యాయములో అట్లు చూచెను. మూడు దూతలలో మధ్యనున్నది రెండవ సందేశము; అది రెండు సందేశాల సమ్మేళనము.</w:t>
      </w:r>
    </w:p>
    <w:p>
      <w:pPr>
        <w:pStyle w:val="ArticleHeading"/>
        <w:jc w:val="left"/>
      </w:pPr>
      <w:r>
        <w:rPr>
          <w:rFonts w:ascii="Nirmala UI" w:hAnsi="Nirmala UI" w:eastAsia="Nirmala UI" w:cs="Nirmala UI"/>
        </w:rPr>
        <w:t>4వ నెల 5వ రోజు &amp; 1844</w:t>
      </w:r>
    </w:p>
    <w:p>
      <w:pPr>
        <w:pStyle w:val="ArticleBody"/>
        <w:jc w:val="left"/>
      </w:pPr>
      <w:r>
        <w:rPr>
          <w:rFonts w:ascii="Nirmala UI" w:hAnsi="Nirmala UI" w:eastAsia="Nirmala UI" w:cs="Nirmala UI"/>
        </w:rPr>
        <w:t>యెహెజ్కేలు గ్రంథము మొదటి అధ్యాయము, ఒకటవ మరియు రెండవ వచనములలో, యెహెజ్కేలు నాల్గవ నెల ఐదవ దినమున ఉన్నాడు; ఇది 1844లో ఏడవ నెల ఉద్యమము యొక్క మధ్యభాగముతో సరిపోతుంది. 1844 ఏప్రిల్ 19 మరియు అక్టోబర్ 22 తేదీల మధ్య యెహెజ్కేలు ఉన్నట్లే, 1844లో అర్థరాత్రి కేక యొక్క దూతయైన స్యామ్యూయేలు స్నో కూడ బోస్టనులో ఆ సందేశమునకు సంబంధించిన తన మొదటి స్పష్టమైన అవగాహనను ప్రకటించినప్పుడు అదే మధ్యస్థితిలో ఉన్నాడు; అది ఏప్రిల్ 19 తరువాత 93 దినములు, మరియు 1844 అక్టోబర్ 22న ద్వారము మూయబడుటకు 93 దినములు ముందుగా జరిగింది. స్యామ్యూయేలు స్నో 1844 జూలై 21న బోస్టనులో, ఏడవ నెల ఉద్యమము యొక్క మధ్యభాగమున ఉండి, తాను ప్రవచనాత్మకముగా రూపాంతర పర్వతముమీద పేతురుతోను, పదిహేడవ యూబిలీ చక్రము యొక్క ముప్పదవ సంవత్సరములోనున్న యెహెజ్కేలుతోను, పదవ అధ్యాయములోని దర్శన-దర్పణ దర్శనమునందు దానియేలు రెండవ స్పర్శతోను కలిసి నిలిచియున్నానని గ్రహింపలేదు. 2026 సంవత్సరం 2028లో సమాప్తమగు డెబ్బదవ యూబిలీ చక్రము యొక్క నలుబది ఏడవ సంవత్సరమును సూచిస్తుంది.</w:t>
      </w:r>
    </w:p>
    <w:p>
      <w:pPr>
        <w:pStyle w:val="ArticleHeading"/>
        <w:jc w:val="left"/>
      </w:pPr>
      <w:r>
        <w:rPr>
          <w:rFonts w:ascii="Nirmala UI" w:hAnsi="Nirmala UI" w:eastAsia="Nirmala UI" w:cs="Nirmala UI"/>
        </w:rPr>
        <w:t>తూరు</w:t>
      </w:r>
    </w:p>
    <w:p>
      <w:pPr>
        <w:pStyle w:val="ArticleBody"/>
        <w:jc w:val="left"/>
      </w:pPr>
      <w:r>
        <w:rPr>
          <w:rFonts w:ascii="Nirmala UI" w:hAnsi="Nirmala UI" w:eastAsia="Nirmala UI" w:cs="Nirmala UI"/>
        </w:rPr>
        <w:t>యెహెజ్కేలు యెరూషలేమును సూచిస్తూ చేసిన ఆరు సూచనల తేదీల విషయానికి మళ్లీ వచ్చేముందు, ముందుగా తూరు మీద ప్రకటించబడిన ఆ ఒక్క తేదీని గుర్తించాలి.</w:t>
      </w:r>
    </w:p>
    <w:p>
      <w:pPr>
        <w:pStyle w:val="ArticleScripture"/>
        <w:jc w:val="left"/>
      </w:pPr>
      <w:r>
        <w:rPr>
          <w:rFonts w:ascii="Nirmala UI" w:hAnsi="Nirmala UI" w:eastAsia="Nirmala UI" w:cs="Nirmala UI"/>
        </w:rPr>
        <w:t>పదకొండవ సంవత్సరమందు, నెల మొదటి దినమున యెహోవా వాక్యము నాయొద్దకు వచ్చి ఇట్లనెను: నరపుత్రుడా, తూరు యెరూషలేమును గూర్చి, “అహా, జనముల గవాక్షములు అయినది పగులగొట్టబడెను; అది నాయొద్దకు తిరిగివచ్చెను; ఇప్పుడు అది పాడైపోయినందున నేను నింపబడెదను” అని చెప్పినందున, ప్రభువైన యెహోవా ఇట్లనుచున్నాడు: ఇదిగో, ఓ తూరూ, నేను నీకు విరోధిగా ఉన్నాను; సముద్రము తన అలలను ఎగసి రానిచ్చునట్లుగా అనేక జనములను నీ మీదికి రప్పించెదను. వారు తూరు ప్రాకారములను కూలదోయుదురు, దాని గోపురములను పడగొట్టుదురు; దాని ధూళిని కూడ నేను దానినుండి తొలగించి, దానిని బండశిఖరమువలె చేయుదును. అది సముద్రమధ్యమందు వలలను ఆరబెట్టుకొను స్థలమగును; నేను మాటలాడితిని గనుక అది సంభవించును, అని ప్రభువైన యెహోవా సెలవిచ్చుచున్నాడు; అది జనములకు దోపిడియగును. పొలమందున్న దాని కుమార్తెలు ఖడ్గముచేత హతమగుదురు; అప్పుడు నేనే యెహోవానని వారు తెలిసికొందురు. ఎందుకనగా ప్రభువైన యెహోవా ఇట్లనుచున్నాడు: ఇదిగో, నేను ఉత్తరదిక్కునుండి బబులోను రాజైన నెబుకద్రెజ్జరును, రాజాధిరాజును, గుఱ్ఱములతోను, రథములతోను, అశ్వారోహులతోను, దళములతోను, విస్తారమైన జనసమూహముతోను తూరుమీదికి రప్పించెదను.</w:t>
      </w:r>
    </w:p>
    <w:p>
      <w:pPr>
        <w:pStyle w:val="ArticleScripture"/>
        <w:jc w:val="left"/>
      </w:pPr>
      <w:r>
        <w:rPr>
          <w:rFonts w:ascii="Nirmala UI" w:hAnsi="Nirmala UI" w:eastAsia="Nirmala UI" w:cs="Nirmala UI"/>
        </w:rPr>
        <w:t>అతడు పొలములోనున్న నీ కుమార్తెలను ఖడ్గముతో సంహరించును; నీకు విరోధముగా కోటను కట్టించును, నీకు విరోధముగా మట్టిదిబ్బను పోయించును, నీకు విరోధముగా డాలును ఎత్తి నిలుపును. అతడు నీ గోడలకు విరోధముగా యుద్ధయంత్రాలను నిలువజేయును; తన గొడ్డళ్లతో నీ గోపురాలను కూలద్రోయును. అతని గుర్రముల సమృద్ధి మూలముగా వాటి ధూళి నిన్ను కప్పివేయును; అతడు బీడు పడిన పట్టణములోనికి మనుష్యులు ప్రవేశించునట్లు నీ గుమ్మములలోనికి ప్రవేశించునప్పుడు, గుర్రస్వారుల శబ్దముచేతను, చక్రముల శబ్దముచేతను, రథముల శబ్దముచేతను నీ గోడలు కంపించును. అతని గుర్రముల కాళ్ల గిట్టలతో నీ వీధులన్నిటిని తొక్కివేయును; నీ ప్రజలను ఖడ్గముతో సంహరించును, నీ బలమైన స్థంభములు నేలమట్టమగును. వారు నీ సంపదను దోచుకొందురు, నీ వ్యాపారవస్తువులను అపహరించుకొందురు; వారు నీ గోడలను కూలద్రోయుదురు, నీ సుందరమైన ఇండ్లను నాశనము చేయుదురు; నీ రాళ్లను, నీ కఱ్ఱలను, నీ ధూళిని జలమధ్యమున పడవేయుదురు. నీ గీతముల ధ్వనిని నేను నిలిపివేసెదను; నీ వీణల స్వరము ఇక వినబడదు. నేను నిన్ను బండశిఖరమువలె చేయుదును; వలలు ఆరబెట్టుకొను స్థలముగా నీవుండెదవు; నీవు ఇకను కట్టబడవు; యెహోవానైన నేను ఇదిని పలికియున్నాను అని ప్రభువైన యెహోవా సెలవిచ్చుచున్నాడు.</w:t>
      </w:r>
    </w:p>
    <w:p>
      <w:pPr>
        <w:pStyle w:val="ArticleScripture"/>
        <w:jc w:val="left"/>
      </w:pPr>
      <w:r>
        <w:rPr>
          <w:rFonts w:ascii="Nirmala UI" w:hAnsi="Nirmala UI" w:eastAsia="Nirmala UI" w:cs="Nirmala UI"/>
        </w:rPr>
        <w:t>ప్రభువైన యెహోవా తూరు గురించి ఇలా సెలవిస్తున్నాడు: నీ పతన ధ్వని వినబడినప్పుడు, నీ మధ్యలో సంహారం జరుగగా గాయపడినవారు విలపించినప్పుడు, ద్వీపములు కంపింపవా? అప్పుడు సముద్రమునకు సంబంధించిన సమస్త ప్రధానులు తమ సింహాసనముల మీదనుండి దిగివచ్చి, తమ వస్త్రములను విసర్జించి, తమ అల్లికలతో నేసిన వస్త్రములను తొలగించుదురు; వారు కంపమును ధరించుకొందురు; వారు నేలమీద కూర్చుండి క్షణక్షణము వణికుచు, నిన్నుగూర్చి విస్మయపడుదురు. వారు నిన్నుగూర్చి విలాపగీతమును ఆలపించి నీతో ఇలా చెప్పుదురు: సముద్రయానులచే నివసింపబడినదానా, ఖ్యాతిగాంచిన పట్టణమా, సముద్రములో బలవంతురాలై యుండినదానా, తనను నివసించువారితోకూడ తన భయమును తనలో సంచరించువారందరిమీద కలుగజేసినదానా, నీవు ఎంత నాశనమైపోయితివి! ఇప్పుడు నీ పతనదినమున ద్వీపములు వణికెదరు; అవును, సముద్రమందున్న ద్వీపములు నీ నిష్క్రమణవలన కలత చెందెదరు. ఎందుకనగా ప్రభువైన యెహోవా ఇలా సెలవిస్తున్నాడు: నేను నిన్ను నివాసులులేని పట్టణములవలె పాడుబడిన పట్టణముగా చేసినప్పుడు; అగాధమును నీ మీదకు రప్పించి, గొప్ప జలములు నిన్ను కప్పివేసినప్పుడు; నేను నిన్ను గుంటలోనికి దిగిపోవువారితో కూడ, పురాతనకాల ప్రజలయొద్దకు దింపి, నివాసులులేక ఆదినుండి పాడైయున్న స్థలములలో, భూమి అధోభాగములందు, గుంటలోనికి దిగిపోవువారితో కూడ నిన్ను ఉంచినప్పుడు, నీవు ఇక నివసింపబడకుండునట్లు; మరియు నేను జీవుల దేశములో మహిమను స్థాపించినప్పుడు; నేను నిన్ను భయంకరముగా చేయుదును, నీవు ఇక ఉండవు; నిన్ను వెదకినను, నీవు ఇక ఎన్నటికిని కనబడవు, అని ప్రభువైన యెహోవా సెలవిచ్చుచున్నాడు. యెహెజ్కేలు 26:1–21.</w:t>
      </w:r>
    </w:p>
    <w:p>
      <w:pPr>
        <w:pStyle w:val="ArticleBody"/>
        <w:jc w:val="left"/>
      </w:pPr>
      <w:r>
        <w:rPr>
          <w:rFonts w:ascii="Nirmala UI" w:hAnsi="Nirmala UI" w:eastAsia="Nirmala UI" w:cs="Nirmala UI"/>
        </w:rPr>
        <w:t>యెరూషలేము నాశనమైయున్న సంవత్సరమందు తూరు గురించిన సందేశము ప్రకటింపబడెను; అది త్వరలో రాబోవు ఆదివారపు చట్టమందు బైబిలు ప్రవచనమునందలి ఆరవ రాజ్యపు పతనమును సూచించుచున్నది. ఆదివారపు చట్టమందు, సంయుక్త రాష్ట్రాలు (తూరు) యెరూషలేమును కూలద్రోయినందుకు ప్రవచనాత్మకముగా సంతోషించును; యెరూషలేమును సిస్టర్ వైట్ లయొదికయ సంఘమగు సెవెన్త్-డే అడ్వెంటిస్ట్ సంఘముగా గుర్తించుచున్నది, దానిని యెహెజ్కేలు “ప్రజల ద్వారములు” అని పిలుచుచున్నాడు. తూరు, యెరూషలేము గతకాలమున “ప్రజల ద్వారములు” అయి యుండెనని సూచించుచున్నది. ప్రవచనాత్మకముగా “ద్వారము” అనగా ఒక సంఘము.</w:t>
      </w:r>
    </w:p>
    <w:p>
      <w:pPr>
        <w:pStyle w:val="ArticleScripture"/>
        <w:jc w:val="left"/>
      </w:pPr>
      <w:r>
        <w:rPr>
          <w:rFonts w:ascii="Nirmala UI" w:hAnsi="Nirmala UI" w:eastAsia="Nirmala UI" w:cs="Nirmala UI"/>
        </w:rPr>
        <w:t>అప్పుడు అతడు భయపడి, “ఈ స్థలం ఎంత భయంకరమైనది! ఇది దేవుని మందిరము తప్ప మరొకటి కాదు; ఇదే పరలోక ద్వారము” అని చెప్పెను. యాకోబు ఉదయమున తెల్లవారగానే లేచి, తన తలగడగా ఉంచిన ఆ రాయిని తీసుకొని, దానిని స్తంభముగా నిలబెట్టి, దాని పైభాగముమీద నూనె పోసెను. మరియు ఆ స్థలమునకు బేతేలు అని పేరు పెట్టెను; అయితే ఆ పట్టణమునకు మొదట లూజు అని పేరు ఉండెను. ఆదికాండము 28:17–19.</w:t>
      </w:r>
    </w:p>
    <w:p>
      <w:pPr>
        <w:pStyle w:val="ArticleBody"/>
        <w:jc w:val="left"/>
      </w:pPr>
      <w:r>
        <w:rPr>
          <w:rFonts w:ascii="Nirmala UI" w:hAnsi="Nirmala UI" w:eastAsia="Nirmala UI" w:cs="Nirmala UI"/>
        </w:rPr>
        <w:t>“బేతేలు” అనే పదానికి దేవుని ఇల్లు అనే అర్థం; మరియు లయొదికయ కాలంలోని సెవెన్త్-డే అడ్వెంటిస్ట్ సంఘమును సూర్యారాధన అమలును అంగీకరింపజేయుటకు తాను బలవంతపరచినందున తూరు ఆనందించుచున్నది. అయితే సూర్యారాధనను అమలు పరచువారి తప్పుదారి పట్టిన సంబరమును లెక్కచేయకుండ, దేవుడు యెహెజ్కేలు ద్వారా ఇలా ప్రకటించుచున్నాడు: “ఓ తూరూ, ఇదిగో నేను నీకు విరోధిగా ఉన్నాను; సముద్రము తన అలలను ఎగసి వచ్చునట్లు అనేక జనములను నీ మీదికి రప్పించెదను. వారు తూరు ప్రాకారములను పడగొట్టి, ఆమె గోపురములను కూలదొర్లించెదరు.”</w:t>
      </w:r>
    </w:p>
    <w:p>
      <w:pPr>
        <w:pStyle w:val="ArticleBody"/>
        <w:jc w:val="left"/>
      </w:pPr>
      <w:r>
        <w:rPr>
          <w:rFonts w:ascii="Nirmala UI" w:hAnsi="Nirmala UI" w:eastAsia="Nirmala UI" w:cs="Nirmala UI"/>
        </w:rPr>
        <w:t>“తూరు గోడలు” తూరుకు కలిగిన రక్షణను సూచిస్తాయి. “గోడ” అనేది పది ఆజ్ఞల యొక్క సంకేతము.</w:t>
      </w:r>
    </w:p>
    <w:p>
      <w:pPr>
        <w:pStyle w:val="ArticleScripture"/>
        <w:jc w:val="left"/>
      </w:pPr>
      <w:r>
        <w:rPr>
          <w:rFonts w:ascii="Nirmala UI" w:hAnsi="Nirmala UI" w:eastAsia="Nirmala UI" w:cs="Nirmala UI"/>
        </w:rPr>
        <w:t>“ఇక్కడ ప్రవక్త, సత్యమును నీతినీ సాధారణముగా విడిచిపెట్టిన కాలములో, దేవుని రాజ్యమునకు పునాదియైన సూత్రములను పునరుద్ధరింపదలచి యత్నించుచున్న ప్రజలను వివరిస్తున్నాడు. వారు దేవుని ధర్మశాస్త్రములో కలిగించిన చీలికను బాగుచేయువారు—ఆయన తన ఏర్పరచుకున్న జనుల రక్షణకై వారి చుట్టూ నిలిపిన గోడను; మరియు న్యాయం, సత్యము, పరిశుద్ధతకు సంబంధించిన దాని ఆజ్ఞలకు విధేయత, వారికి నిత్యమైన రక్షకముగా ఉండవలసినదై యున్నది.” ప్రవక్తలు మరియు రాజులు, 677.</w:t>
      </w:r>
    </w:p>
    <w:p>
      <w:pPr>
        <w:pStyle w:val="ArticleBody"/>
        <w:jc w:val="left"/>
      </w:pPr>
      <w:r>
        <w:rPr>
          <w:rFonts w:ascii="Nirmala UI" w:hAnsi="Nirmala UI" w:eastAsia="Nirmala UI" w:cs="Nirmala UI"/>
        </w:rPr>
        <w:t>దేవుని ధర్మశాస్త్రము రక్షణగోడయై యున్నది; అయితే బహువచనములోనున్న గోడలు, సంయుక్త రాష్ట్రాల రిపబ్లికన్ కొమ్మకు ప్రతీకమైన తూరు యొక్క సమృద్ధిని, విజయాన్ని ‘రక్షించి’ ఉత్పన్నం చేసిన ఆ రెండు సూత్రాలను సూచించుచున్నవి.</w:t>
      </w:r>
    </w:p>
    <w:p>
      <w:pPr>
        <w:pStyle w:val="ArticleScripture"/>
        <w:jc w:val="left"/>
      </w:pPr>
      <w:r>
        <w:rPr>
          <w:rFonts w:ascii="Nirmala UI" w:hAnsi="Nirmala UI" w:eastAsia="Nirmala UI" w:cs="Nirmala UI"/>
        </w:rPr>
        <w:t>“‘మరియు అతనికి గొఱ్ఱెపిల్లవలె రెండు కొమ్ములు ఉండెను.’ ఆ గొఱ్ఱెపిల్లవంటి కొమ్ములు యౌవనాన్ని, అమాయకత్వాన్ని, సౌమ్యత్వాన్ని సూచించుచున్నవి; 1798 సంవత్సరములో ‘పైకి వచ్చుచున్నది’ అని ప్రవక్తకు చూపబడినప్పుడు అమెరికా సంయుక్త రాష్ట్రాల స్వభావాన్ని అవి తగినట్లుగా ప్రతినిధ్యం చేయుచున్నవి. మొదట అమెరికాకు పారిపోయి, రాజసత్తా అణచివేత మరియు యాజకుల అసహనమునుండి ఆశ్రయం కోరిన క్రైస్తవ ప్రవాసులలో, పౌర మరియు మత స్వాతంత్ర్యముల విశాల పునాదిపై ఒక ప్రభుత్వాన్ని స్థాపించవలెనని సంకల్పించిన అనేకులు ఉండిరి. వారి అభిప్రాయములు స్వాతంత్ర్య ప్రకటనలో స్థానం పొందెను; అది ‘సర్వ మనుష్యులు సమానులుగా సృష్టింపబడిరి’ మరియు ‘జీవితం, స్వేచ్ఛ, సుఖాన్వేషణ’ అనేవి వారికి హరించలేని హక్కులుగా అనుగ్రహింపబడినవని గొప్ప సత్యాన్ని ప్రతిపాదించుచున్నది. మరియు రాజ్యాంగము ప్రజలకు స్వపరిపాలన హక్కును హామీ ఇస్తూ, ప్రజల ఓటుతో ఎన్నికైన ప్రతినిధులే శాసనములను చేయవలెనని మరియు నిర్వహించవలెనని నిర్దేశించుచున్నది. మత విశ్వాస స్వేచ్ఛ కూడ అనుగ్రహించబడెను; ప్రతి మనుష్యుడు తన మనస్సాక్షి ఆజ్ఞాపనల ప్రకారము దేవునిని ఆరాధించుటకు అనుమతింపబడెను. గణతంత్రవాదమును ప్రొటెస్టాంటిజమును ఆ జాతి యొక్క మూలసూత్రాలుగా నిలిచెను. ఈ సూత్రములే దాని శక్తి మరియు సమృద్ధి యొక్క రహస్యము. క్రైస్తవలోకమంతటిలోని అణచివేయబడినవారు, త్రొక్కబడినవారు ఈ దేశమును ఆసక్తితోను నిరీక్షణతోను చూచిరి. లక్షలాది మంది దాని తీరాలను ఆశ్రయించిరి, మరియు అమెరికా సంయుక్త రాష్ట్రాలు భూమిమీదనున్న అత్యంత శక్తివంతమైన జనములలో ఒక స్థితికి ఎదిగెను. …</w:t>
      </w:r>
    </w:p>
    <w:p>
      <w:pPr>
        <w:pStyle w:val="ArticleScripture"/>
        <w:jc w:val="left"/>
      </w:pPr>
      <w:r>
        <w:rPr>
          <w:rFonts w:ascii="Nirmala UI" w:hAnsi="Nirmala UI" w:eastAsia="Nirmala UI" w:cs="Nirmala UI"/>
        </w:rPr>
        <w:t>ఈ సూచకచిహ్నంలోని గొఱ్ఱెపిల్లవంటి కొమ్ములును నాగస్వరమును, ఆ విధంగా సూచింపబడిన జనాంగమునకు చెందిన ప్రకటనలకును ఆచరణకును మధ్యనున్న గాఢమైన విరోధమును సూచించుచున్నవి. ఆ జనాంగము “మాట్లాడుట” అనగా దాని శాసనమండలి మరియు న్యాయాధికారుల కార్యాచరణయే. అట్టి కార్యాచరణద్వారా, తన విధానమునకు ఆధారముగా తాను ప్రకటించిన స్వేచ్ఛావాద మరియు శాంతియుత సూత్రములను అది అసత్యముగా నిలుపును. అది “నాగమువలె” మాటలాడి, “మొదటి మృగముయొక్క సమస్త అధికారమును” వినియోగించునని చెప్పిన ప్రవచనము, నాగముచేతను చిరుతవంటి మృగముచేతను సూచింపబడిన జనాంగములలో వ్యక్తమైన అసహనము మరియు హింసాస్వభావముల వికాసమును స్పష్టముగా ముందుగా తెలియజేయుచున్నది. మరియు రెండు కొమ్ములు గల మృగము “భూమిని మరియు అందులో నివసించువారిని మొదటి మృగమును ఆరాధింపజేయును” అని చెప్పబడిన వాక్యము, ఈ జనాంగముయొక్క అధికారం పాపసత్త్వమునకు గౌరవార్పణక్రియగా నిలిచే ఏదో ఒక ఆచారమును బలవంతముగా అమలుచేయుటలో వినియోగింపబడవలెనని సూచించుచున్నది.</w:t>
      </w:r>
    </w:p>
    <w:p>
      <w:pPr>
        <w:pStyle w:val="ArticleScripture"/>
        <w:jc w:val="left"/>
      </w:pPr>
      <w:r>
        <w:rPr>
          <w:rFonts w:ascii="Nirmala UI" w:hAnsi="Nirmala UI" w:eastAsia="Nirmala UI" w:cs="Nirmala UI"/>
        </w:rPr>
        <w:t>“అటువంటి చర్య ఈ ప్రభుత్వ సూత్రాలకు, దాని స్వతంత్ర సంస్థల స్వభావానికి, స్వాతంత్ర్య ప్రకటనలోని స్పష్టమైన మరియు గంభీరమైన ప్రకటనలకు, అలాగే రాజ్యాంగానికి నేరుగా విరుద్ధమైనదై యుండును. దేశ స్థాపకులు జాగ్రత్తగా, సంఘము తనవంతున లౌకిక అధికారాన్ని వినియోగించుటను దాని అనివార్య ఫలితమైన అసహనమును మరియు హింసను దృష్టిలో ఉంచుకొని నిరోధించుటకు ప్రయత్నించిరి. రాజ్యాంగము ‘మత స్థాపనకు సంబంధించినదైన ఏ చట్టమును గాని, దాని స్వేచ్ఛాయుత ఆచరణను నిషేధించు ఏ చట్టమును గాని కాంగ్రెస్ చేయకూడదు’ అని, అలాగే ‘యునైటెడ్ స్టేట్స్ క్రిందనున్న ఏ పదవికైనా గాని, ప్రజా విశ్వాస సంబంధమైన ఏ బాధ్యతకైనా గాని అర్హతగా ఎట్టి మతపరీక్షయు ఎప్పుడును విధింపబడకూడదు’ అని నిర్దేశించుచున్నది. దేశ స్వేచ్ఛకు ఈ రక్షణలయందు బహిరంగమైన ఉల్లంఘన జరిగినప్పుడే గాని, ఏ మతాచరణయు పౌరాధికారముచేత బలవంతపరచబడలేదు. అయితే అటువంటి చర్యలోని అసంగతత, చిహ్నములో ప్రతినిధీకరించబడిన దానికంటే ఎక్కువేమీ కాదు. అది గొఱ్ఱెపిల్లవంటి కొమ్ములు గల మృగమే—బాహ్యంగా స్వచ్ఛమైనది, సౌమ్యమైనది, హానిరహితమైనది అని ప్రకటించుకొనుచు, నాగమువలె మాటలాడుచున్నది.” The Great Controversy, 441, 442.</w:t>
      </w:r>
    </w:p>
    <w:p>
      <w:pPr>
        <w:pStyle w:val="ArticleBody"/>
        <w:jc w:val="left"/>
      </w:pPr>
      <w:r>
        <w:rPr>
          <w:rFonts w:ascii="Nirmala UI" w:hAnsi="Nirmala UI" w:eastAsia="Nirmala UI" w:cs="Nirmala UI"/>
        </w:rPr>
        <w:t>యునైటెడ్ స్టేట్స్ యొక్క పునాది, వరుసగా ప్రొటెస్టాంటిజం మరియు రిపబ్లికనిజాన్ని ప్రతినిధ్యం చేసే స్వాతంత్ర్య ప్రకటన మరియు రాజ్యాంగములచే సూచింపబడుతుంది. రక్షణకును సమృద్ధికును కలిగించే “గోడలు” రిపబ్లికనిజమును మరియు ప్రొటెస్టాంటిజమును సూచించును; మరియు ఆదివార చట్ట సమయమున స్వాతంత్ర్య ప్రకటనయొక్కను రాజ్యాంగముయొక్కను సూత్రాలు రెండును పడగొట్టబడును; ఎందుకనగా నెబుకద్నెజరు “నీ గోడలకు ఎదిరిగా యుద్ధయంత్రములను నిలువబెట్టి, తన గొడ్డళ్లతో నీ గోపురములను కూలదోయును.”</w:t>
      </w:r>
    </w:p>
    <w:p>
      <w:pPr>
        <w:pStyle w:val="ArticleBody"/>
        <w:jc w:val="left"/>
      </w:pPr>
      <w:r>
        <w:rPr>
          <w:rFonts w:ascii="Nirmala UI" w:hAnsi="Nirmala UI" w:eastAsia="Nirmala UI" w:cs="Nirmala UI"/>
        </w:rPr>
        <w:t>ఆదివారపు చట్టం వచ్చినప్పుడు సమస్త “గోపురాలు” కూలదోయబడును; గోపురము అనేది, మనిషి తానే తనను రక్షించుకొనుటకు చేసిన ప్రయత్నముచే ప్రతినిధిత్వం చేయబడిన మూల తత్వశాస్త్రమును కలిగిన సంఘమునకు ఒక సంకేతమై యున్నది. మహా తిరుగుబాటుదారుడైన నిమ్రోదును గూర్చియు, అతని గోపురమును గూర్చియు *Prophets and Kings* గ్రంథమందు మనకు ఈ విధముగా తెలియజేయబడెను: “ఆ గోపురము కొంతవరకు పూర్తియైనప్పుడు, దాని ఒక భాగము నిర్మాణకారులకు నివాసస్థలముగా వినియోగింపబడెను; ఇతర గదులు అద్భుతముగా అలంకరింపబడి, శోభాయమానముగా సన్నద్ధపరచబడి, వారి విగ్రహములకు అంకితముగా ఉంచబడెను. ప్రజలు తమ విజయమునందు సంతోషించి, వెండి బంగారముల దేవతలను స్తుతించి, ఆకాశమును భూమిని ఏలుచున్న అధిపతికి విరోధముగా నిలిచిరి.” ఆదివారపు చట్ట సమయమున తూరు, యెరూషలేము కూలదోయబడినందుకు సంతోషించును; అయితే జాతీయ విశ్వాసభ్రష్టత తరువాత జాతీయ నాశనము అనుసరించును, అప్పుడు ఉత్తరదిక్కు రాజు యునైటెడ్ స్టేట్స్ యొక్క ప్రాకారములను గోపురములను కూలదోయును.</w:t>
      </w:r>
    </w:p>
    <w:p>
      <w:pPr>
        <w:pStyle w:val="ArticleBody"/>
        <w:jc w:val="left"/>
      </w:pPr>
      <w:r>
        <w:rPr>
          <w:rFonts w:ascii="Nirmala UI" w:hAnsi="Nirmala UI" w:eastAsia="Nirmala UI" w:cs="Nirmala UI"/>
        </w:rPr>
        <w:t>తదుపరి వ్యాసంలో యెహెజ్కేలు గ్రంథములో యెరూషలేముతో సంబంధమున్న ఆరు తేదీలను పరిశీలించుటను ఆరంభింతుము.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నలభయ్యవ వచనమునకు సంబంధించిన గూఢ చరిత్ర — ఇరవై ఏడు సంఖ్య</dc:title>
  <dc:subject>యెహెజ్కేలు సంఖ్య ఎనిమిది</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