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నలభయ్యవ వచనపు గూఢ చరిత్ర - ఇరవై ఎనిమిదవ సంఖ్య</w:t>
      </w:r>
    </w:p>
    <w:p>
      <w:pPr>
        <w:pStyle w:val="ArticleSubtitle"/>
        <w:jc w:val="left"/>
      </w:pPr>
      <w:r>
        <w:rPr>
          <w:rFonts w:ascii="Nirmala UI" w:hAnsi="Nirmala UI" w:eastAsia="Nirmala UI" w:cs="Nirmala UI"/>
        </w:rPr>
        <w:t>యెహెజ్కేలు తొమ్మిదవ అధ్యాయం</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దివ్యప్రేరణ ప్రకారం, ప్రేరణ విషయానికి వచ్చేసరికి, “ప్రతి వాస్తవానికీ తన సంబంధం ఉంది,” మరియు “ప్రతి సూత్రానికీ తన సంబంధం ఉంది.”</w:t>
      </w:r>
    </w:p>
    <w:p>
      <w:pPr>
        <w:pStyle w:val="ArticleScripture"/>
        <w:jc w:val="left"/>
      </w:pPr>
      <w:r>
        <w:rPr>
          <w:rFonts w:ascii="Nirmala UI" w:hAnsi="Nirmala UI" w:eastAsia="Nirmala UI" w:cs="Nirmala UI"/>
        </w:rPr>
        <w:t>“ఈ జీవితానికిగాని రాబోవు జీవితానికిగాని తగినవారై సిద్ధపడుటకు మనుష్యులు గ్రహించవలసిన సమస్త సూత్రములు బైబిలులో నిహితమై ఉన్నాయి. మరియు ఈ సూత్రములను అందరును గ్రహించగలరు. దాని బోధను మెచ్చుకొను మనస్సు కలిగిన ఎవరైనను బైబిలులోని ఒక్క వచనమునైన చదివినపుడు, దానినుండి ఏదో ఒక ఉపకారకమైన ఆలోచనను పొందకమానరు. అయితే బైబిలులోని అత్యంత విలువైన బోధ యాదృచ్ఛికమైనగాని, పరస్పర సంబంధము లేని విధమైనగాని అధ్యయనముచేత లభించదు. దాని మహత్తరమైన సత్యవ్యవస్థ తొందరపాటు గలవారికైనను, అజాగ్రత్తగల పాఠకునికైనను సులభముగా గ్రహింపబడునట్లు అర్పింపబడలేదు. దానిలోని అనేక నిధులు ఉపరితలమునకు ఎంతో దిగువన దాగియున్నవి; అవి శ్రద్ధాపూర్వకమైన పరిశోధనచేతను, నిరంతర ప్రయత్నముచేతను మాత్రమే సంపాదింపబడగలవు. ఆ మహాసమగ్రతను నిర్మించు సత్యములు ‘కొంచెము ఇక్కడ, కొంచెము అక్కడ’ వెదకబడి సమకూర్చబడవలెను.” యెషయా 28:10.</w:t>
      </w:r>
    </w:p>
    <w:p>
      <w:pPr>
        <w:pStyle w:val="ArticleScripture"/>
        <w:jc w:val="left"/>
      </w:pPr>
      <w:r>
        <w:rPr>
          <w:rFonts w:ascii="Nirmala UI" w:hAnsi="Nirmala UI" w:eastAsia="Nirmala UI" w:cs="Nirmala UI"/>
        </w:rPr>
        <w:t>“ఈ విధంగా అన్వేషించి సమకూర్చబడినప్పుడు, అవి పరస్పరానికి సంపూర్ణంగా అనుకూలించినవిగా కనబడతాయి. ప్రతి సువార్త ఇతర సువార్తలకు పూరకమైయుండును; ప్రతి ప్రవచనం మరొక ప్రవచనానికి వివరణగా నిలుచును; ప్రతి సత్యం మరొక సత్యానికి వికాసరూపమైయుండును. యూదుల విధానవ్యవస్థకు సంబంధించిన ఛాయారూపాలు సువార్తచేత స్పష్టముగా చేయబడును. దేవుని వాక్యంలోని ప్రతి సిద్ధాంతానికి తన స్థానం కలదు; ప్రతి సంఘటనకు తన ప్రాముఖ్యత కలదు. మరియు సంపూర్ణ నిర్మాణము, తన సంకల్పములోను కార్యసాధనములోను, తన కర్తకు సాక్ష్యమిచ్చుచున్నది. అట్టి నిర్మాణమును అనంతుని మనస్సు తప్ప మరి ఏ మనస్సును గాని ఆలోచించలేక, రూపుదిద్దలేకపోయును.” Education, 123.</w:t>
      </w:r>
    </w:p>
    <w:p>
      <w:pPr>
        <w:pStyle w:val="ArticleBody"/>
        <w:jc w:val="left"/>
      </w:pPr>
      <w:r>
        <w:rPr>
          <w:rFonts w:ascii="Nirmala UI" w:hAnsi="Nirmala UI" w:eastAsia="Nirmala UI" w:cs="Nirmala UI"/>
        </w:rPr>
        <w:t>నిజం ఏమనగా, “ఎరెబ్ బోకేర్” అనే హీబ్రూ పదప్రయోగం బైబిలులో ఎనిమిది సార్లు కనిపిస్తుంది. దానిని ఎల్లప్పుడూ “సాయంకాలమును ఉదయమును” అని అనువదించారు; అయితే దానియేలు 8:14లో మాత్రమే అది “దినములు” అని అనువదించబడింది. ప్రేరణాత్మక సాక్ష్య ప్రకారం, పదనాలుగవ వచనం “అడ్వెంట్ విశ్వాసమునకు పునాది మరియు కేంద్రీయ స్తంభము.”</w:t>
      </w:r>
    </w:p>
    <w:p>
      <w:pPr>
        <w:pStyle w:val="ArticleScripture"/>
        <w:jc w:val="left"/>
      </w:pPr>
      <w:r>
        <w:rPr>
          <w:rFonts w:ascii="Nirmala UI" w:hAnsi="Nirmala UI" w:eastAsia="Nirmala UI" w:cs="Nirmala UI"/>
        </w:rPr>
        <w:t>“మరియొకటన్నిటికంటె అధికముగా అడ్వెంట్ విశ్వాసమునకు పునాదిగాను కేంద్రీయ స్తంభముగాను నుండిన పరిశుద్ధ గ్రంథవాక్యము ఇదే: ‘రెండు వేల మూడు వందల దినములవరకు; ఆ తరువాత పరిశుద్ధస్థలము శుద్ధి చేయబడును.’ [దానియేలు 8:14.]” The Great Controversy, 409.</w:t>
      </w:r>
    </w:p>
    <w:p>
      <w:pPr>
        <w:pStyle w:val="ArticleBody"/>
        <w:jc w:val="left"/>
      </w:pPr>
      <w:r>
        <w:rPr>
          <w:rFonts w:ascii="Nirmala UI" w:hAnsi="Nirmala UI" w:eastAsia="Nirmala UI" w:cs="Nirmala UI"/>
        </w:rPr>
        <w:t>అందువలన ఆ వచనములోనున్న “days” అనే పదం, ఆ హెబ్రీ ప్రయోగము ఉపయోగింపబడిన ఏడు సందర్భములలో ఎనిమిదవ సందర్భమని వాస్తవము. మరియు కింగ్ జేమ్స్ అనువాదకులకు దేవుడు తన ప్రవచనాత్మక మార్గదర్శకత్వముచేత ఉద్దేశపూర్వకముగా ఆ వచనములో—ఎనిమిదవ అధ్యాయములోని రెండు దర్శనములలో ఒకదానిని సూచించు ఆ వచనములో—ఏడింటిలోనుండి వచ్చిన ఎనిమిదవదనే బైబిలీయ గూఢార్థమును అనుసంధానించెను. ఎనిమిదవ అధ్యాయములో “vision” అని అనువదించబడిన పదములలో ఒకటి హెబ్రీ పదమైన “chazon,” మరియొకటి “mareh.” “Mareh” అనగా ప్రత్యక్షరూపము; “mareh” దర్శనము అనగా దేవుని ప్రవచనాత్మక వాక్యములో క్రీస్తు ప్రత్యక్షతకు సంబంధించిన దర్శనము. దానియేలు 8:14 లోని “mareh” దర్శనము, 1844 అక్టోబరు 22న క్రీస్తు ప్రత్యక్షమగవలెనని మరియు అకస్మాత్తుగా తన ఆలయమునకు రాగలెనని నిర్దేశించుచున్నది. ఈ సత్యములన్నియు వాస్తవములే; మరియు అవి కేంద్రీయ స్తంభమై యున్న ఆ వచనముతో సంబంధమును కలిగియున్నవి. కేంద్రీయ స్తంభము ఏదైనా సిద్ధాంతము గాని, 1844 అక్టోబరు 22న నెరవేర్చబడిన ప్రవచనము గాని కాదు; వాస్తవమేమనగా, ఆ వచనమే క్రీస్తు—అతడే కేంద్రీయ స్తంభము.</w:t>
      </w:r>
    </w:p>
    <w:p>
      <w:pPr>
        <w:pStyle w:val="ArticleScripture"/>
        <w:jc w:val="left"/>
      </w:pPr>
      <w:r>
        <w:rPr>
          <w:rFonts w:ascii="Nirmala UI" w:hAnsi="Nirmala UI" w:eastAsia="Nirmala UI" w:cs="Nirmala UI"/>
        </w:rPr>
        <w:t>“ఈ నిరుత్సాహ స్థితిలో ఉండగా, నా మనస్సుపై లోతైన ముద్ర వేసిన ఒక స్వప్నం నాకు కలిగెను. అనేకులు గుంపులుగా చేరుచుండిన ఒక దేవాలయమును నేను చూచినట్లు స్వప్నించితిని. కాలము ముగిసినప్పుడు ఆ దేవాలయంలో ఆశ్రయం పొందినవారే రక్షింపబడుదురు; వెలుపల మిగిలిన వారందరూ శాశ్వతముగా నశించుదురు. వెలుపల తమ తమ మార్గములలో తిరుగుచుండిన జనసమూహములు, దేవాలయంలో ప్రవేశించుచున్నవారిని ఎగతాళి చేసి, పరిహసించి, ఈ రక్షణ ప్రణాళిక చాతుర్యపూర్వకమైన మోసమని, వాస్తవముగా తప్పించుకొనవలసిన ఎటువంటి అపాయమును లేదని వారికి చెప్పిరి. వారు కొందరిని గోడల లోపలికి త్వరగా ప్రవేశింపకుండా అడ్డుకొనుటకై వారిని పట్టుకొనిరి.”</w:t>
      </w:r>
    </w:p>
    <w:p>
      <w:pPr>
        <w:pStyle w:val="ArticleScripture"/>
        <w:jc w:val="left"/>
      </w:pPr>
      <w:r>
        <w:rPr>
          <w:rFonts w:ascii="Nirmala UI" w:hAnsi="Nirmala UI" w:eastAsia="Nirmala UI" w:cs="Nirmala UI"/>
        </w:rPr>
        <w:t>“ఎగతాళి చేయబడతానేమోనని భయపడి, జనసమూహం చెదరిపోయేవరకు, లేక వారు గమనించకుండా నేను లోనికి ప్రవేశించగలిగేవరకు వేచియుండుటనే ఉత్తమమని నేను భావించితిని. అయితే సంఖ్య తగ్గుటకు బదులుగా మరింత పెరిగెను; ఆలస్యమైపోతుందేమోనని భయపడి, నేను త్వరితంగా నా ఇంటిని విడిచి, జనసమూహమును తోసుకుంటూ ముందుకు సాగితిని. దేవాలయమును చేరవలెననే నా ఆత్రుతలో, నన్ను చుట్టుముట్టి ఉన్న జనసందోహమును నేను గమనింపలేదు, గాని దానిని లక్ష్యపరచలేదు.”</w:t>
      </w:r>
    </w:p>
    <w:p>
      <w:pPr>
        <w:pStyle w:val="ArticleScripture"/>
        <w:jc w:val="left"/>
      </w:pPr>
      <w:r>
        <w:rPr>
          <w:rFonts w:ascii="Nirmala UI" w:hAnsi="Nirmala UI" w:eastAsia="Nirmala UI" w:cs="Nirmala UI"/>
        </w:rPr>
        <w:t>“ఆ భవనములోనికి ప్రవేశించినప్పుడు, ఆ విశాలమైన ఆలయం ఒక మహత్తరమైన స్తంభముచే ఆధారించబడియున్నదని నేను చూచితిని; ఆ స్తంభమునకు చిద్రముచేయబడి, రక్తస్రావముతో నిండిన ఒక గొఱ్ఱెపిల్ల కట్టబడియుండెను. అక్కడ ఉన్న మేమంతా, ఈ గొఱ్ఱెపిల్ల మా నిమిత్తమే చీల్చబడి గాయపరచబడెనని తెలిసికొనినట్టుగా అనిపించెను. ఆలయములోనికి ప్రవేశించువారందరూ దాని సమక్షమునకు వచ్చి తమ పాపములను ఒప్పుకొనవలసియుండెను. ఆ గొఱ్ఱెపిల్లకు అచ్చముగా ఎదుట ఎత్తుగా ఏర్పాటు చేయబడిన ఆసనములు ఉండెను; వాటిమీద అత్యంత సంతోషముగా కనబడిన ఒక సమూహము కూర్చుండెను. పరలోక ప్రకాశము వారి ముఖములపై ప్రకాశించుచున్నట్టుగా అనిపించెను; వారు దేవునిని స్తుతించుచు, దేవదూతల సంగీతమువలె అనిపించిన ఉల్లాసకర కృతజ్ఞతాగీతములను పాడుచుండిరి. వీరే ఆ గొఱ్ఱెపిల్ల సమక్షమునకు వచ్చి, తమ పాపములను ఒప్పుకొని, క్షమాపణ పొందినవారు; ఇప్పుడు వారు ఏదో ఆనందకర సంఘటనను సంతోషపూర్వక నిరీక్షణతో ఎదురుచూచుచుండిరి.”</w:t>
      </w:r>
    </w:p>
    <w:p>
      <w:pPr>
        <w:pStyle w:val="ArticleScripture"/>
        <w:jc w:val="left"/>
      </w:pPr>
      <w:r>
        <w:rPr>
          <w:rFonts w:ascii="Nirmala UI" w:hAnsi="Nirmala UI" w:eastAsia="Nirmala UI" w:cs="Nirmala UI"/>
        </w:rPr>
        <w:t>“నేను ఆ భవనంలో ప్రవేశించిన తరువాత కూడా, ఒక భయం నన్ను ఆవరించింది; ఈ ప్రజల సమక్షంలో నేను నన్ను నేనే తగ్గించుకొనవలసి ఉందనే ఒక లజ్జాభావమూ కలిగింది; అయితే నేను ముందుకు సాగవలెనని బలవంతింపబడినవానివలె అనిపించింది. నేను గొఱ్ఱెపిల్లను ఎదుర్కొనుటకై ఆ స్తంభము చుట్టూ నెమ్మదిగా మార్గమును చేసికొనుచుండగా, ఒక తూర్యనాదము వినిపించింది, ఆలయం కంపించింది, సమకూడిన పరిశుద్ధుల నుండి విజయఘోషలు ఉద్భవించాయి, భయానకమైన ప్రకాశము ఆ భవనమును ప్రకాశింపజేసింది; అప్పుడు సమస్తము గాఢాంధకారమైపోయింది. ఆ ఆనందభరితులైన జనులందరు ఆ ప్రకాశముతో కూడ అదృశ్యమైపోయిరి, మరియు రాత్రియొక్క మౌనభయంకరతలో నేను ఒంటరిగా మిగిలిపోయితిని.”</w:t>
      </w:r>
    </w:p>
    <w:p>
      <w:pPr>
        <w:pStyle w:val="ArticleScripture"/>
        <w:jc w:val="left"/>
      </w:pPr>
      <w:r>
        <w:rPr>
          <w:rFonts w:ascii="Nirmala UI" w:hAnsi="Nirmala UI" w:eastAsia="Nirmala UI" w:cs="Nirmala UI"/>
        </w:rPr>
        <w:t>“నేను మనోవేదనతో మేల్కొన్నాను; నేను స్వప్నం చూచితిని అని నా స్వయమునకు నమ్మించుకొనుటకే దాదాపు సాధ్యపడలేదు. నా విధి నిర్ణయింపబడిపోయెనని; ప్రభువు ఆత్మ నన్ను విడిచిపోయి, మరల ఎన్నడును తిరిగి రాదని నాకు అనిపించింది.” Experience and Teachings, 24, 25.</w:t>
      </w:r>
    </w:p>
    <w:p>
      <w:pPr>
        <w:pStyle w:val="ArticleBody"/>
        <w:jc w:val="left"/>
      </w:pPr>
      <w:r>
        <w:rPr>
          <w:rFonts w:ascii="Nirmala UI" w:hAnsi="Nirmala UI" w:eastAsia="Nirmala UI" w:cs="Nirmala UI"/>
        </w:rPr>
        <w:t>ఇప్పుడు మనము ఆలయంలో ప్రవేశించి, ఆ తరువాత మన పాపములను ఒప్పుకొని, ఆయన నీతీకరణమనే ఆశీర్వాదాన్ని పొందుదుమో లేదో అన్న విషయములో పరీక్షింపబడుచున్నాము. ఆలయంలో ప్రవేశించుటకు ఇచ్చబడిన ఈ చివరి పిలుపు, మన వ్యక్తిగత ప్రవేశమును అడ్డగించుటకై ఏర్పడిన అవరోధములతో చుట్టుముట్టబడియున్నది; అయినప్పటికిని, మనము ఇప్పుడు సంకోచించిన యెడల, “రాత్రి యొక్క నిశ్శబ్ద భయానకతలో ఒంటరిగా విడిచిపెట్టబడుదుము.” అయితే, ఇదే నా ఏకైక అంశము కాదు.</w:t>
      </w:r>
    </w:p>
    <w:p>
      <w:pPr>
        <w:pStyle w:val="ArticleBody"/>
        <w:jc w:val="left"/>
      </w:pPr>
      <w:r>
        <w:rPr>
          <w:rFonts w:ascii="Nirmala UI" w:hAnsi="Nirmala UI" w:eastAsia="Nirmala UI" w:cs="Nirmala UI"/>
        </w:rPr>
        <w:t>“దినములు” అనే పదంలోని భేదాన్ని చేర్చుట ద్వారా, ఈ అత్యంత ముఖ్యమైన వచనముపై ఉద్దేశపూర్వకమైన ప్రాధాన్యతను ఉంచబడెను; ఆ పదము తనతోకూడ ఎనిమిదవది ఏడుగురిలోనిది అనే ప్రవచనాత్మక గూఢార్థమును మోసికొనివచ్చుచున్నది, అది ఒక లక్ష నలభై నాలుగు వేలమందికి సంబంధించిన ముద్రణ కాలములోని చక్రములలో ఒకటై యున్నది. ముద్రణ కాలములో, బైబిలు ప్రవచనములోని ఆరవ రాజ్యమునకు చెందిన ప్రొటెస్టాంటు కొమ్ము మరియు రిపబ్లికన్ కొమ్ము రెండును కూడ ఎనిమిదవది ఏడుగురిలోనిది అనే ఆ గూఢార్థమును నెరవేర్చును. 1989లో అంత్యకాలము ప్రారంభమైనప్పటి నుండి వచ్చిన ఎనిమిది అధ్యక్షులలో, ట్రంప్ ఆరవ రాజ్యమునకు చెందిన ఆరవ రాజుగా అయ్యెను; మరియు అతడు తన రెండవ పదవీకాలమును గెలిచిన తరువాత, అతడు ఏడుగురిలోనిది అయిన ఎనిమిదవవాడయ్యెను. 313లో మిలాను శాసనమును యునైటెడ్ స్టేట్స్ పునరావృతం చేయు చర్యలో, ఒక లక్ష నలభై నాలుగు వేలమందికి చెందిన లయోదికయ ఉద్యమము, ఒక లక్ష నలభై నాలుగు వేలమందికి చెందిన ఫిలదెల్ఫియా ఉద్యమముగా మారును. పాపస్వామ్యమునకు కలిగిన ప్రాణాంతక గాయం స్వస్థపరచబడునప్పుడు, అట్టి ఆదివారపు ధర్మశాసనమునందు ముద్రణ కాలము ముగియును; తద్వారా ఆమె ప్రకటన గ్రంథము పదిహేడవ అధ్యాయములోని గూఢార్థమును, ఏడుగురిలోనిది అయిన ఎనిమిదవదిగా, నెరవేర్చును. ఒక ఆంగ్ల పదముగా వ్యక్తీకరించబడిన ఒక హెబ్రీ పదబంధముచే సూచింపబడిన ఒక సత్యము, ఒక లక్ష నలభై నాలుగు వేలమందికి సంబంధించిన ముద్రణ కాలములో తీర్పు ప్రారంభమును గుర్తించు వచనమును, తీర్పు ముగింపును గుర్తించు వచనములోనికి తీసికొనివచ్చును.</w:t>
      </w:r>
    </w:p>
    <w:p>
      <w:pPr>
        <w:pStyle w:val="ArticleBody"/>
        <w:jc w:val="left"/>
      </w:pPr>
      <w:r>
        <w:rPr>
          <w:rFonts w:ascii="Nirmala UI" w:hAnsi="Nirmala UI" w:eastAsia="Nirmala UI" w:cs="Nirmala UI"/>
        </w:rPr>
        <w:t>ప్రతి విషయానికీ తనకు తగిన స్థానం ఉంది; మరియు నూతన నిబంధనలో ఒక ‘సంఖ్య’ను మరొక ‘సంఖ్య’తో గుణించిన సంఖ్యా నిర్మాణానికి కేవలం ఒకే వ్యక్తీకరణ ఉంది; పాత నిబంధనలో మాత్రం అలాంటివి రెండే ఉన్నాయి. ఆ ‘సంఖ్యా నిర్మాణం’ యొక్క ఆల్ఫా ఆదికాండములో ఉంది.</w:t>
      </w:r>
    </w:p>
    <w:p>
      <w:pPr>
        <w:pStyle w:val="ArticleScripture"/>
        <w:jc w:val="left"/>
      </w:pPr>
      <w:r>
        <w:rPr>
          <w:rFonts w:ascii="Nirmala UI" w:hAnsi="Nirmala UI" w:eastAsia="Nirmala UI" w:cs="Nirmala UI"/>
        </w:rPr>
        <w:t>కయీనుకు ఏడుమార్లు ప్రతీకారం తీర్చబడునయెడల, నిజముగా లామెకునకు డెబ్బది ఏడుమార్లు తీర్చబడును. ఆదికాండము 4:24.</w:t>
      </w:r>
    </w:p>
    <w:p>
      <w:pPr>
        <w:pStyle w:val="ArticleBody"/>
        <w:jc w:val="left"/>
      </w:pPr>
      <w:r>
        <w:rPr>
          <w:rFonts w:ascii="Nirmala UI" w:hAnsi="Nirmala UI" w:eastAsia="Nirmala UI" w:cs="Nirmala UI"/>
        </w:rPr>
        <w:t>ఓమేగా “సంఖ్యాత్మక నిర్మాణం” మత్తయిలో ఉంది.</w:t>
      </w:r>
    </w:p>
    <w:p>
      <w:pPr>
        <w:pStyle w:val="ArticleScripture"/>
        <w:jc w:val="left"/>
      </w:pPr>
      <w:r>
        <w:rPr>
          <w:rFonts w:ascii="Nirmala UI" w:hAnsi="Nirmala UI" w:eastAsia="Nirmala UI" w:cs="Nirmala UI"/>
        </w:rPr>
        <w:t>అప్పుడు పేతురు ఆయనయొద్దకు వచ్చి, “ప్రభువా, నా సహోదరుడు నా మీద పాపము చేసినప్పుడు నేను అతనిని ఎన్ని మారులు క్షమింపవలెను? ఏడుమారులవరకునా?” అని అడిగెను. యేసు అతనితో, “ఏడుమారులవరకే అని నేను నీతో చెప్పుటలేదు; డెబ్బది మారులు ఏడుమారులవరకు” అని చెప్పెను. మత్తయి 18:21, 22.</w:t>
      </w:r>
    </w:p>
    <w:p>
      <w:pPr>
        <w:pStyle w:val="ArticleBody"/>
        <w:jc w:val="left"/>
      </w:pPr>
      <w:r>
        <w:rPr>
          <w:rFonts w:ascii="Nirmala UI" w:hAnsi="Nirmala UI" w:eastAsia="Nirmala UI" w:cs="Nirmala UI"/>
        </w:rPr>
        <w:t>ఈ వచనభాగాలు బైబిలులో ఒక సంఖ్యను మరొక సంఖ్యతో గుణించబడవలసినదిగా గుర్తించబడిన మొదటి మరియు చివరి సందర్భాలను సూచిస్తున్నాయి. సంఖ్యలు అనేకం ఉన్నప్పటికీ, ఆదికాండమునకు చెందిన ఆల్ఫా మరియు మత్తయికి చెందిన ఓమెగా సమాన సంఖ్యాత్మక నిర్మాణాన్ని కలిగియున్నవి; అవి ‘ఏడు’ మరియు ‘డెబ్బై’ అను అదే రెండు సంఖ్యలను ఉపయోగిస్తున్నవి.</w:t>
      </w:r>
    </w:p>
    <w:p>
      <w:pPr>
        <w:pStyle w:val="ArticleBody"/>
        <w:jc w:val="left"/>
      </w:pPr>
      <w:r>
        <w:rPr>
          <w:rFonts w:ascii="Nirmala UI" w:hAnsi="Nirmala UI" w:eastAsia="Nirmala UI" w:cs="Nirmala UI"/>
        </w:rPr>
        <w:t>ఆల్ఫా మరియు ఒమేగా మధ్యనున్న భాగం—ఈ సంఖ్యాత్మక నిర్మాణం కనిపించే మధ్యభాగమై, మరొకే ఏకైక స్థలం లేవీయకాండము ఇరవై ఐదవ అధ్యాయం. అక్కడ ఆ రెండు సంఖ్యలు ‘ఏడు’ మరియు ‘డెబ్బై’ కావు; ‘ఏడు సార్లు ఏడు సంవత్సరాలు.’</w:t>
      </w:r>
    </w:p>
    <w:p>
      <w:pPr>
        <w:pStyle w:val="ArticleScripture"/>
        <w:jc w:val="left"/>
      </w:pPr>
      <w:r>
        <w:rPr>
          <w:rFonts w:ascii="Nirmala UI" w:hAnsi="Nirmala UI" w:eastAsia="Nirmala UI" w:cs="Nirmala UI"/>
        </w:rPr>
        <w:t>నీ కొరకు ఏడు సంవత్సర-శబ్బత్తులను లెక్కింపవలెను; ఏడు మారులు ఏడు సంవత్సరములు గణింపవలెను; అప్పుడు ఆ ఏడు సంవత్సర-శబ్బత్తుల కాలము నీ కొరకు నలుబది తొమ్మిది సంవత్సరములగును. లేవీయకాండము 25:8.</w:t>
      </w:r>
    </w:p>
    <w:p>
      <w:pPr>
        <w:pStyle w:val="ArticleBody"/>
        <w:jc w:val="left"/>
      </w:pPr>
      <w:r>
        <w:rPr>
          <w:rFonts w:ascii="Nirmala UI" w:hAnsi="Nirmala UI" w:eastAsia="Nirmala UI" w:cs="Nirmala UI"/>
        </w:rPr>
        <w:t>మధ్య సంఖ్యా నిర్మాణం మళ్లీ ‘ఏడు’ అనే సంఖ్యను ఉపయోగిస్తుంది; ‘డెబ్బై’ అనే సంఖ్యను కాదు. అది ఉన్న భాగంలో విధేయతకు ఒక ఆశీర్వాదం, అవిధేయతకు ఒక శాపమును కూడా కలిగియున్నది. దాసులను విముక్తి చేయుటయు భూమిని పునరుద్ధరించుటయు అనే ఆశీర్వాదములు, లేవీయకాండము ఇరవై ఆరవ అధ్యాయములో నాలుగు మార్లు ప్రస్తావించబడిన “ఏడు మార్లు” అనే శాపముతో ప్రతిస్ఫురింపజేయబడ్డాయి. ఆ ఆశీర్వాదములో భూమి విశ్రాంతి పొందిన సంవత్సరములలో ప్రభువుయొక్క పోషణ కలిగియుండెను; యూబిలీ సంవత్సరములో ద్విగుణ ఆశీర్వాదమును కూడా కలిగియుండెను; మరియు ఇరవై ఆరవ అధ్యాయములోనున్న శాపప్రకటన ఈ రెండు అధ్యాయముల నిబంధన హెచ్చరికలో దానికి ప్రతిరూపమై యున్నది.</w:t>
      </w:r>
    </w:p>
    <w:p>
      <w:pPr>
        <w:pStyle w:val="ArticleBody"/>
        <w:jc w:val="left"/>
      </w:pPr>
      <w:r>
        <w:rPr>
          <w:rFonts w:ascii="Nirmala UI" w:hAnsi="Nirmala UI" w:eastAsia="Nirmala UI" w:cs="Nirmala UI"/>
        </w:rPr>
        <w:t>మధ్యస్థ సంఖ్యా నిర్మాణం లేవీయకాండము 25:8లో (“ఏడు సార్లు ఏడు సంవత్సరాలు”) ప్రత్యక్షమవుతుంది. అది వెంటనే లేవీయకాండము 26లోనున్న నాలుగుమడుల “ఏడు సార్లు” తీర్పుతో జతచేయబడింది. అందువలన, ఈ మధ్యస్థ సంఖ్యా నిర్మాణం ఆశీర్వాదమును గాను శాపమును గాను రెండింటినీ సూచించి, లేవీయకాండములో ద్విగుణ సాక్ష్యమును ఏర్పరుస్తుంది. యూబిలీకి సంబంధించిన ఆశీర్వాదమునకైనను శాపమునకైనను చెందిన సంఖ్యా నిర్మాణములు లామెకు తీర్పు మరియు యేసు పరీక్షాకాల పరిమితిని గుర్తించిన ప్రకటన మధ్య ఉంచబడ్డాయి. ఈ మూడూ కలిసి ఒక పరీక్షాకాల పరిమితిని సూచిస్తున్నవి; అది పూర్తైనప్పుడు ఒక ఆశీర్వదించబడిన వర్గమును, ఒక శపించబడిన వర్గమును ప్రత్యక్షపరచును. మొదటియు అంతమునైన ఆల్ఫా మరియు ఒమెగా, మొదటి మరియు మూడవ దూతల సందేశములను సూచించుచు, నాలుగు వందల తొంభైని పరీక్షాకాలానికి చిహ్నముగా గుర్తించుచున్నవి. ఇది యూబిలీ యొక్క శాపముతో గాని ఆశీర్వాదముతో గాని అనుసంధానింపబడినప్పుడు, పదిహేడవ యూబిలీ చక్రము యొక్క ముప్పదవ సంవత్సరములో యెహెజ్కేలును ఉంచు యెహెజ్కేలు మొదటి అధ్యాయం మొదటి వచనము యొక్క అధ్యయనమునకు మనము సమీపించుచుండగా, ఈ విషయములు ప్రాముఖ్యముగలవిగా నిలుస్తాయి.</w:t>
      </w:r>
    </w:p>
    <w:p>
      <w:pPr>
        <w:pStyle w:val="ArticleBody"/>
        <w:jc w:val="left"/>
      </w:pPr>
      <w:r>
        <w:rPr>
          <w:rFonts w:ascii="Nirmala UI" w:hAnsi="Nirmala UI" w:eastAsia="Nirmala UI" w:cs="Nirmala UI"/>
        </w:rPr>
        <w:t>ఆ యూబిలీ చక్రం క్రీస్తుపూర్వం 573 అక్టోబర్ 22న ముగిసింది; అది అక్టోబర్ 22, 1844ను మాత్రమే కాక, త్వరలో రాబోవు ఆదివారపు చట్టాన్నికూడా ప్రతిరూపంగా సూచించింది. మనము ఇప్పుడు 2026 సంవత్సరంలో ఉన్నాము; ఇది డెబ్బైవ యూబిలీ చక్రంలోని నలభై ఏడవ సంవత్సరము. ఈ యూబిలీ చక్రము, యెహెజ్కేలు ముప్పైవ సంవత్సరంలో నిలిచియున్న ‘పదిహేడవ’ యూబిలీ చక్రముచేత ప్రతిరూపింపబడింది. అతడు ఆలయంలో నిలిచి యుండెను; ఇది తీర్పు అంతమున విశ్వాసముచేత అత్యంత పరిశుద్ధ స్థలములోనికి ప్రవేశించిన నూట నలభై నాలుగు వేల మందిని సూచించుచున్నది, అక్టోబర్ 22, 1844 తరువాత విశ్వాసులు చేసినట్లే. మొదటి అధ్యాయము మొదటి వచనములో యెహెజ్కేలు ప్రవచన చరిత్రలో ఎక్కడ ఉన్నాడనే “వాస్తవాన్ని” చేజార్చుకొనుట అనగా, మీ “దిక్సూచిని” కోల్పోవుటయే.</w:t>
      </w:r>
    </w:p>
    <w:p>
      <w:pPr>
        <w:pStyle w:val="ArticleBody"/>
        <w:jc w:val="left"/>
      </w:pPr>
      <w:r>
        <w:rPr>
          <w:rFonts w:ascii="Nirmala UI" w:hAnsi="Nirmala UI" w:eastAsia="Nirmala UI" w:cs="Nirmala UI"/>
        </w:rPr>
        <w:t>కెబారు నది యొద్ద అనుగ్రహింపబడిన ప్రభువు మహిమను దర్శించిన తరువాత, దానియేలు, యెషయా, యోహాను ఎట్లా అయ్యారో అట్లాగే యెహెజ్కేలు ధూళిలో దిగజారిన వినమ్రతలోనికి తేబడెను. తరువాత, ఈ నాలుగు ఉదాహరణలన్నియు చూడక వినక ఉండబోవు సంఘమునకు సందేశమును అందించవలసినవారి అభిషేక సంబంధ అంశములను అందించుచున్నవి.</w:t>
      </w:r>
    </w:p>
    <w:p>
      <w:pPr>
        <w:pStyle w:val="ArticleBody"/>
        <w:jc w:val="left"/>
      </w:pPr>
      <w:r>
        <w:rPr>
          <w:rFonts w:ascii="Nirmala UI" w:hAnsi="Nirmala UI" w:eastAsia="Nirmala UI" w:cs="Nirmala UI"/>
        </w:rPr>
        <w:t>యెహెజ్కేలు గ్రంథములో యెరూషలేమును ఉద్దేశించి చెప్పబడిన ఆరు తేదీలు ఉన్నాయి. ఇదివరకు మనము మొదటి అధ్యాయము, ఒకటవ మరియు రెండవ వచనములలో కనబడే మొదటి తేదీని, తదుపరి నలభైవ అధ్యాయము, ఒకటవ వచనములో కనబడే చివరి తేదీని పరిశీలించియున్నాము. ఎనిమిదవ అధ్యాయము, ఒకటవ వచనములో కనబడే రెండవ తేదీని నేను ప్రస్తావించియున్నాను గాని, దాని సంకేతాత్మక ప్రతినిధిత్వమునే మాత్రమే, యెరూషలేము ముట్టడి మరియు నాశనముతో దానికున్న సంబంధములో దానిని స్థాపించకుండానే; అయితే సమస్త గ్రంథమంతయు ఆ అక్షమునే చుట్టి తిరుగుచున్నది. యెరూషలేము క్రీస్తుపూర్వము 586/585 సంవత్సరముల అంత్యమున నాశనమాయెను. మరియు యెహెజ్కేలు 33:21 లో యెరూషలేము పతనవార్తతో ఒక పారిపోయినవాడు వచ్చెను.</w:t>
      </w:r>
    </w:p>
    <w:p>
      <w:pPr>
        <w:pStyle w:val="ArticleScripture"/>
        <w:jc w:val="left"/>
      </w:pPr>
      <w:r>
        <w:rPr>
          <w:rFonts w:ascii="Nirmala UI" w:hAnsi="Nirmala UI" w:eastAsia="Nirmala UI" w:cs="Nirmala UI"/>
        </w:rPr>
        <w:t>మా చెరలోనున్న పన్నెండవ సంవత్సరమందు, పదవ నెలలో, ఆ నెల ఐదవ దినమున, యెరూషలేమునుండి తప్పించుకొని వచ్చిన ఒకడు నా యొద్దకు వచ్చి, “పట్టణము పడగొట్టబడెను” అని చెప్పెను. తప్పించుకొని వచ్చిన వాడు రాకముందు సాయంకాలమున ప్రభువు చేయి నా మీద ఉండెను; అతడు ఉదయమున నా యొద్దకు వచ్చువరకు నా నోరు తెరచి యుండెను; అందుచేత నా నోరు తెరచబడెను, నేను ఇక మూగవానిగా ఉండలేదు. యెహెజ్కేలు 33:21, 22.</w:t>
      </w:r>
    </w:p>
    <w:p>
      <w:pPr>
        <w:pStyle w:val="ArticleBody"/>
        <w:jc w:val="left"/>
      </w:pPr>
      <w:r>
        <w:rPr>
          <w:rFonts w:ascii="Nirmala UI" w:hAnsi="Nirmala UI" w:eastAsia="Nirmala UI" w:cs="Nirmala UI"/>
        </w:rPr>
        <w:t>పన్నెండవ సంవత్సరంలో నగరం కొట్టబడెను; అప్పుడు యెహెజ్కేలు తన స్వేచ్ఛానుసారంగా మాటలాడుటకు స్వతంత్రుడాయెను. యెహెజ్కేలు ఎనిమిదవ అధ్యాయంలోని దర్శనం ఆరవ సంవత్సరంలో కలిగెను; అందువలన అది నగరం కొట్టబడుటకు సుమారు ఆరు సంవత్సరములు ముందుగా జరిగినది.</w:t>
      </w:r>
    </w:p>
    <w:p>
      <w:pPr>
        <w:pStyle w:val="ArticleScripture"/>
        <w:jc w:val="left"/>
      </w:pPr>
      <w:r>
        <w:rPr>
          <w:rFonts w:ascii="Nirmala UI" w:hAnsi="Nirmala UI" w:eastAsia="Nirmala UI" w:cs="Nirmala UI"/>
        </w:rPr>
        <w:t>ఆరవ సంవత్సరమందు, ఆరవ నెలలో, నెల ఐదవ దినమున, నేను నా ఇంటిలో కూర్చుండియుండగా, యూదా పెద్దలు నా యెదుట కూర్చుండియుండగా, అక్కడ ప్రభువైన దేవుని హస్తము నాయిమీద పడెను. యెహెజ్కేలు 8:1.</w:t>
      </w:r>
    </w:p>
    <w:p>
      <w:pPr>
        <w:pStyle w:val="ArticleBody"/>
        <w:jc w:val="left"/>
      </w:pPr>
      <w:r>
        <w:rPr>
          <w:rFonts w:ascii="Nirmala UI" w:hAnsi="Nirmala UI" w:eastAsia="Nirmala UI" w:cs="Nirmala UI"/>
        </w:rPr>
        <w:t>తదుపరి సంవత్సరములో, అది ఏడవ సంవత్సరమైనప్పుడు, పెద్దలు యెహోవాను విచారించుటకై యెహెజ్కేలను ఆశ్రయించారు.</w:t>
      </w:r>
    </w:p>
    <w:p>
      <w:pPr>
        <w:pStyle w:val="ArticleScripture"/>
        <w:jc w:val="left"/>
      </w:pPr>
      <w:r>
        <w:rPr>
          <w:rFonts w:ascii="Nirmala UI" w:hAnsi="Nirmala UI" w:eastAsia="Nirmala UI" w:cs="Nirmala UI"/>
        </w:rPr>
        <w:t>ఏడవ సంవత్సరమందు, ఐదవ నెలలో, ఆ నెల పదవ దినమున ఇశ్రాయేలు పెద్దలలో కొందరు యెహోవాను విచారించుటకు వచ్చి నా సన్నిధిలో కూర్చుండిరి. యెహెజ్కేలు 20:1.</w:t>
      </w:r>
    </w:p>
    <w:p>
      <w:pPr>
        <w:pStyle w:val="ArticleBody"/>
        <w:jc w:val="left"/>
      </w:pPr>
      <w:r>
        <w:rPr>
          <w:rFonts w:ascii="Nirmala UI" w:hAnsi="Nirmala UI" w:eastAsia="Nirmala UI" w:cs="Nirmala UI"/>
        </w:rPr>
        <w:t>తరువాత తొమ్మిదవ సంవత్సరంలో, ఏడాదిన్నర ముట్టడి ప్రారంభమైంది.</w:t>
      </w:r>
    </w:p>
    <w:p>
      <w:pPr>
        <w:pStyle w:val="ArticleScripture"/>
        <w:jc w:val="left"/>
      </w:pPr>
      <w:r>
        <w:rPr>
          <w:rFonts w:ascii="Nirmala UI" w:hAnsi="Nirmala UI" w:eastAsia="Nirmala UI" w:cs="Nirmala UI"/>
        </w:rPr>
        <w:t>మరల తొమ్మిదవ సంవత్సరంలో, పదవ నెలలో, ఆ నెల పదవ దినమున యెహోవా వాక్కు నాకు కలిగి, ఇలా పలికెను: నరపుత్రుడా, ఈ దినమునకే చెందిన దిననామమును, అవును, ఈ సమదినమునదానినే, నీ కొరకు వ్రాసికొనుము; బబులోను రాజు ఈ సమదినముననే యెరూషలేముకు విరోధముగా తనను తాను నిలుపుకొనెను. యెహెజ్కేలు 24:1, 2.</w:t>
      </w:r>
    </w:p>
    <w:p>
      <w:pPr>
        <w:pStyle w:val="ArticleBody"/>
        <w:jc w:val="left"/>
      </w:pPr>
      <w:r>
        <w:rPr>
          <w:rFonts w:ascii="Nirmala UI" w:hAnsi="Nirmala UI" w:eastAsia="Nirmala UI" w:cs="Nirmala UI"/>
        </w:rPr>
        <w:t>ఈ తేదీలలో ప్రతి ఒక్కటి అంత్యదినాల నిర్దిష్ట మార్గసూచకాలను సూచించుచున్నది; ఎందుకనగా, లోకాంతమున నివసించువారికి ప్రాచీన ఇశ్రాయేలు ఒక దృష్టాంతమని పౌలు చెప్పుచున్నాడు.</w:t>
      </w:r>
    </w:p>
    <w:p>
      <w:pPr>
        <w:pStyle w:val="ArticleScripture"/>
        <w:jc w:val="left"/>
      </w:pPr>
      <w:r>
        <w:rPr>
          <w:rFonts w:ascii="Nirmala UI" w:hAnsi="Nirmala UI" w:eastAsia="Nirmala UI" w:cs="Nirmala UI"/>
        </w:rPr>
        <w:t>ఈ సంగతులన్నియు వారికి దృష్టాంతములై సంభవించెను; మరియు యుగాంతములు వచ్చిన మనకు హెచ్చరికకై అవి వ్రాయబడియున్నవి. కావున తాను నిలిచియున్నానని తలంచువాడు పడిపోకుండ జాగ్రత్తపడునుగాక. 1 కొరింథీయులకు 10:11, 12.</w:t>
      </w:r>
    </w:p>
    <w:p>
      <w:pPr>
        <w:pStyle w:val="ArticleBody"/>
        <w:jc w:val="left"/>
      </w:pPr>
      <w:r>
        <w:rPr>
          <w:rFonts w:ascii="Nirmala UI" w:hAnsi="Nirmala UI" w:eastAsia="Nirmala UI" w:cs="Nirmala UI"/>
        </w:rPr>
        <w:t>యెరూషలేముకు సంబంధించిన ఆరు తేదీలన్నీ మొదటి అధ్యాయం మొదటి వచనంలోని మొదటి తేదీ మరియు నలభైవ అధ్యాయం మొదటి వచనంలో కనబడే చివరి తేదీ మధ్యలోనే సంభవించాయి. ఆ రెండు తేదీలు మొదటి అధ్యాయంలోని ఐదవ సంవత్సరాన్ని, అంటే క్రీస్తుపూర్వం 592 సంవత్సరాన్ని, మరియు నలభైవ అధ్యాయంలోని ఇరవై ఐదవ సంవత్సరాన్ని, అంటే క్రీస్తుపూర్వం 573 సంవత్సరాన్ని, సూచిస్తున్నాయి. “లైన్ అపాన్ లైన్” స్థాయిలో, యెహెజ్కేలుకు ఐగుప్తుకు సంబంధించిన ఒక రేఖ ఉంది, దానిలో తూరు గురించిన సూచన కూడా అంతర్భూతమై ఉంది; అలాగే యెరూషలేముకు సంబంధించిన ఒక రేఖ ఉంది. ఐగుప్తు రేఖకు ఏడు ప్రత్యక్ష మార్గచిహ్నాలు ఉన్నాయి (తూరును చేర్చినపుడు), యెరూషలేముకు ఆరు ఉన్నాయి. ఈ రెండు రేఖలతో పాటు యోషీయా యొక్క రేఖ మరియు పదిహేడవ యూబిలీ చక్రం కూడా ఉన్నాయి. అయినప్పటికీ, ప్రత్యక్ష తేదీ లేకుండానే చిత్రీకరించబడిన రేఖ నాలుగవ అధ్యాయంలో కనబడుతుంది; ఆ నాలుగవ అధ్యాయపు రేఖ, యెహెజ్కేలు మహాపరిశుద్ధ స్థలములోనికి చూచినప్పుడు అతడు చూచిన చక్రాలలో అనేకాన్ని కలిగియున్నది. అది అనేక సంకేతాత్మక సత్యాలతో కూడ బరువుగా నిండి యున్నది.</w:t>
      </w:r>
    </w:p>
    <w:p>
      <w:pPr>
        <w:pStyle w:val="ArticleHeading"/>
        <w:jc w:val="left"/>
      </w:pPr>
      <w:r>
        <w:rPr>
          <w:rFonts w:ascii="Nirmala UI" w:hAnsi="Nirmala UI" w:eastAsia="Nirmala UI" w:cs="Nirmala UI"/>
        </w:rPr>
        <w:t>430</w:t>
      </w:r>
    </w:p>
    <w:p>
      <w:pPr>
        <w:pStyle w:val="ArticleBody"/>
        <w:jc w:val="left"/>
      </w:pPr>
      <w:r>
        <w:rPr>
          <w:rFonts w:ascii="Nirmala UI" w:hAnsi="Nirmala UI" w:eastAsia="Nirmala UI" w:cs="Nirmala UI"/>
        </w:rPr>
        <w:t>నాలుగు వందల ముప్పై అనే సంఖ్య నిత్యనిబంధనను సూచిస్తుంది; మరియు నాలుగవ అధ్యాయంలో యెహెజ్కేలు ప్రభువుచేత సజీవ ఉపమానముగా ఉపయోగింపబడెను, ఆ ఉపమానములో నాలుగు వందల ముప్పై అనే సంఖ్య కూడా కలిగియున్నది.</w:t>
      </w:r>
    </w:p>
    <w:p>
      <w:pPr>
        <w:pStyle w:val="ArticleScripture"/>
        <w:jc w:val="left"/>
      </w:pPr>
      <w:r>
        <w:rPr>
          <w:rFonts w:ascii="Nirmala UI" w:hAnsi="Nirmala UI" w:eastAsia="Nirmala UI" w:cs="Nirmala UI"/>
        </w:rPr>
        <w:t>నీవును, మనుష్యకుమారుడా, ఒక ఇటుకను తీసుకొని దానిని నీ ముందుంచి, దానిమీద పట్టణమును, అనగా యెరూషలేమును, చిత్రింపుము. దానికి విరోధముగా ముట్టడి చేయుము, దానికి విరోధముగా కోటను కట్టుము, దానికి విరోధముగా మట్టికొండను పోయుము; దానికి విరోధముగా పాళయములను నిలుపుము, దాని చుట్టూ ముట్టడిదండములను ఏర్పాటు చేయుము. మరియును, నీవు ఒక ఇనుప పెనమును తీసుకొని, దానిని నీకును పట్టణమునకును మధ్య ఇనుప గోడవలె నిలుపుము; దానికి విరోధముగా నీ ముఖమును నిలుపుము; అప్పుడు అది ముట్టడింపబడును, నీవును దానికి ముట్టడి చేయుదువు. ఇది ఇశ్రాయేలు ఇంటివారికి ఒక సూచనగా ఉండును. నీవును నీ ఎడమ ప్రక్కమీద పరుండి, దానిమీద ఇశ్రాయేలు ఇంటివారి దోషమును మోపుకొనుము; నీవు దానిమీద పరుండే దినముల సంఖ్య ప్రకారము వారి దోషమును భరింతువు. ఏలయనగా, వారి దోషసంబంధమైన సంవత్సరములను దినముల సంఖ్య ప్రకారము, అనగా మూడు వందల తొంభై దినములు, నీమీద నేను ఉంచితిని; ఈ ప్రకారము నీవు ఇశ్రాయేలు ఇంటివారి దోషమును భరింతువు. మరియు నీవు అవి పూర్తిచేసిన తరువాత, మళ్లీ నీ కుడి ప్రక్కమీద పరుండవలెను; అప్పుడు నీవు యూదా ఇంటివారి దోషమును నలభై దినములు భరింతువు; ఒక దినమును ఒక సంవత్సరమునకు నేను నియమించితిని. కావున నీవు యెరూషలేము ముట్టడి వైపుగా నీ ముఖమును నిలుపవలెను; నీ భుజము బహిర్గతముగా ఉండవలెను; నీవు దానికి విరోధముగా ప్రవచించవలెను. మరియు ఇదిగో, నేను నీమీద బంధనములను వేస్తిని; నీ ముట్టడి దినములు ముగిసే వరకు నీవు ఒక ప్రక్కనుండి మరియొక ప్రక్కకు తిరుగలేవు. యెహెజ్కేలు 4:1–8.</w:t>
      </w:r>
    </w:p>
    <w:p>
      <w:pPr>
        <w:pStyle w:val="ArticleBody"/>
        <w:jc w:val="left"/>
      </w:pPr>
      <w:r>
        <w:rPr>
          <w:rFonts w:ascii="Nirmala UI" w:hAnsi="Nirmala UI" w:eastAsia="Nirmala UI" w:cs="Nirmala UI"/>
        </w:rPr>
        <w:t>యెహెజ్కేలు ద్వారా చిత్రీకరించబడిన యెరూషలేము ముట్టడి ఒక “సూచకచిహ్నము”; అట్లే క్రీస్తుశకం 66వ సంవత్సరంలో కెస్తియుసు యెరూషలేముమీదికి తెచ్చిన ముట్టడియు అటువంటిదే. యేసు యెరూషలేము నాశనమును సూచించి చెప్పిన విషయముపై వ్యాఖ్యానించుచు, సిస్టర్ వైట్ మనకు తెలియజేయునది ఏమనగా, యెరూషలేము నాశనమునకు గల “ప్రత్యక్ష” నెరవేర్పు అంత్యదినములలోనున్నదని. నెబుకద్నెజరు మరియు కెస్తియుసు చేత ప్రతినిధీకరించబడిన రెండు సాక్షులపై వచ్చిన నాశన సూచకచిహ్నము, ముట్టడి సూచకచిహ్నమే సమీపించుచున్న ఆదివార చట్టమునకు సూచకచిహ్నమని తెలియజేయుచున్నది.</w:t>
      </w:r>
    </w:p>
    <w:p>
      <w:pPr>
        <w:pStyle w:val="ArticleHeading"/>
        <w:jc w:val="left"/>
      </w:pPr>
      <w:r>
        <w:rPr>
          <w:rFonts w:ascii="Nirmala UI" w:hAnsi="Nirmala UI" w:eastAsia="Nirmala UI" w:cs="Nirmala UI"/>
        </w:rPr>
        <w:t>ఒక సంవత్సరానికి ఒక రోజు</w:t>
      </w:r>
    </w:p>
    <w:p>
      <w:pPr>
        <w:pStyle w:val="ArticleBody"/>
        <w:jc w:val="left"/>
      </w:pPr>
      <w:r>
        <w:rPr>
          <w:rFonts w:ascii="Nirmala UI" w:hAnsi="Nirmala UI" w:eastAsia="Nirmala UI" w:cs="Nirmala UI"/>
        </w:rPr>
        <w:t>మనము పరిశీలిస్తున్న ఈ భాగములో, మొదటి మరియు రెండవ దూతల సందేశాల ఆధారభూత ఉద్యమములో విలియం మిల్లర్ యొక్క ప్రవచనవ్యాఖ్యానమునకు సంబంధించి ప్రధాన నియమమునకు సంబంధించిన ఓమెగా బైబిలీయ సూచనను కూడ చూచుచున్నాము. “ఒక దినము ఒక సంవత్సరమునకు” అనే సూత్రమునకు సంబంధించిన ఆల్ఫా కూడా ఒక ఓమెగా చిహ్నమే; ఎందుకనగా “ఒక దినము ఒక సంవత్సరమునకు” అనే సూత్రమునకు సంబంధించిన ఆల్ఫా సంఖ్యాకాండమందు పదవదైన మరియు అంతిమమైన పరీక్షగా ప్రతిపాదించబడెను; ఆ పరీక్షలో ఇశ్రాయేలు విఫలమైనందున, వారు అరణ్యమందు నలభై సంవత్సరముల సంచారకాలమంతటిలో తమపై తామే మరణశిక్షను తెచ్చికొనిరి.</w:t>
      </w:r>
    </w:p>
    <w:p>
      <w:pPr>
        <w:pStyle w:val="ArticleScripture"/>
        <w:jc w:val="left"/>
      </w:pPr>
      <w:r>
        <w:rPr>
          <w:rFonts w:ascii="Nirmala UI" w:hAnsi="Nirmala UI" w:eastAsia="Nirmala UI" w:cs="Nirmala UI"/>
        </w:rPr>
        <w:t>మీ పిల్లలు నలభై సంవత్సరములు అరణ్యంలో సంచరించుచు, మీ వ్యభిచారముల ఫలమును భరించుదురు; అరణ్యంలో మీ శవములు క్షీణించి పోవువరకు అట్లు జరుగును. మీరు ఆ దేశమును పరిశీలించిన దినముల సంఖ్య ప్రకారము, అనగా నలభై దినములు, ఒక్కొక్క దినమునకు ఒక సంవత్సరం చొప్పున, నలభై సంవత్సరములు మీ దోషములను భరించుదురు; అప్పుడు నా వాగ్దానభంగమును మీరు తెలిసికొందురు. నేను యెహోవానై యున్నాను; నాకు విరోధముగా కూడి వచ్చిన ఈ సమస్త దుష్టసమాజమునకు నేను నిశ్చయముగా ఇదే చేయుదును; ఈ అరణ్యంలో వారు నశించుదురు, అక్కడికక్కడే చనిపోవుదురు. సంఖ్యాకాండము 14:33–35.</w:t>
      </w:r>
    </w:p>
    <w:p>
      <w:pPr>
        <w:pStyle w:val="ArticleBody"/>
        <w:jc w:val="left"/>
      </w:pPr>
      <w:r>
        <w:rPr>
          <w:rFonts w:ascii="Nirmala UI" w:hAnsi="Nirmala UI" w:eastAsia="Nirmala UI" w:cs="Nirmala UI"/>
        </w:rPr>
        <w:t>ఎర్ర సముద్ర దాటింపుతో ఆరంభమయ్యే పది-దశల పరీక్షా ప్రక్రియ యొక్క తుద తిరుగుబాటులో “ఒక దినము ఒక సంవత్సరమునకు” అనే సూత్రము గుర్తించబడినదనీ, యెరూషలేము ముట్టడింపబడి నాశనమగబోవుచున్న వేళ అదే సూత్రము మళ్లీ ప్రకటించబడినదనీ గల ప్రవచనాత్మక సూచనలను, అలాగే “ముట్టడి”యే “సూచకచిహ్నం” అనబడుట యొక్క ప్రాముఖ్యతను, మనము పరిశీలించుచున్న ఈ భాగములో అవగాహన చేసి అన్వయింపవలెను.</w:t>
      </w:r>
    </w:p>
    <w:p>
      <w:pPr>
        <w:pStyle w:val="ArticleBody"/>
        <w:jc w:val="left"/>
      </w:pPr>
      <w:r>
        <w:rPr>
          <w:rFonts w:ascii="Nirmala UI" w:hAnsi="Nirmala UI" w:eastAsia="Nirmala UI" w:cs="Nirmala UI"/>
        </w:rPr>
        <w:t>యెరూషలేము “ముట్టడి”ని సూచనగా వినియోగించినప్పుడు కలసికట్టుగా సమీకరించబడే చరిత్రరేఖను గుర్తించవలెను; ఎందుకంటే అది ఒక విధంగా చెప్పాలంటే “ఇరుసు”వలె మారుతుంది, మరియు రూపకార్థంగా ముట్టడి సూచనకు అనేక ఆకులు అనుసంధానించబడి ఉంటాయి. ముట్టడి సూచన యెహెజ్కేలు గ్రంథంలోని అత్యంత ముఖ్యమైన భాగమై ఉండవచ్చు; మరియు ఆ సూచన, యూదా గోత్రసింహమునకు, మొదట యెహెజ్కేలుకు గందరగోళముగా ప్రత్యక్షమైన దానిలోనుండి పరిపూర్ణతను వెలికి తేవుటకు అనుమతిస్తుంది. ముట్టడి యొక్క “సూచన,” ఒక దినమునకు ఒక సంవత్సరము అనే సూత్రం, మరియు ముట్టడి ద్వారా సమీకరింపబడిన ప్రవచనరేఖలు—ఇవన్నియు నాలుగు వందల ముప్పది నిత్యనిబంధనను సూచించుచున్నదనే సందర్భంలో పరిశీలింపబడవలెను.</w:t>
      </w:r>
    </w:p>
    <w:p>
      <w:pPr>
        <w:pStyle w:val="ArticleHeading"/>
        <w:jc w:val="left"/>
      </w:pPr>
      <w:r>
        <w:rPr>
          <w:rFonts w:ascii="Nirmala UI" w:hAnsi="Nirmala UI" w:eastAsia="Nirmala UI" w:cs="Nirmala UI"/>
        </w:rPr>
        <w:t>ఒడంబడిక</w:t>
      </w:r>
    </w:p>
    <w:p>
      <w:pPr>
        <w:pStyle w:val="ArticleScripture"/>
        <w:jc w:val="left"/>
      </w:pPr>
      <w:r>
        <w:rPr>
          <w:rFonts w:ascii="Nirmala UI" w:hAnsi="Nirmala UI" w:eastAsia="Nirmala UI" w:cs="Nirmala UI"/>
        </w:rPr>
        <w:t>అప్పుడు ఆయన అబ్రాముతో ఇలా చెప్పెను: “నీ సంతానం తమది కాని దేశములో పరదేశులై నివసించుదురు; వారు వారికి దాస్యము చేయుదురు; మరియు వారు వారిని నాలుగు వందల సంవత్సరములు బాధించుదురు.” ఆదికాండము 15:13.</w:t>
      </w:r>
    </w:p>
    <w:p>
      <w:pPr>
        <w:pStyle w:val="ArticleBody"/>
        <w:jc w:val="left"/>
      </w:pPr>
      <w:r>
        <w:rPr>
          <w:rFonts w:ascii="Nirmala UI" w:hAnsi="Nirmala UI" w:eastAsia="Nirmala UI" w:cs="Nirmala UI"/>
        </w:rPr>
        <w:t>ప్రభువు అబ్రాహాముతో మూడు దశల ప్రక్రియలో నిబంధనలో ప్రవేశించెను; ఆ మూడు దశలలో మొదటి దశలో, అబ్రాహాము సంతతి ఐగుప్తులో నాలుగు వందల సంవత్సరములు బందీలై యుందురని ప్రవచనం చేర్చబడెను. రెండవ దశలో అబ్రాహాముకు సున్నతి ఆచారము అనుగ్రహించబడెను; మూడవ దశలో మోరియా పర్వతముమీద ఇస్సాకు బలి అర్పింపబడెను. ప్రభువు ఒక ఎన్నిక చేయబడిన ప్రజలను లేపి, వారితో నిబంధనలో ప్రవేశించుటకు తీసుకున్న ఆ మూడు దశలలో ఆరంభ దశలోనే నాలుగు వందల సంవత్సరములు సూచింపబడెను. ఆ ఎన్నిక చేయబడిన నిబంధన ప్రజలు క్రీస్తుశకం 34వ సంవత్సరమున స్తెఫను రాళ్లతో కొట్టబడి చంపబడిన సందర్భములో దేవునిచేత విడాకులనొందిరి; ఆ తరువాత అన్యజనులకు ఎన్నిక చేయబడిన అపొస్తలుడైన పౌలు, ఆ నాలుగు వందల సంవత్సరములను—నాలుగు వందల ముప్పది సంవత్సరములుగా—గుర్తించెను.</w:t>
      </w:r>
    </w:p>
    <w:p>
      <w:pPr>
        <w:pStyle w:val="ArticleScripture"/>
        <w:jc w:val="left"/>
      </w:pPr>
      <w:r>
        <w:rPr>
          <w:rFonts w:ascii="Nirmala UI" w:hAnsi="Nirmala UI" w:eastAsia="Nirmala UI" w:cs="Nirmala UI"/>
        </w:rPr>
        <w:t>దీనిని నేను చెప్పుచున్నాను: దేవుడు క్రీస్తునందు ముందుగా స్థిరపరచిన నిబంధనను, నాలుగు వందల ముప్పై సంవత్సరముల తరువాత వచ్చిన ధర్మశాస్త్రము రద్దు చేయలేకపోయెను; అట్లు చేసి ఆ వాగ్దానమును ఫలహీనముగా చేయలేకపోయెను. ఆదికాండము 3:17.</w:t>
      </w:r>
    </w:p>
    <w:p>
      <w:pPr>
        <w:pStyle w:val="ArticleBody"/>
        <w:jc w:val="left"/>
      </w:pPr>
      <w:r>
        <w:rPr>
          <w:rFonts w:ascii="Nirmala UI" w:hAnsi="Nirmala UI" w:eastAsia="Nirmala UI" w:cs="Nirmala UI"/>
        </w:rPr>
        <w:t>నిబంధనను సూచించే సంఖ్య నాలుగు వందల ముప్పది; అయితే, అబ్రాము మరియు సౌలు అనే ఇద్దరు సాక్షులు—వారి పేర్లు వరుసగా అబ్రాహాము మరియు పౌలు అని మార్చబడినవారు—మొత్తం నాలుగు వందల ముప్పది అనే సంఖ్యను నిర్మించే రెండు భిన్నమైన కాలావధులను సూచిస్తున్నారు. దేవుడు ఒక ఆత్మ యొక్క పేరును మార్చినప్పుడు, అది ఆ ఆత్మకూ దేవునికీ మధ్యనున్న నిబంధన సంబంధానికి ఒక సంకేతంగా ఉంటుంది. కాబట్టి నాలుగు వందల ముప్పది సంవత్సరాలు రెండు భిన్నమైన సంఖ్యలను కలిపి ఉత్పన్నమయ్యే మొత్తం; అది అబ్రాహామునకు చెందిన నాలుగు వందలకు, పౌలుని ద్వారా జోడించబడిన ముప్పది కలిసినట్లే. యెహెజ్కేలు తన ఎడమ ప్రక్కమీద మూడు వందల తొంభై దినములు, తరువాత తన కుడి ప్రక్కమీద నలభై దినములు పడియుండెను; ఈ విధంగా మొత్తం కలిపి నాలుగు వందల ముప్పది అయ్యే రెండు సంఖ్యలను సూచించెను.</w:t>
      </w:r>
    </w:p>
    <w:p>
      <w:pPr>
        <w:pStyle w:val="ArticleBody"/>
        <w:jc w:val="left"/>
      </w:pPr>
      <w:r>
        <w:rPr>
          <w:rFonts w:ascii="Nirmala UI" w:hAnsi="Nirmala UI" w:eastAsia="Nirmala UI" w:cs="Nirmala UI"/>
        </w:rPr>
        <w:t>ఆదికాండము పదకొండవ అధ్యాయములో, ప్రళయానంతరము నిమ్రోదు తిరుగుబాటుద్వారా వెంటనే ఏర్పడిన మరణ నిబంధన, రెండు నిబంధనల మధ్యనున్న భేదాన్ని సూచిస్తుంది. బాబేలు గోపురంలోని అంశాలు, తీర్పునకు లోనై చెదరగొట్టబడవలసిన ప్రజలైన సాతానీయ “నిన్ను నీవు రక్షించుకొను” నిబంధనకు సాక్ష్యమిచ్చుచున్నవి. అదే అధ్యాయములో, ఏబెరు జననముచేత హెబ్రీయుల వంశావళి పరిచయమగుచున్నది; అది నిమ్రోదు మరణ నిబంధనకు విరుద్ధముగా, జీవ నిబంధనను ప్రతినిధ్యం చేయుటకు ఏర్పరచబడిన ఎన్నిక చేయబడిన ప్రజల ఆరంభాన్ని సూచించుచున్నది.</w:t>
      </w:r>
    </w:p>
    <w:p>
      <w:pPr>
        <w:pStyle w:val="ArticleScripture"/>
        <w:jc w:val="left"/>
      </w:pPr>
      <w:r>
        <w:rPr>
          <w:rFonts w:ascii="Nirmala UI" w:hAnsi="Nirmala UI" w:eastAsia="Nirmala UI" w:cs="Nirmala UI"/>
        </w:rPr>
        <w:t>ఏబెరు ముప్పది నాలుగు సంవత్సరములు బ్రదికి పెలెగును కనెను. ఏబెరు పెలెగును కనిన తరువాత నాలుగు వందల ముప్పది సంవత్సరములు బ్రదికి కుమారులను కుమార్తెలను కనెను. పెలెగు ముప్పది సంవత్సరములు బ్రదికి రెయూను కనెను. ఆదికాండము 11:16–18.</w:t>
      </w:r>
    </w:p>
    <w:p>
      <w:pPr>
        <w:pStyle w:val="ArticleBody"/>
        <w:jc w:val="left"/>
      </w:pPr>
      <w:r>
        <w:rPr>
          <w:rFonts w:ascii="Nirmala UI" w:hAnsi="Nirmala UI" w:eastAsia="Nirmala UI" w:cs="Nirmala UI"/>
        </w:rPr>
        <w:t>ఆదికాండము పదవ అధ్యాయమందు ఏబెరు మరియు పేలెగు మొదట ప్రస్తావించబడిరి.</w:t>
      </w:r>
    </w:p>
    <w:p>
      <w:pPr>
        <w:pStyle w:val="ArticleScripture"/>
        <w:jc w:val="left"/>
      </w:pPr>
      <w:r>
        <w:rPr>
          <w:rFonts w:ascii="Nirmala UI" w:hAnsi="Nirmala UI" w:eastAsia="Nirmala UI" w:cs="Nirmala UI"/>
        </w:rPr>
        <w:t>ఏబెరుకు ఇద్దరు కుమారులు పుట్టారు; వారిలో ఒకనికి పేరు పెలెగు; ఎందుకంటే అతని దినములలో భూమి విభజింపబడెను; అతని సహోదరుని పేరు యోక్తాను. ఆదికాండము 10:25.</w:t>
      </w:r>
    </w:p>
    <w:p>
      <w:pPr>
        <w:pStyle w:val="ArticleBody"/>
        <w:jc w:val="left"/>
      </w:pPr>
      <w:r>
        <w:rPr>
          <w:rFonts w:ascii="Nirmala UI" w:hAnsi="Nirmala UI" w:eastAsia="Nirmala UI" w:cs="Nirmala UI"/>
        </w:rPr>
        <w:t>పేలెగు అనే పేరుకు విభజన లేదా చీలిక అనే అర్థం కలదు; మరియు పేలెగు దినములలో ఒడంబడిక ప్రజల రెండు వర్గముల విభజన బాబేలు గోపుర చరిత్రచేను, నిమ్రోదు తిరుగుబాటుచేను సూచింపబడెను. ఏబెరు నాలుగు వందల అరువది నాలుగు సంవత్సరములు జీవించెను; అయితే పేలెగు (విభజన) జనించిన తరువాత అతడు నాలుగు వందల ముప్పది సంవత్సరములు జీవించెను. ప్రతి విషయానికిని తన ప్రత్యేక సంబంధము కలదు; మరియు నాలుగు వందల ముప్పది అనునది అబ్రాహాము ఒడంబడిక ప్రవచనమునకు పౌలు నిర్దేశించిన సంఖ్య. నాలుగు వందల ముప్పది అనే సంఖ్య పేలెగు జననానంతర ఏబెరు జీవితముతో సంబంధింపబడియున్నదైనను, అతని జీవితములోని మొదటి ముప్పది నాలుగు సంవత్సరములు “నాలుగు మరియు ముప్పది సంవత్సరములు” అని వ్యక్తపరచబడినవి; అది నిస్సందేహముగా ముప్పది నాలుగు సంవత్సరములే, అయినను ఆ ముప్పది నాలుగు సంవత్సరముల సరళ ప్రకటనలో అది “నాలుగు” మరియు “ముప్పది” (430) అని చదువబడును. తరువాత నాలుగు వందల ముప్పది వచ్చెను; అటుపిమ్మట పేలెగు జీవితమునకు సంబంధించిన తొలి ప్రకటన “ముప్పది” అని నుండెను.</w:t>
      </w:r>
    </w:p>
    <w:p>
      <w:pPr>
        <w:pStyle w:val="ArticleBody"/>
        <w:jc w:val="left"/>
      </w:pPr>
      <w:r>
        <w:rPr>
          <w:rFonts w:ascii="Nirmala UI" w:hAnsi="Nirmala UI" w:eastAsia="Nirmala UI" w:cs="Nirmala UI"/>
        </w:rPr>
        <w:t>ఏబెరు అనేది “హెబ్రూ” అనే నామమునకు మూలము; మరియు నిబంధనకు ఎంపిక చేయబడిన ప్రజలుగా నిలువబోవు హెబ్రీయుల గురించిన మొదటి ప్రస్తావన ఇదే. “ఏబెరు” అనే పదమునకు “దాటి పోవుట” అనే అర్థము; అందుచేత అది, అబ్రాహాము సంతానము ఎర్ర సముద్రమును దాటి వాగ్దానదేశమునకు వెళ్లినట్లే, భూమి నుండి క్రొత్త భూమియొద్దకు దాటి వెళ్లే నిబంధన ప్రజలను సూచించుచున్నది. నలభై సంవత్సరముల అరణ్య సంచారం ఆ దాటిపోవుటకు అడ్డుగా నిలిచెను; అయితే ఆ నలభై సంవత్సరముల అంతమున వారు యొర్దాను దాటి వాగ్దానదేశమునకు ప్రవేశించిరి; ఈ విధంగా అది దేవుని ప్రజల అంతిమ దాటిపోవుటకు ప్రతిరూపముగా నిలిచెను. పెలెగు, నిమ్రోదు గోపురమందు మానవజాతి రెండు నిబంధన ప్రజలుగా మొదట విభజింపబడిన చరిత్రను సూచించుచున్నాడు. నిమ్రోదు మరణ నిబంధనకు చిహ్నము గందరగోళము; కాగా హెబ్రీయుల జీవన నిబంధనకు చిహ్నము, పెలెగుచే సూచింపబడిన విభాగమునకు పూర్వము ఏబెరు జీవించిన నాలుగు వందల ముప్పది సంవత్సరములు. “పెలెగు” అనే పేరు ఒక సంకేతాత్మక సంఖ్యాసత్యమును కూడ సూచించుచున్నది; ఎందుకనగా ఏబెరు యొక్క నాలుగు వందల ముప్పది సంవత్సరములు రెండు సంఖ్యలుగా విభజింపబడుచున్నవి, మరియు పెలెగు, నాలుగు వందల సంఖ్యను ముప్పది సంఖ్యతో భేదింపబడినదిగా సూచించుచున్నాడు.</w:t>
      </w:r>
    </w:p>
    <w:p>
      <w:pPr>
        <w:pStyle w:val="ArticleBody"/>
        <w:jc w:val="left"/>
      </w:pPr>
      <w:r>
        <w:rPr>
          <w:rFonts w:ascii="Nirmala UI" w:hAnsi="Nirmala UI" w:eastAsia="Nirmala UI" w:cs="Nirmala UI"/>
        </w:rPr>
        <w:t>నాలుగు వందల ముప్పైకు రెండు భాగాలు కలవు. అబ్రాహాము ఒడంబడికకు సంబంధించిన నాలుగు వందల సంవత్సరాలు, వాటితో పాటు పౌలు సూచించిన అదనపు ముప్పై సంవత్సరాలు. దేవుని ప్రజల అంతిమ పునరుజ్జీవనాన్ని ఉత్పన్నం చేసే జ్ఞానవృద్ధి దానియేలు పన్నెండవ అధ్యాయంలో ప్రతినిధీకరించబడింది; అక్కడ నిత్య ఒడంబడికకు సంబంధించిన ఈ ద్విభాగ సంకేతం విశేషంగా నిర్దిష్టీకరించబడి, 9/11 వచనాలలో ప్రతిపాదించబడింది.</w:t>
      </w:r>
    </w:p>
    <w:p>
      <w:pPr>
        <w:pStyle w:val="ArticleScripture"/>
        <w:jc w:val="left"/>
      </w:pPr>
      <w:r>
        <w:rPr>
          <w:rFonts w:ascii="Nirmala UI" w:hAnsi="Nirmala UI" w:eastAsia="Nirmala UI" w:cs="Nirmala UI"/>
        </w:rPr>
        <w:t>అతడు చెప్పెను, దానియేలూ, నీ మార్గమున పోవుము; అంత్యకాలము వరకు ఈ మాటలు మూయబడియును ముద్రించబడియును ఉండును. అనేకులు శుద్ధులుగా చేయబడుదురు, తెల్లబడుదురు, శోధింపబడుదురు; అయితే దుష్టులు దుష్టత్వమును చేయుదురు; దుష్టులలో ఎవడును గ్రహింపడు; జ్ఞానులు మాత్రం గ్రహింతురు. నిత్యబలిని తొలగించు కాలమునుండి, పాడుచేయు హేయవస్తువు స్థాపింపబడిన కాలము నుండి వెయ్యి రెండువందల తొంభై దినములు ఉండును. దానియేలు 12:9–11.</w:t>
      </w:r>
    </w:p>
    <w:p>
      <w:pPr>
        <w:pStyle w:val="ArticleBody"/>
        <w:jc w:val="left"/>
      </w:pPr>
      <w:r>
        <w:rPr>
          <w:rFonts w:ascii="Nirmala UI" w:hAnsi="Nirmala UI" w:eastAsia="Nirmala UI" w:cs="Nirmala UI"/>
        </w:rPr>
        <w:t>పదవ వచనంలో “శుద్ధింపబడి, తెల్లబడించి, పరీక్షింపబడుదురు” అని సూచింపబడిన మూడు-దశల పరీక్షా ప్రక్రియను ఉత్పత్తి చేసే అంతిమ ముద్రవిమోచనం, వెయ్యి రెండువందల తొంభై సంవత్సరాలతో సంబంధించియున్నది. ఈ వచనమునకు పయనీర్ అవగాహన ఏమనగా, 508లో అన్యమతత్వపు ప్రతిఘటన తొలగింపబడుట ఒక ముప్పై సంవత్సరాల ప్రక్రియకు ఆరంభమై, అది 538లో బైబిలు ప్రవచనములోని ఐదవ రాజ్యముగా పాపాసన వ్యవస్థ స్థాపనకు దారితీసెను; అప్పుడు అది బైబిలు ప్రవచనములోని ఐదవ రాజ్యముగా వెయ్యి రెండువందల అరవై సంవత్సరాలు 1798లో ముగిసే వరకు పరిపాలించెను. 508 నుండి 538 వరకు గల ఆ ముప్పై సంవత్సరాలను పౌలు 2 థెస్సలొనీకయులకు పత్రికలో “మొదట జరిగే విశ్వాసభ్రంశం” అని కూడా సూచించుచున్నాడు.</w:t>
      </w:r>
    </w:p>
    <w:p>
      <w:pPr>
        <w:pStyle w:val="ArticleBody"/>
        <w:jc w:val="left"/>
      </w:pPr>
      <w:r>
        <w:rPr>
          <w:rFonts w:ascii="Nirmala UI" w:hAnsi="Nirmala UI" w:eastAsia="Nirmala UI" w:cs="Nirmala UI"/>
        </w:rPr>
        <w:t>2 థెస్సలొనీకయులకు వ్రాసిన పత్రికలో విషయము అనగా ప్రవచనములో వరుసగా నాల్గవ మరియు ఐదవ రాజ్యములైన అన్యజన రోము మరియు పాపీయ రోముల మధ్యనున్న సంబంధము. థెస్సలొనీకయుల ఈ అధ్యాయమందే దానియేలు గ్రంథములోని “నిత్యము” అనునది అన్యజన రోమును సూచించునని విలియం మిల్లరు కనుగొన్నాడు; అంతేకాక, దానియేలు గ్రంథములోని “నిత్యము” ఎల్లప్పుడును పాడుచేయు హేయకార్యముతో గాని, పాడుచేయు అతిక్రమముతో గాని సంబంధములోనే సమర్పింపబడినదని మిల్లరు మరింతగా గ్రహించాడు. దానియేలు గ్రంథములోని పాడుచేయు హేయకార్యము మరియు పాడుచేయు అతిక్రమము అనునవి ప్రకటన గ్రంథములో యోహాను వరుసగా మృగపు ప్రతిమ మరియు మృగపు ముద్రగా గుర్తించిన వాటినే సూచించును.</w:t>
      </w:r>
    </w:p>
    <w:p>
      <w:pPr>
        <w:pStyle w:val="ArticleBody"/>
        <w:jc w:val="left"/>
      </w:pPr>
      <w:r>
        <w:rPr>
          <w:rFonts w:ascii="Nirmala UI" w:hAnsi="Nirmala UI" w:eastAsia="Nirmala UI" w:cs="Nirmala UI"/>
        </w:rPr>
        <w:t>విలియం మిల్లర్ తన ప్రవచన సంబంధ అన్వయాలలో ఎక్కువ భాగాన్ని, కాకపోతే అన్నిటినీ, తాను గుర్తించిన రెండు పాడుచేసే శక్తుల ఆధారంగానే నిర్మించాడు; అవి “నిత్యము”గా (అన్యజన రోము) సూచించబడిన మొదటి శక్తి, మరియు రెండవ పాడుచేసే శక్తి—అది రెండు విధాలుగా వ్యక్తీకరించబడింది: పాడుచేయు అతిక్రమము (సంఘమును రాజ్యమును కలిపిన సంఘటన)గా, ప్రకటన గ్రంథములో మృగస్వరూపముగా (పాపసంబంధిత ప్రవచన నిర్మాణము)గా, మరియు పాడుచేయు హేయమైనదిగా (సూర్యారాధన)గా; ప్రకటన గ్రంథములో అది మృగమునకు ముద్రగా వ్యక్తీకరించబడింది. 2 థెస్సలొనీకయులకు పౌలు సమర్పించిన బోధననుండి మిల్లర్ పొందిన ఈ అవగాహన, అడ్వెంటిజము పునాదులకు చిహ్నమైన మిల్లర్‌కు ఒక ప్రధాన మూలపునాది అవగాహనయై యుండెను. 2 థెస్సలొనీకయులు రెండవ అధ్యాయములో ప్రతినిధిత్వం చేయబడిన సత్యమును ప్రేమించని వారే బలమైన మోసమును స్వీకరించువారని పౌలు ప్రకటించుచున్నాడు.</w:t>
      </w:r>
    </w:p>
    <w:p>
      <w:pPr>
        <w:pStyle w:val="ArticleBody"/>
        <w:jc w:val="left"/>
      </w:pPr>
      <w:r>
        <w:rPr>
          <w:rFonts w:ascii="Nirmala UI" w:hAnsi="Nirmala UI" w:eastAsia="Nirmala UI" w:cs="Nirmala UI"/>
        </w:rPr>
        <w:t>దానియేలు గ్రంథంలోని మూడు వచనాలలో (దానియేలు 12:9–11) అంత్యదినాలలోని సంకేతార్థ గ్రహింపులో కాలప్రయోగం చేరదు; ఎందుకంటే 1844 అక్టోబర్ 22 నాటికి ప్రవచన కాలప్రయోగం ఇక చెల్లుబాటు కాదని భావించబడుతుంది. 9/11 వచనాలు ముప్పై సంవత్సరాలు మరియు వెయ్యి రెండువందల అరవై సంవత్సరాలు అనే రెండు భిన్నకాలాలను సూచిస్తున్నాయి. నలభై అనే సంఖ్య, అలాగే వెయ్యి రెండువందల అరవై అనే సంఖ్య రెండూ ప్రవచనాత్మక అరణ్యానికి సంకేతాలు; ప్రవచనార్థంలో అవి పరస్పరం వినిమేయమైనవి. అందువల్ల, వెయ్యి రెండువందల అరవైను నలభైగా గ్రహించవచ్చు; నలభై అనేది నాలుగువందలలో దశమభాగము. కాబట్టి 9/11 వచనాలు, ముప్పై (పౌలు)తో సంబంధమున్న నాలుగువందల (అబ్రాహాము) ద్వారా ప్రతినిధిత్వం చేయబడిన నిత్యనిబంధన యొక్క సంఖ్యను సంకేతపరుస్తున్నాయి. ‘వెయ్యి రెండువందల అరవై’ ద్వారా సూచింపబడిన ‘అరణ్యం’, ‘నలభై’ అనే ‘అరణ్యానికి’ సరిసమానమై యుండును; మరియు నాలుగు అనేది నాలుగువందలలో దశమభాగము. ముప్పై అనేది ముప్పైయే. నాలుగువందల సంఖ్యకు ముప్పై సంఖ్యను కలపగా నాలుగువందల ముప్పై ఉత్పన్నమగును; ఇదే యెహెజ్కేలు నాలుగవ అధ్యాయములో మూడువందల తొంభైకు నలభై సంఖ్యను కలిపినట్లుగా ప్రతిబింబించబడింది.</w:t>
      </w:r>
    </w:p>
    <w:p>
      <w:pPr>
        <w:pStyle w:val="ArticleBody"/>
        <w:jc w:val="left"/>
      </w:pPr>
      <w:r>
        <w:rPr>
          <w:rFonts w:ascii="Nirmala UI" w:hAnsi="Nirmala UI" w:eastAsia="Nirmala UI" w:cs="Nirmala UI"/>
        </w:rPr>
        <w:t>పన్నెండవ అధ్యాయంలోని 9/11 వచనాలు ఆ అధ్యాయములోని మూడు ప్రవచనకాలాలలో మధ్యభాగాన్ని సూచించుచున్నవి; అవి అంత్యదినములలో ముద్రవిమోచన పొందు నిత్యనిబంధనకు ఒక సంకేతముగా నిలిచియున్నవి. అంత్యదినములలో నాలుగు వందల ముప్పది అనే సంఖ్య యొక్క అర్థమునకు కలుగు ముద్రవిమోచనము యెహెజ్కేలు నాలుగవ అధ్యాయములో సంభవించుచున్నది.</w:t>
      </w:r>
    </w:p>
    <w:p>
      <w:pPr>
        <w:pStyle w:val="ArticleBody"/>
        <w:jc w:val="left"/>
      </w:pPr>
      <w:r>
        <w:rPr>
          <w:rFonts w:ascii="Nirmala UI" w:hAnsi="Nirmala UI" w:eastAsia="Nirmala UI" w:cs="Nirmala UI"/>
        </w:rPr>
        <w:t>యూదా గోత్రపు సింహము ఇప్పుడు యెహెజ్కేలు, యోహాను, దానియేలు మరియు యెషయాతో కూడి విశ్వాసముచేత మహా పరిశుద్ధస్థలములోనికి ప్రవేశించిన వారికి ఇచ్చబడవలసిన అంతిమ హెచ్చరిక సందేశమును ముద్రవిప్పుచున్నది. ఆ సత్యము ఇశ్రాయేలులోని బహిష్కృతులుగా మాత్రమే కాక, లక్ష నలువది నాలుగు వేల మందికి ధ్వజముగా సూచించబడిన వారిని ఎత్తిపట్టుటతో అనుసంధానముగా వెలికి తీయబడుచున్నది. ఆ సత్యము అబ్రాహాము యొక్క నాలుగు వందల సంవత్సరములచే సూచించబడిన నిబంధనయొక్క సందర్భములోను, పౌలు యొక్క ముప్పది సంవత్సరములచే సూచించబడిన నిబంధనతో అనుసంధానములోను స్థాపించబడినది. ఆ సత్యము మూడు సంకేతకాలముల మధ్యనున్న దానిని సూచించు దానియేలు పన్నెండవ అధ్యాయములోని 9/11 వచనములలో ప్రతిపాదించబడినది; ఆ సంకేతకాలములను మిల్లరైట్లు సరిగా గ్రహించిరి. దానియేలు పన్నెండవ అధ్యాయములో ముద్రవిప్పబడుచున్న మధ్య 9/11 సత్యము యెహెజ్కేలు యొక్క మూడు వందల తొంభై దినములలోను నలువది దినములలోను సూచించబడినది. ఆ దినములు పదిహేడవ యోబేలి చక్రములోని ముప్పదవ సంవత్సరమున యెహెజ్కేలుకు విప్పబడెను; మరియు యాజకుడైన యెహెజ్కేలు మూడు పరీక్షలలో మధ్య పరీక్షలోనున్న లక్ష నలువది నాలుగు వేల మందియొక్క యాజకత్వమునకు ప్రతినిధియై యున్నాడు.</w:t>
      </w:r>
    </w:p>
    <w:p>
      <w:pPr>
        <w:pStyle w:val="ArticleBody"/>
        <w:jc w:val="left"/>
      </w:pPr>
      <w:r>
        <w:rPr>
          <w:rFonts w:ascii="Nirmala UI" w:hAnsi="Nirmala UI" w:eastAsia="Nirmala UI" w:cs="Nirmala UI"/>
        </w:rPr>
        <w:t>ఎజికియేలు, “నాలుగవ నెల” యొక్క “ఐదవ దినము” నందు ఆలయ పరీక్షలో గుర్తింపబడెను; ఇది మిల్లరైట్ చరిత్రలో, 1844 ఏప్రిల్ 19న సంభవించిన మొదటి నిరాశతో ఆరంభమై అదే సంవత్సరము అక్టోబరు 22న ముగిసిన ఏడవ నెలల యొక్క సరిగ్గా మధ్య భాగాన్ని (“మధ్యమార్గాన్ని”) సూచించెను.</w:t>
      </w:r>
    </w:p>
    <w:p>
      <w:pPr>
        <w:pStyle w:val="ArticleScripture"/>
        <w:jc w:val="left"/>
      </w:pPr>
      <w:r>
        <w:rPr>
          <w:rFonts w:ascii="Nirmala UI" w:hAnsi="Nirmala UI" w:eastAsia="Nirmala UI" w:cs="Nirmala UI"/>
        </w:rPr>
        <w:t>“1844 వేసవికాలంలో, 2300 దినములు ముగుస్తాయని మొదట భావించబడిన సమయమునకు, అవి తరువాత విస్తరించియున్నట్లు కనుగొనబడిన అదే సంవత్సరపు శరదృతువునకు మధ్యకాలమున, ఆ సందేశము పరిశుద్ధ గ్రంథమందలి యథార్థ పదములలోనే ప్రకటించబడెను: ‘ఇదిగో, పెండ్లికుమారుడు వచ్చుచున్నాడు!’” The Great Controversy, 398.</w:t>
      </w:r>
    </w:p>
    <w:p>
      <w:pPr>
        <w:pStyle w:val="ArticleBody"/>
        <w:jc w:val="left"/>
      </w:pPr>
      <w:r>
        <w:rPr>
          <w:rFonts w:ascii="Nirmala UI" w:hAnsi="Nirmala UI" w:eastAsia="Nirmala UI" w:cs="Nirmala UI"/>
        </w:rPr>
        <w:t>1844 జూలై 21 ఏడు పరిశుద్ధ మాసముల మధ్యకాలమందు వచ్చెను; ఆ తేదీన సామ్యూయేలు స్నో బోస్టన్ టాబర్నాకిలులో తన అర్ధరాత్రి మొఱ్ఱ సందేశమును ప్రకటించుచుండెను. అక్కడ, ప్రజల సమక్షమున జరిగిన ప్రసంగములో మొదటిసారిగా ఆయన “లేఖనమునందలి యథాతథ వచనములనే ప్రకటించెను: ‘ఇదిగో, వరుడు వచ్చుచున్నాడు!’” ఇప్పుడు, అర్ధరాత్రి మొఱ్ఱ దూతలను ఎత్తి స్థాపించుట సముద్రపు ఉప్పెనవలె ముందుకు విస్తరించుటకు కొద్దికాలము ముందుగా, మనము సంకేతార్థముగా బోస్టన్ టాబర్నాకిలులో యెహెజ్కేలుతో కూడ నిలుచియున్నాము. ధ్వజమును ఎత్తి స్థాపించు ప్రవచన ప్రక్రియ ప్రకటన గ్రంథము తొమ్మిదవ అధ్యాయమందలి ఇస్లాం యొక్క ప్రవచన రేఖలో ప్రతినిధిత్వము చేయబడెను. యెహెజ్కేలు నాలుగవ అధ్యాయము రెండవ సాక్ష్యమును సమకూర్చుచున్నది; మరియు మూడు వందల తొంభై ఒక సంవత్సరములు, పదిహేను దినముల ఆ ప్రవచన సమాప్తిని ఆయన నాలుగవ అధ్యాయమందే నిర్ధారించుచున్నాడు.</w:t>
      </w:r>
    </w:p>
    <w:p>
      <w:pPr>
        <w:pStyle w:val="ArticleBody"/>
        <w:jc w:val="left"/>
      </w:pPr>
      <w:r>
        <w:rPr>
          <w:rFonts w:ascii="Nirmala UI" w:hAnsi="Nirmala UI" w:eastAsia="Nirmala UI" w:cs="Nirmala UI"/>
        </w:rPr>
        <w:t>ఈ విషయాలను తరువాతి వ్యాసంలో కొనసాగిస్తాము.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నలభయ్యవ వచనపు గూఢ చరిత్ర - ఇరవై ఎనిమిదవ సంఖ్య</dc:title>
  <dc:subject>యెహెజ్కేలు తొమ్మిదవ అధ్యాయం</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