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నలభైవ పద్యమునకు గూఢమైన చరిత్ర - సంఖ్య ఇరవై తొమ్మిది</w:t>
      </w:r>
    </w:p>
    <w:p>
      <w:pPr>
        <w:pStyle w:val="ArticleSubtitle"/>
        <w:jc w:val="left"/>
      </w:pPr>
      <w:r>
        <w:rPr>
          <w:rFonts w:ascii="Nirmala UI" w:hAnsi="Nirmala UI" w:eastAsia="Nirmala UI" w:cs="Nirmala UI"/>
        </w:rPr>
        <w:t>యెహెజ్కేలు సంఖ్య పది</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యెహెజ్కేలు గ్రంథములో అనేక ఆశ్చర్యకరమైన మరియు ప్రాముఖ్యమైన ప్రవచన రేఖలు, సత్యాలు ఉన్నాయి. దేవాలయములోనున్న ప్రవక్తల బైబిలీయ దృశ్యచిత్రాలలో, చక్రాల మధ్యనున్న చక్రాలను ఇతరులందర కంటే స్పష్టముగా గుర్తింపజేయువాడు యెహెజ్కేలే. సిస్టర్ వైట్ ప్రకారం, ఆ చక్రాలు మానవ కార్యచరణల సంక్లిష్ట పరస్పర క్రియను సూచించుచు, అంత్య వర్షకాలమందలి సంఘటనల క్రమాన్ని దృష్టాంతపరచును. యెరూషలేము ముట్టడి విషయమై నాలుగవ అధ్యాయములోనున్న దృశ్యచిత్రమందు యెహెజ్కేలు ముందుగా తన ఎడమ ప్రక్కమీదను, తరువాత కుడి ప్రక్కమీదను పడియుండినట్లు, ప్రవక్త తాను ఆచరణాత్మక ఉపమానరూప ప్రవచనములో భాగమగినప్పుడు ఆ సంఘటనలు అతని ద్వారా ప్రతినిధింపబడినవి. అదియేకాక, యెహెజ్కేలు చరిత్రను రేఖాంకితం చేయు పదమూడు నిర్దిష్ట తేదీలు కూడ ఉన్నాయి; అట్లు చేయుట ద్వారా, లక్ష నలభై నాలుగు వేలమంది ముద్రింపబడే అంత్య వర్షకాలపు మార్గసూచక చిహ్నాలను అవి సమకూర్చును. తేదీల ద్వారానే కాక, పదిహేడు, పందొమ్మిది, ఇరవై ఐదు, డెబ్బై, నలభై, నాలుగు వందల తొంభై, మరియు సహజముగా ముప్పై వంటి సంఖ్యల ద్వారా కూడ సత్యాలు తెలియజేయబడుతున్నవి. యెహెజ్కేలు గ్రంథములో బహుశా అత్యంత ప్రాముఖ్యమైన సంఖ్యలలో మరొకటి నూట యాభై అనే సంఖ్య. అయినప్పటికిని నూట యాభై అనే సంఖ్య యెహెజ్కేలు గ్రంథములో కనిపించదు. అయినను, పంక్తిపై పంక్తి—అది అక్కడే ఉంది.</w:t>
      </w:r>
    </w:p>
    <w:p>
      <w:pPr>
        <w:pStyle w:val="ArticleBody"/>
        <w:jc w:val="left"/>
      </w:pPr>
      <w:r>
        <w:rPr>
          <w:rFonts w:ascii="Nirmala UI" w:hAnsi="Nirmala UI" w:eastAsia="Nirmala UI" w:cs="Nirmala UI"/>
        </w:rPr>
        <w:t>నూట యాభై అనే సంఖ్య ముట్టడి యొక్క రేఖలో ప్రవచనాత్మకంగా అంతర్నిహితమై యున్నది; మరియు ముట్టడి ఒక ప్రత్యేక ప్రవచన రేఖ; లేక మీరు ఇష్టపడితే, ముట్టడి ఒక చక్రము. చరిత్రకు సంబంధించిన ఒక ప్రవచన రేఖ ఎల్లప్పుడును ఒక ఆల్ఫా మరియు ఓమెగాను కలిగియుండును; అట్లుండగా, ఆల్ఫా మరియు ఓమెగా యొక్క లక్షణములు ఆ రేఖ యొక్క ఆరంభమందును అంత్యమందును ప్రతిఫలించవలెను; లేనిచో అది రేఖ కాదు. ముట్టడి యొక్క ఆల్ఫా సంఘటన యెహెజ్కేలు భార్య మరణము; మరియు ముట్టడి యొక్క అంత్యం యెరూషలేము నాశనముచేత ప్రతినిధిత్వింపబడినట్లుగా, క్రీస్తు వధువు మరణము.</w:t>
      </w:r>
    </w:p>
    <w:p>
      <w:pPr>
        <w:pStyle w:val="ArticleScripture"/>
        <w:jc w:val="left"/>
      </w:pPr>
      <w:r>
        <w:rPr>
          <w:rFonts w:ascii="Nirmala UI" w:hAnsi="Nirmala UI" w:eastAsia="Nirmala UI" w:cs="Nirmala UI"/>
        </w:rPr>
        <w:t>మరియు నేను యోహాను పరిశుద్ధ పట్టణమైన నూతన యెరూషలేమును, తన భర్తకొరకు అలంకరింపబడిన వధువువలె సిద్ధపరచబడినదై, పరలోకమునుండి దేవునియొద్దనుండి దిగివచ్చుట చూచితిని. అప్పుడు పరలోకమునుండి ఒక గొప్ప స్వరము ఇట్లు చెప్పుచుండగా వినితిని: ఇదిగో, దేవుని నివాసము మనుష్యులతో కూడ ఉన్నది; ఆయన వారితో నివసించును; వారు ఆయన ప్రజలగుదురు; దేవుడే స్వయముగా వారితో ఉండి వారి దేవుడగును. దేవుడు వారి కన్నులనుండి సమస్త కన్నీళ్లను తుడిచివేయును; ఇక మరణము ఉండదు; దుఃఖమును గాని, రోదనను గాని, బాధను గాని ఇక ఉండవు; యెందుకనగా మొదటి సంగతులు గతించిపోయెను. సింహాసనముమీద ఆసీనుడై యున్నవాడు చెప్పెను: ఇదిగో, నేను సమస్తమును నూతనముగా చేయుచున్నాను. మరియును ఆయన నాతో చెప్పెను: వ్రాయుము; ఈ మాటలు సత్యమైనవియు నమ్మదగినవియు గలవు. మరియును ఆయన నాతో చెప్పెను: ఇది సమాప్తమాయెను. నేనే ఆల్ఫా మరియు ఒమేగా, ఆది మరియు అంతము. దప్పిగొన్నవానికి జీవజలపు ఊటనుండి ఉచితముగా పానము చేయుటకై నేనిచ్చెదను. జయించువాడు సమస్తమును స్వాస్థ్యముగా పొందును; నేను అతనికి దేవుడనై యుందును, అతడు నాకు కుమారుడగును. అయితే భయపడువారు, అవిశ్వాసులు, హేయకార్యములు చేయువారు, హంతకులు, వ్యభిచారులు, మాంత్రికులు, విగ్రహారాధకులు, అబద్ధములాడువారందరు అగ్నిగంధకములతో మండుచున్న సరస్సులో తమ పాలును పొందుదురు; ఇదే రెండవ మరణము. తరువాత ఏడు అంత్య శాపములతో నిండిన ఏడు పాత్రలను కలిగియున్న ఆ ఏడు దూతలలో ఒక్కడు నా యొద్దకు వచ్చి నాతో మాటలాడి, ఇట్లనెను: ఇక్కడికి రమ్ము; గొఱ్ఱెపిల్లయొక్క భార్యయగు వధువును నీకు చూపెదను. ప్రకటన 21:2–9.</w:t>
      </w:r>
    </w:p>
    <w:p>
      <w:pPr>
        <w:pStyle w:val="ArticleBody"/>
        <w:jc w:val="left"/>
      </w:pPr>
      <w:r>
        <w:rPr>
          <w:rFonts w:ascii="Nirmala UI" w:hAnsi="Nirmala UI" w:eastAsia="Nirmala UI" w:cs="Nirmala UI"/>
        </w:rPr>
        <w:t>ముట్టడి ఆరంభమైన వెంటనే యెహెజ్కేలు భార్య మరణిస్తుంది; అక్కడ ఆమెను యెహెజ్కేలు “కళ్లకు మనోహరమైనది”గా గుర్తించబడుతుంది; అదే అధ్యాయంలో వివరించబడిన యెరూషలేము నాశనంలో, యెరూషలేము ఇశ్రాయేలీయుల “కళ్లకు మనోహరమైనది”గా గుర్తించబడుతుంది.</w:t>
      </w:r>
    </w:p>
    <w:p>
      <w:pPr>
        <w:pStyle w:val="ArticleScripture"/>
        <w:jc w:val="left"/>
      </w:pPr>
      <w:r>
        <w:rPr>
          <w:rFonts w:ascii="Nirmala UI" w:hAnsi="Nirmala UI" w:eastAsia="Nirmala UI" w:cs="Nirmala UI"/>
        </w:rPr>
        <w:t>మరల తొమ్మిదవ సంవత్సరమందు, పదవ నెలలో, ఆ నెల పదవ దినమున యెహోవా వాక్యము నాకు వచ్చి యీలాగు సెలవిచ్చెను, … మరల యెహోవా వాక్యము నాకు వచ్చి యీలాగు సెలవిచ్చెను: నరపుత్రుడా, ఇదిగో, నీ కన్నుల కోరికను ఒక్క దెబ్బతో నీ నుండి తీసికొనిపోవుచున్నాను; అయినను నీవు విలపింపకూడదు, ఏడువకూడదు, నీ కన్నీళ్లు కారనీయకూడదు. నిట్టూర్పు విడువుము గాని గట్టిగా రోదింపకుము; చనిపోయిన వారికై శోకించకుము; నీ తలపాగా కట్టుకొనుము, నీ కాళ్లకు చెప్పులు తొడుకొనుము, నీ పెదవులను కప్పుకొనకుము, మనుష్యులు ఇచ్చు శోకాహారమును భుజింపకుము. అప్పుడు నేను ఉదయమున ప్రజలతో మాటలాడితిని; సాయంకాలమున నా భార్య చనిపోయెను; మరుసటి ఉదయమున నాకు ఆజ్ఞాపింపబడిన ప్రకారము నేను చేసితిని. అప్పుడు ప్రజలు నాతో, నీవు ఈలాగు చేయుటచేత ఈ సంగతులు మాకు ఏమని సూచించుచున్నవో మాకు చెప్పవా? అని అడిగిరి.</w:t>
      </w:r>
    </w:p>
    <w:p>
      <w:pPr>
        <w:pStyle w:val="ArticleScripture"/>
        <w:jc w:val="left"/>
      </w:pPr>
      <w:r>
        <w:rPr>
          <w:rFonts w:ascii="Nirmala UI" w:hAnsi="Nirmala UI" w:eastAsia="Nirmala UI" w:cs="Nirmala UI"/>
        </w:rPr>
        <w:t>అప్పుడు నేను వారికి ఉత్తరమిచ్చి చెప్పితిని: యెహోవా వాక్యము నాకు వచ్చి యీలాగు సెలవిచ్చెను, ఇశ్రాయేలు ఇంటివారితో మాటలాడుము: ప్రభువైన యెహోవా ఇలా సెలవిచ్చుచున్నాడు—ఇదిగో, మీ బలమునకు మహిమయైనదియు, మీ కనులకిష్టమైనదియు, మీ ప్రాణము కనికరించుచున్నదియు అయిన నా పరిశుద్ధస్థలమును నేను అపవిత్రపరచుదును; మీరు అక్కడ విడిచివచ్చిన మీ కుమారులును మీ కుమార్తెలును ఖడ్గముచేత పడుదురు. అప్పుడు మీరు నేను చేసినట్లే చేయుదురు; మీరు మీ పెదవులను కప్పుకొనరు, మనుష్యులు ఇచ్చు ఆహారమును తినరు. మీ శిరోవేష్టనములు మీ తలలమీద ఉండును, మీ చెప్పులు మీ పాదములమీద ఉండును; మీరు దుఃఖింపరు గాని ఏలరు గాని, మీ దోషములనుబట్టి క్షీణించుచు, ఒకడు మరియొకనియెడల విలపించుదురు.</w:t>
      </w:r>
    </w:p>
    <w:p>
      <w:pPr>
        <w:pStyle w:val="ArticleScripture"/>
        <w:jc w:val="left"/>
      </w:pPr>
      <w:r>
        <w:rPr>
          <w:rFonts w:ascii="Nirmala UI" w:hAnsi="Nirmala UI" w:eastAsia="Nirmala UI" w:cs="Nirmala UI"/>
        </w:rPr>
        <w:t>ఈ విధముగా యెహెజ్కేలు మీకు సూచకముగా ఉండును; అతడు చేసిన సమస్తమునుబట్టి మీరు చేయుదురు; ఇది సంభవించినప్పుడు నేను ప్రభువైన యెహోవానని మీరు తెలిసికొందురు. మరియు, నరపుత్రుడా, నేను వారి బలమును, వారి మహిమయొక్క ఆనందమును, వారి కన్నుల అభిలాషను, వారు మనస్సు పెట్టిన దానిని, అనగా వారి కుమారులనును వారి కుమార్తెలనును, వారి నుండి తీసికొనిపోయే దినమున, ఆ దినమున తప్పించుకొనిన వాడు నీ చెవులతో వినునట్లు నీ యొద్దకు వచ్చి ఆ వార్తను తెలియజేయడము జరుగదా? ఆ దినమున తప్పించుకొనిన వానికి నీ నోరు తెరవబడును; నీవు మాటలాడుదువు, ఇక మౌనుడవై ఉండవు; ఈ విధముగా నీవు వారికి సూచకముగా ఉండుదువు; నేను యెహోవానని వారు తెలిసికొందురు. యెహెజ్కేలు 24:1, 15–27.</w:t>
      </w:r>
    </w:p>
    <w:p>
      <w:pPr>
        <w:pStyle w:val="ArticleBody"/>
        <w:jc w:val="left"/>
      </w:pPr>
      <w:r>
        <w:rPr>
          <w:rFonts w:ascii="Nirmala UI" w:hAnsi="Nirmala UI" w:eastAsia="Nirmala UI" w:cs="Nirmala UI"/>
        </w:rPr>
        <w:t>ముట్టడి యొక్క ఆల్ఫా యెహెజ్కేలు ఆకాంక్షించినదాని మరణము; దాని ఓమెగా ఇశ్రాయేలు ఆకాంక్షించినదాని మరణము.</w:t>
      </w:r>
    </w:p>
    <w:p>
      <w:pPr>
        <w:pStyle w:val="ArticleHeading"/>
        <w:jc w:val="left"/>
      </w:pPr>
      <w:r>
        <w:rPr>
          <w:rFonts w:ascii="Nirmala UI" w:hAnsi="Nirmala UI" w:eastAsia="Nirmala UI" w:cs="Nirmala UI"/>
        </w:rPr>
        <w:t>వినుచు ఉన్నా వినకపోవుట</w:t>
      </w:r>
    </w:p>
    <w:p>
      <w:pPr>
        <w:pStyle w:val="ArticleBody"/>
        <w:jc w:val="left"/>
      </w:pPr>
      <w:r>
        <w:rPr>
          <w:rFonts w:ascii="Nirmala UI" w:hAnsi="Nirmala UI" w:eastAsia="Nirmala UI" w:cs="Nirmala UI"/>
        </w:rPr>
        <w:t>ఏజకియేలను వినుచున్నట్లుగా పెద్దలుగాని ప్రజలుగాని ఏదో రూపంలో చిత్రించబడిన సందర్భాలు ఐదు ఉన్నాయి. ఏజకియేలు 8:1లో యూదా పెద్దలు అతని ఎదుట కూర్చున్నారు. ఏజకియేలు 14:1లో పెద్దలు వచ్చి అతని ఎదుట కూర్చున్నారు. ఏజకియేలు 20:1లో ఇశ్రాయేలు పెద్దలు యెహోవాను విచారించుటకు వచ్చారు. ఏజకియేలు 37:18లో దేవుడు ఏజకియేలుతో ఇట్లంటాడు: “నీ జనుల కుమారులు నీతో మాటలాడి, ‘ఇవాటిచేత నీవు ఉద్దేశించుచున్నది ఏమిటో మాకు తెలియజేయవా?’ అని చెప్పినప్పుడు.” ఇరవై నాలుగవ అధ్యాయంలో ప్రజలు నేరుగా అడుగుదురు: “నీవు ఈలాగు చేయుచున్నందున, ఈ సంగతులు మాకు ఏమియో మాతో చెప్పవా?” ఈ ఐదు సందర్భాలలో ప్రతి దానిలోను పెద్దలుగాని ప్రజలుగాని లయోదికయ స్థితిలో ఉన్నారు.</w:t>
      </w:r>
    </w:p>
    <w:p>
      <w:pPr>
        <w:pStyle w:val="ArticleScripture"/>
        <w:jc w:val="left"/>
      </w:pPr>
      <w:r>
        <w:rPr>
          <w:rFonts w:ascii="Nirmala UI" w:hAnsi="Nirmala UI" w:eastAsia="Nirmala UI" w:cs="Nirmala UI"/>
        </w:rPr>
        <w:t>అప్పుడు ఆయన ఇలా పలికెను: వెళ్లి ఈ ప్రజలతో చెప్పుము, “మీరు నిజముగా వినుదురు గాని గ్రహింపరు; మీరు నిజముగా చూచుదురు గాని తెలిసికొనరు.” ఈ ప్రజల హృదయమును మందముగా చేయుము, వారి చెవులను భారముగా చేయుము, వారి కన్నులను మూయుము; లేనియెడల వారు తమ కన్నులతో చూచి, తమ చెవులతో విని, తమ హృదయముతో గ్రహించి, మారి, స్వస్థత పొందుదురు. యెషయా 6:9, 10.</w:t>
      </w:r>
    </w:p>
    <w:p>
      <w:pPr>
        <w:pStyle w:val="ArticleBody"/>
        <w:jc w:val="left"/>
      </w:pPr>
      <w:r>
        <w:rPr>
          <w:rFonts w:ascii="Nirmala UI" w:hAnsi="Nirmala UI" w:eastAsia="Nirmala UI" w:cs="Nirmala UI"/>
        </w:rPr>
        <w:t>వినుచుండి విననివారైన ప్రజలను సూచించే ఐదు ప్రతిరూపములు, చూచుచుండి చూడనివారైన ప్రజలను సూచించే ఐదు ప్రతిరూపములు, యెషయా సాక్ష్యంలో చూడుటకును వినుటకును నిరాకరించువారి ఐదు దశలతో సరిపోతాయి.</w:t>
      </w:r>
    </w:p>
    <w:p>
      <w:pPr>
        <w:pStyle w:val="ArticleScripture"/>
        <w:jc w:val="left"/>
      </w:pPr>
      <w:r>
        <w:rPr>
          <w:rFonts w:ascii="Nirmala UI" w:hAnsi="Nirmala UI" w:eastAsia="Nirmala UI" w:cs="Nirmala UI"/>
        </w:rPr>
        <w:t>అయితే యెహోవా వాక్యము వారికి ఆజ్ఞ మీద ఆజ్ఞ, ఆజ్ఞ మీద ఆజ్ఞ; పంక్తి మీద పంక్తి, పంక్తి మీద పంక్తి; ఇక్కడ కొంచెము, అక్కడ కొంచెము అగును; వారు వెళ్లి వెనుకకు పడుటకును, విరుగుటకును, ఉరిలో చిక్కుటకును, పట్టబడుటకును. యెషయా 28:13.</w:t>
      </w:r>
    </w:p>
    <w:p>
      <w:pPr>
        <w:pStyle w:val="ArticleScripture"/>
        <w:jc w:val="left"/>
      </w:pPr>
      <w:r>
        <w:rPr>
          <w:rFonts w:ascii="Nirmala UI" w:hAnsi="Nirmala UI" w:eastAsia="Nirmala UI" w:cs="Nirmala UI"/>
        </w:rPr>
        <w:t>వారిలో అనేకులు తొట్రిల్లి, పడిపడి, విరుగబడిపడి, ఉచ్చులో చిక్కుకొని, పట్టుబడుదురు. యెషయా 8:15.</w:t>
      </w:r>
    </w:p>
    <w:p>
      <w:pPr>
        <w:pStyle w:val="ArticleHeading"/>
        <w:jc w:val="left"/>
      </w:pPr>
      <w:r>
        <w:rPr>
          <w:rFonts w:ascii="Nirmala UI" w:hAnsi="Nirmala UI" w:eastAsia="Nirmala UI" w:cs="Nirmala UI"/>
        </w:rPr>
        <w:t>సూచనలు</w:t>
      </w:r>
    </w:p>
    <w:p>
      <w:pPr>
        <w:pStyle w:val="ArticleBody"/>
        <w:jc w:val="left"/>
      </w:pPr>
      <w:r>
        <w:rPr>
          <w:rFonts w:ascii="Nirmala UI" w:hAnsi="Nirmala UI" w:eastAsia="Nirmala UI" w:cs="Nirmala UI"/>
        </w:rPr>
        <w:t>యెహెజ్కేలు ఇరవై నాలుగవ అధ్యాయంలో, ముట్టడి ఆరంభముతోను యెహెజ్కేలు భార్య మరణముతోను ప్రారంభమయ్యే కాలము—అతని కన్నుల వాంఛ—ఇశ్రాయేలు కన్నుల వాంఛయైన యెరూషలేము మరణముతో ముగుస్తుంది. ఒకటిన్నర సంవత్సరముల ముట్టడిలో ఆల్ఫా మరియు ఒమెగా యొక్క ముద్ర నిక్షిప్తమైయున్నది; ఆ కాలము ఒక సూచనతో ప్రారంభమై, ఒక సూచనతోనే ముగుస్తుంది. యెహెజ్కేలు ఇరవై నాలుగవ అధ్యాయములోనున్నట్లే, మత్తయి ఇరవై నాలుగవ అధ్యాయములో యేసు ముట్టడి యొక్క సూచనను గుర్తించుచున్నాడు.</w:t>
      </w:r>
    </w:p>
    <w:p>
      <w:pPr>
        <w:pStyle w:val="ArticleScripture"/>
        <w:jc w:val="left"/>
      </w:pPr>
      <w:r>
        <w:rPr>
          <w:rFonts w:ascii="Nirmala UI" w:hAnsi="Nirmala UI" w:eastAsia="Nirmala UI" w:cs="Nirmala UI"/>
        </w:rPr>
        <w:t>“క్రీస్తు మాటలు అనేకమంది ప్రజల సమక్షంలో పలుకబడినవి; అయితే ఆయన ఒంటరిగా ఒలీవుల కొండపై కూర్చొని ఉన్నప్పుడు, పేతురు, యోహాను, యాకోబు, అండ్రేయులు ఆయన యొద్దకు వచ్చిరి. ‘మాకు చెప్పుము,’ అని వారు అడిగిరి, ‘ఈ సంగతులు ఎప్పుడు సంభవించును? నీ రాకడకును, యుగాంతమునకును సూచకమైన చిహ్నము ఏమిటి?’ యేసు తన శిష్యులకు యెరూషలేము వినాశనమును, తన రాకడ మహాదినమును వేరువేరుగా ప్రస్తావిస్తూ జవాబు ఇవ్వలేదు. ఆయన ఈ రెండు సంఘటనల వర్ణనను కలిపి చెప్పెను. తాను అవి చూచినట్లు భావి సంఘటనలను తన శిష్యులకు బయలుపరచి ఉండినయెడల, వారు ఆ దృశ్యమును సహించలేకపోయిరి. వారిమీద కరుణచేత ఆయన ఈ రెండు మహా సంక్షోభముల వర్ణనను మిళితం చేసెను; అర్థమును తామే పరిశీలించి గ్రహించునట్లు శిష్యులకు విడిచెను. ఆయన యెరూషలేము వినాశనమును ప్రస్తావించినప్పుడు, ఆయన ప్రవచన వాక్యములు ఆ సంఘటనను దాటి, ప్రభువు లోకమునకు వారి దోషమునుబట్టి శిక్ష విధించుటకై తన స్థానమునుండి బయలుదేరి వచ్చు ఆ దినమందలి అంతిమ అగ్నిప్రళయమువరకు విస్తరించెను; అప్పుడు భూమి తన రక్తపాతమును బయలుపరచును, తనవలన హతులైన వారిని ఇక మరల కప్పిపుచ్చదు. ఈ సమస్త ఉపన్యాసము శిష్యుల కొరకే మాత్రమేగాక, ఈ భూమి చరిత్రయొక్క అంత్యదృశ్యములలో జీవించు వారికొరకును ఇవ్వబడెను.”</w:t>
      </w:r>
    </w:p>
    <w:p>
      <w:pPr>
        <w:pStyle w:val="ArticleScripture"/>
        <w:jc w:val="left"/>
      </w:pPr>
      <w:r>
        <w:rPr>
          <w:rFonts w:ascii="Nirmala UI" w:hAnsi="Nirmala UI" w:eastAsia="Nirmala UI" w:cs="Nirmala UI"/>
        </w:rPr>
        <w:t>“శిష్యులవైపు తిరిగి క్రీస్తు, ‘ఎవరును మిమ్మును మోసపరచకుండ జాగ్రత్తపడుడి. ఎందుకనగా అనేకులు నా నామమున వచ్చి, నేను క్రీస్తునని చెప్పుకొని, అనేకులను మోసపరచుదురు’ అని చెప్పెను. అద్భుతములు చేయుదుమని ప్రకటించుచు, యూదజాతి విమోచన సమయం వచ్చెనని చెప్పుకొనుచు, అనేకమంది అబద్ధ మెస్సీయులు ప్రత్యక్షమగుదురు. వీరు అనేకులను తప్పుదోవ పట్టించుదురు. క్రీస్తు మాటలు నెరవేరినవి. ఆయన మరణమునకు మరియు యెరూషలేము ముట్టడి మధ్యకాలమందు అనేకమంది అబద్ధ మెస్సీయులు ప్రత్యక్షమయ్యిరి. అయితే ఈ హెచ్చరిక ఆ లోకయుగమందు జీవించువారికిని ఇచ్చబడెను. యెరూషలేము నాశనమునకు పూర్వము చేయబడిన అదే మోసములు యుగయుగములలో చేయబడుచు వచ్చెను, మరల చేయబడును.”</w:t>
      </w:r>
    </w:p>
    <w:p>
      <w:pPr>
        <w:pStyle w:val="ArticleScripture"/>
        <w:jc w:val="left"/>
      </w:pPr>
      <w:r>
        <w:rPr>
          <w:rFonts w:ascii="Nirmala UI" w:hAnsi="Nirmala UI" w:eastAsia="Nirmala UI" w:cs="Nirmala UI"/>
        </w:rPr>
        <w:t>“‘యుద్ధముల విషయమును, యుద్ధవార్తల విషయమును మీరు వినుదురు; కలవరపడకుడి; ఇవన్నియు జరుగవలసియున్నవి గాని అంతము ఇంక రాలేదు.’ యెరూషలేము నాశనమునకు పూర్వము, మనుష్యులు సర్వోన్నతాధికారముకొరకు పరస్పరము పోరాడిరి. చక్రవర్తులు హత్య చేయబడిరి. సింహాసనమునకు సమీపముగా నిలిచియున్నారని భావింపబడినవారు సంహరింపబడిరి. యుద్ధములుండెను, యుద్ధవార్తలుండెను. ‘ఇవన్నియు జరుగవలసియున్నవి,’ అని క్రీస్తు చెప్పెను, ‘గాని అంతము [ఒక జనముగా యూదజాతి అంతము] ఇంక రాలేదు. ఎందుకనగా జనము జనముమీద లేచును, రాజ్యము రాజ్యముమీద లేచును; అనేక స్థలములందు క్షామములును, తెగులులును, భూకంపములును సంభవించును. ఇవన్నియు వేదనల ఆరంభము.’ క్రీస్తు చెప్పెను, ఈ సూచనలను రబ్బీలు చూచునప్పుడు, తన ఎన్నికైన ప్రజలను బంధములో ఉంచినందుకు దేవుడు జనములమీద తీర్పులు తీర్చుచున్నాడని వారు ప్రకటింతురు. ఈ సూచనలు మెస్సీయా ఆగమనమునకు సంకేతమని వారు ప్రకటింతురు. మోసపోకుడి; ఇవి ఆయన తీర్పుల ఆరంభము. ప్రజలు తమవైపే చూచిరి. వారు నేను వారిని స్వస్థపరచునట్లు పశ్చాత్తాపపడి మారుమనస్సు పొందలేదు. తమ బంధమునుండి విమోచనకు సంకేతములని వారు సూచించుచున్న ఈ సూచనలు, వారి నాశనమునకు సూచనలై యున్నవి.” The Desire of Ages, 628.</w:t>
      </w:r>
    </w:p>
    <w:p>
      <w:pPr>
        <w:pStyle w:val="ArticleBody"/>
        <w:jc w:val="left"/>
      </w:pPr>
      <w:r>
        <w:rPr>
          <w:rFonts w:ascii="Nirmala UI" w:hAnsi="Nirmala UI" w:eastAsia="Nirmala UI" w:cs="Nirmala UI"/>
        </w:rPr>
        <w:t>క్రీ.శ. 66 సంవత్సరంలో యెరూషలేముపై జరిగిన ముట్టడిలో, రోము తన ధ్వజములను పరిశుద్ధాలయ ప్రాకారములలో నిలపబడిన సూచన కలిగియుండెను. క్రీ.శ. 66 నుండి 70 వరకు జరిగిన సంఘటనల విషయమై యేసు చేసిన వ్యాఖ్య, క్రీ.శ. 70 సంవత్సరంలోని విధ్వంసమును ఆయన రెండవ ఆగమనముతో అనుసంధానించెను; మరియు ఆయన రెండవ ఆగమనముతో సంబంధముగల ఒక సూచన ఉన్నది.</w:t>
      </w:r>
    </w:p>
    <w:p>
      <w:pPr>
        <w:pStyle w:val="ArticleScripture"/>
        <w:jc w:val="left"/>
      </w:pPr>
      <w:r>
        <w:rPr>
          <w:rFonts w:ascii="Nirmala UI" w:hAnsi="Nirmala UI" w:eastAsia="Nirmala UI" w:cs="Nirmala UI"/>
        </w:rPr>
        <w:t>“కొద్దికాలంలోనే మా కళ్లన్నియు తూర్పుదిశవైపు ఆకర్షింపబడ్డవి; ఎందుకనగా అక్కడ మనుష్యుని చేయి పరిమాణములో సగభాగమంత చిన్న నల్ల మేఘము కనబడెను; దానిని మనమందరము మనుష్యకుమారుని సూచకచిహ్నమని తెలిసికొనియుండెము.” The Day Star, 1846.</w:t>
      </w:r>
    </w:p>
    <w:p>
      <w:pPr>
        <w:pStyle w:val="ArticleBody"/>
        <w:jc w:val="left"/>
      </w:pPr>
      <w:r>
        <w:rPr>
          <w:rFonts w:ascii="Nirmala UI" w:hAnsi="Nirmala UI" w:eastAsia="Nirmala UI" w:cs="Nirmala UI"/>
        </w:rPr>
        <w:t>క్రీ.శ. 66 నుండి 70 వరకు గల చరిత్ర యొక్క ఆరంభమును, ముగింపును ఆవరించే విషయములో, ముట్టడి ఆరంభముతోను పట్టణ వినాశనముతోను సంబంధమున్న ఒక సూచన కలదు; అది క్రీ.పూ. 587 మరియు క్రీ.పూ. 586 సంవత్సరాలలో కన్నుల వాంఛ మరణమునకు సంబంధించిన ఆల్ఫా మరియు ఒమేగా సూచనతో సరిపోలుచున్నది.</w:t>
      </w:r>
    </w:p>
    <w:p>
      <w:pPr>
        <w:pStyle w:val="ArticleBody"/>
        <w:jc w:val="left"/>
      </w:pPr>
      <w:r>
        <w:rPr>
          <w:rFonts w:ascii="Nirmala UI" w:hAnsi="Nirmala UI" w:eastAsia="Nirmala UI" w:cs="Nirmala UI"/>
        </w:rPr>
        <w:t>ఒకటిన్నర సంవత్సరాల ముట్టడి చరిత్ర అంత్యదినాల కొరకు ఒక “సూచకము.” యెహెజ్కేలు చరిత్రలో ప్రతినిధిత్వం చేయబడిన మూర్ఖ కన్యకలకు, క్రీస్తుశకం 66వ సంవత్సరంలో ముట్టడి సూచకమును చూసి సురక్షిత స్థలానికి పారిపోయిన జ్ఞానవంతులైన కన్యకల చరిత్రలో సమాంతర ప్రతిరూపం కలదు. ఈ ఒకటిన్నర సంవత్సరాల ముట్టడి అనేది ఇద్దరు ఆరాధకుల వర్గాలను ప్రత్యక్షపరచే సూచకము. ఒక వర్గం ఆ సూచకమును గ్రహించును; మరొక వర్గం—యెషయా ద్వారా “అనేకులు” అని సూచించబడిన వారు—చూడరు, వినరు.</w:t>
      </w:r>
    </w:p>
    <w:p>
      <w:pPr>
        <w:pStyle w:val="ArticleHeading"/>
        <w:jc w:val="left"/>
      </w:pPr>
      <w:r>
        <w:rPr>
          <w:rFonts w:ascii="Nirmala UI" w:hAnsi="Nirmala UI" w:eastAsia="Nirmala UI" w:cs="Nirmala UI"/>
        </w:rPr>
        <w:t>అనేకులు మరియు కొందరు</w:t>
      </w:r>
    </w:p>
    <w:p>
      <w:pPr>
        <w:pStyle w:val="ArticleScripture"/>
        <w:jc w:val="left"/>
      </w:pPr>
      <w:r>
        <w:rPr>
          <w:rFonts w:ascii="Nirmala UI" w:hAnsi="Nirmala UI" w:eastAsia="Nirmala UI" w:cs="Nirmala UI"/>
        </w:rPr>
        <w:t>అప్పుడు రాజు సేవకులతో ఇలా చెప్పెను: “వానిని చేతులు కాళ్లు కట్టి, తీసికొని వెళ్లి బయటి అంధకారములో పడవేయుడి; అక్కడ రోదనయు పండ్లుకొరకుటయు ఉండును. ఎందుకనగా పిలువబడినవారు అనేకులు, ఎన్నుకోబడినవారు కొందరే.” మత్తయి 22:13, 14.</w:t>
      </w:r>
    </w:p>
    <w:p>
      <w:pPr>
        <w:pStyle w:val="ArticleScripture"/>
        <w:jc w:val="left"/>
      </w:pPr>
      <w:r>
        <w:rPr>
          <w:rFonts w:ascii="Nirmala UI" w:hAnsi="Nirmala UI" w:eastAsia="Nirmala UI" w:cs="Nirmala UI"/>
        </w:rPr>
        <w:t>అట్లే చివరివారు మొదటివారై యుందురు, మొదటివారు చివరివారై యుందురు; ఎందుకనగా అనేకులు పిలువబడుదురు గాని కొందరే ఎన్నుకోబడుదురు. మత్తయి 20:16.</w:t>
      </w:r>
    </w:p>
    <w:p>
      <w:pPr>
        <w:pStyle w:val="ArticleHeading"/>
        <w:jc w:val="left"/>
      </w:pPr>
      <w:r>
        <w:rPr>
          <w:rFonts w:ascii="Nirmala UI" w:hAnsi="Nirmala UI" w:eastAsia="Nirmala UI" w:cs="Nirmala UI"/>
        </w:rPr>
        <w:t>చూడుటకును వినుటకును</w:t>
      </w:r>
    </w:p>
    <w:p>
      <w:pPr>
        <w:pStyle w:val="ArticleBody"/>
        <w:jc w:val="left"/>
      </w:pPr>
      <w:r>
        <w:rPr>
          <w:rFonts w:ascii="Nirmala UI" w:hAnsi="Nirmala UI" w:eastAsia="Nirmala UI" w:cs="Nirmala UI"/>
        </w:rPr>
        <w:t>యెహెజ్కేలు గ్రంథములో ఐదు కార్యరూప ఉపమానములు ఉన్నాయి; అలాగే యెహెజ్కేలు నాయకులతోను ప్రజలతోను ఐదు సార్లు మాట్లాడెను. ఆ రెండు సాక్షులు ‘చూడుటకు’ నిరాకరించి, ‘వినుటకు’ నిరాకరించు ఐదు మూర్ఖ కన్యలను గుర్తించుచున్నవి. యూదా గోత్రపు సింహమైయున్న యేసు తన ప్రవచన వాక్యమును ముద్రవిప్పునప్పుడు విస్తరించు జ్ఞానమును వారు చూడుటకును వినుటకును నిరాకరించుదురు.</w:t>
      </w:r>
    </w:p>
    <w:p>
      <w:pPr>
        <w:pStyle w:val="ArticleHeading"/>
        <w:jc w:val="left"/>
      </w:pPr>
      <w:r>
        <w:rPr>
          <w:rFonts w:ascii="Nirmala UI" w:hAnsi="Nirmala UI" w:eastAsia="Nirmala UI" w:cs="Nirmala UI"/>
        </w:rPr>
        <w:t>లోకము చూచును మరియు వినును</w:t>
      </w:r>
    </w:p>
    <w:p>
      <w:pPr>
        <w:pStyle w:val="ArticleScripture"/>
        <w:jc w:val="left"/>
      </w:pPr>
      <w:r>
        <w:rPr>
          <w:rFonts w:ascii="Nirmala UI" w:hAnsi="Nirmala UI" w:eastAsia="Nirmala UI" w:cs="Nirmala UI"/>
        </w:rPr>
        <w:t>లోక నివాసులందరును, భూమిపై నివసించువారందరును, ఆయన పర్వతముల మీద ధ్వజమును ఎత్తినప్పుడు చూచుడి; ఆయన బూరను ఊదినప్పుడు వినుడి. యెషయా 18:3.</w:t>
      </w:r>
    </w:p>
    <w:p>
      <w:pPr>
        <w:pStyle w:val="ArticleScripture"/>
        <w:jc w:val="left"/>
      </w:pPr>
      <w:r>
        <w:rPr>
          <w:rFonts w:ascii="Nirmala UI" w:hAnsi="Nirmala UI" w:eastAsia="Nirmala UI" w:cs="Nirmala UI"/>
        </w:rPr>
        <w:t>ఆ దినమున చెవిటివారు గ్రంథములోని మాటలను వినుదురు; అంధుల కన్నులు చీకటి నుండి, అంధకారము నుండి చూచుదురు. యెషయా 29:18.</w:t>
      </w:r>
    </w:p>
    <w:p>
      <w:pPr>
        <w:pStyle w:val="ArticleHeading"/>
        <w:jc w:val="left"/>
      </w:pPr>
      <w:r>
        <w:rPr>
          <w:rFonts w:ascii="Nirmala UI" w:hAnsi="Nirmala UI" w:eastAsia="Nirmala UI" w:cs="Nirmala UI"/>
        </w:rPr>
        <w:t>నా మూర్ఖమైన, అవివేకమైన ప్రజలకు జ్ఞానం లేదు</w:t>
      </w:r>
    </w:p>
    <w:p>
      <w:pPr>
        <w:pStyle w:val="ArticleScripture"/>
        <w:jc w:val="left"/>
      </w:pPr>
      <w:r>
        <w:rPr>
          <w:rFonts w:ascii="Nirmala UI" w:hAnsi="Nirmala UI" w:eastAsia="Nirmala UI" w:cs="Nirmala UI"/>
        </w:rPr>
        <w:t>నేను ఎంతకాలము ధ్వజమును చూచుచు, బూరధ్వనిని వినుచుండెదను? నా ప్రజలు మూర్ఖులు; వారు నన్ను ఎరుగరు; వారు బుద్ధిహీనులైన పిల్లలు, వారికి వివేకము లేదు; కీడు చేయుటకు వారు జ్ఞానులు, మేలు చేయుటకు వారికి జ్ఞానము లేదు. యిర్మియా 4:21, 22.</w:t>
      </w:r>
    </w:p>
    <w:p>
      <w:pPr>
        <w:pStyle w:val="ArticleScripture"/>
        <w:jc w:val="left"/>
      </w:pPr>
      <w:r>
        <w:rPr>
          <w:rFonts w:ascii="Nirmala UI" w:hAnsi="Nirmala UI" w:eastAsia="Nirmala UI" w:cs="Nirmala UI"/>
        </w:rPr>
        <w:t>యాకోబు ఇంటిలో దీనిని ప్రకటించుడి, యూదాలో దీనిని ప్రసిద్ధిపరచుడి, ఇలా చెప్పుడి: ఓ మూర్ఖ ప్రజలారా, బుద్ధిలేనివారలారా, ఇప్పుడు దీనిని వినుడి; కన్నులు కలిగి చూచకపోవువారు, చెవులు కలిగి వినకపోవువారు. యిర్మియా 5:20, 21.</w:t>
      </w:r>
    </w:p>
    <w:p>
      <w:pPr>
        <w:pStyle w:val="ArticleHeading"/>
        <w:jc w:val="left"/>
      </w:pPr>
      <w:r>
        <w:rPr>
          <w:rFonts w:ascii="Nirmala UI" w:hAnsi="Nirmala UI" w:eastAsia="Nirmala UI" w:cs="Nirmala UI"/>
        </w:rPr>
        <w:t>తిరుగుబాటు గృహము</w:t>
      </w:r>
    </w:p>
    <w:p>
      <w:pPr>
        <w:pStyle w:val="ArticleScripture"/>
        <w:jc w:val="left"/>
      </w:pPr>
      <w:r>
        <w:rPr>
          <w:rFonts w:ascii="Nirmala UI" w:hAnsi="Nirmala UI" w:eastAsia="Nirmala UI" w:cs="Nirmala UI"/>
        </w:rPr>
        <w:t>యెహోవా వాక్యము మరల నాకు వచ్చి ఇట్లనెను: నరపుత్రుడా, నీవు తిరుగుబాటుగల ఇంటివారి మధ్య నివసించుచున్నావు; వారికి చూడుటకు కన్నులు ఉన్నవి, అయినను వారు చూడరు; వినుటకు చెవులు ఉన్నవి, అయినను వారు వినరు; ఎందుకనగా వారు తిరుగుబాటుగల ఇంటివారు. యెహెజ్కేలు 12:1, 2.</w:t>
      </w:r>
    </w:p>
    <w:p>
      <w:pPr>
        <w:pStyle w:val="ArticleScripture"/>
        <w:jc w:val="left"/>
      </w:pPr>
      <w:r>
        <w:rPr>
          <w:rFonts w:ascii="Nirmala UI" w:hAnsi="Nirmala UI" w:eastAsia="Nirmala UI" w:cs="Nirmala UI"/>
        </w:rPr>
        <w:t>కాబట్టి నేను వారికి ఉపమానములచేత మాటలాడుచున్నాను; ఎందుకనగా వారు చూచుచు చూచరు, వినుచు వినరు, గ్రహింపరు. మరియు యెషయా ప్రవచనము వారియందు నెరవేరుచున్నది; అది ఈలాగు చెప్పుచున్నది: “వినుటచేత మీరు వినెదరు, అయినను గ్రహింపరు; చూచుటచేత మీరు చూచెదరు, అయినను గ్రహింపరు. ఎందుకనగా ఈ జనుల హృదయము మందమైయున్నది, వారి చెవులు వినుటకు మందగించియున్నవి, వారి కన్నులను వారు మూసికొనిరి; ఏలయనగా వారు తమ కన్నులతో చూచి, తమ చెవులతో విని, తమ హృదయముతో గ్రహించి, మారుమనస్సు పొందకుండునట్లు; అప్పుడు నేను వారిని స్వస్థపరచుదును.”</w:t>
      </w:r>
    </w:p>
    <w:p>
      <w:pPr>
        <w:pStyle w:val="ArticleScripture"/>
        <w:jc w:val="left"/>
      </w:pPr>
      <w:r>
        <w:rPr>
          <w:rFonts w:ascii="Nirmala UI" w:hAnsi="Nirmala UI" w:eastAsia="Nirmala UI" w:cs="Nirmala UI"/>
        </w:rPr>
        <w:t>అయితే మీ కన్నులు చూచుచున్నవి గనుక ధన్యములు; మీ చెవులు వినుచున్నవి గనుక ధన్యములు. నిశ్చయముగా నేను మీతో చెప్పుచున్నాను, మీరు చూచుచున్న సంగతులను చూడాలని అనేకమంది ప్రవక్తలును నీతిమంతులును ఆశించి చూడలేదు; మీరు వినుచున్న సంగతులను వినాలని ఆశించి వినలేదు. మత్తయి 13:13–17.</w:t>
      </w:r>
    </w:p>
    <w:p>
      <w:pPr>
        <w:pStyle w:val="ArticleHeading"/>
        <w:jc w:val="left"/>
      </w:pPr>
      <w:r>
        <w:rPr>
          <w:rFonts w:ascii="Nirmala UI" w:hAnsi="Nirmala UI" w:eastAsia="Nirmala UI" w:cs="Nirmala UI"/>
        </w:rPr>
        <w:t>పురాతన మార్గములు</w:t>
      </w:r>
    </w:p>
    <w:p>
      <w:pPr>
        <w:pStyle w:val="ArticleScripture"/>
        <w:jc w:val="left"/>
      </w:pPr>
      <w:r>
        <w:rPr>
          <w:rFonts w:ascii="Nirmala UI" w:hAnsi="Nirmala UI" w:eastAsia="Nirmala UI" w:cs="Nirmala UI"/>
        </w:rPr>
        <w:t>యెహోవా సెలవిచ్చునదేమనగా, మార్గములయొద్ద నిలిచి చూచుడి; ప్రాచీన మార్గములను గురించి అడుగుడి, మంచి మార్గము ఎక్కడో తెలుసికొని దానిలో నడుచుడి; అప్పుడు మీ ప్రాణములకు విశ్రాంతి కలుగును. అయితే వారు, “మేము దానిలో నడువము” అని చెప్పిరి. మరియును నేను మీమీద కాపలాదారులను నియమించి, “బూర ధ్వనిని ఆలకించుడి” అని చెప్పితిని. అయితే వారు, “మేము ఆలకింపము” అని చెప్పిరి. యిర్మీయా 6:16, 17.</w:t>
      </w:r>
    </w:p>
    <w:p>
      <w:pPr>
        <w:pStyle w:val="ArticleHeading"/>
        <w:jc w:val="left"/>
      </w:pPr>
      <w:r>
        <w:rPr>
          <w:rFonts w:ascii="Nirmala UI" w:hAnsi="Nirmala UI" w:eastAsia="Nirmala UI" w:cs="Nirmala UI"/>
        </w:rPr>
        <w:t>1840–1844 సంవత్సరాల సందేశము</w:t>
      </w:r>
    </w:p>
    <w:p>
      <w:pPr>
        <w:pStyle w:val="ArticleScripture"/>
        <w:jc w:val="left"/>
      </w:pPr>
      <w:r>
        <w:rPr>
          <w:rFonts w:ascii="Nirmala UI" w:hAnsi="Nirmala UI" w:eastAsia="Nirmala UI" w:cs="Nirmala UI"/>
        </w:rPr>
        <w:t>1840–1844 మధ్య ఇవ్వబడిన సమస్త సందేశములు ఇప్పుడే బలంగా ప్రకటింపబడవలెను; ఎందుకనగా తమ దిశను కోల్పోయిన అనేకులు ఉన్నారు. ఆ సందేశములు సమస్త సంఘములయొద్దకు వెళ్లవలెను.</w:t>
      </w:r>
    </w:p>
    <w:p>
      <w:pPr>
        <w:pStyle w:val="ArticleScripture"/>
        <w:jc w:val="left"/>
      </w:pPr>
      <w:r>
        <w:rPr>
          <w:rFonts w:ascii="Nirmala UI" w:hAnsi="Nirmala UI" w:eastAsia="Nirmala UI" w:cs="Nirmala UI"/>
        </w:rPr>
        <w:t>“క్రీస్తు ఇలా అన్నాడు: ‘మీ కన్నులు చూచుచున్నవి గనుక ధన్యమైనవి; మీ చెవులు వినుచున్నవి గనుక ధన్యమైనవి. ఎందుకంటే నిజముగా నేను మీతో చెప్పుచున్నాను, మీరు చూచుచున్న వాటిని చూడాలని అనేకమంది ప్రవక్తలును నీతిమంతులైన మనుష్యులును ఆశపడ్డారు, కాని చూడలేదు; మీరు వినుచున్న వాటిని వినాలని ఆశపడ్డారు, కాని వినలేదు’ [మత్తయి 13:16, 17]. 1843 మరియు 1844 సంవత్సరాల్లో దర్శింపబడిన సంగతులను చూచిన ఆ కన్నులు ధన్యమైనవి.”</w:t>
      </w:r>
    </w:p>
    <w:p>
      <w:pPr>
        <w:pStyle w:val="ArticleScripture"/>
        <w:jc w:val="left"/>
      </w:pPr>
      <w:r>
        <w:rPr>
          <w:rFonts w:ascii="Nirmala UI" w:hAnsi="Nirmala UI" w:eastAsia="Nirmala UI" w:cs="Nirmala UI"/>
        </w:rPr>
        <w:t>“సందేశము ఇవ్వబడెను. మరియు ఆ సందేశమును పునరుక్తి చేయుటలో ఆలస్యం ఏదియు ఉండకూడదు; ఎందుకనగా కాలమునకు సంబంధించిన సూచనలు నెరవేరుచున్నవి; సమాప్తి కార్యము చేయబడవలెను. కొద్దికాలములో గొప్ప కార్యము చేయబడును. త్వరలోనే దేవుని నియామకానుసారముగా ఒక సందేశము ఇవ్వబడును; అది బిగ్గర కేకగా విస్తరించును. అప్పుడు దానియేలు తన నియత భాగమందు నిలిచి, తన సాక్ష్యమును ఇస్తాడు.” Manuscript Releases, volume 21, 437.</w:t>
      </w:r>
    </w:p>
    <w:p>
      <w:pPr>
        <w:pStyle w:val="ArticleHeading"/>
        <w:jc w:val="left"/>
      </w:pPr>
      <w:r>
        <w:rPr>
          <w:rFonts w:ascii="Nirmala UI" w:hAnsi="Nirmala UI" w:eastAsia="Nirmala UI" w:cs="Nirmala UI"/>
        </w:rPr>
        <w:t>ముట్టడి యొక్క సూచన</w:t>
      </w:r>
    </w:p>
    <w:p>
      <w:pPr>
        <w:pStyle w:val="ArticleBody"/>
        <w:jc w:val="left"/>
      </w:pPr>
      <w:r>
        <w:rPr>
          <w:rFonts w:ascii="Nirmala UI" w:hAnsi="Nirmala UI" w:eastAsia="Nirmala UI" w:cs="Nirmala UI"/>
        </w:rPr>
        <w:t>యెహెజ్కేలు గ్రంథములో అతడు ఒక ఉపమానాన్ని ప్రజలు చూడుటకు నిరాకరించినప్పటికిని ‘నటన ద్వారా చూపిన’ సందర్భాలు ఐదుసార్లు ఉన్నవి; అలాగే వారు వినుటకు నిరాకరించిన ఆ ప్రజలతో అతడు ‘మాట్లాడిన’ సందర్భాలు కూడ ఐదుసార్లు ఉన్నవి. నటన ద్వారా చూపబడిన ఉపమానమును గూర్చిన సాక్ష్యమును, మాటల ద్వారా ప్రకటించబడిన సాక్ష్యమును—ఈ రెండు సాక్ష్యులను—ఆ అయిదుగురు మూర్ఖ కన్యకలకు సమర్పించబడినవి. నాలుగవ అధ్యాయములోనున్న ఆ నటనాత్మక ఉపమానాలలో ఒకటి, రాబోవు నాశనమును హెచ్చరించు ముట్టడి యొక్క “సూచకచిహ్నము”ను సూచించుచున్నది. యెహెజ్కేలు యొక్క సందేశమే లావొదికయకు ఇచ్చబడిన సందేశము.</w:t>
      </w:r>
    </w:p>
    <w:p>
      <w:pPr>
        <w:pStyle w:val="ArticleBody"/>
        <w:jc w:val="left"/>
      </w:pPr>
      <w:r>
        <w:rPr>
          <w:rFonts w:ascii="Nirmala UI" w:hAnsi="Nirmala UI" w:eastAsia="Nirmala UI" w:cs="Nirmala UI"/>
        </w:rPr>
        <w:t>లయొదికయకు ఇవ్వబడిన “సూచన” ‘ముట్టడి సూచన’; అంత్యదినాల ముట్టడి అనేక సాక్షులచే ప్రతినిధీకరించబడింది. క్రీస్తు దినముల యూదులకు ఇవ్వబడిన ఏకైక సూచన యోనా సూచనే; అతడు తిమింగలపు ఉదరములో మూడు దినములు గడిపిన క్రియారూప ఉపమానమును ప్రతినిధ్యం చేస్తాడు.</w:t>
      </w:r>
    </w:p>
    <w:p>
      <w:pPr>
        <w:pStyle w:val="ArticleScripture"/>
        <w:jc w:val="left"/>
      </w:pPr>
      <w:r>
        <w:rPr>
          <w:rFonts w:ascii="Nirmala UI" w:hAnsi="Nirmala UI" w:eastAsia="Nirmala UI" w:cs="Nirmala UI"/>
        </w:rPr>
        <w:t>అప్పుడు శాస్త్రులలోను పరిసయ్యులలోను కొందరు ఆయనకు ప్రత్యుత్తరమిచ్చి, “గురువర్యా, మేము నీ నుండి ఒక సూచక క్రియను చూడదలచుచున్నాము” అని అన్నారు. అయితే ఆయన వారికి ఉత్తరమిచ్చి చెప్పెను: “దుష్టమైన వ్యభిచారిణి తరము ఒక సూచక క్రియను వెదకుచున్నది; అయితే యోనా ప్రవక్త యొక్క సూచక క్రియ తప్ప దానికి మరి ఏ సూచక క్రియయును ఇవ్వబడదు. యోనా మూడు దినములు మూడు రాత్రులు మహా చేప కడుపులో ఉండినట్లే, మనుష్యకుమారుడును మూడు దినములు మూడు రాత్రులు భూమి గర్భములో ఉండును.” మత్తయి 12:38–40.</w:t>
      </w:r>
    </w:p>
    <w:p>
      <w:pPr>
        <w:pStyle w:val="ArticleHeading"/>
        <w:jc w:val="left"/>
      </w:pPr>
      <w:r>
        <w:rPr>
          <w:rFonts w:ascii="Nirmala UI" w:hAnsi="Nirmala UI" w:eastAsia="Nirmala UI" w:cs="Nirmala UI"/>
        </w:rPr>
        <w:t>యోనా యొక్క సూచన</w:t>
      </w:r>
    </w:p>
    <w:p>
      <w:pPr>
        <w:pStyle w:val="ArticleBody"/>
        <w:jc w:val="left"/>
      </w:pPr>
      <w:r>
        <w:rPr>
          <w:rFonts w:ascii="Nirmala UI" w:hAnsi="Nirmala UI" w:eastAsia="Nirmala UI" w:cs="Nirmala UI"/>
        </w:rPr>
        <w:t>యోనాకు కలిగిన సూచకచిహ్నం మరణములోనుండి పునరుత్థానమును కార్యరూపంలో చూపించిన ఒక ఉపమానము. యోహాను అదే సత్యమును ప్రతినిధ్యం చేస్తాడు; ఎందుకనగా అతడు మరిగిపోతున్న నూనెతో నిండిన పాత్రలో వేయబడి, సజీవుడిగా బయటకు వచ్చెను. సింహాల గుహలోనున్న దానియేలు మరియు నెబుకద్నెజరు అగ్నికుండలోనున్న ఆ ముగ్గురు శ్రేష్ఠులు మరణములోనుండి పునరుత్థానమును సూచించుచున్నారు. వీరందరును ప్రకటన గ్రంథము పదకొండవ అధ్యాయములో పునరుత్థానము పొందిన నూట నలభై నాలుగు వేల మందిని ప్రతినిధ్యం చేస్తారు.</w:t>
      </w:r>
    </w:p>
    <w:p>
      <w:pPr>
        <w:pStyle w:val="ArticleScripture"/>
        <w:jc w:val="left"/>
      </w:pPr>
      <w:r>
        <w:rPr>
          <w:rFonts w:ascii="Nirmala UI" w:hAnsi="Nirmala UI" w:eastAsia="Nirmala UI" w:cs="Nirmala UI"/>
        </w:rPr>
        <w:t>“రక్షకుని ఆలోచనలు ఇప్పుడు గతాన్ని మరియు భవిష్యత్తును ధ్యానించుటనుండి తిరిగి వచ్చెను. ప్రజలు తమ మనస్సులపై కలిగిన ముద్రల ప్రకారమును, తమకు కలిగిన వెలుగు ప్రకారమును, తాము చూచినదియు వినినదియు వివరింప ప్రయత్నించుచుండగా, ‘యేసు ప్రత్యుత్తరముగా చెప్పెను, ఈ స్వరము నా నిమిత్తము రాలేదు, మీ నిమిత్తమునే వచ్చెను.’ ఇది ఆయన మెస్సీయత్వమునకు శిరోమణి సాక్ష్యమైయుండెను; యేసు సత్యమును పలికెను, ఆయన దేవుని కుమారుడైయుండెను అని తండ్రి ఇచ్చిన సంకేతమైయుండెను. యూదులు ఈ ఉన్నత స్వర్గసాక్ష్యమునుండి తిరుగుదురా? వారు ఒకప్పుడు రక్షకునితో, ‘మేము చూచి నమ్మునట్లు నీవు ఏ సూచన చూపుదువు?’ అని అడిగిరి. క్రీస్తు పరిచర్య అంతటిలో అనేకానేక సూచనలు ఇవ్వబడినవి; అయినను వారు నమ్మించబడుదుమోనని తమ కన్నులను మూసికొని, తమ హృదయములను కఠినపరచుకొనిరి. లాజరు పునరుత్థానము అనే శిఖరమైన అద్భుతకార్యముకూడ వారి అవిశ్వాసమును తొలగింపలేదు; ప్రత్యుత, అది వారి దురభిప్రాయమును మరింత పెంచెను; ఇప్పుడు తండ్రి మాటలాడిన తరువాత, వారు ఇక మరియొక సూచనను కోరలేని స్థితిలోనున్నప్పటికిని, వారి హృదయములు కరిగిపోలేదు, వారు ఇంకా విశ్వసించుటకు నిరాకరించిరి.” ఆత్మీయ ప్రవచనము, సంపుటి 3, 79.</w:t>
      </w:r>
    </w:p>
    <w:p>
      <w:pPr>
        <w:pStyle w:val="ArticleBody"/>
        <w:jc w:val="left"/>
      </w:pPr>
      <w:r>
        <w:rPr>
          <w:rFonts w:ascii="Nirmala UI" w:hAnsi="Nirmala UI" w:eastAsia="Nirmala UI" w:cs="Nirmala UI"/>
        </w:rPr>
        <w:t>తిమింగలపు ఉదరములో యోనా ప్రదర్శించినట్లుగా లాజరు పునరుత్థానానికి సూచకచిహ్నముగా నిలిచెను. పునరుత్థితుడైన లాజరుతో సంబంధముగల తండ్రి స్వరము, తన మీద మానవశరీరమును ధరించుకున్న క్రీస్తు స్వభావమైన దైవత్వమును మానవత్వముతో కూడిన సమ్మేళనాన్ని సూచించుచున్నది. దైవత్వము మానవత్వముతో కలిసియుండుటనే లక్ష నలభై నాలుగు వేల మందికి ధ్వజముగా ఉన్నది; మరియు లాజరు, సృష్టికర్తను సృష్టితో ఐక్యపరచు కార్యాన్ని సాధించు పునరుత్థాన శక్తికి సూచకచిహ్నముగా ఉన్నాడు.</w:t>
      </w:r>
    </w:p>
    <w:p>
      <w:pPr>
        <w:pStyle w:val="ArticleScripture"/>
        <w:jc w:val="left"/>
      </w:pPr>
      <w:r>
        <w:rPr>
          <w:rFonts w:ascii="Nirmala UI" w:hAnsi="Nirmala UI" w:eastAsia="Nirmala UI" w:cs="Nirmala UI"/>
        </w:rPr>
        <w:t>“లాజరును లేపిన కార్యముచేత అనేకులు యేసునందు విశ్వాసముంచుటకు నడిపింపబడ్డారు. రక్షకుడు చేరుకొనకమునుపే లాజరు మరణించి సమాధిలో ఉంచబడవలెనని దేవుని యోచనయై యుండెను. లాజరును లేపుట క్రీస్తు చేసిన మహిమగల అద్భుతకార్యములలో శిఖరాగ్రమైనది; దాని కారణంగా అనేకులు దేవునిని మహిమపరచిరి.” Manuscript Releases, volume 21, 111.</w:t>
      </w:r>
    </w:p>
    <w:p>
      <w:pPr>
        <w:pStyle w:val="ArticleBody"/>
        <w:jc w:val="left"/>
      </w:pPr>
      <w:r>
        <w:rPr>
          <w:rFonts w:ascii="Nirmala UI" w:hAnsi="Nirmala UI" w:eastAsia="Nirmala UI" w:cs="Nirmala UI"/>
        </w:rPr>
        <w:t>లాజరు యెరూషలేములోనికి జరిగిన విజయప్రవేశానికి నాయకత్వం వహించాడు; మరియు అతడు యోనాతో చిత్రింపబడిన పునరుత్థానానికి సజీవమైన “సూచకం”గా నిలిచాడు.</w:t>
      </w:r>
    </w:p>
    <w:p>
      <w:pPr>
        <w:pStyle w:val="ArticleScripture"/>
        <w:jc w:val="left"/>
      </w:pPr>
      <w:r>
        <w:rPr>
          <w:rFonts w:ascii="Nirmala UI" w:hAnsi="Nirmala UI" w:eastAsia="Nirmala UI" w:cs="Nirmala UI"/>
        </w:rPr>
        <w:t>“సమాధిలో కుళ్లుబారుటను అనుభవించిన శరీరముగల లాజరు, అయితే ఇప్పుడు మహిమాన్వితమైన పురుషత్వబలములో ఆనందించుచుండి, రక్షకుడు అధిరోహించిన మృగమును నడిపెను.” యుగయుగాల ఆకాంక్ష, 572.</w:t>
      </w:r>
    </w:p>
    <w:p>
      <w:pPr>
        <w:pStyle w:val="ArticleBody"/>
        <w:jc w:val="left"/>
      </w:pPr>
      <w:r>
        <w:rPr>
          <w:rFonts w:ascii="Nirmala UI" w:hAnsi="Nirmala UI" w:eastAsia="Nirmala UI" w:cs="Nirmala UI"/>
        </w:rPr>
        <w:t>విజయోత్సాహ ప్రవేశము ఎక్సెటర్ శిబిర సమావేశముతో సరిసమానమై యున్నది; అది పది కన్యల ఉపమానమునకు ఆల్ఫా పరిపూర్ణతయై యుండెను. అందుచేత అది “యోనా మరియు లాజరు యొక్క సూచన”ను “ఇదిగో, వరుడు వచ్చుచున్నాడు!” అనే సందేశ ప్రకటన యొక్క ఓమెగా మరియు సంపూర్ణ పరిపూర్ణతతో సరిచేయుచున్నది.</w:t>
      </w:r>
    </w:p>
    <w:p>
      <w:pPr>
        <w:pStyle w:val="ArticleScripture"/>
        <w:jc w:val="left"/>
      </w:pPr>
      <w:r>
        <w:rPr>
          <w:rFonts w:ascii="Nirmala UI" w:hAnsi="Nirmala UI" w:eastAsia="Nirmala UI" w:cs="Nirmala UI"/>
        </w:rPr>
        <w:t>“పది కన్యల ఉపమానమునకు నేను తరచుగా సూచింపబడుచుంటిని; వారిలో ఐదుగురు జ్ఞానులైయుండిరి, ఐదుగురు మూర్ఖులైయుండిరి. ఈ ఉపమానం అక్షరశః నెరవేర్చబడినదియు, నెరవేర్చబడుచుండునదియు; ఏలయనగా దీనికి ఈ కాలమునకు సంబంధించిన విశేష అన్వయమున్నది, మరియు మూడవ దూత సందేశమువలెనే, ఇది నెరవేర్చబడినదియు కాలాంతమువరకు వర్తమాన సత్యముగా కొనసాగుచుండునదియు.” Review and Herald, August 19, 1890.</w:t>
      </w:r>
    </w:p>
    <w:p>
      <w:pPr>
        <w:pStyle w:val="ArticleBody"/>
        <w:jc w:val="left"/>
      </w:pPr>
      <w:r>
        <w:rPr>
          <w:rFonts w:ascii="Nirmala UI" w:hAnsi="Nirmala UI" w:eastAsia="Nirmala UI" w:cs="Nirmala UI"/>
        </w:rPr>
        <w:t>ఎగ్జిటర్ శిబిర సభకు యోనా, లాజరు, మరియు శామూయేలు స్నో ఆలస్యంగా చేరుకొని రావడం, యెహెజ్కేలు చెప్పిన “ముట్టడి సూచన”తో సరిసమానంగా ఉంది. లాజరు క్రీస్తును గాడిదపై యెరూషలేములోనికి నడిపించాడు.</w:t>
      </w:r>
    </w:p>
    <w:p>
      <w:pPr>
        <w:pStyle w:val="ArticleScripture"/>
        <w:jc w:val="left"/>
      </w:pPr>
      <w:r>
        <w:rPr>
          <w:rFonts w:ascii="Nirmala UI" w:hAnsi="Nirmala UI" w:eastAsia="Nirmala UI" w:cs="Nirmala UI"/>
        </w:rPr>
        <w:t>1844 ఆగస్టులో ఎక్సెటర్‌ (న్యూ హాంప్షైర్‌) శిబిరసభలో, “నిజమైన అర్ధరాత్రి కేక” మొదట ప్రకటించబడినప్పుడు, బేట్స్‌ ముఖ్య నాయకులలో ఒక్కడై యున్నాడు. యాదృచ్ఛికముగా, ఆ శిబిరములో ఆ ఉదయపు ఆరాధనకై ఎన్నుకోబడిన బోధకుడు బేట్స్‌నే. అతడు తన శ్రోతలను విశ్వాసస్థులై ఉండునట్లు ప్రబోధించుచు, దేవుడు కేవలం వారిని పరీక్షించుచున్నాడని, వారు ఆలస్యకాలమందు ఉన్నారని, అటువంటి భావములను ప్రశాంతముగా వారికి ధృవపరచుచుండగా, సమ్యూయేలు ఎస్‌. స్నో గుర్రముమీద స్వారీచేసి శిబిరములోనికి వచ్చెను. తన సహోదరి శ్రీమతి జాన్‌ కౌచ్‌ పక్కన ఆసీనుడై, నియమించబడిన కాలమున క్రీస్తు ప్రత్యక్షమగును అనే తన దృఢనిశ్చయాన్ని స్నో మళ్లీ వెల్లడించెను. అత్యంత కదిలించబడిన శ్రీమతి కౌచ్‌, లేచి నిలబడి, “ఇదిగో, దేవుని నుండి సందేశముతో వచ్చిన మనిషి!” అని ప్రకటించుటచేత సమకూరిన జనసమూహమును ఆశ్చర్యచకితులను చేసెను.” లెరాయ్‌ ఫ్రూమ్‌, The Prophetic Faith of our Fathers, volume 4, 549.</w:t>
      </w:r>
    </w:p>
    <w:p>
      <w:pPr>
        <w:pStyle w:val="ArticleBody"/>
        <w:jc w:val="left"/>
      </w:pPr>
      <w:r>
        <w:rPr>
          <w:rFonts w:ascii="Nirmala UI" w:hAnsi="Nirmala UI" w:eastAsia="Nirmala UI" w:cs="Nirmala UI"/>
        </w:rPr>
        <w:t>1521 ఏప్రిల్‌లో మార్టిన్ లూథర్ గుర్రాలు లాగే బండిలో వోర్మ్స్ సభకు ప్రయాణించి, అక్కడ పాపీయ సంప్రదాయాలను మరియు ఆచారాలను తిరస్కరించి, ఇలా ప్రకటించాడు: “లేఖనముల సాక్ష్యముచేత గాని, స్పష్టమైన తర్కముచేత గాని నేను నిశ్చయింపబడనంతవరకు… నేను ఏ విషయమునందును ఉపసంహరించుకొనలేను, ఉపసంహరించుకొనను; ఎందుకంటే మనస్సాక్షికి విరుద్ధముగా నడుచుట సురక్షితముకాదు, సముచితముకాదు. ఇదిగో, నేను ఇక్కడ నిలిచియున్నాను. దీనికంటె వేరుగా నేను చేయలేను. దేవుడు నాకు సహాయము చేయును గాక. ఆమేన్.”</w:t>
      </w:r>
    </w:p>
    <w:p>
      <w:pPr>
        <w:pStyle w:val="ArticleBody"/>
        <w:jc w:val="left"/>
      </w:pPr>
      <w:r>
        <w:rPr>
          <w:rFonts w:ascii="Nirmala UI" w:hAnsi="Nirmala UI" w:eastAsia="Nirmala UI" w:cs="Nirmala UI"/>
        </w:rPr>
        <w:t>ఫరిసయ్యులు క్రీస్తు యొక్క విజయప్రవేశాన్ని ఎలా ప్రతిఘటించారో, అట్లే పాపసంబంధ అధికారులూ లూథరు ప్రవేశాన్ని ప్రతిఘటించారు. అనంతరం లూథరు తన పేరును మార్చుకున్నాడు (ఇది ముద్రింపునకు ఒక సంకేతం), మరియు జర్మన్ భాషలో నూతన నిబంధనను అనువదిస్తున్న సమయంలో అతడు రహస్యంగా దాచబడ్డాడు. డైట్ ఆఫ్ వోర్మ్స్‌లో అతడు చేసిన సమర్పణ, ఆ కాలంలోని సంఘ-రాజ్య అధికారులచే వెలువడిన మరణశాసనానికి దారితీసిన అర్ధరాత్రి కేకకు ప్రతిరూపమై, అందువలన ఆదివారపు చట్టానికి ప్రతిరూపమైంది. ‘జుంకర్ యోర్గ్’ అనే పేరుతో పది నెలలు అజ్ఞాతవాసంలో గడిచిన తరువాత, అధికారుల నుండి వచ్చిన ముప్పు, ప్రధానంగా భ్రష్టుడైన చార్ల్స్ V ఎదుర్కొన్న రెండు సైనిక సమస్యల కారణంగా మారిపోయింది. ఆ రెండు సైనిక ముప్పులు ఫ్రాన్స్ మరియు ఇస్లాం; ఇవి నేడు మానవజాతిని ఎదుర్కొంటున్న సామ్యవాదం మరియు ఇస్లాం అనే అదే అపవిత్ర కూటమిని సూచిస్తున్నవి.</w:t>
      </w:r>
    </w:p>
    <w:p>
      <w:pPr>
        <w:pStyle w:val="ArticleScripture"/>
        <w:jc w:val="left"/>
      </w:pPr>
      <w:r>
        <w:rPr>
          <w:rFonts w:ascii="Nirmala UI" w:hAnsi="Nirmala UI" w:eastAsia="Nirmala UI" w:cs="Nirmala UI"/>
        </w:rPr>
        <w:t>“భూమిమీద దేవుని కార్యము ప్రతి యుగమందును సంభవించిన ప్రతి గొప్ప సంస్కరణలో గాని మతపరమైన ఉద్యమంలో గాని ఒక ఆశ్చర్యకరమైన సాదృశ్యాన్ని ప్రత్యక్షపరచుచున్నది. మనుష్యులతో దేవుడు వ్యవహరించు సూత్రాలు ఎల్లప్పుడు ఒకటే. వర్తమాన కాలమునందలి ముఖ్యమైన ఉద్యమములకు గతకాలమునందలి వాటిలో సమానాంతరాలు కలవు; పూర్వ యుగములలో సంఘము పొందిన అనుభవము మన కాలమునకు మహత్తరమైన విలువగల పాఠములను కలిగియున్నది.” The Great Controversy, 343.</w:t>
      </w:r>
    </w:p>
    <w:p>
      <w:pPr>
        <w:pStyle w:val="ArticleBody"/>
        <w:jc w:val="left"/>
      </w:pPr>
      <w:r>
        <w:rPr>
          <w:rFonts w:ascii="Nirmala UI" w:hAnsi="Nirmala UI" w:eastAsia="Nirmala UI" w:cs="Nirmala UI"/>
        </w:rPr>
        <w:t>లాజరు నడిపించిన ఒక గాడిద క్రీస్తును యెరూషలేములోనికి తీసికొనివచ్చెను; గుర్రం లాగిన రథము లూథరును డైట్ ఆఫ్ వోర్మ్స్‌కు తీసికొనివచ్చెను; అలాగే ఒక గుర్రము స్నోను ఎక్సెటర్ శిబిరసభకు తీసికొనివచ్చెను. ఈ విధంగా, “Equus” వర్గానికి చెందిన “Equidae” కుటుంబంలోని సభ్యులైన గాడిదను, గుర్రమును రెండింటినీ అర్థరాత్రి కేక సందేశపు సూచకచిహ్నముగా గుర్తింపజేయుచున్నది.</w:t>
      </w:r>
    </w:p>
    <w:p>
      <w:pPr>
        <w:pStyle w:val="ArticleScripture"/>
        <w:jc w:val="left"/>
      </w:pPr>
      <w:r>
        <w:rPr>
          <w:rFonts w:ascii="Nirmala UI" w:hAnsi="Nirmala UI" w:eastAsia="Nirmala UI" w:cs="Nirmala UI"/>
        </w:rPr>
        <w:t>సీయోను కుమార్తె, అత్యంత సంతోషించుము; యెరూషలేము కుమార్తె, జయధ్వని చేయుము: ఇదిగో, నీ రాజు నీ యొద్దకు వచ్చుచున్నాడు; ఆయన నీతిమంతుడు, రక్షణగలవాడు; దీనుడై, గాడిదమీదను, గాడిదపిల్లయైన కోల్టుమీదను అధిరోహించి వచ్చుచున్నాడు. జెకర్యా 9:9.</w:t>
      </w:r>
    </w:p>
    <w:p>
      <w:pPr>
        <w:pStyle w:val="ArticleBody"/>
        <w:jc w:val="left"/>
      </w:pPr>
      <w:r>
        <w:rPr>
          <w:rFonts w:ascii="Nirmala UI" w:hAnsi="Nirmala UI" w:eastAsia="Nirmala UI" w:cs="Nirmala UI"/>
        </w:rPr>
        <w:t>అర్థరాత్రి కేక సందేశమునకు సూచకచిహ్నము గాడిద గాని గుర్రము గాని చేరికయే; ఇవి రెండును ఇస్లాం యొక్క చిహ్నములు. అర్థరాత్రి కేక యొక్క సత్యసందేశమునకు ఎన్నుకోబడిన దూత, క్రీస్తు గాడిదమీద వచ్చియుండుటకు అనుసరణగా, గుర్రముమీద వచ్చెను. అంత్యకాలములలోని “ముట్టడి” ఎలెన్ వైట్ చేసిన ఈ గుర్తింపునకు నెరవేర్పుచే సూచింపబడుచున్నది: నాష్‌విల్ పట్టణము “అగ్నిగోళములచేత” దెబ్బతినవలెను.</w:t>
      </w:r>
    </w:p>
    <w:p>
      <w:pPr>
        <w:pStyle w:val="ArticleBody"/>
        <w:jc w:val="left"/>
      </w:pPr>
      <w:r>
        <w:rPr>
          <w:rFonts w:ascii="Nirmala UI" w:hAnsi="Nirmala UI" w:eastAsia="Nirmala UI" w:cs="Nirmala UI"/>
        </w:rPr>
        <w:t>ముట్టడి నాష్విల్ అగ్నిగోళాల వద్దనే ఎందుకు ప్రారంభమవుతుంది? దేవుని ప్రవచన వాక్యంలో ఇస్లాం గాడిదచేను గుర్రముచేను సూచించబడినదని గనుకనా?</w:t>
      </w:r>
    </w:p>
    <w:p>
      <w:pPr>
        <w:pStyle w:val="ArticleHeading"/>
        <w:jc w:val="left"/>
      </w:pPr>
      <w:r>
        <w:rPr>
          <w:rFonts w:ascii="Nirmala UI" w:hAnsi="Nirmala UI" w:eastAsia="Nirmala UI" w:cs="Nirmala UI"/>
        </w:rPr>
        <w:t>స్ముర్నా</w:t>
      </w:r>
    </w:p>
    <w:p>
      <w:pPr>
        <w:pStyle w:val="ArticleBody"/>
        <w:jc w:val="left"/>
      </w:pPr>
      <w:r>
        <w:rPr>
          <w:rFonts w:ascii="Nirmala UI" w:hAnsi="Nirmala UI" w:eastAsia="Nirmala UI" w:cs="Nirmala UI"/>
        </w:rPr>
        <w:t>క్రీ.శ. 64వ సంవత్సరంలో రోమా నగరం దహించబడినప్పుడు చక్రవర్తి నీరో, స్మిర్నా సంఘయుగారంభాన్ని సూచిస్తాడు. ఆ తేదీ, క్రీ.శ. 313వ సంవత్సరంలో మిలాన్ శాసనంతో ముగిసిన, రెండువందల యాభై సంవత్సరాల వ్యవధిలో నిర్వహించబడిన క్రైస్తవ సంఘపు హింసారంభాన్ని గుర్తిస్తుంది. మృగరూప ప్రతిమ ఏర్పడుట, త్వరలో రానున్న ఆదివారపు ధర్మశాసనంలో మృగముద్రచే సూచించబడిన ఒమేగా మార్గసూచితో ముగిసే ఒక కాలాన్ని పరిచయం చేసే ఆల్ఫా మార్గసూచిని సూచిస్తుంది. ఆ కాలం “శాసనములతో” ప్రారంభమైనదిగా గుర్తించబడుతుంది.</w:t>
      </w:r>
    </w:p>
    <w:p>
      <w:pPr>
        <w:pStyle w:val="ArticleScripture"/>
        <w:jc w:val="left"/>
      </w:pPr>
      <w:r>
        <w:rPr>
          <w:rFonts w:ascii="Nirmala UI" w:hAnsi="Nirmala UI" w:eastAsia="Nirmala UI" w:cs="Nirmala UI"/>
        </w:rPr>
        <w:t>“త్వరలో సంభవించబోయే సంగ్రామంలో ఉపయోగింపబడబోయే కార్యసాధక శక్తులను పాఠకుడు గ్రహించదలచినయెడల, గత యుగములలో అదే లక్ష్యార్థము రోము ఉపయోగించిన ఉపాయాల చరిత్రను అతడు అనుసరించుటమే చాలును. తమ సిద్ధాంతములను తిరస్కరించువారితో పాపిస్టులును ప్రొటెస్టెంటులును ఏకమై ఎట్లు వ్యవహరించుదురో తెలిసికొనదలచినయెడల, సబ్బాతు విషయమందు మరియు దాని పరిరక్షకుల విషయమందు రోము ప్రదర్శించిన ఆత్మను అతడు చూడనియ్యుడు.”</w:t>
      </w:r>
    </w:p>
    <w:p>
      <w:pPr>
        <w:pStyle w:val="ArticleScripture"/>
        <w:jc w:val="left"/>
      </w:pPr>
      <w:r>
        <w:rPr>
          <w:rFonts w:ascii="Nirmala UI" w:hAnsi="Nirmala UI" w:eastAsia="Nirmala UI" w:cs="Nirmala UI"/>
        </w:rPr>
        <w:t>“లౌకిక అధికార బలంతో నిలబెట్టబడిన రాజాజ్ఞలు, సాధారణ సభలు, మరియు సంఘ ఆజ్ఞలు—ఇవే అన్యజనుల పండుగ క్రైస్తవ లోకంలో గౌరవస్థానాన్ని పొందుటకు దారితీసిన మెట్లు. ఆదివారపు ఆచరణను బలవంతపరచిన మొదటి ప్రజా చర్య కాన్స్టాంటైన్ జారీ చేసిన చట్టమే. (క్రీ.శ. 321; పుట 53 కొరకు ఉపాంగంలోని సూచనను చూడండి.) ఈ రాజాజ్ఞ ప్రకారం పట్టణవాసులు ‘సూర్యుని పూజ్యమైన దినమున’ విశ్రాంతి తీసుకోవలసి ఉండెను; అయితే గ్రామీణులు తమ వ్యవసాయ కార్యములను కొనసాగించుటకు అనుమతించబడిరి. వాస్తవానికి అది అన్యమత సంబంధమైన చట్టమే అయినను, క్రైస్తవ మతమును నామమాత్రంగా స్వీకరించిన తరువాత చక్రవర్తి దానిని అమలు చేయించెను.” The Great Controversy, 574.</w:t>
      </w:r>
    </w:p>
    <w:p>
      <w:pPr>
        <w:pStyle w:val="ArticleBody"/>
        <w:jc w:val="left"/>
      </w:pPr>
      <w:r>
        <w:rPr>
          <w:rFonts w:ascii="Nirmala UI" w:hAnsi="Nirmala UI" w:eastAsia="Nirmala UI" w:cs="Nirmala UI"/>
        </w:rPr>
        <w:t>స్ముర్నా సంఘము నుండి పెర్గముం సంఘమునకు మార్పును సూచించిన మొదటి రాజాజ్ఞ 313 సంవత్సరంలోని మిలాను శాసనము. అది 321 సంవత్సరంలోని మొదటి ఆదివారపు చట్టమునకు దారితీసిన తొలి అడుగును సూచించింది. యెరూషలేము నాశనము ఆదివారపు చట్టమునకు ప్రతిరూపమై నిలుస్తుంది; ఆ నాశనమునకు ముందుగా జరిగిన ముట్టడిని రెండు ప్రవచనాత్మక సాక్ష్యాలు గుర్తిస్తున్నాయి. క్రీ.పూ. 587లో బబులోను యొక్క మూడవ ముట్టడి మరియు క్రీ.శ. 70 సంవత్సరంలో రోము యొక్క రెండవ ముట్టడి ద్వారా సూచింపబడిన ఆ రెండు ముట్టడులు, ఆదివారపు చట్టమనే మార్గసూచికకు ముందుగా ఉండే మార్గసూచిక ప్రవచనాత్మక ముట్టడియేనని తెలియజేస్తున్నాయి.</w:t>
      </w:r>
    </w:p>
    <w:p>
      <w:pPr>
        <w:pStyle w:val="ArticleBody"/>
        <w:jc w:val="left"/>
      </w:pPr>
      <w:r>
        <w:rPr>
          <w:rFonts w:ascii="Nirmala UI" w:hAnsi="Nirmala UI" w:eastAsia="Nirmala UI" w:cs="Nirmala UI"/>
        </w:rPr>
        <w:t>నెబుకద్నెజరు యెహోయాకీము, తరువాత యెహోయాకీను, చివరికి జెడెక్యాను ముట్టడించాడు. క్రీస్తుశకం 66వ సంవత్సరంలో కెస్తియుస్ ముట్టడి చేసి, యేసు సంఘమునకు ఇచ్చిన సూచనను నెరవేర్చెను; ఇదే విధంగా క్రీస్తుపూర్వం 587లో జరిగిన మూడవ ముట్టడికి యెహెజ్కేలు భార్య మరణమనే సూచన కలిగియుండెను. యెరూషలేము నాశనానికి ముందుగా నిలిచే మార్గసూచిక ముట్టడియే; అది ఒక “సూచన” కూడాను. క్రీస్తుశకం 321లోని ఆదివారపు ధర్మశాసనానికి ముందుగా నిలిచిన మార్గసూచిక మిలాను శాసనము; అక్కడ ఖండనలేనిది అయిన సంఘము (స్ముర్నా) నుండి రాజీపడిన సంఘమునకు ప్రతీకయైన పెర్గముగా మార్పు సంభవించెను.</w:t>
      </w:r>
    </w:p>
    <w:p>
      <w:pPr>
        <w:pStyle w:val="ArticleBody"/>
        <w:jc w:val="left"/>
      </w:pPr>
      <w:r>
        <w:rPr>
          <w:rFonts w:ascii="Nirmala UI" w:hAnsi="Nirmala UI" w:eastAsia="Nirmala UI" w:cs="Nirmala UI"/>
        </w:rPr>
        <w:t>అందువలన మిలాన్ ఆజ్ఞాపత్రం ఒక ప్రవచనాత్మక ముట్టడి యొక్క ఆరంభమైయున్నది, మరియు అది ఒక సూచన కూడాను. అదేవిధంగా, నూట నలభై నాలుగు వేల మందియొక్క లావోధికయా ఉద్యమం, నూట నలభై నాలుగు వేల మందియొక్క ఫిలదెల్ఫియా ఉద్యమముగా మారే స్థితిని అది సూచించుచున్నది.</w:t>
      </w:r>
    </w:p>
    <w:p>
      <w:pPr>
        <w:pStyle w:val="ArticleBody"/>
        <w:jc w:val="left"/>
      </w:pPr>
      <w:r>
        <w:rPr>
          <w:rFonts w:ascii="Nirmala UI" w:hAnsi="Nirmala UI" w:eastAsia="Nirmala UI" w:cs="Nirmala UI"/>
        </w:rPr>
        <w:t>ఫిలడెల్ఫియా మరియు స్ముర్ణా, ప్రకటన గ్రంథంలోని ఏడు సంఘాలలో నిందలేనివిగా నిలిచిన ఏకైక రెండు సంఘాలను సూచిస్తాయి. ఈ విషయం, తిరిగి, ఆ మార్పును పోరాటముచేయు సంఘము నుండి విజయశాలియైన సంఘమునకు జరిగే మార్పుగా గుర్తింపజేస్తుంది. ఆ మార్పు మిలాను శాసనంతో సరిపోలుతుంది; అక్కడ నూట నలభై నాలుగు వేల వారి అంత్యకాల ఉద్యమము, ఆ ఏడింటిలోనిదైన ఆ ఎనిమిదవ సంఘముగా అవుతుంది. ఫిలడెల్ఫియా మరియు స్ముర్ణా, తాము యూదులమని చెప్పుకొనుచు, వాస్తవముగా సాతాను సమాజమునకు చెందినవారైన వారితో పోరాడే ఏకైక రెండు సంఘాలు కూడాను.</w:t>
      </w:r>
    </w:p>
    <w:p>
      <w:pPr>
        <w:pStyle w:val="ArticleBody"/>
        <w:jc w:val="left"/>
      </w:pPr>
      <w:r>
        <w:rPr>
          <w:rFonts w:ascii="Nirmala UI" w:hAnsi="Nirmala UI" w:eastAsia="Nirmala UI" w:cs="Nirmala UI"/>
        </w:rPr>
        <w:t>313 అనే ఆ మార్గసూచిక 1844 ఆగస్టు 12 నుండి 17 వరకు జరిగిన ఎక్సెటర్ శిబిరసభతో కూడ సరిసమానంగా నిలుస్తుంది. ఆ శిబిరసభ ముగిసినప్పుడు, 1844 అక్టోబరు 22న ద్వారం మూయబడే వరకు, ఆ సందేశం ఒక ఉప్పెన అలవలె అమెరికా సంయుక్త రాష్ట్రాల తూర్పు సముద్రతీరమంతట వ్యాపించింది.</w:t>
      </w:r>
    </w:p>
    <w:p>
      <w:pPr>
        <w:pStyle w:val="ArticleScripture"/>
        <w:jc w:val="left"/>
      </w:pPr>
      <w:r>
        <w:rPr>
          <w:rFonts w:ascii="Nirmala UI" w:hAnsi="Nirmala UI" w:eastAsia="Nirmala UI" w:cs="Nirmala UI"/>
        </w:rPr>
        <w:t>“అలలెత్తే సముద్రపు ప్రళయతరంగమువలె ఆ ఉద్యమం దేశమంతట వ్యాపించింది. పట్టణం నుండి పట్టణానికి, గ్రామం నుండి గ్రామానికి, దూరప్రాంత గ్రామీణ ప్రాంతాలవరకు అది విస్తరించెను; అట్లుగా దేవుని నిరీక్షించుచున్న ప్రజలు పూర్తిగా మేల్కొనిరి. ఉదయించే సూర్యుని ఎదుట తెల్లవారుజామున మంచు కరిగిపోయినట్లు, ఈ ప్రకటన ఎదుట మతోన్మాదం కనుమరుగైంది. విశ్వాసులు తమ సందేహమును, గందరగోళమును తొలగించబడినవిగా చూచిరి; నిరీక్షణయు ధైర్యమును వారి హృదయములను ఉల్లాసపరచెను. దేవుని వాక్యమును మరియు ఆత్మను నియంత్రించే ప్రభావము లేకుండ మనుష్యుల ఉద్రేకమున్నచోట ఎల్లప్పుడును కనబడే అతివాద లక్షణముల నుండి ఈ కార్యము విముక్తమై యుండెను. ప్రాచీన ఇశ్రాయేలీయులలో ఆయన సేవకుల ద్వారా వచ్చిన గద్దింపుయొక్క సందేశములను అనుసరించి సంభవించిన దీనస్థితి కాలములకు, ప్రభువునొద్దకు మరలివచ్చుటకు ఇది స్వభావమందు సదృశమై యుండెను. ప్రతి యుగములో దేవుని కార్యమును సూచించే లక్షణములు దీనిలో కనబడినవి. ఉల్లాసపూరితమైన పరవశానందము చాలా కొద్దిగా నుండెను; దాని స్థలమున హృదయమునకు లోతైన పరిశోధన, పాపస్వీకారము, లోకత్యాగము నుండెను. ప్రభువును ఎదుర్కొనుటకు సిద్ధపడుటయే వ్యాకులాత్మల భారమై యుండెను. దృఢమైన ప్రార్థనయు, ఏ మాత్రమును దాచని దేవునికి సంపూర్ణ సమర్పణయు అక్కడ నుండెను.” The Great Controversy, 400, 401.</w:t>
      </w:r>
    </w:p>
    <w:p>
      <w:pPr>
        <w:pStyle w:val="ArticleBody"/>
        <w:jc w:val="left"/>
      </w:pPr>
      <w:r>
        <w:rPr>
          <w:rFonts w:ascii="Nirmala UI" w:hAnsi="Nirmala UI" w:eastAsia="Nirmala UI" w:cs="Nirmala UI"/>
        </w:rPr>
        <w:t>1844 అక్టోబరు 22న తలుపు మూయబడుట త్వరలో రానున్న ఆదివారపు ధర్మశాసనానికి ప్రతిరూపమై యున్నది; మరియు అక్టోబరు 22న జరిగిన ఆ మూయబడిన తలుపుకు ముందుగా నిలిచిన మార్గసూచకము ఎక్సెటర్ శిబిరసభయే. కాబట్టి ఎక్సెటర్ శిబిరసభ మిలాను ఆజ్ఞాపత్రంతో సమానరేఖలో నిలుచుచున్నది. అదే విధంగా అది క్రీస్తు యొక్క విజయోత్సవ ప్రవేశంతోను సమానరేఖలో నిలుచుచున్నది.</w:t>
      </w:r>
    </w:p>
    <w:p>
      <w:pPr>
        <w:pStyle w:val="ArticleScripture"/>
        <w:jc w:val="left"/>
      </w:pPr>
      <w:r>
        <w:rPr>
          <w:rFonts w:ascii="Nirmala UI" w:hAnsi="Nirmala UI" w:eastAsia="Nirmala UI" w:cs="Nirmala UI"/>
        </w:rPr>
        <w:t>“అర్ధరాత్రి కేక వాదనచేత అంతగా వ్యాపించలేదు; అయినప్పటికీ పరిశుద్ధ గ్రంథసాక్ష్యం స్పష్టమై, నిర్ణాయకమై యుండెను. దానితో కూడి ఆత్మను కదిలించే ఒక ప్రేరేపక శక్తి సాగెను. అక్కడ సంశయమేమియు లేక, ప్రశ్నించుటకును స్థలములేకుండెను. క్రీస్తు విజయోత్సవప్రవేశమునకు యెరూషలేములో జరిగిన సందర్భమందు, పండుగను ఆచరింపనిమిత్తము దేశమంతటినుండి కూడిన ప్రజలు ఒలీవుల కొండకు గుంపులుగా చేరి, యేసును అనుసరించి సాగుచున్న సమూహముతో కలిసినప్పుడు, ఆ ఘడియయొక్క ప్రేరణను గ్రహించి, ‘ప్రభువుయొక్క నామమున వచ్చువాడు ధన్యుడు!’ [Matthew 21:9.] అను ఘోషను మరింత ఉద్ధృతము చేయుటకు తోడ్పడిరి. ఇదేవిధముగా, అడ్వెంటిస్టుల సభలకు వచ్చి చేరిన అవిశ్వాసులు—కొంతమంది కుతూహలముచేత, కొంతమంది కేవలం పరిహసించుటకై—‘ఇదిగో, వరుడు వచ్చుచున్నాడు!’ అను సందేశముతో కూడి వచ్చిన నిశ్చయపరచు శక్తిని అనుభవించిరి.” Spirit of Prophecy, volume 4, 250.</w:t>
      </w:r>
    </w:p>
    <w:p>
      <w:pPr>
        <w:pStyle w:val="ArticleBody"/>
        <w:jc w:val="left"/>
      </w:pPr>
      <w:r>
        <w:rPr>
          <w:rFonts w:ascii="Nirmala UI" w:hAnsi="Nirmala UI" w:eastAsia="Nirmala UI" w:cs="Nirmala UI"/>
        </w:rPr>
        <w:t>మిలాన్ శాసనం క్రీ.పూ. 587లో నెబుకద్నెజరు ద్వారా, క్రీస్తుశకం 66 సంవత్సరంలో సెస్టియుస్ ద్వారా ముందస్తుగా సూచింపబడిన ప్రవచనాత్మక ముట్టడిని సూచిస్తుంది. ఆ రెండు ముట్టడులు వరుసగా క్రీ.పూ. 586లోను, క్రీస్తుశకం 70లోను యెరూషలేము నాశనానికి దారితీశాయి. సెస్టియుస్ ముట్టడి ముగిసింది; ఆ తరువాత మూడున్నర సంవత్సరాలకే, తీతుసు ఆధ్వర్యంలో ముట్టడి మళ్లీ ప్రారంభమైంది; ఈ విధంగా ఆల్ఫా రోమన్ పాలకునితో ప్రారంభమై ఓమెగా పాలకునితో ముగిసే ఒక ప్రవచన కాలవ్యవధి సమకూరింది. ఆ మూడున్నర సంవత్సరాలు పాపసీ చేత యెరూషలేము తొక్కివేయబడుటను సూచిస్తున్నాయి; అలాగే పాపసీ యొక్క ఘోర గాయం స్వస్థపరచబడి, ఆమె మళ్లీ మూడున్నర సాంకేతిక సంవత్సరములు పరిపాలించునట్లు చేయు త్వరలో రానున్న ఆదివారపు చట్టాన్నియు సూచిస్తున్నాయి.</w:t>
      </w:r>
    </w:p>
    <w:p>
      <w:pPr>
        <w:pStyle w:val="ArticleScripture"/>
        <w:jc w:val="left"/>
      </w:pPr>
      <w:r>
        <w:rPr>
          <w:rFonts w:ascii="Nirmala UI" w:hAnsi="Nirmala UI" w:eastAsia="Nirmala UI" w:cs="Nirmala UI"/>
        </w:rPr>
        <w:t>అయితే ఆలయమునకు వెలుపలనున్న ప్రాంగణాన్ని విడిచిపెట్టు; దానిని కొలువకు; అది అన్యజనులకు అప్పగించబడింది. వారు పరిశుద్ధ పట్టణమును నలుబది రెండునెలలు పాదదళితము చేయుదురు. ప్రకటన 11:2.</w:t>
      </w:r>
    </w:p>
    <w:p>
      <w:pPr>
        <w:pStyle w:val="ArticleBody"/>
        <w:jc w:val="left"/>
      </w:pPr>
      <w:r>
        <w:rPr>
          <w:rFonts w:ascii="Nirmala UI" w:hAnsi="Nirmala UI" w:eastAsia="Nirmala UI" w:cs="Nirmala UI"/>
        </w:rPr>
        <w:t>క్రీ.శ. 538లో, మరియు తదుపరి రాబోవు ఆదివారపు ధర్మశాసన సమయములో మళ్లీ, యెరూషలేము త్రొక్కబడుట ఆరంభమవుతుంది. ఆ రెండు ఆదివారపు ధర్మశాసనములు, మహా కాన్స్టంటైన్ మొదటి ఆదివారపు ధర్మశాసనమును జారీ చేసిన క్రీ.శ. 321 సంవత్సరముచే ప్రతినిధీకరించబడ్డవి. క్రీ.శ. 538లో, సెస్తియుసు నుండి తీతుసు వరకు గల చరిత్రచే సూచింపబడినట్లుగా, పాపస్వామ్యము దేవుని సంఘమును మూడున్నర సంవత్సరములు హింసించుటకు (త్రొక్కివేయుటకు) అధికారం పొందింది. క్రీ.శ. 538లో, పాపస్వామ్యము ఒర్లియాన్స్ మూడవ సభలో ఒక ఆదివారపు ధర్మశాసనమును జారీ చేసింది. త్వరలో రానున్న ఆదివారపు ధర్మశాసనము, పాపస్వామ్యము ఆలయమును త్రొక్కివేయుటకు (హింసించుటకు) మళ్లీ ఎప్పుడు అధికారము పొందునో గుర్తింపజేయుచున్నది.</w:t>
      </w:r>
    </w:p>
    <w:p>
      <w:pPr>
        <w:pStyle w:val="ArticleBody"/>
        <w:jc w:val="left"/>
      </w:pPr>
      <w:r>
        <w:rPr>
          <w:rFonts w:ascii="Nirmala UI" w:hAnsi="Nirmala UI" w:eastAsia="Nirmala UI" w:cs="Nirmala UI"/>
        </w:rPr>
        <w:t>313లో జారీ చేయబడిన మొదటి ఫర్మాను 321లో అమలైన మొదటి ఆదివారపు చట్టానికి దారితీసినదిగా గుర్తిస్తుంది. తదుపరి, 330లో సామ్రాజ్యం ప్రవచనాత్మకంగా తూర్పు మరియు పడమరగా విభజించబడింది; ఈ విధంగా, యునైటెడ్ స్టేట్స్‌లోని ఆల్ఫా ఆదివారపు చట్టంతో ఆరంభమైన హింస మరియు త్రొక్కివేయుట యొక్క కాలమైన, పాపసభకు సంబంధించిన “నలభై రెండు” సూచక నెలల రెండవ హింసాకాలపు ఒమేగా సమాప్తిని అది సూచించింది.</w:t>
      </w:r>
    </w:p>
    <w:p>
      <w:pPr>
        <w:pStyle w:val="ArticleScripture"/>
        <w:jc w:val="left"/>
      </w:pPr>
      <w:r>
        <w:rPr>
          <w:rFonts w:ascii="Nirmala UI" w:hAnsi="Nirmala UI" w:eastAsia="Nirmala UI" w:cs="Nirmala UI"/>
        </w:rPr>
        <w:t>మూడవ దేవదూత వారిని అనుసరిస్తూ గొప్ప స్వరంతో ఇలా చెప్పెను: ఎవడైనను మృగమును దాని ప్రతిమను ఆరాధించి, తన నుదుటనైనను తన చేతినైనను దాని ముద్రను పొందినయెడల, అతడును దేవుని ఉగ్రతారసమును పానము చేయును; అది ఆయన ఆగ్రహపాత్రలో కల్తీలేకుండా పోయబడినది. అతడు పరిశుద్ధ దూతల సన్నిధిలోను గొఱ్ఱెపిల్ల సన్నిధిలోను అగ్ని గంధకములతో యాతన పొందును. వారి యాతన ధూమము యుగయుగములు ఎగసి ఎక్కుచుండును; మృగమును దాని ప్రతిమను ఆరాధించువారికిని, దాని నామముద్రను పొందువారిలో ఎవనికైనను రాత్రింబగళ్లు విశ్రాంతి ఉండదు. ఇక్కడ పరిశుద్ధుల సహనము కనబడుచున్నది; దేవుని ఆజ్ఞలను గైకొనుచు యేసు విశ్వాసమును నిలుపుకొనువారు ఇక్కడ ఉన్నారు. ప్రకటన 14:9–12.</w:t>
      </w:r>
    </w:p>
    <w:p>
      <w:pPr>
        <w:pStyle w:val="ArticleHeading"/>
        <w:jc w:val="left"/>
      </w:pPr>
      <w:r>
        <w:rPr>
          <w:rFonts w:ascii="Nirmala UI" w:hAnsi="Nirmala UI" w:eastAsia="Nirmala UI" w:cs="Nirmala UI"/>
        </w:rPr>
        <w:t>సమతల ప్రాంతము</w:t>
      </w:r>
    </w:p>
    <w:p>
      <w:pPr>
        <w:pStyle w:val="ArticleBody"/>
        <w:jc w:val="left"/>
      </w:pPr>
      <w:r>
        <w:rPr>
          <w:rFonts w:ascii="Nirmala UI" w:hAnsi="Nirmala UI" w:eastAsia="Nirmala UI" w:cs="Nirmala UI"/>
        </w:rPr>
        <w:t>‘మిలాన్’ అనే పదానికి లాటిన్ అర్థం సమతల ప్రాంతమునకు మధ్యభాగము. తూర్పు మరియు పడమరల మధ్యస్థానములో, క్రీస్తు శకం 313 సంవత్సరంలో పడమర దేశానికి చెందిన కాన్స్టంటైన్ తూర్పు దేశానికి చెందిన లిసీనియస్‌తో మైత్రిని కోరెను. ఆ ఆజ్ఞాపత్రం తూర్పు మరియు పడమరలను ఏకపరచుటకు చేసిన ప్రయత్నాన్ని సూచించెను; మరియు కాన్స్టంటైన్ సవతి చెల్లెలైన కాన్స్టాంటియా లిసీనియస్‌ను వివాహం చేసికొనగా, ఒప్పంద వివాహము ద్వారా ఆ ఆజ్ఞాపత్రం ధృవీకరించబడెను. అయితే, దానియేలు పదకొండవ అధ్యాయములో ఉత్తరపు సెల్యూసిడ్లు మరియు దక్షిణపు టోలెమీ మధ్య జరిగిన మొదటి ఒప్పంద వివాహమువలెనే, ‘తూర్పు తూర్పే, పడమర పడమరే, ఈ రెండూ ఎప్పటికిని కలుసుకొనవు’ అని చెప్పు ప్రాచీనోక్తి నెరవేరినందున, ఆ వివాహము విఫలమగుటకు నిర్ణయింపబడినదై యుండెను.</w:t>
      </w:r>
    </w:p>
    <w:p>
      <w:pPr>
        <w:pStyle w:val="ArticleBody"/>
        <w:jc w:val="left"/>
      </w:pPr>
      <w:r>
        <w:rPr>
          <w:rFonts w:ascii="Nirmala UI" w:hAnsi="Nirmala UI" w:eastAsia="Nirmala UI" w:cs="Nirmala UI"/>
        </w:rPr>
        <w:t>‘330’ సంవత్సరము దానియేలు పదకొండవ అధ్యాయము ఇరవై నాలుగు, ఇరవై ఏడు, ఇరవై తొమ్మిది వచనములలో నేరుగా ప్రతిపాదించబడింది. దీనివలన 313 నుండి 330 వరకు గల పదిహేడు సంవత్సరములు దానియేలు పదకొండవ అధ్యాయములోని ప్రవచన రేఖలోనికి వచ్చుచున్నవి; మరియు ప్రవచన అవసరానుసారంగా, 313 లో జరిగిన ఆ తూర్పు-పడమరల సంధి వివాహము అదే అధ్యాయములోని మొదటి సంధి వివాహమునకు సమాంతరమై యున్నదని ఇది గుర్తింపజేయుచున్నది.</w:t>
      </w:r>
    </w:p>
    <w:p>
      <w:pPr>
        <w:pStyle w:val="ArticleScripture"/>
        <w:jc w:val="left"/>
      </w:pPr>
      <w:r>
        <w:rPr>
          <w:rFonts w:ascii="Nirmala UI" w:hAnsi="Nirmala UI" w:eastAsia="Nirmala UI" w:cs="Nirmala UI"/>
        </w:rPr>
        <w:t>“దానియేలు గ్రంథములోని పదకొండవ అధ్యాయంలోని ప్రవచనం దాని సంపూర్ణ నెరవేర్పుకు దాదాపు చేరుకొనియున్నది. ఈ ప్రవచన నెరవేర్పులో జరిగిన చరిత్రలో అధిక భాగము మరల పునరావృతమగును.” Manuscript Releases, number 13, 394.</w:t>
      </w:r>
    </w:p>
    <w:p>
      <w:pPr>
        <w:pStyle w:val="ArticleBody"/>
        <w:jc w:val="left"/>
      </w:pPr>
      <w:r>
        <w:rPr>
          <w:rFonts w:ascii="Nirmala UI" w:hAnsi="Nirmala UI" w:eastAsia="Nirmala UI" w:cs="Nirmala UI"/>
        </w:rPr>
        <w:t>క్రీ.పూ. 261–246 మధ్య పాలించిన ఆంటియోకస్ II థేయోస్, తన తొలి భార్య లయొడీకె Iను పక్కనబెట్టి, ఈజిప్టు యొక్క టోలెమీ II ఫిలడెల్ఫస్ కుమార్తె అయిన బెరెనీకెను వివాహం చేసుకున్నాడు. ఆ వివాహం క్రీ.పూ. 252లో ద్వితీయ సిరియా యుద్ధానికి ముగింపు పలికిన శాంతి ఒప్పందంలో భాగమైంది. అనంతరం క్రీ.శ. 324లో కాన్స్టాంటిన్ లైసీనియస్‌ను ఓడించినప్పుడు, ఆ వివాహం ముగిసింది; అలాగే క్రీ.పూ. 246లో తొలి భార్య అయిన లయొడీకె ఆంటియోకస్‌కు విషం పెట్టినప్పుడు, ఆంటియోకస్ మరియు బెర్నీస్‌ల వివాహమూ ముగిసింది. ద్వితీయ సిరియా యుద్ధానికి ముగింపును సూచించిన ఆ వివాహం, అలాగే ఆంటియోకస్ హత్య, తదనంతరం బెర్నీస్, ఆమె శిశువు, మరియు ఆమెతో వచ్చిన ఈజిప్టీయుల పరివార హత్యలు, తృతీయ సిరియా యుద్ధానికి ఆరంభాన్ని సూచించాయి. క్రీ.శ. 313లోని ఆ ఒప్పంద వివాహం, స్ముర్ణా సంఘముచే సూచింపబడిన హింసా కాలానికి ముగింపు పలికి, పెర్గమోస్ సంఘముచే సూచింపబడిన రాజీ కాలానికి ఆరంభమైంది.</w:t>
      </w:r>
    </w:p>
    <w:p>
      <w:pPr>
        <w:pStyle w:val="ArticleBody"/>
        <w:jc w:val="left"/>
      </w:pPr>
      <w:r>
        <w:rPr>
          <w:rFonts w:ascii="Nirmala UI" w:hAnsi="Nirmala UI" w:eastAsia="Nirmala UI" w:cs="Nirmala UI"/>
        </w:rPr>
        <w:t>సెల్యూసిడ్ చరిత్ర ప్రారంభంలో జరిగిన ఆ వివాహము, సెల్యూసిడ్ సామ్రాజ్యాంత్య సమయంలో అంతియొకుస్ మహానుభావుడు తన కుమార్తె క్లియోపాత్రా Iను టోలెమీ V ఎపిఫానేసుకు ఇచ్చిన ఒడంబడికా-వివాహానికి ప్రతిరూపమైయుండెను. ఆ వివాహము క్రీస్తుపూర్వం 193లో రాఫియాలో జరిగింది; అయితే ఉత్తర రాజు మరియు దక్షిణ రాజు మధ్య జరిగిన మొదటి ఒడంబడికా-వివాహమువలెనే ఆ కూటమి త్వరలోనే ముగిసిపోయెను. సెల్యూసిడ్ సామ్రాజ్యపు ఆ ఆరంభాంత్య ఒడంబడికా-వివాహములు, తరువాత దానియేలు పదకొండవ అధ్యాయంలోని ప్రవచన చరిత్రలో సూచించబడిన ఒడంబడికా-వివాహానికి ప్రతిరూపములు; అప్పుడు ఆక్టేవియన్ క్రీస్తుపూర్వం 40లో తన సహోదరి ఆక్టేవియా మైనర్‌ను మార్క్ ఆంటనీకి ఇచ్చెను. జూలియస్ సీజరు హత్యతో క్రీస్తుపూర్వం 44లో ప్రబలిన రోమా తూర్పు మరియు పశ్చిమ ప్రాంతాలపై అధికార పోరాటములో మార్క్ ఆంటనీ మరియు ఆక్టేవియన్ నిమగ్నులై యుండిరి. క్రీస్తుపూర్వం 40లో జరిగిన ఆ వివాహసమయంలో బ్రుండిసియం ఒడంబడిక అమలులోనికి తెచ్చబడెను; ఎనిమిదేండ్ల తరువాత, క్రీస్తుపూర్వం 32లో, మార్క్ ఆంటనీ విధివంతంగా ఆక్టేవియాకు విడాకులు ఇచ్చి, క్రీస్తుపూర్వం 31లో జరిగిన ఆక్టియం సమరానికి దారితీశెను; అక్కడ మార్క్ ఆంటనీ మరియు క్లియోపాత్రా ఇద్దరూ—(అత్యంత చివరి క్లియోపాత్రా ఆమెనే)—అంతమొందిరి.</w:t>
      </w:r>
    </w:p>
    <w:p>
      <w:pPr>
        <w:pStyle w:val="ArticleBody"/>
        <w:jc w:val="left"/>
      </w:pPr>
      <w:r>
        <w:rPr>
          <w:rFonts w:ascii="Nirmala UI" w:hAnsi="Nirmala UI" w:eastAsia="Nirmala UI" w:cs="Nirmala UI"/>
        </w:rPr>
        <w:t>సెల్యూసిడ్ సామ్రాజ్యపు ఒమేగా వివాహ ఒడంబడిక చివరి క్లియోపాత్రాకు ప్రతిరూపమైన మొదటి క్లియోపాత్రాను పరిచయం చేసింది; ఆమె వంశపారంపర్య రేఖ క్రీ.పూ. 40లో రోమన్ సామ్రాజ్యపు ప్రవచనాత్మక ఆల్ఫా వివాహ ఒడంబడికకు అనుసంధాన కడియంగా నిలిచింది. ఆ మూడు ఒడంబడిక వివాహాలు మిలాన్ శాసనపు ఒడంబడిక వివాహానికి ప్రతిరూపాలుగా నిలుస్తాయి. మిలాన్ శాసనం ఒక ప్రవచనాత్మక ముట్టడి ఆరంభాన్ని సూచిస్తుంది; అది ఒక ప్రవచనాత్మక సూచకచిహ్నాన్ని సూచిస్తుంది; అది నీతిమంతమైన సంఘము అనీతిమంతమైన సంఘముగా మారే సంధికాలాన్ని గుర్తిస్తుంది; ఈ విధంగా అది ఏడుగురిలోనుండి వచ్చిన ఎనిమిదవదైన సత్త్వమనే గూఢార్థంతో సరిసమానమవుతుంది. అది యుద్ధాన్ని ముగించే ఒక ఒడంబడిక వివాహాన్ని సూచిస్తుంది; ఆ ఒడంబడిక వివాహపు విడాకులవరకు అది అలాగే నిలిచి, ఆ తరువాత యుద్ధ ఆరంభాన్ని సూచిస్తుంది. ఆ రెండు రోమన్ వివాహాలలో, విడాకులు సామ్రాజ్య ఏకీకరణను వేగవంతం చేస్తాయి. 313 సంవత్సరం ఎక్సెటర్ శిబిరసభను కూడా సూచిస్తుంది; అక్కడే అర్ధరాత్రి కేక సందేశపు ప్రకటన ఆరంభమై, అక్టోబరు 22 నాటి మూసివేయబడిన తలుపువరకు నడిపిస్తుంది.</w:t>
      </w:r>
    </w:p>
    <w:p>
      <w:pPr>
        <w:pStyle w:val="ArticleBody"/>
        <w:jc w:val="left"/>
      </w:pPr>
      <w:r>
        <w:rPr>
          <w:rFonts w:ascii="Nirmala UI" w:hAnsi="Nirmala UI" w:eastAsia="Nirmala UI" w:cs="Nirmala UI"/>
        </w:rPr>
        <w:t>తదుపరి వ్యాసంలో ఈ సత్యాలను మనము కొనసాగించి పరిశీలించుదము.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నలభైవ పద్యమునకు గూఢమైన చరిత్ర - సంఖ్య ఇరవై తొమ్మిది</dc:title>
  <dc:subject>యెహెజ్కేలు సంఖ్య పది</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