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నలభయ్యవ వచనపు గుప్త చరిత్ర - సంఖ్య ముప్పది</w:t>
      </w:r>
    </w:p>
    <w:p>
      <w:pPr>
        <w:pStyle w:val="ArticleSubtitle"/>
        <w:jc w:val="left"/>
      </w:pPr>
      <w:r>
        <w:rPr>
          <w:rFonts w:ascii="Nirmala UI" w:hAnsi="Nirmala UI" w:eastAsia="Nirmala UI" w:cs="Nirmala UI"/>
        </w:rPr>
        <w:t>యెహెజ్కేలు సంఖ్య పదకొండు</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యెహెజ్కేలు గ్రంథములో, యెరూషలేము యొక్క ‘ముట్టడి’ మన నిత్యగతిని నిర్ణయించబోయే పరీక్షయైన ‘సూచకచిహ్నం’; ఎందుకనగా అది మృగస్వరూపపు ప్రతిరూపం ఏర్పడుటను సూచించుచున్నది.</w:t>
      </w:r>
    </w:p>
    <w:p>
      <w:pPr>
        <w:pStyle w:val="ArticleScripture"/>
        <w:jc w:val="left"/>
      </w:pPr>
      <w:r>
        <w:rPr>
          <w:rFonts w:ascii="Nirmala UI" w:hAnsi="Nirmala UI" w:eastAsia="Nirmala UI" w:cs="Nirmala UI"/>
        </w:rPr>
        <w:t>“పరీక్షాకాలము ముగియకముందే మృగముని ప్రతిమ ఏర్పడునని ప్రభువు నాకు స్పష్టముగా చూపించెను; ఎందుకనగా అది దేవుని ప్రజలకు గొప్ప పరీక్షగా నుండును, దానివలన వారి నిత్యగతి నిర్ణయించబడును. …”</w:t>
      </w:r>
    </w:p>
    <w:p>
      <w:pPr>
        <w:pStyle w:val="ArticleScripture"/>
        <w:jc w:val="left"/>
      </w:pPr>
      <w:r>
        <w:rPr>
          <w:rFonts w:ascii="Nirmala UI" w:hAnsi="Nirmala UI" w:eastAsia="Nirmala UI" w:cs="Nirmala UI"/>
        </w:rPr>
        <w:t>“దేవుని ప్రజలు ముద్రించబడుటకు ముందు తప్పక కలిగియుండవలసిన పరీక్ష ఇదే. ఆయన ధర్మశాస్త్రమును ఆచరించుటద్వారా, కపట విశ్రాంతిదినమును అంగీకరించుటకు నిరాకరించుటద్వారా దేవునియెడల తమ విశ్వాసనిష్ఠను నిరూపించిన వారందరు యెహోవా ప్రభువైన దేవుని పతాకమునకు లోబడినవారై నిలిచి, సజీవుడైన దేవుని ముద్రను పొందుదురు. పరలోక సంబంధమైన సత్యమును విడిచిపెట్టి, ఆదివార విశ్రాంతిదినమును అంగీకరించువారు మృగముని ముద్రను పొందుదురు.” Manuscript Releases, volume 15, 15.</w:t>
      </w:r>
    </w:p>
    <w:p>
      <w:pPr>
        <w:pStyle w:val="ArticleBody"/>
        <w:jc w:val="left"/>
      </w:pPr>
      <w:r>
        <w:rPr>
          <w:rFonts w:ascii="Nirmala UI" w:hAnsi="Nirmala UI" w:eastAsia="Nirmala UI" w:cs="Nirmala UI"/>
        </w:rPr>
        <w:t>సెస్టియస్ యొక్క ‘సూచన’ సమయమున యెరూషలేమును విడిచి పారిపోయిన క్రైస్తవులు, ముందుగానే హెచ్చరింపబడినవారై, ఆ ‘సూచన’ వచ్చినప్పుడు దానిని గుర్తించినందున అట్లు చేసిరి. మృగమునకు ప్రతిరూపము ఏర్పడుటను గుర్తించుట అనగా ఆదివారపు చట్టమునకు దారితీసే “సంఘటనలు,” “సిద్ధతలు,” మరియు “కదలికలను” గుర్తించుటయే. ఆ ‘సూచన’ను నిర్మించు ప్రవచన సంబంధ అంశములు, ఆ సూచన ప్రత్యక్షమగుటకు ముందుగానే గ్రహింపబడవలెను. సెస్టియస్ ముట్టడిని ప్రారంభించినప్పుడు, ఆ సూచన ఏమిటో నేర్చుకొనుటకు అప్పటికే ఆలస్యమై యుండెను.</w:t>
      </w:r>
    </w:p>
    <w:p>
      <w:pPr>
        <w:pStyle w:val="ArticleScripture"/>
        <w:jc w:val="left"/>
      </w:pPr>
      <w:r>
        <w:rPr>
          <w:rFonts w:ascii="Nirmala UI" w:hAnsi="Nirmala UI" w:eastAsia="Nirmala UI" w:cs="Nirmala UI"/>
        </w:rPr>
        <w:t>“ఇప్పటికే సిద్ధపాట్లు ముందుకు సాగుతున్నాయి, మరియు మృగమునకు ఒక ప్రతిరూపమును చేయుటకు దారితీయు కదలికలు కొనసాగుతున్నాయి. ఈ అంత్యదినముల కొరకు ప్రవచనము ముందుగా తెలుపిన మాటలను నెరవేర్చునట్లుగా భూమి చరిత్రలో సంఘటనలు సంభవింపజేయబడును.” రివ్యూ అండ్ హెరాల్డ్, ఏప్రిల్ 23, 1889.</w:t>
      </w:r>
    </w:p>
    <w:p>
      <w:pPr>
        <w:pStyle w:val="ArticleHeading"/>
        <w:jc w:val="left"/>
      </w:pPr>
      <w:r>
        <w:rPr>
          <w:rFonts w:ascii="Nirmala UI" w:hAnsi="Nirmala UI" w:eastAsia="Nirmala UI" w:cs="Nirmala UI"/>
        </w:rPr>
        <w:t>సన్నాహాలు, కదలికలు మరియు సంఘటనలు</w:t>
      </w:r>
    </w:p>
    <w:p>
      <w:pPr>
        <w:pStyle w:val="ArticleBody"/>
        <w:jc w:val="left"/>
      </w:pPr>
      <w:r>
        <w:rPr>
          <w:rFonts w:ascii="Nirmala UI" w:hAnsi="Nirmala UI" w:eastAsia="Nirmala UI" w:cs="Nirmala UI"/>
        </w:rPr>
        <w:t>“సన్నాహాలు,” “కదలికలు” మరియు “సంఘటనలు” పరీక్షకు ముందుగానే గుర్తించబడవలెను.</w:t>
      </w:r>
    </w:p>
    <w:p>
      <w:pPr>
        <w:pStyle w:val="ArticleScripture"/>
        <w:jc w:val="left"/>
      </w:pPr>
      <w:r>
        <w:rPr>
          <w:rFonts w:ascii="Nirmala UI" w:hAnsi="Nirmala UI" w:eastAsia="Nirmala UI" w:cs="Nirmala UI"/>
        </w:rPr>
        <w:t>“ప్రవచన చరిత్రలో గతంలో నెరవేరవలెనని దేవుడు నిర్దేశించిన సమస్తము నెరవేరియున్నది; ఇంకా క్రమానుసారముగా రానున్న సమస్తమును కూడ నెరవేరును. దేవుని ప్రవక్తయైన దానియేలు తన స్థానమందు నిలిచియున్నాడు. యోహాను తన స్థానమందు నిలిచియున్నాడు. ప్రకటన గ్రంథమందు యూదా గోత్రమునకు చెందిన సింహము ప్రవచన విద్యార్థులకు దానియేలు గ్రంథమును తెరిచియున్నది; ఈ విధముగా దానియేలు తన స్థానమందు నిలిచియున్నాడు. అతడు తన సాక్ష్యమును భరిస్తున్నాడు—అదేనగా, మహత్తరమును గంభీరమునైన సంఘటనల విషయమై ప్రభువు దర్శనమందు అతనికి బయలుపరచిన దానిని—వాటి నెరవేర్పు యొక్క అతి అంచుమీద మనము నిలిచియుండగా తప్పక తెలిసికొనవలసిన విషయములను.”</w:t>
      </w:r>
    </w:p>
    <w:p>
      <w:pPr>
        <w:pStyle w:val="ArticleScripture"/>
        <w:jc w:val="left"/>
      </w:pPr>
      <w:r>
        <w:rPr>
          <w:rFonts w:ascii="Nirmala UI" w:hAnsi="Nirmala UI" w:eastAsia="Nirmala UI" w:cs="Nirmala UI"/>
        </w:rPr>
        <w:t>“చరిత్రలోను ప్రవచనములోను దేవుని వాక్యము సత్యమును దోషమును మధ్య దీర్ఘకాలంగా కొనసాగిన సంఘర్షణను చిత్రిస్తుంది. ఆ సంఘర్షణ ఇంకా కొనసాగుచున్నది. గతమున జరిగిన సంగతులు మరల పునరావృతమగును.” సెలెక్టెడ్ మెసేజెస్, పుస్తకం 2, 109.</w:t>
      </w:r>
    </w:p>
    <w:p>
      <w:pPr>
        <w:pStyle w:val="ArticleBody"/>
        <w:jc w:val="left"/>
      </w:pPr>
      <w:r>
        <w:rPr>
          <w:rFonts w:ascii="Nirmala UI" w:hAnsi="Nirmala UI" w:eastAsia="Nirmala UI" w:cs="Nirmala UI"/>
        </w:rPr>
        <w:t>వాటి నెరవేర్పు యొక్క అచ్చమైన ద్వారప్రాంతంలో మనము నిలిచి ఉన్నందున, “ఆ మహత్తరమైన మరియు గంభీరమైన సంఘటనలను” మనము “తప్పక తెలిసికొనవలెను.” ఈ ద్వారప్రాంతమనే భావం, ఆ సంఘటనలు నెరవేరకముందే వాటిని మనము గ్రహించవలసిన అవసరాన్ని సూచిస్తుంది.</w:t>
      </w:r>
    </w:p>
    <w:p>
      <w:pPr>
        <w:pStyle w:val="ArticleScripture"/>
        <w:jc w:val="left"/>
      </w:pPr>
      <w:r>
        <w:rPr>
          <w:rFonts w:ascii="Nirmala UI" w:hAnsi="Nirmala UI" w:eastAsia="Nirmala UI" w:cs="Nirmala UI"/>
        </w:rPr>
        <w:t>“అయితే ప్రవచనపు కలం గీసిన కఠిన రేఖలు ఈ శాంతియుత దృశ్యంలో ఒక మార్పును వెల్లడిస్తున్నాయి. గొఱ్ఱెపిల్లవంటి కొమ్ములు కలిగిన మృగము అజగర స్వరంతో మాటలాడుచున్నది, మరియు ‘తన యెదుటనున్న మొదటి మృగముయొక్క సమస్త అధికారమును ఉపయోగించుచున్నది.’ అన్యమతం మరియు పాపసామ్రాజ్యము వ్యక్తపరచిన హింసాత్మక ఆత్మ మళ్లీ వెలుగులోనికి రానున్నది. ప్రవచనం ఈ శక్తి ‘భూమిమీద నివసించువారితో, వారు మృగమునకు ఒక ప్రతిమను చేయవలెనని’ చెప్పునని ప్రకటించుచున్నది. [ప్రకటన 13:14.] ఈ ప్రతిమ మొదటి మృగమునకు, అనగా చిరుతవంటి మృగమునకు చేయబడుచున్నది; అదే మూడవ దూత సందేశములో చూపబడినది. ఈ మొదటి మృగముచేత రోమా సంఘము సూచింపబడుచున్నది; అది పౌరాధికారముతో అలంకరింపబడిన ఒక మతాధికార సంస్థ, విభిన్నాభిప్రాయముగల వారందరిని శిక్షించు అధికారమును కలిగియున్నది. మృగమునకు చేయబడిన ప్రతిమ ఇలాంటి అధికారముతో అలంకరింపబడిన మరొక మతసంస్థను సూచించుచున్నది. ఈ ప్రతిమ యొక్క నిర్మాణము, దాని శాంతియుత ఉదయమును మరియు మృదువైన ప్రకటనలను బట్టి యునైటెడ్ స్టేట్స్‌కు అత్యంత స్పష్టమైన చిహ్నముగా నిలిచిన ఆ మృగముయొక్క కార్యమే. ఇక్కడ పాపసామ్రాజ్యమునకు ఒక ప్రతిరూపము కనబడుచున్నది. మన దేశంలోని సంఘములు, తమకు సామాన్యముగా అంగీకారమైన విశ్వాస సంబంధ విషయములపై ఐక్యమై, తమ ఆజ్ఞలను అమలు చేయుటకును తమ సంస్థలను నిలబెట్టుటకును రాష్ట్రాన్ని ప్రభావితం చేసినప్పుడు, అప్పుడు ప్రొటెస్టెంట్ అమెరికా రోమా మతాధికార వ్యవస్థకు ఒక ప్రతిమను నిర్మించినదై యుండును. అప్పుడు దేవుని ప్రాచీన ప్రజలు హింసింపబడినట్లే నిజమైన సంఘము హింసాకాండకు గురి చేయబడును. దేవుని సేవ చేయుచున్నామనే నెపంతో, సంఘమునకు మరియు రాష్ట్రానికి కలిగిన హక్కులను కాపాడుచున్నామనే పేరుతో, మతదురాభిమానం మరియు ద్వేషం ఏమి చేయగలవో దాదాపు ప్రతి శతాబ్దమూ ఉదాహరణలను సమకూర్చుచున్నది. లోకీయ అధికారములతో కూటమి కట్టుట ద్వారా రోమా అడుగుజాడలను అనుసరించిన ప్రొటెస్టెంట్ సంఘములు, మనస్సాక్షి స్వేచ్ఛను పరిమితం చేయవలెననే సమానమైన ఆకాంక్షను వ్యక్తపరచియున్నవి. పదిహేడవ శతాబ్దములో ఇంగ్లాండు సంఘ పరిపాలన క్రింద వేలాది నాన్-కాన్‌ఫార్మిస్ట్ సేవకులు శ్రమను అనుభవించారు. లౌకిక ప్రభుత్వాల పక్షమున మతపరమైన పక్షపాతం ఉన్నచోట హింస ఎల్లప్పుడూ అనుసరించును.” స్పిరిట్ ఆఫ్ ప్రాఫెసీ, సంపుటి 4, 277.</w:t>
      </w:r>
    </w:p>
    <w:p>
      <w:pPr>
        <w:pStyle w:val="ArticleBody"/>
        <w:jc w:val="left"/>
      </w:pPr>
      <w:r>
        <w:rPr>
          <w:rFonts w:ascii="Nirmala UI" w:hAnsi="Nirmala UI" w:eastAsia="Nirmala UI" w:cs="Nirmala UI"/>
        </w:rPr>
        <w:t>మృగపు ప్రతిరూప నిర్మాణం ముందుగా సంయుక్త రాష్ట్రాలలో పూర్తవుతుంది; అనంతరం అది ప్రపంచమంతటిలోను జరుగుతుంది.</w:t>
      </w:r>
    </w:p>
    <w:p>
      <w:pPr>
        <w:pStyle w:val="ArticleScripture"/>
        <w:jc w:val="left"/>
      </w:pPr>
      <w:r>
        <w:rPr>
          <w:rFonts w:ascii="Nirmala UI" w:hAnsi="Nirmala UI" w:eastAsia="Nirmala UI" w:cs="Nirmala UI"/>
        </w:rPr>
        <w:t>“విదేశీ జనములు యునైటెడ్ స్టేట్స్ యొక్క ఉదాహరణను అనుసరించెదరు. ఆమె ముందుండి నడిపించినను, అదే సంక్షోభము లోకమంతటిలోనున్న మన ప్రజల మీదకు వచ్చును.” Testimonies, volume 6, 395.</w:t>
      </w:r>
    </w:p>
    <w:p>
      <w:pPr>
        <w:pStyle w:val="ArticleBody"/>
        <w:jc w:val="left"/>
      </w:pPr>
      <w:r>
        <w:rPr>
          <w:rFonts w:ascii="Nirmala UI" w:hAnsi="Nirmala UI" w:eastAsia="Nirmala UI" w:cs="Nirmala UI"/>
        </w:rPr>
        <w:t>క్రీ.శ. 313లోని మిలాన్ ఆజ్ఞాపత్రం నిర్మాణం ప్రారంభాన్ని సూచించుచున్నది; అంతేకాక అది ఏడవదిన అడ్వెంటిస్టుల కొరకు మూయబడిన ద్వారాన్ని కూడా గుర్తించుచున్నది. పడమటి ప్రాంతపు కాన్స్టాంటైన్ మరియు తూర్పు ప్రాంతపు లిసీనియస్ ఆ ఆజ్ఞాపత్రానికి ఒక ఒప్పంద వివాహాన్ని అనుసంధానించారు; అప్పుడు కాన్స్టాంటైన్ తన సహోదరి కాన్స్టాంటియాను లిసీనియస్‌కు ఇచ్చెను. ఇది దానియేలు పదకొండవ అధ్యాయంలోని ప్రవచన చరిత్రలో ఉన్న ఆరు ఒప్పంద వివాహాల ప్రవచన రేఖలో ప్రతినిధిత్వం చేయబడిన నాల్గవ ఒప్పంద వివాహము. మొదటి రెండు ఉత్తరరాజు మరియు దక్షిణరాజు మధ్య జరిగిన యుద్ధాలతో సంబంధించియుండెను; తరువాతి రెండు తూర్పు మరియు పడమటి మధ్య జరిగిన అంతర్యుద్ధములు; చివరి రెండు పాపసీ సంఘాధికార శక్తి మరియు రాష్ట్రాధికార శక్తి యొక్క సంకేతాత్మక వివాహములు.</w:t>
      </w:r>
    </w:p>
    <w:p>
      <w:pPr>
        <w:pStyle w:val="ArticleBody"/>
        <w:jc w:val="left"/>
      </w:pPr>
      <w:r>
        <w:rPr>
          <w:rFonts w:ascii="Nirmala UI" w:hAnsi="Nirmala UI" w:eastAsia="Nirmala UI" w:cs="Nirmala UI"/>
        </w:rPr>
        <w:t>సుమారు క్రీ.పూ. 252లో అంతియొకుస్ II థియోస్, ప్టొలెమీ II కుమార్తె అయిన ప్టొలెమీయ రాజకుమారి బెరెనికెను వివాహం చేసుకోవుటకై తన భార్య లయొదికె Iను పక్కన పెట్టెను. సెల్యూసిద్ సామ్రాజ్యంలోని ఒప్పంద వివాహాలు ఉత్తర రాజు మరియు దక్షిణ రాజు మధ్య జరిగియుండగా; 313 సంవత్సరపు ఒప్పంద వివాహం తూర్పు చక్రవర్తి మరియు పడమర చక్రవర్తి మధ్య జరిగెను.</w:t>
      </w:r>
    </w:p>
    <w:p>
      <w:pPr>
        <w:pStyle w:val="ArticleBody"/>
        <w:jc w:val="left"/>
      </w:pPr>
      <w:r>
        <w:rPr>
          <w:rFonts w:ascii="Nirmala UI" w:hAnsi="Nirmala UI" w:eastAsia="Nirmala UI" w:cs="Nirmala UI"/>
        </w:rPr>
        <w:t>క్రీ.పూ. 252లో ఆంటియొకస్ II థియోస్ యొక్క ఒడంబడిక వివాహం, దానియేలు పదకొండవ అధ్యాయంలోని పది నుండి పదహారు వచనాలలో ప్రతినిధీకరించబడిన చరిత్రలో సామ్రాజ్యంగా తన ముగింపుకు చేరుకున్న సెల్యూసిడ్ సామ్రాజ్య ఆరంభాన్ని సూచించింది. సెల్యూసిడ్ సామ్రాజ్యపు అంతిమ చరిత్రలో మరొక ఒడంబడిక వివాహం ఆంటియొకస్ III ది గ్రేట్ చేత నెరవేర్చబడింది; అతడు తన కుమార్తె క్లియోపాత్రా I సైరాను (ప్రవచన చరిత్రలో అతి మొదటి క్లియోపాత్రా) క్రీ.పూ. 193లో టోలెమీ V కు ఇచ్చాడు. ఆ సమయంలో టోలెమీ V దాదాపు 16 సంవత్సరాల వయస్సులో ఉండగా, క్లియోపాత్రా I సైరా దాదాపు 10 సంవత్సరాల వయస్సులో ఉండెను. వారి వివాహం ఐదవ సిరియా యుద్ధం అనంతరం జరిగిన ఒక దౌత్యపరమైన పరిష్కారమై యుండెను. దానియేలు పదకొండవ అధ్యాయంలో ఉత్తరరాజు మరియు దక్షిణరాజు మధ్యనున్న ఆల్ఫా ఒడంబడిక వివాహం రెండవ సిరియా యుద్ధం ముగింపును సూచించింది.</w:t>
      </w:r>
    </w:p>
    <w:p>
      <w:pPr>
        <w:pStyle w:val="ArticleBody"/>
        <w:jc w:val="left"/>
      </w:pPr>
      <w:r>
        <w:rPr>
          <w:rFonts w:ascii="Nirmala UI" w:hAnsi="Nirmala UI" w:eastAsia="Nirmala UI" w:cs="Nirmala UI"/>
        </w:rPr>
        <w:t>ప్రవచనాత్మక చరిత్రలోని చివరి క్లియోపాత్రా యూలియస్ సీజరుతోను, ఆ తరువాత మార్క్ ఆంటనితోను సంబంధం కలిగింది. క్రీస్తుపూర్వం 44లో యూలియస్ సీజరు హత్య చేయబడిన తరువాత, క్రీస్తుపూర్వం 43లో రెండవ త్రిమూర్తి పరిపాలన ఏర్పడింది. ముగ్గురు వ్యక్తులు ఆ త్రిసభ్య సంఘాన్ని నిర్మించారు; ఆ ముగ్గురిలో ఒక్కడైన మార్కస్ లెపిడస్‌ను ఆక్టేవియన్ ఆ త్రిగుణ ఐక్యమునుండి బలవంతంగా తొలగించిన తరువాత, తూర్పు దేశాధిపతి మార్క్ ఆంటనీ మరియు పడమటి దేశాధిపతి ఆక్టేవియన్ మధ్య అధికార పోరు ప్రారంభమైంది. క్రీస్తుపూర్వం 40లో బ్రుందిసియంలో ఈ తూర్పు-పడమటి ప్రత్యర్థులిద్దరి మధ్య ఒక ఒప్పందం కుదిరింది. ఆ ఒప్పందంలో ఆక్టేవియన్ సహోదరి ఆక్టావియా మరియు మార్క్ ఆంటనీ మధ్య వివాహం కూడా చేర్చబడింది. అయితే ఆ ఒప్పందమును, దానితో కూడిన ఆ వివాహమును నిలుపుకోలేకపోయారు; మార్క్ ఆంటనీ క్లియోపాత్రాతో సంబంధం ఏర్పరచుకున్న తరువాత, అతడు క్రీస్తుపూర్వం 32లో ఆక్టావియాకు విడాకులు ఇచ్చాడు. క్రీస్తుపూర్వం 31లో ఆక్టియం యుద్ధంలో తూర్పు మరియు పడమటి సామ్రాజ్యాలు ఒకే అధికారములో ఏకీకృతమయ్యాయి; ఆ తరువాత ఆక్టేవియన్ ఆగస్టస్ సీజరుగా నిలిచాడు, రోమా మహిమకూ శక్తికీ ఉన్నత శిఖరానికి చిహ్నముగా.</w:t>
      </w:r>
    </w:p>
    <w:p>
      <w:pPr>
        <w:pStyle w:val="ArticleBody"/>
        <w:jc w:val="left"/>
      </w:pPr>
      <w:r>
        <w:rPr>
          <w:rFonts w:ascii="Nirmala UI" w:hAnsi="Nirmala UI" w:eastAsia="Nirmala UI" w:cs="Nirmala UI"/>
        </w:rPr>
        <w:t>ప్రవచనార్థకంగా దానియేలు పదకొండవ అధ్యాయంలోని మొదటి ఒడంబడిక-వివాహం, అలెగ్జాండర్ మహానుభావుడి సామ్రాజ్యాన్ని మళ్లీ స్థాపించుటకు పోరాడుచున్న ఆ ఇద్దరు యోధపక్షాల మధ్య శత్రుత్వాలను ముగించు ప్రయత్నంగా, ఉత్తర రాజులు మరియు దక్షిణ రాజుల మధ్య జరిగినది. సెల్యూసిదులు మరియు ఐగుప్తులోని ప్టోలెమీల మధ్య జరిగిన ఆ మొదటి ఒడంబడిక-వివాహమే సెల్యూసిదు మరియు ప్టోలెమాయక రాజ్యాల ఆల్ఫా ఒడంబడిక-వివాహమై, అదే రెండు శక్తుల మధ్య జరిగిన ఒమెగా ఒడంబడిక-వివాహానికి మాదిరిగా నిలిచెను. చివరి లేదా ఒమెగా ఒడంబడిక-వివాహంలో, ఐగుప్తు చరిత్రలోని అత్యంత మొదటి లేదా ఆల్ఫా క్లియోపాత్రా, చివరి లేదా ఒమెగా క్లియోపాత్రాతో ప్రవచన సంబంధమైన కడియంగా నిలిచెను; ఆమెకు మార్కు ఆంటోనితో ఉన్న సంబంధమే ఆక్టావియా మరియు మార్కు ఆంటోని మధ్య జరిగిన విడాకులకు సూచనాబిందువుగా మారెను. ఆ విడాకులే తూర్పునకు చెందిన మార్కు ఆంటోని మరియు పడమరనకు చెందిన ఆక్టేవియన్ మధ్య పునరుద్ధరింపబడిన శత్రుత్వాలకు సూచికగా నిలిచి, అవి క్రీస్తుపూర్వం 31 సంవత్సరంలో జరిగిన ఆక్టియం యుద్ధంతో అంతమొందెను.</w:t>
      </w:r>
    </w:p>
    <w:p>
      <w:pPr>
        <w:pStyle w:val="ArticleBody"/>
        <w:jc w:val="left"/>
      </w:pPr>
      <w:r>
        <w:rPr>
          <w:rFonts w:ascii="Nirmala UI" w:hAnsi="Nirmala UI" w:eastAsia="Nirmala UI" w:cs="Nirmala UI"/>
        </w:rPr>
        <w:t>క్రీ.పూ. 40లో జరిగిన బ్రుండిసియం ఒప్పంద వివాహం, తూర్పు మరియు పడమర మధ్య పోరాటానికి ఆల్ఫా ఒప్పంద వివాహమై యుండెను; ఇదే విధంగా, లయోదికే మరియు ఆంటియోకస్ II థియో మధ్య జరిగిన ఒప్పంద వివాహం ఉత్తర మరియు దక్షిణ మధ్య పోరాటానికి ఆల్ఫా అయి యుండెను. క్రీ.శ. 313లో జరిగిన ఒప్పంద వివాహం, మార్క్ ఆంటోనీ మరియు ఆక్టేవియా యొక్క ఆల్ఫా ఒప్పంద వివాహానికి ఒమేగా అయి యుండెను; ఇదే విధంగా, టోలెమీ V మరియు క్లియోపాత్రా I సైరా మధ్య జరిగిన ఒప్పంద వివాహం ఉత్తర మరియు దక్షిణ రాజ్యాల ఒమేగా ఒప్పంద వివాహమై యుండెను. క్రీ.శ. 313 యొక్క ఒమేగా ఒప్పంద వివాహానికి దారితీసిన ఆ మూడు ఒప్పంద వివాహములన్నియు పరస్పర సదృశ్యముగా నిలిచి, మిలాన్ శాసనముతో సంబంధమున్న ప్రవచన లక్షణములకు మూడు సాక్ష్యములను సమకూర్చుచున్నవి. సమష్టిగా, తూర్పు, పడమర, ఉత్తర మరియు దక్షిణముల నాలుగు యథార్థ ఒప్పంద వివాహములు పోపసభ యొక్క రెండు ప్రతీకాత్మక ఒప్పంద వివాహములతో సదృశ్యముగా నిలుచున్నవి.</w:t>
      </w:r>
    </w:p>
    <w:p>
      <w:pPr>
        <w:pStyle w:val="ArticleBody"/>
        <w:jc w:val="left"/>
      </w:pPr>
      <w:r>
        <w:rPr>
          <w:rFonts w:ascii="Nirmala UI" w:hAnsi="Nirmala UI" w:eastAsia="Nirmala UI" w:cs="Nirmala UI"/>
        </w:rPr>
        <w:t>496 సంవత్సరంలో, ఫ్రాంకుల రాజైన క్లోవిస్ క్లొటిల్డాను వివాహమాడాడు. క్లొటిల్డా బర్గండియన్ రాజకుమార్తె, బర్గండీ రాజు చిల్పెరిక్ II కుమార్తె. కుటుంబాధికార పోరాటంలో ఆమె తండ్రి, తల్లి హత్య చేయబడిన తరువాత, 493లో ఫ్రాంకుల రాజైన క్లోవిస్ I కు వివాహంగా ఇవ్వబడే వరకు, ఆమె తన మామగారి సంరక్షణలో నివసించింది. ఆమె కాథలికురాలు; అనగా, రోమా సంఘమునకు చెందిన నైసీయ / సనాతన విశ్వాసాన్ని ఆమె ఆచరించేది. దీనివల్ల, ఆ కాలంలోని అనేక ఇతర జర్మానిక్ రాజవంశాల నుండి ఆమె భిన్నంగా నిలిచింది; వారు ఆరియన్ క్రైస్తవులు. ఆమె తల్లి కరేతెనా కాథలికురాలు, క్లొటిల్డా అదే విశ్వాసంలో పెంచబడింది. క్లోవిస్ అన్యమతాన్ని విడిచిపెట్టి కాథలిక బాప్తిస్మం స్వీకరించునట్లు నిరంతరం ప్రేరేపించినవారిగా ఆమె స్మరించబడుతుంది; అనంతరం 496లో జరిగిన అతని మార్పు, ఫ్రాన్స్ ప్రాచీన చరిత్రలోను అలాగే పాశ్చాత్యమని పిలువబడే క్రైస్తవత్వపు ప్రారంభ చరిత్రలోను అత్యంత ప్రాముఖ్యమైన సంఘటనలలో ఒకటిగా పరిగణించబడుతుంది.</w:t>
      </w:r>
    </w:p>
    <w:p>
      <w:pPr>
        <w:pStyle w:val="ArticleBody"/>
        <w:jc w:val="left"/>
      </w:pPr>
      <w:r>
        <w:rPr>
          <w:rFonts w:ascii="Nirmala UI" w:hAnsi="Nirmala UI" w:eastAsia="Nirmala UI" w:cs="Nirmala UI"/>
        </w:rPr>
        <w:t>టోల్బియాక్ యుద్ధంలో తాను విజయం సాధించినట్లయితే, క్లోవిస్ క్లోతిల్దా యొక్క కాథలిక విశ్వాసాన్ని స్వీకరించి బాప్తిస్మము పొందుతానని ప్రతిజ్ఞ చేశాడు. అలమన్ని రాజు హతమయ్యాడు, వారి సైన్యం ఛిన్నాభిన్నమైంది, మరియు ఫ్రాంకులు విజయం సాధించారు. ఆ విజయానంతరం క్లోవిస్‌కు బోధించుటకు రీమ్స్‌కు చెందిన బిషప్ రెమీజియస్‌ను క్లోతిల్దా ఏర్పాటుచేసింది; అనంతరం క్లోవిస్ బాప్తిస్మము పొందెను (సాంప్రదాయ ప్రకారం క్రీస్తుజననోత్సవ దినమైన 496 సంవత్సరంలో), అతని యోధులలో అనేక వేలమందితో కూడి.</w:t>
      </w:r>
    </w:p>
    <w:p>
      <w:pPr>
        <w:pStyle w:val="ArticleBody"/>
        <w:jc w:val="left"/>
      </w:pPr>
      <w:r>
        <w:rPr>
          <w:rFonts w:ascii="Nirmala UI" w:hAnsi="Nirmala UI" w:eastAsia="Nirmala UI" w:cs="Nirmala UI"/>
        </w:rPr>
        <w:t>క్లోవిస్ ఫ్రాంకుల రాజు; ఆధునిక పరిభాషలో చెప్పాలంటే, అతడు ఫ్రాన్స్ రాజు. చివరికి తమ అన్యమతాన్ని విడిచిపెట్టి కాథలిక్కు మతంలోకి మారిన యూరోపీయ రాజులలో అతడు మొదటివాడయ్యాడు. ఈ కారణంగా క్లోవిస్ “కాథలిక్ సంఘపు జ్యేష్ఠపుత్రుడు”గా పరిగణించబడుతాడు; ఫ్రాన్స్‌ను “కాథలిక్ సంఘపు జ్యేష్ఠకుమార్తె” అని పిలుస్తారు. 1980లో పోప్ జాన్ పాల్ II ఫ్రాన్స్‌ను సందర్శించినప్పుడు ఆయన ఇలా అడిగాడు: “సంఘపు జ్యేష్ఠకుమార్తెయైన ఫ్రాన్స్, నీ బాప్తిస్మమునకు నీవు విశ్వాసపాత్రురాలివా?”</w:t>
      </w:r>
    </w:p>
    <w:p>
      <w:pPr>
        <w:pStyle w:val="ArticleBody"/>
        <w:jc w:val="left"/>
      </w:pPr>
      <w:r>
        <w:rPr>
          <w:rFonts w:ascii="Nirmala UI" w:hAnsi="Nirmala UI" w:eastAsia="Nirmala UI" w:cs="Nirmala UI"/>
        </w:rPr>
        <w:t>నైసీయ కాథలికత్వమునకు క్లోవిస్ మార్పు, 538 సంవత్సరంలోని సూచక ఒడంబడిక వివాహమునకు దారితీసిన ఒక సూచక వివాహ ఊరేగింపుకు ఆరంభమును సూచించుచున్నది. భూమి రాజులతో వ్యభిచారము చేయు ఆ వేశ్యతో క్లోవిస్ కుదుర్చుకున్న సూచక ఒడంబడిక వివాహము, దానియేలు పదకొండవ అధ్యాయములోని అంతకుముందటి నాలుగు ఒడంబడిక వివాహములచే పూర్వరూపముగా సూచింపబడెను. రోమా సంఘమునకు సైనికమును ఆర్థికమును గల మద్దతు అందించిన తొలి యూరోపీయ రాజు క్లోవిస్; అందువలన దానియేలు పదకొండవ అధ్యాయములోని చరిత్రలో అతడు ప్రతినిధింపబడుచున్నాడు.</w:t>
      </w:r>
    </w:p>
    <w:p>
      <w:pPr>
        <w:pStyle w:val="ArticleScripture"/>
        <w:jc w:val="left"/>
      </w:pPr>
      <w:r>
        <w:rPr>
          <w:rFonts w:ascii="Nirmala UI" w:hAnsi="Nirmala UI" w:eastAsia="Nirmala UI" w:cs="Nirmala UI"/>
        </w:rPr>
        <w:t>అతని పక్షమునుండి సైన్యములు లేచి నిలిచి, బలముగల పరిశుద్ధస్థలమును అపవిత్రపరచును; నిత్యబలిని తొలగించును; మరియు పాడుచేయు హేయమును స్థాపించును. దానియేలు 11:31.</w:t>
      </w:r>
    </w:p>
    <w:p>
      <w:pPr>
        <w:pStyle w:val="ArticleBody"/>
        <w:jc w:val="left"/>
      </w:pPr>
      <w:r>
        <w:rPr>
          <w:rFonts w:ascii="Nirmala UI" w:hAnsi="Nirmala UI" w:eastAsia="Nirmala UI" w:cs="Nirmala UI"/>
        </w:rPr>
        <w:t>496లో క్లోవిస్ యూరోపియన్ రాజకీయ నిర్మాణాలు పాపసత్తా అధికారంలోకి ఎదుగుచుండగా దానికి సహాయపడుటకు “లేచి నిలబడిన” ఆరంభాన్ని సూచిస్తుంది. ఇది ఒక ప్రతీకాత్మక వివాహ ఊరేగింపు ఆరంభాన్ని సూచిస్తుంది. ఆ వచనంలోని “భుజములు” “బలముగల పరిశుద్ధస్థలాన్ని” కూడ అపవిత్రపరచును; అది అన్యమత రోము మరియు పాపసత్తా రోము రెండింటికీ రోము నగరమే.</w:t>
      </w:r>
    </w:p>
    <w:p>
      <w:pPr>
        <w:pStyle w:val="ArticleHeading"/>
        <w:jc w:val="left"/>
      </w:pPr>
      <w:r>
        <w:rPr>
          <w:rFonts w:ascii="Nirmala UI" w:hAnsi="Nirmala UI" w:eastAsia="Nirmala UI" w:cs="Nirmala UI"/>
        </w:rPr>
        <w:t>రెండు పరిశుద్ధస్థలాలు</w:t>
      </w:r>
    </w:p>
    <w:p>
      <w:pPr>
        <w:pStyle w:val="ArticleBody"/>
        <w:jc w:val="left"/>
      </w:pPr>
      <w:r>
        <w:rPr>
          <w:rFonts w:ascii="Nirmala UI" w:hAnsi="Nirmala UI" w:eastAsia="Nirmala UI" w:cs="Nirmala UI"/>
        </w:rPr>
        <w:t>దానియేలు గ్రంథంలో “పరిశుద్ధ స్థలము” అని అనువదించబడిన రెండు భిన్నమైన హెబ్రీ పదాలు ఉన్నాయి. ‘మిక్దాష్’ మరియు ‘కొదేశ్’ అనే హెబ్రీ పదాలు రెండూ “పరిశుద్ధ స్థలము” అని అనువదించబడుతున్నప్పటికీ, కొదేశ్ అనేది కేవలం పరిశుద్ధమైన ఒక సత్త్వాన్నే సూచించగలదు; అయితే మిక్దాష్ అనేది సందర్భాన్ని బట్టి పరిశుద్ధమైనదిగానీ అపరిశుద్ధమైనదిగానీ ఉన్న పరిశుద్ధ స్థలమును సూచించగలదు.</w:t>
      </w:r>
    </w:p>
    <w:p>
      <w:pPr>
        <w:pStyle w:val="ArticleBody"/>
        <w:jc w:val="left"/>
      </w:pPr>
      <w:r>
        <w:rPr>
          <w:rFonts w:ascii="Nirmala UI" w:hAnsi="Nirmala UI" w:eastAsia="Nirmala UI" w:cs="Nirmala UI"/>
        </w:rPr>
        <w:t>ముప్పత్తొకటవ వచనంలోని “బలమునకు సంబంధించిన పరిశుద్ధస్థలం” అనే పదబంధంలోని “పరిశుద్ధస్థలం”కు ఉపయోగించిన పదం ‘మిక్దాష్’; అది రోమా బలమునకు సంబంధించిన పరిశుద్ధస్థలాన్ని సూచించుచున్నది; అనగా అన్యమతస్థ రోమాకైనా, పాపపీఠాధిపత్య రోమాకైనా, అది రోమా నగరమే. ఆక్టేవియన్ సామ్రాజ్యాన్ని ఏకీకృతం చేసిన ఆక్టియం యుద్ధము మొదలుకొని, దానియేలు పదకొండవ అధ్యాయం ఇరవై నాలుగవ వచనపు నెరవేర్పులో, అన్యమతస్థ రోమా మూడు వందల అరవై సంవత్సరములు (ఒక కాలము) అజేయముగా నిలిచెను.</w:t>
      </w:r>
    </w:p>
    <w:p>
      <w:pPr>
        <w:pStyle w:val="ArticleScripture"/>
        <w:jc w:val="left"/>
      </w:pPr>
      <w:r>
        <w:rPr>
          <w:rFonts w:ascii="Nirmala UI" w:hAnsi="Nirmala UI" w:eastAsia="Nirmala UI" w:cs="Nirmala UI"/>
        </w:rPr>
        <w:t>అతడు సమాధానముగా దేశములోని అత్యంత సుసంపన్నమైన ప్రదేశములలోకిని ప్రవేశించును; అతని పితరులు చేయనిదానిని, అతని పితామహులు చేయనిదానిని అతడు చేయును; దోపిడినీ, కొల్లగొట్టిన సంపదనూ, ఐశ్వర్యమునూ వారి మధ్య చెల్లాచెదరుగా పంచును; అవును, కోటలమీద తన యుక్తులను ఒక కాలమువరకు యోచించును. దానియేలు 11:24.</w:t>
      </w:r>
    </w:p>
    <w:p>
      <w:pPr>
        <w:pStyle w:val="ArticleBody"/>
        <w:jc w:val="left"/>
      </w:pPr>
      <w:r>
        <w:rPr>
          <w:rFonts w:ascii="Nirmala UI" w:hAnsi="Nirmala UI" w:eastAsia="Nirmala UI" w:cs="Nirmala UI"/>
        </w:rPr>
        <w:t>అన్యజన రోము రోము పట్టణమునుండి పాలించినప్పుడు అది అజేయమై యుండెను; అయితే కాన్స్టాంటైన్ క్రీస్తుశకం 330లో రాజధానిని కాన్స్టాంటినోపిలుకు మార్చినప్పుడు, ఇరవై నాల్గవ వచనమందలి “కాలము” నెరవేరెను. దానియేలు ఏడవ అధ్యాయములోని మూడు కొమ్ములలో చివరిదైన (గోతులు) వారిని పట్టణమునుండి వెళ్లద్రోయబడినప్పుడు, బైబిలు ప్రవచనములోని ఐదవ రాజ్యముగా పోపీయ రోము క్రీస్తుశకం 538లో ప్రవచనాత్మకముగా సింహాసనమును అధిష్ఠించెను. గోతులు రోమును ముట్టడించిరి, అయితే జస్టినియన్‌కు సేనాధిపతియైన బెలిసారియుసు పట్టణమును భద్రపరచినందున వారు అంతిమముగా వెనుదిరిగిరి. అనంతరము రోమీయ సంఘము క్రీస్తుశకం 1798లో నెపోలియన్ పోపును తొలగించి నిర్బంధమునకు పంపించువరకు పన్నెండు వందల అరవై సంవత్సరములు పరమాధికారముతో పాలించెను.</w:t>
      </w:r>
    </w:p>
    <w:p>
      <w:pPr>
        <w:pStyle w:val="ArticleBody"/>
        <w:jc w:val="left"/>
      </w:pPr>
      <w:r>
        <w:rPr>
          <w:rFonts w:ascii="Nirmala UI" w:hAnsi="Nirmala UI" w:eastAsia="Nirmala UI" w:cs="Nirmala UI"/>
        </w:rPr>
        <w:t>రోము, “బలముగల పరిశుద్ధస్థలము” “అపవిత్రపరచబడెను” (“అపవిత్రపరచబడెను” అనగా ‘గాయపరచబడెను లేదా చెదరగొట్టబడెను’), ఆ పట్టణముపై కొనసాగిన యుద్ధమునుండి వచ్చిన “బాహువుల” ద్వారా; ఈ సంగతి ప్రధానంగా ప్రకటన గ్రంథము ఎనిమిదవ అధ్యాయంలోని మొదటి నాలుగు బూరలచే సూచింపబడెను.</w:t>
      </w:r>
    </w:p>
    <w:p>
      <w:pPr>
        <w:pStyle w:val="ArticleBody"/>
        <w:jc w:val="left"/>
      </w:pPr>
      <w:r>
        <w:rPr>
          <w:rFonts w:ascii="Nirmala UI" w:hAnsi="Nirmala UI" w:eastAsia="Nirmala UI" w:cs="Nirmala UI"/>
        </w:rPr>
        <w:t>496 సంవత్సరం నుండి తరువాత వచ్చిన చరిత్రలో, రోమా సామ్రాజ్యపు శక్తి మరియు మహిమ నుండి రోమన్ కాథలిక్ సామ్రాజ్యపు శక్తి మరియు మహిమకు మారుతున్న క్రమంలో రోము నగరం కలుషితమైందని చూడబడుతుంది. ఆ భుజములు, ఆ వాక్యభాగంలో “దినసరి” అనే పదముచే సూచించబడిన పౌరాణిక మతాన్ని తొలగించి, నైసీన్ కాథలికత్వ మతాన్ని స్వీకరించెను.</w:t>
      </w:r>
    </w:p>
    <w:p>
      <w:pPr>
        <w:pStyle w:val="ArticleBody"/>
        <w:jc w:val="left"/>
      </w:pPr>
      <w:r>
        <w:rPr>
          <w:rFonts w:ascii="Nirmala UI" w:hAnsi="Nirmala UI" w:eastAsia="Nirmala UI" w:cs="Nirmala UI"/>
        </w:rPr>
        <w:t>వూయియే యుద్ధంలో, క్లోవిస్ అలారిక్ II ఆధీనంలోని ఆరియన్ విసిగోథులను ఓడించి, ఆక్విటేన్‌ను స్వాధీనం చేసుకున్నాడు. ఆ విజయానంతర పరిణామాల్లో, 508 సంవత్సరంలో, తూర్పు చక్రవర్తి అనస్తాసియస్ I (కాన్స్టాంటినోపుల్‌లో) విసిగోథులపై సాధించిన విజయానికి గాను క్లోవిస్‌ను సత్కరించాడు. గ్రెగరీ ఆఫ్ టూర్స్ ప్రకారం, అనస్తాసియస్ క్లోవిస్‌ను కాన్సుల్‌గా నియమించుచూ అతని అధికారిక పత్రాలను పంపించాడు. టూర్స్‌లో, సెంట్ మార్టిన్ దేవాలయంలో, క్లోవిస్ ఊదా రంగు ట్యూనిక్ మరియు చొక్కా ధరించి, తన తలపై కిరీటబంధాన్ని ఉంచుకొని, బయలుదేరి, జనసమూహంపై బంగారమును వెండిని చల్లిపోశాడు. గ్రెగరీ చెప్పిన ప్రకారం, ఆ దినము నుండి అతడు కాన్సుల్‌గా కీర్తింపబడ్డాడు; అలాగే క్లోవిస్ పాశ్చాత్య ప్రాంతంలో చట్టబద్ధమైన క్రైస్తవ రాజు అని రోమా చక్రవర్తి అంగీకరించినట్లు గుర్తించబడింది. కాన్స్టాంటినోపుల్ కూడా వ్యతిరేకించిన ఆరియన్ విసిగోథులను ఛేదించినందుకు అతనికి ఈ గౌరవం లభించింది. 508 అనేది తూర్పునున్న చక్రవర్తి కాథలిక్ ఫ్రాంకిష్ రాజును బహిరంగంగా సత్కరించిన సంవత్సరం—ఒకే దృశ్యంలో సంఘం, విజయం, రోమీయ చట్టబద్ధత. 508 అనేది ఆరియన్ విసిగోథుల పాలనను ధ్వంసం చేసిన తరువాత గాల్లో ఫ్రాంకిష్ కాథలిక్ రాజ్యం ప్రధాన కాథలిక్ శక్తిగా నిలిచిన సంవత్సరం. ఆరియన్ రాజ్యాలపై నైసీన్ కాథలికత్వం కోసం యుద్ధం చేసిన తొలి ప్రముఖ బర్బర రాజు క్లోవిస్; అందుచేత, “సంఘపు జ్యేష్ఠ కుమార్తె”గా ఫ్రాన్స్ పాత్రకు అతడు ఆదిరూపం. క్లోవిస్ 496 నుండి 508 వరకు ఉన్న కాలాన్ని సూచిస్తాడు; ప్రతీకాత్మక వివాహ ఒడంబడికకు అతడే ఆల్ఫా-సూచకం. 508 నుండి 538 వరకు ఉన్న ముప్పై సంవత్సరాలకు జస్టినియన్ ప్రతినిధి; ఊరేగింపుకు అతడే ఓమెగా-సూచకం.</w:t>
      </w:r>
    </w:p>
    <w:p>
      <w:pPr>
        <w:pStyle w:val="ArticleBody"/>
        <w:jc w:val="left"/>
      </w:pPr>
      <w:r>
        <w:rPr>
          <w:rFonts w:ascii="Nirmala UI" w:hAnsi="Nirmala UI" w:eastAsia="Nirmala UI" w:cs="Nirmala UI"/>
        </w:rPr>
        <w:t>538 సంవత్సరంలో, “బాహువులు” పాపసంబంధ అధికారాన్ని 1260 సంవత్సరాలపాటు భూమ్యాధికార సింహాసనంపై స్థాపించాయి. 496 సంవత్సరంలో ఆరంభమైన వివాహ ప్రదర్శన ముగింపులో, అప్పుడు ఆ సూచక ఒడంబడిక వివాహము పరిపూర్ణమైంది. 1798 సంవత్సరంలో, రోమాపాపు మరియు ఫ్రాన్స్‌కు చెందిన క్లోవిస్ మధ్య ఆరంభమైన ఆ ఒడంబడిక వివాహము, ఫ్రాన్స్‌కు చెందిన నెపోలియన్ తన సైన్యాధికారిచే పాపును బందీగా పట్టించివేయడం ద్వారా పాపసంబంధ అధికారానికి విడాకులు ఇచ్చినప్పుడు రద్దు చేయబడింది.</w:t>
      </w:r>
    </w:p>
    <w:p>
      <w:pPr>
        <w:pStyle w:val="ArticleBody"/>
        <w:jc w:val="left"/>
      </w:pPr>
      <w:r>
        <w:rPr>
          <w:rFonts w:ascii="Nirmala UI" w:hAnsi="Nirmala UI" w:eastAsia="Nirmala UI" w:cs="Nirmala UI"/>
        </w:rPr>
        <w:t>496లో తన వివాహ ఊరేగింపును ఆరంభించిన ఆ ఆల్ఫా-సాంకేతిక పాపసంబంధ ఒడంబడిక వివాహం, 538లో ఆదివార ధర్మశాసన సమయంలో పరిపూర్ణమైంది; తదనంతరం, దానియేలు పదకొండవ అధ్యాయంలోని ప్రతి ఇతర ఒడంబడిక వివాహం చేసినట్లుగానే, అది 1798లో రద్దు చేయబడింది. ప్రకటన గ్రంథం యూరోపా రాజులు మరియు కాథలిక్కు మతపు పోపుల మధ్యనున్న పాపసంబంధ వైవాహిక సంబంధానికి మరింతను జోడిస్తుంది; ఎందుకంటే ప్రకటన పన్నెండవ అధ్యాయంలోని అజగరము సాతాను కూడా, అన్యమత రోమా రాజులనూ సూచించుచున్నది.</w:t>
      </w:r>
    </w:p>
    <w:p>
      <w:pPr>
        <w:pStyle w:val="ArticleScripture"/>
        <w:jc w:val="left"/>
      </w:pPr>
      <w:r>
        <w:rPr>
          <w:rFonts w:ascii="Nirmala UI" w:hAnsi="Nirmala UI" w:eastAsia="Nirmala UI" w:cs="Nirmala UI"/>
        </w:rPr>
        <w:t>“అందువలన, ముఖ్యార్థంలో డ్రాగన్ సాతానును సూచించినప్పటికీ, ద్వితీయార్థంలో అది అన్యమత రోముకు ఒక చిహ్నమై యున్నది.” ది గ్రేట్ కాంట్రవర్సీ, 439.</w:t>
      </w:r>
    </w:p>
    <w:p>
      <w:pPr>
        <w:pStyle w:val="ArticleBody"/>
        <w:jc w:val="left"/>
      </w:pPr>
      <w:r>
        <w:rPr>
          <w:rFonts w:ascii="Nirmala UI" w:hAnsi="Nirmala UI" w:eastAsia="Nirmala UI" w:cs="Nirmala UI"/>
        </w:rPr>
        <w:t>ప్రకటన గ్రంథంలో కతోలికత్వపు సముద్ర మృగమునకు రాజులు (అనగా మహాసర్పము) ఇచ్చిన మూడు విషయములను యోహాను మనకు తెలియజేస్తున్నాడు.</w:t>
      </w:r>
    </w:p>
    <w:p>
      <w:pPr>
        <w:pStyle w:val="ArticleScripture"/>
        <w:jc w:val="left"/>
      </w:pPr>
      <w:r>
        <w:rPr>
          <w:rFonts w:ascii="Nirmala UI" w:hAnsi="Nirmala UI" w:eastAsia="Nirmala UI" w:cs="Nirmala UI"/>
        </w:rPr>
        <w:t>నేను చూచిన ఆ మృగము చిరుతపులిని పోలియుండెను; దాని పాదములు ఎలుగుబంటి పాదములవలెను, దాని నోరు సింహనోరవలెను ఉండెను; మరియు ఆ అజగరము దానికి తన శక్తిని, తన సింహాసనమును, గొప్ప అధికారమును ఇచ్చెను. ప్రకటన 13:2.</w:t>
      </w:r>
    </w:p>
    <w:p>
      <w:pPr>
        <w:pStyle w:val="ArticleBody"/>
        <w:jc w:val="left"/>
      </w:pPr>
      <w:r>
        <w:rPr>
          <w:rFonts w:ascii="Nirmala UI" w:hAnsi="Nirmala UI" w:eastAsia="Nirmala UI" w:cs="Nirmala UI"/>
        </w:rPr>
        <w:t>496 సంవత్సరంలో, యూరోపా రాజులు తమ సైనిక బలం మరియు ఆర్థిక మద్దతుచే సూచింపబడిన తమ “శక్తి”ను పాపసభ్య మృగానికి అందజేయడం ప్రారంభించారు. వారు క్రీస్తుశకం 330లో తమ సామ్రాజ్యపు రాజధానిని కాన్స్టాంటినోపుల్‌కు మార్చి, రోమా నగరాన్ని పాపసభ్య అధికారపు “ఆసనము”గా విడిచిపెట్టారు. ఆ తరువాత, జస్టినియన్ జారీ చేసిన 533 నాటి ఆజ్ఞచే, “భుజములు” పాపసభను సమస్త సంఘములకు శిరస్సుగా గుర్తించాయి. ఆ ఆజ్ఞలో, పాపసభ మతద్రోహులుగా గుర్తించిన వారిని హింసించుటకు తమ సైనిక బలాన్ని వినియోగించుట కూడ పొందుపరచబడెను; ఈ విధముగా తమ పౌర “అధికారము”ను పోపుల చేతుల్లో ఉంచిరి.</w:t>
      </w:r>
    </w:p>
    <w:p>
      <w:pPr>
        <w:pStyle w:val="ArticleBody"/>
        <w:jc w:val="left"/>
      </w:pPr>
      <w:r>
        <w:rPr>
          <w:rFonts w:ascii="Nirmala UI" w:hAnsi="Nirmala UI" w:eastAsia="Nirmala UI" w:cs="Nirmala UI"/>
        </w:rPr>
        <w:t>పాపసింహాసనమును మరియు యూరప్ రాజులను మధ్యనున్న ఆరంభ ఒడంబడిక వివాహము క్రీస్తుశకం 496లో క్లోవిస్‌తో ప్రారంభమైంది. క్రీస్తుశకం 508 నాటికి, రాజ్యమునకు చట్టబద్ధమైన మతమైన పౌరాణిక ఆరాధనను పక్కనపెట్టి, నైసీయ కాథలిక మతాన్ని స్వీకరించబడెను. క్రీస్తుశకం 533లో, జస్టినియన్ పాపసింహాసనమును సమస్త సంఘములకు అధిపతిగా గుర్తించి, వారి వారి సింహాసనముల చట్టబద్ధ అధికారమును పాపాధికార శక్తికి అప్పగించెను.</w:t>
      </w:r>
    </w:p>
    <w:p>
      <w:pPr>
        <w:pStyle w:val="ArticleHeading"/>
        <w:jc w:val="left"/>
      </w:pPr>
      <w:r>
        <w:rPr>
          <w:rFonts w:ascii="Nirmala UI" w:hAnsi="Nirmala UI" w:eastAsia="Nirmala UI" w:cs="Nirmala UI"/>
        </w:rPr>
        <w:t>ఆల్ఫా మరియు ఒమెగా ఆసనం</w:t>
      </w:r>
    </w:p>
    <w:p>
      <w:pPr>
        <w:pStyle w:val="ArticleBody"/>
        <w:jc w:val="left"/>
      </w:pPr>
      <w:r>
        <w:rPr>
          <w:rFonts w:ascii="Nirmala UI" w:hAnsi="Nirmala UI" w:eastAsia="Nirmala UI" w:cs="Nirmala UI"/>
        </w:rPr>
        <w:t>క్రీ.శ. 330లో, రోము నగరం రోమన్ సంఘం చేతుల్లో విడిచిపెట్టబడెను; క్రీస్తు రెండవ రాకడలో అగ్నికుండంలో ఆమె నశింపబడువరకు ఆమె అక్కడనే ఆసీనురాలై యుండును. క్రీ.శ. 538లో, ఆమె మళ్లీ అధికారికముగా పాపసింహాసనంపై ఆసీనురాలాయెను; తద్వారా క్రీ.శ. 330 నుండి 538 వరకు గల చరిత్ర, ఆల్ఫా ఆసనం తో ప్రారంభమై ఒమేగా ఆసనం తో ముగిసే ఒక ప్రవచనకాలమని గుర్తింపబడుచున్నది. ఈ కాలం, బైబిలు ప్రవచనంలోని నాల్గవ రాజ్యమైన (పెర్గముం) యొక్క ముగింపును సూచించుచున్నది; అది క్రమక్రమముగా క్షీణించుట క్రీ.శ. 330లో ప్రారంభమై, థుయతీరా ఆగమనముతో క్రీ.శ. 538లో ముగిసెను. పశ్చిమ రోమును గాని తూర్పు రోమును గాని క్రీ.శ. 538 తరువాత కూడా మందగతిలో విచ్ఛిన్నమగుట కొనసాగెను; అయితే ఈ కాలం క్రీ.శ. 330లో రోము నగరమును సూచించు ఆసనమును పాపసత్వమునకు అప్పగించుటతో ప్రారంభమై, క్రీ.శ. 538లో ఆ ఆసనం కేవలం నగరంపై ఉన్న సింహాసనముగా కాక, ఆ నగరముచేత సూచింపబడిన రాజ్యంపై ఉన్న సింహాసనముగా మారువరకు కొనసాగెను.</w:t>
      </w:r>
    </w:p>
    <w:p>
      <w:pPr>
        <w:pStyle w:val="ArticleBody"/>
        <w:jc w:val="left"/>
      </w:pPr>
      <w:r>
        <w:rPr>
          <w:rFonts w:ascii="Nirmala UI" w:hAnsi="Nirmala UI" w:eastAsia="Nirmala UI" w:cs="Nirmala UI"/>
        </w:rPr>
        <w:t>330 నుండి 538 వరకు కాలం, పాపసత్వాధికార బలపరచబడుటకు సంబంధించిన ‘ఎనిమిది’ మార్గసూచకాలను నిర్వచించే నిర్దిష్ట ప్రవచనాత్మక కాలము. త్వరలో రానున్న ఆదివారపు ధర్మశాసన సమయంలో పాపసత్వానికి కలిగిన ప్రాణాంతక గాయం స్వస్థపడుటలో ఆ ఎనిమిది దశలు పునరావృతమగును.</w:t>
      </w:r>
    </w:p>
    <w:p>
      <w:pPr>
        <w:pStyle w:val="ArticleBody"/>
        <w:jc w:val="left"/>
      </w:pPr>
      <w:r>
        <w:rPr>
          <w:rFonts w:ascii="Nirmala UI" w:hAnsi="Nirmala UI" w:eastAsia="Nirmala UI" w:cs="Nirmala UI"/>
        </w:rPr>
        <w:t>ఎనిమిది దశలలో మొదటిదైనది రోము పట్టణాన్ని పాపల అధికారానికి అప్పగించుట; ఎనిమిదవ దశయైతే, బైబిల్ ప్రవచనంలోని ఐదవ రాజ్యపు సింహాసనముగా ఆ పట్టణాన్ని అప్పగించుట. దీనివలన 538 సంవత్సరం సింహాసనస్థానమని, మరియు ‘మునుపటి ఏడు దశలలోనుండి వచ్చిన ఎనిమిదవ దశ’ అని గుర్తించబడుచున్నది. మొదటి దశ సింహాసనాన్ని అప్పగించుటయే, ఎనిమిదవ దశ కూడ సింహాసనాన్ని అప్పగించుటయే; అందువలన, 330 లోని మొదటి దశ ఆల్ఫా, 538 ఒమెగా. రెండు సింహాసనాలు, తొలగింపబడిన మూడు కొమ్ములు, తొలగింపబడిన నిత్యబలి, క్లోవిస్ యొక్క మార్పిడి, మరియు జస్టినియన్ యొక్క ఆజ్ఞ—ఇవి కలిపి మొత్తం ఎనిమిది దశలకు సమానమై, వివాహ ఊరేగింపును, అంతిమంగా వివాహమునే, గుర్తించుచున్నవి.</w:t>
      </w:r>
    </w:p>
    <w:p>
      <w:pPr>
        <w:pStyle w:val="ArticleBody"/>
        <w:jc w:val="left"/>
      </w:pPr>
      <w:r>
        <w:rPr>
          <w:rFonts w:ascii="Nirmala UI" w:hAnsi="Nirmala UI" w:eastAsia="Nirmala UI" w:cs="Nirmala UI"/>
        </w:rPr>
        <w:t>1798లో, 538లో పాపసత్వాన్ని సింహాసనంపై కూర్చోబెట్టిన, పది యూరోపీయ రాజులను ప్రతినిధిత్వం చేసిన శక్తియైన ఫ్రాన్స్, అదే సింహాసనం నుండి పాపసత్వాన్ని తొలగించింది. 538 నుండి 1798 వరకు చరిత్రలో ప్రతిఫలించిన ఆల్ఫా ఒడంబడిక వివాహం, ప్రకటన గ్రంథము పదిహేడవ అధ్యాయంలోని పాపసత్వ శక్తి మరియు పది రాజుల మధ్యనున్న ఒమేగా ఒడంబడిక వివాహానికి మాదిరియై నిలుస్తుంది. 496 నుండి 538 వరకు జరిగిన వివాహ ఊరేగింపు, యునైటెడ్ స్టేట్స్ యొక్క చివరి ఎనిమిది అధ్యక్షులతో సరిపోలే ఎనిమిది దశలకు మాదిరియై నిలుస్తుంది. క్లోవిస్ మరియు ఫ్రాన్స్ పది యూరోపీయ రాజుల చిహ్నాలు. వారు త్వరలో రానున్న ఆదివారపు ధర్మశాసన సమయములో ప్రకటన గ్రంథము పదిహేడవ అధ్యాయంలోని పది రాజులలో ప్రధాన రాజుగా మారబోవు యునైటెడ్ స్టేట్స్‌ను సూచిస్తారు.</w:t>
      </w:r>
    </w:p>
    <w:p>
      <w:pPr>
        <w:pStyle w:val="ArticleBody"/>
        <w:jc w:val="left"/>
      </w:pPr>
      <w:r>
        <w:rPr>
          <w:rFonts w:ascii="Nirmala UI" w:hAnsi="Nirmala UI" w:eastAsia="Nirmala UI" w:cs="Nirmala UI"/>
        </w:rPr>
        <w:t>దానియేలు పదకొండవ అధ్యాయంలోని అంతకు ముందు ఉన్న ఐదు ఒడంబడిక వివాహాలు, అంత్యదినములలోనున్న ఆరవదియు తుదిదియు అయిన ఒడంబడిక వివాహముతో సమాంతరంగా నిలుస్తాయి. ఉత్తరమును దక్షిణమును సంబంధించిన ఆల్ఫా మరియు ఒమెగా ఒడంబడిక వివాహాలు, దక్షిణ దేశము నుండి వచ్చిన వధువును ఆల్ఫాగా గుర్తించగా, ఒమెగా ఉత్తర దేశము నుండి వచ్చిన వధువు అవుతుంది. అన్యరాజ్య రోమా యొక్క ఒడంబడిక వివాహములలో, తూర్పు నుండి వచ్చిన ఆల్ఫా వధువు పడమరకు అప్పగించబడెను; 313 సంవత్సరంలోని ఒమెగా పడమర నుండి వచ్చిన వధువు అయింది. ఆ నాలుగు వివాహాలు క్లియోపాత్రా మొదటి మరియు క్లియోపాత్రా చివరిది ద్వారా ప్రవచనాత్మకంగా పరస్పరం అనుసంధానించబడ్డాయి. పాపసీ రోమా యొక్క ప్రతీకాత్మక ఒడంబడిక వివాహం, ప్రవచనాత్మక పది రాజుల సమాఖ్యలో ప్రధాన రాజును వరునిగా, అతనితో కలిసిన అతని వధువైన రోమా యొక్క కంచుకవర్ణ స్త్రీతో కూడి ఉన్నట్లుగా ప్రతినిధానం చేసింది. విడాకులు 1798లో ఆ పది రాజుల ప్రధాన రాజుచేత అమలుచేయబడినవి.</w:t>
      </w:r>
    </w:p>
    <w:p>
      <w:pPr>
        <w:pStyle w:val="ArticleBody"/>
        <w:jc w:val="left"/>
      </w:pPr>
      <w:r>
        <w:rPr>
          <w:rFonts w:ascii="Nirmala UI" w:hAnsi="Nirmala UI" w:eastAsia="Nirmala UI" w:cs="Nirmala UI"/>
        </w:rPr>
        <w:t>313 సంవత్సరంలోని ఒడంబడిక వివాహం, ప్రకటన గ్రంథము పదిహేడవ అధ్యాయంలోని పది రాజులలో ప్రధాన రాజైన యునైటెడ్ స్టేట్స్‌తో పాపసత్వ అధికారము చేసుకొనబోవు అంతిమ ఒడంబడిక వివాహాన్ని సూచిస్తుంది; అది ఫ్రాన్స్ యొక్క రెండు కొమ్ముల అధికారముచేత ప్రతిరూపింపబడిన రెండు కొమ్ముల అధికారము. 496లో క్లోవిస్‌తో ఆరంభమై, తుదకు 533లో జస్టీనియన్ యొక్క శాసనమునకు, 538లో పాపసత్వపు సింహాసనారోహణమునకు దారితీసిన చరిత్ర, 1989 నుండి ఆదివారపు చట్టము వరకు ఉన్న చరిత్రను సూచిస్తుంది.</w:t>
      </w:r>
    </w:p>
    <w:p>
      <w:pPr>
        <w:pStyle w:val="ArticleBody"/>
        <w:jc w:val="left"/>
      </w:pPr>
      <w:r>
        <w:rPr>
          <w:rFonts w:ascii="Nirmala UI" w:hAnsi="Nirmala UI" w:eastAsia="Nirmala UI" w:cs="Nirmala UI"/>
        </w:rPr>
        <w:t>ఈ విషయాలను తదుపరి వ్యాసంలో కొనసాగిస్తాము.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నలభయ్యవ వచనపు గుప్త చరిత్ర - సంఖ్య ముప్పది</dc:title>
  <dc:subject>యెహెజ్కేలు సంఖ్య పదకొండు</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