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నలభైవ వచనపు మరుగునపడిన చరిత్ర - సంఖ్య ముప్పై మూడు</w:t>
      </w:r>
    </w:p>
    <w:p>
      <w:pPr>
        <w:pStyle w:val="ArticleSubtitle"/>
        <w:jc w:val="left"/>
      </w:pPr>
      <w:r>
        <w:rPr>
          <w:rFonts w:ascii="Nirmala UI" w:hAnsi="Nirmala UI" w:eastAsia="Nirmala UI" w:cs="Nirmala UI"/>
        </w:rPr>
        <w:t>యెహెజ్కేలు సంఖ్య పద్నాలుగు</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ఆదికాండములోని నాలుగు, ఐదు అధ్యాయాలలో కయీను వంశావళికి, షేతు వంశావళికి మధ్య వ్యత్యాసం చూపబడింది.</w:t>
      </w:r>
    </w:p>
    <w:p>
      <w:pPr>
        <w:pStyle w:val="ArticleHeading"/>
        <w:jc w:val="left"/>
      </w:pPr>
      <w:r>
        <w:rPr>
          <w:rFonts w:ascii="Nirmala UI" w:hAnsi="Nirmala UI" w:eastAsia="Nirmala UI" w:cs="Nirmala UI"/>
        </w:rPr>
        <w:t>మంచి లెమెకు మరియు చెడ్డ లెమెకు</w:t>
      </w:r>
    </w:p>
    <w:p>
      <w:pPr>
        <w:pStyle w:val="ArticleBody"/>
        <w:jc w:val="left"/>
      </w:pPr>
      <w:r>
        <w:rPr>
          <w:rFonts w:ascii="Nirmala UI" w:hAnsi="Nirmala UI" w:eastAsia="Nirmala UI" w:cs="Nirmala UI"/>
        </w:rPr>
        <w:t>ఆ రెండు వంశపరంపరలు నశించువారికీ రక్షింపబడినవారికీ మధ్యగల వ్యత్యాసాన్ని సూచిస్తాయి; ఆ రెండు వంశపరంపరలకు చెందిన కొందరు వంశజులు, పరస్పరం భిన్నమైన ఆ వంశపరంపరలకు సమాంతరమైన ‘వంశజ ప్రతీకలు’గా నిలుస్తారు. పాపం పట్ల ఏమాత్రం పశ్చాత్తాపం లేకుండా, తమ స్థితిని బట్టి మాత్రమే దుఃఖించే ఒక వర్గానికి కయీను ప్రతీకగా ఉన్నాడు.</w:t>
      </w:r>
    </w:p>
    <w:p>
      <w:pPr>
        <w:pStyle w:val="ArticleScripture"/>
        <w:jc w:val="left"/>
      </w:pPr>
      <w:r>
        <w:rPr>
          <w:rFonts w:ascii="Nirmala UI" w:hAnsi="Nirmala UI" w:eastAsia="Nirmala UI" w:cs="Nirmala UI"/>
        </w:rPr>
        <w:t>అప్పుడు ఆయన ఇట్లనెను: నీవు చేసినదేమిటి? నీ సహోదరుని రక్తపు స్వరము నేలనుండి నాకు మొరపెట్టుచున్నది. ఇప్పుడు, నీ చేతినుండి నీ సహోదరుని రక్తమును స్వీకరించుటకు తన నోరు తెరచిన ఈ నేలమీద ఉండకుండ నీవు శపించబడినవాడవు; నీవు నేలను సేద్యపరచునప్పుడు, అది ఇకమీదట తన సారమును నీకియ్యదు; నీవు భూమిమీద పరారివై, దేశదిమ్మరివై యుందువు. అప్పుడు కయీను యెహోవాతో ఇట్లనెను: నా శిక్ష నేను భరింపలేనంత గొప్పది. ఇదిగో, నేడు నీవు భూమిమీదనుండి నన్ను వెళ్లగొట్టితివి; నీ సన్నిధికి నేను మరుగై యుందును; నేను భూమిమీద పరారివై, దేశదిమ్మరివై యుందును; నన్ను కనుగొనువాడెవడైనను నన్ను చంపును. అప్పుడు యెహోవా అతనితో ఇట్లనెను: కాబట్టి కయీనును చంపువాడెవడైనను వానికి ఏడంతల ప్రతిదండన కలుగును. మరియు కయీనును కనుగొనువాడెవడైనను అతనిని చంపకుండునట్లు యెహోవా అతనిమీద ఒక గుర్తు వేసెను. అప్పుడు కయీను యెహోవా సన్నిధినుండి బయలుదేరి వెళ్లి, ఏదెనుకు తూర్పుననున్న నోదు దేశములో నివసించెను. ఆదికాండము 4:10–16.</w:t>
      </w:r>
    </w:p>
    <w:p>
      <w:pPr>
        <w:pStyle w:val="ArticleBody"/>
        <w:jc w:val="left"/>
      </w:pPr>
      <w:r>
        <w:rPr>
          <w:rFonts w:ascii="Nirmala UI" w:hAnsi="Nirmala UI" w:eastAsia="Nirmala UI" w:cs="Nirmala UI"/>
        </w:rPr>
        <w:t>మేలు చేయడానికి ప్రయత్నించడాన్ని నిరాకరించడం వల్ల తమకు తామే తెచ్చుకున్న దుఃఖకరమైన స్థితిపైనే దృష్టి సారించే పశ్చాత్తాపరహితుల వర్గానికి కయీను ప్రతినిధిగా నిలుస్తాడు.</w:t>
      </w:r>
    </w:p>
    <w:p>
      <w:pPr>
        <w:pStyle w:val="ArticleScripture"/>
        <w:jc w:val="left"/>
      </w:pPr>
      <w:r>
        <w:rPr>
          <w:rFonts w:ascii="Nirmala UI" w:hAnsi="Nirmala UI" w:eastAsia="Nirmala UI" w:cs="Nirmala UI"/>
        </w:rPr>
        <w:t>అయితే కయీనును అతని అర్పణను ఆయన లక్ష్యపెట్టలేదు. కయీనుకు మిక్కిలి కోపము వచ్చెను, అతని ముఖము చిన్నబోయెను. అప్పుడు యెహోవా కయీనుతో ఇట్లనెను: నీకు కోపమెందుకు? నీ ముఖము చిన్నబోయినదెందుకు? నీవు మేలు చేసినయెడల అంగీకరింపబడవా? నీవు మేలు చేయనియెడల పాపము ద్వారము వద్ద పొంచియుండును. నీ యెడల అతనికి వాంఛ కలుగును, నీవు అతనిని ఏలుదువు. ఆదికాండము 4:5–7.</w:t>
      </w:r>
    </w:p>
    <w:p>
      <w:pPr>
        <w:pStyle w:val="ArticleHeading"/>
        <w:jc w:val="left"/>
      </w:pPr>
      <w:r>
        <w:rPr>
          <w:rFonts w:ascii="Nirmala UI" w:hAnsi="Nirmala UI" w:eastAsia="Nirmala UI" w:cs="Nirmala UI"/>
        </w:rPr>
        <w:t>ఆరు మరణాలు—మూడు ఆల్ఫాలు మరియు మూడు ఒమేగాలు</w:t>
      </w:r>
    </w:p>
    <w:p>
      <w:pPr>
        <w:pStyle w:val="ArticleBody"/>
        <w:jc w:val="left"/>
      </w:pPr>
      <w:r>
        <w:rPr>
          <w:rFonts w:ascii="Nirmala UI" w:hAnsi="Nirmala UI" w:eastAsia="Nirmala UI" w:cs="Nirmala UI"/>
        </w:rPr>
        <w:t>గత వ్యాసాలలో హనోకును మొదటి దూతకు చిహ్నంగా, లెమెకును రెండవ దూతకు చిహ్నంగా, మెతూషెలను అర్ధరాత్రి కేకగా, నోవహును మూడవ దూతగా గుర్తించాము. మెతూషెల మరణించిన సమయంలో సంభవించిన జలప్రళయానికి ఐదు సంవత్సరాల ముందు, షేతు వంశస్థుడైన లెమెకు ఏడువందల డెబ్బై ఏడు సంవత్సరాల వయస్సులో మరణించాడు. లెమెకు మరణించిన ఐదు సంవత్సరాల తరువాత మెతూషెల మరణించాడు; అందువల్ల వారి మరణాలు యెహెజ్కేలు భార్య మరణానికి ప్రతిరూపాలుగా ఉన్నాయి; ఆమె మరణించిన ఒకటిన్నర సంవత్సరాల తరువాత (1.5) గొర్రెపిల్ల భార్యయైన యెరూషలేము మరణించింది.</w:t>
      </w:r>
    </w:p>
    <w:p>
      <w:pPr>
        <w:pStyle w:val="ArticleScripture"/>
        <w:jc w:val="left"/>
      </w:pPr>
      <w:r>
        <w:rPr>
          <w:rFonts w:ascii="Nirmala UI" w:hAnsi="Nirmala UI" w:eastAsia="Nirmala UI" w:cs="Nirmala UI"/>
        </w:rPr>
        <w:t>మరియు యోహానను అను నేను, నూతన యెరూషలేము అను పరిశుద్ధ పట్టణము తన భర్తకొరకు అలంకరించబడిన వధువువలె సిద్ధపడి, పరలోకమందున్న దేవునియొద్దనుండి దిగివచ్చుట చూచితిని. ప్రకటన గ్రంథము 21:2.</w:t>
      </w:r>
    </w:p>
    <w:p>
      <w:pPr>
        <w:pStyle w:val="ArticleBody"/>
        <w:jc w:val="left"/>
      </w:pPr>
      <w:r>
        <w:rPr>
          <w:rFonts w:ascii="Nirmala UI" w:hAnsi="Nirmala UI" w:eastAsia="Nirmala UI" w:cs="Nirmala UI"/>
        </w:rPr>
        <w:t>యెరూషలేము, మెతూషెలహుల ఒమేగా మరణాలతో అనుసంధానమయ్యే యెహెజ్కేలు భార్య, లెమెకుల ఆల్ఫా మరణాలు, జాన్ పాలైయోలోగోస్ మరణానికీ, ఆ తరువాత ఐదు సంవత్సరాలకు కాన్‌స్టాంటినోపుల్ ప్రాకారాలపై సంభవించిన పదకొండవ కాన్‌స్టాంటైన్ మరణానికీ ప్రతిరూపాలుగా నిలిచాయి. లెమెకు కాలరేఖ ఐదు సంవత్సరాల వ్యవధిని సూచిస్తుంది; దాని చివరలో జంతువుల వలసకు సంబంధించిన ఏడు రోజుల కాలవ్యవధి ఉంటుంది. తూర్పు రోమ్ కాలరేఖ ఐదు సంవత్సరాలనూ, ఆ మొత్తం ఐదు సంవత్సరాలలోని నాలుగు సంవత్సరాల కాలవ్యవధినీ సూచిస్తుంది. యెహెజ్కేలు కాలరేఖ రెండు సంవత్సరాలనూ, అలాగే ఒకటిన్నర సంవత్సరాలనూ (1.5) సూచిస్తుంది. బబులోను యెరూషలేమును ధ్వంసం చేయడాన్ని తెలిపే యెహెజ్కేలు కాలరేఖ, 66 నుండి 70 వరకు రోమ్ చేత జరిగిన యెరూషలేము రెండవ విధ్వంసంతో సరిపోలుతుంది. యెరూషలేము విధ్వంసానికి సంబంధించిన రోమన్ కాలరేఖ నాలుగు సంవత్సరాల కాలవ్యవధినీ, మూడున్నర సంవత్సరాల కాలవ్యవధినీ అందిస్తుంది. ఆ నాలుగు ప్రతీకాత్మక కాలరేఖలలో ప్రతి ఒక్కటీ తన ప్రవచనాత్మక సాక్ష్యంలో ఒకటి కాదు, రెండు ప్రతీకాత్మక కాలవ్యవధులను అందించింది.</w:t>
      </w:r>
    </w:p>
    <w:p>
      <w:pPr>
        <w:pStyle w:val="ArticleBody"/>
        <w:jc w:val="left"/>
      </w:pPr>
      <w:r>
        <w:rPr>
          <w:rFonts w:ascii="Nirmala UI" w:hAnsi="Nirmala UI" w:eastAsia="Nirmala UI" w:cs="Nirmala UI"/>
        </w:rPr>
        <w:t>లెమెకు, జాన్ పాలైయోలోగోస్, యెహెజ్కేలు భార్య ఒమేగా మరణంతో ముగిసే ఒక కాలవ్యవధికి ఆల్ఫా మార్గసూచికగా నిలుస్తారు. ఆ మూడు కాలరేఖలలో రెండు తమ తమ ప్రతిరూపాల మరణంతో ముగిసే ముట్టడిని సూచిస్తాయి. మిగిలినది జంతువులు ఓడలోకి ప్రవేశించడంతో ముగుస్తుంది. ఒమేగా ప్రతిరూపం నోవహు జలప్రళయాన్ని యెరూషలేము నాశనంతోనూ, కాన్‌స్టాంటినోపుల్ ప్రాకారాల విధ్వంసంతోనూ సమాంతరంగా నిలుపుతుంది. ఈ మూడు ఒమేగా చిహ్నాలూ త్వరలో రానున్న ఆదివార చట్టం నాటి కృపాకాల ముగింపును సూచిస్తాయి.</w:t>
      </w:r>
    </w:p>
    <w:p>
      <w:pPr>
        <w:pStyle w:val="ArticleBody"/>
        <w:jc w:val="left"/>
      </w:pPr>
      <w:r>
        <w:rPr>
          <w:rFonts w:ascii="Nirmala UI" w:hAnsi="Nirmala UI" w:eastAsia="Nirmala UI" w:cs="Nirmala UI"/>
        </w:rPr>
        <w:t>నిజమే, నోవహు ఓడకు సంబంధించిన సాక్ష్యంలో ముట్టడి లేదు; అయితే ఓడలోకి ప్రవేశించడానికి వీలుగా ఒక వాలుదారి తప్పనిసరిగా ఉండి ఉండాలి. ఓడలోకి ఎక్కించడానికి ఉపయోగించే ఆ వాలుదారిని ముట్టడి వాలుదారికి ప్రతీకగా పరిగణిస్తే, మరణానికి సంబంధించిన మూడు సాక్ష్యాలూ ఒక ముట్టడిని సూచిస్తాయి. 66 నుండి 70 వరకు జరిగిన యెరూషలేము నాశనానికి సంబంధించిన రోమీయుల కాలక్రమ రేఖలో, 66లో సెస్టియస్‌చే ఒక ముట్టడి, 70లో టైటస్‌చే రెండవ ముట్టడి జరిగాయి.</w:t>
      </w:r>
    </w:p>
    <w:p>
      <w:pPr>
        <w:pStyle w:val="ArticleHeading"/>
        <w:jc w:val="left"/>
      </w:pPr>
      <w:r>
        <w:rPr>
          <w:rFonts w:ascii="Nirmala UI" w:hAnsi="Nirmala UI" w:eastAsia="Nirmala UI" w:cs="Nirmala UI"/>
        </w:rPr>
        <w:t>నాలుగు సంవత్సరాలు</w:t>
      </w:r>
    </w:p>
    <w:p>
      <w:pPr>
        <w:pStyle w:val="ArticleBody"/>
        <w:jc w:val="left"/>
      </w:pPr>
      <w:r>
        <w:rPr>
          <w:rFonts w:ascii="Nirmala UI" w:hAnsi="Nirmala UI" w:eastAsia="Nirmala UI" w:cs="Nirmala UI"/>
        </w:rPr>
        <w:t>1453లో కాన్‌స్టాంటినోపుల్ ముట్టడితో ముగిసే నాలుగు సంవత్సరాలు, ప్రకటన గ్రంథం తొమ్మిదవ అధ్యాయంలోని “ఐదు నెలలు” అనే ఇస్లామీయ ప్రవచనంలో రెండవ నాలుగేళ్ల కాలాన్ని సూచిస్తాయి. “ఐదు నెలలు” అనే ప్రవచనంలోని మొదటి నాలుగేళ్ల కాలం నికోమీడియా ముట్టడిలో 1333 నుండి 1337 వరకు గడిచిన కాలం. ఆ ముట్టడి 1299 జూలై 27 నుండి ముప్పై ఎనిమిది సంవత్సరాల ముగింపును కూడా సూచించింది. యెరూషలేము రెండుసార్లు ధ్వంసం కావడం, కాన్‌స్టాంటినోపుల్ ఒకసారి ధ్వంసం కావడం, జలప్రళయం, నికోమీడియా ముట్టడి అనేవి క్రీ.పూ. 200 నుండి క్రీ.పూ. 198 వరకు సాగిన పానియం దండయాత్రకు ఐదు సాక్ష్యాలు; ఆ దండయాత్ర ఆరవ సాక్ష్యమవుతుంది; ఇంకా అనేక ఇతర సాక్ష్యాలు కూడా ఉన్నాయి.</w:t>
      </w:r>
    </w:p>
    <w:p>
      <w:pPr>
        <w:pStyle w:val="ArticleBody"/>
        <w:jc w:val="left"/>
      </w:pPr>
      <w:r>
        <w:rPr>
          <w:rFonts w:ascii="Nirmala UI" w:hAnsi="Nirmala UI" w:eastAsia="Nirmala UI" w:cs="Nirmala UI"/>
        </w:rPr>
        <w:t>యెరూషలేముకు సంభవించిన రెండు విధ్వంసాలనూ “రేఖపై రేఖ”గా సులభంగా సమాంతరంగా అమర్చవచ్చు. జలప్రళయం, తూర్పు రోము రేఖ రెండూ వాటికి ఉమ్మడిగా ఉన్న అల్ఫా మరియు ఒమేగా మరణాల ఆధారంగా సమాంతరంగా అమర్చబడతాయి. పానియం దండయాత్రను ప్రత్యేకంగా క్రీ.పూ. 587 నాటి యెహెజ్కేలు రేఖతో సమాంతరంగా అమర్చుతారు; ఎందుకంటే ఆ రెండు ముట్టడి కాలాలూ రెండేసి సంవత్సరాలను సూచిస్తాయి. పానియం దానియేలు పదకొండవ అధ్యాయంలోని పదిహేనవ వచనంలో సూచించబడింది; దాని తరువాతి పదహారవ వచనం, క్రీ.పూ. 586లోను క్రీ.శ. 70లోను జరిగిన యెరూషలేము విధ్వంసాలు సూచించినట్లే, త్వరలో రానున్న ఆదివార చట్టాన్ని సూచిస్తుంది. పానియం యుద్ధం మరియు సీదోను ముట్టడికి సంబంధించిన రెండేళ్ల కాలవ్యవధి ఈ రేఖలలో ప్రతిదానినీ దానియేలు పదకొండవ అధ్యాయంలోని నలభైవ వచనంలో మరుగున ఉన్న చరిత్రలోకి తీసుకువస్తుంది.</w:t>
      </w:r>
    </w:p>
    <w:p>
      <w:pPr>
        <w:pStyle w:val="ArticleHeading"/>
        <w:jc w:val="left"/>
      </w:pPr>
      <w:r>
        <w:rPr>
          <w:rFonts w:ascii="Nirmala UI" w:hAnsi="Nirmala UI" w:eastAsia="Nirmala UI" w:cs="Nirmala UI"/>
        </w:rPr>
        <w:t>ఒక సంకేతం</w:t>
      </w:r>
    </w:p>
    <w:p>
      <w:pPr>
        <w:pStyle w:val="ArticleBody"/>
        <w:jc w:val="left"/>
      </w:pPr>
      <w:r>
        <w:rPr>
          <w:rFonts w:ascii="Nirmala UI" w:hAnsi="Nirmala UI" w:eastAsia="Nirmala UI" w:cs="Nirmala UI"/>
        </w:rPr>
        <w:t>యెరూషలేము నాశనమైన రెండు సందర్భాలకు సంబంధించిన ముట్టడుల్లోనూ మొదటి ప్రవచనాత్మక మార్గసూచిక ఒక సంకేతాన్ని సూచిస్తుంది; 66వ సంవత్సరంలో సెస్టియస్, యెహెజ్కేలు భార్య మరణం రెండూ ఆల్ఫా సంకేతాలే. లెమెకు కూడా మొదటి మార్గసూచికే, కాబట్టి ఇద్దరి సాక్ష్యాన్ని బట్టి లెమెకు కూడా ఒక సంకేతమే. ఆయన 777 సంవత్సరాల వయస్సు మూడు అంశాలతో కూడిన జయించిన సంఘపు సంకేతాన్ని సూచిస్తుంది: ఒక ప్రవక్త, ఒక యాజకుడు, ఒక రాజు.</w:t>
      </w:r>
    </w:p>
    <w:p>
      <w:pPr>
        <w:pStyle w:val="ArticleScripture"/>
        <w:jc w:val="left"/>
      </w:pPr>
      <w:r>
        <w:rPr>
          <w:rFonts w:ascii="Nirmala UI" w:hAnsi="Nirmala UI" w:eastAsia="Nirmala UI" w:cs="Nirmala UI"/>
        </w:rPr>
        <w:t>అంతేకాక, వారిని పరిశుద్ధపరచు ప్రభువును నేనేనని వారు తెలిసికొనునట్లు, నాకును వారికిని మధ్య సూచనగా ఉండుటకు నా విశ్రాంతిదినములను వారికి ఇచ్చితిని. యెహెజ్కేలు 20:12.</w:t>
      </w:r>
    </w:p>
    <w:p>
      <w:pPr>
        <w:pStyle w:val="ArticleHeading"/>
        <w:jc w:val="left"/>
      </w:pPr>
      <w:r>
        <w:rPr>
          <w:rFonts w:ascii="Nirmala UI" w:hAnsi="Nirmala UI" w:eastAsia="Nirmala UI" w:cs="Nirmala UI"/>
        </w:rPr>
        <w:t>300 సంవత్సరాలు</w:t>
      </w:r>
    </w:p>
    <w:p>
      <w:pPr>
        <w:pStyle w:val="ArticleBody"/>
        <w:jc w:val="left"/>
      </w:pPr>
      <w:r>
        <w:rPr>
          <w:rFonts w:ascii="Nirmala UI" w:hAnsi="Nirmala UI" w:eastAsia="Nirmala UI" w:cs="Nirmala UI"/>
        </w:rPr>
        <w:t>షేతు వంశపరంపరలో ఆదాము నుండి ఏడవవాడైన హనోకు 300 సంవత్సరాలపాటు దేవునితో నడిచి, పరలోకానికి తీసుకుపోబడ్డాడు. ‘300’ అనేది 1843 నాటి అగ్రగాముల మూడు వందల పటాలకు, వాటికి అనురూపమైన మూడు వందల మంది మిల్లరైట్ బోధకులకు, అలాగే గిద్యోను యొక్క మూడు వందల మంది సైన్యానికి ప్రతీక. హనోకు, మిల్లరైట్ బోధకులు, గిద్యోనుకు చెందిన మూడు వందల మంది లక్షా నలభై నాలుగు వేల మందిని సూచిస్తారు. సమ్సోను 300 నక్కలను తీసుకొని వాటిని జతలుగా కట్టి, తద్వారా 150 అనే సంఖ్యను, కలిపి కట్టబడి మొత్తం మూడు వందలయ్యే ఒక ప్రతీకను సూచించాడు.</w:t>
      </w:r>
    </w:p>
    <w:p>
      <w:pPr>
        <w:pStyle w:val="ArticleScripture"/>
        <w:jc w:val="left"/>
      </w:pPr>
      <w:r>
        <w:rPr>
          <w:rFonts w:ascii="Nirmala UI" w:hAnsi="Nirmala UI" w:eastAsia="Nirmala UI" w:cs="Nirmala UI"/>
        </w:rPr>
        <w:t>సమ్సోను వెళ్లి మూడువందల నక్కలను పట్టుకొని, దివిటీలను తీసుకొని, వాటిని తోకకు తోక ఆనుకునేలా తిప్పి, రెండేసి తోకల మధ్య ఒక్కొక్క దివిటీని ఉంచెను. అతడు ఆ దివిటీలకు నిప్పంటించి, ఆ నక్కలను ఫిలిష్తీయుల నిలువుపంటలలోనికి విడిచిపెట్టి, పంటకుప్పలను, నిలువుపంటలను, ద్రాక్షతోటలను, ఒలీవచెట్లను కాల్చివేసెను. న్యాయాధిపతులు 15:4, 5.</w:t>
      </w:r>
    </w:p>
    <w:p>
      <w:pPr>
        <w:pStyle w:val="ArticleBody"/>
        <w:jc w:val="left"/>
      </w:pPr>
      <w:r>
        <w:rPr>
          <w:rFonts w:ascii="Nirmala UI" w:hAnsi="Nirmala UI" w:eastAsia="Nirmala UI" w:cs="Nirmala UI"/>
        </w:rPr>
        <w:t>ప్రకటన గ్రంథంలోని తొమ్మిదవ అధ్యాయంలో ఇస్లాంకు సంబంధించిన ఐదు నెలల కాలవ్యవధి గల రెండు ప్రవచనాలు “అగ్ని”, “తోకలు” అనే వాటిని ఇస్లాం లక్షణాలుగా పేర్కొంటున్నాయి.</w:t>
      </w:r>
    </w:p>
    <w:p>
      <w:pPr>
        <w:pStyle w:val="ArticleScripture"/>
        <w:jc w:val="left"/>
      </w:pPr>
      <w:r>
        <w:rPr>
          <w:rFonts w:ascii="Nirmala UI" w:hAnsi="Nirmala UI" w:eastAsia="Nirmala UI" w:cs="Nirmala UI"/>
        </w:rPr>
        <w:t>మరియు ఆ దర్శనములో నేను గుర్రములను, వాటిమీద కూర్చున్నవారిని ఈ విధముగా చూచితిని: వారు అగ్నివర్ణము, నీలవర్ణము, గంధకవర్ణము గల వక్షఃకవచములను ధరించియుండిరి; ఆ గుర్రముల తలలు సింహముల తలలవలె ఉండెను; వాటి నోళ్లనుండి అగ్ని, పొగ, గంధకము వెలువడెను. వాటి నోళ్లనుండి వెలువడిన అగ్ని, పొగ, గంధకము అను ఈ మూడింటిచేత మనుష్యులలో మూడవ భాగము చంపబడెను. ఏలయనగా వాటి శక్తి వాటి నోళ్లలోను, వాటి తోకలలోను ఉన్నది; ఎందుకనగా వాటి తోకలు పాములవలె ఉండి, తలలు కలిగియుండెను; వాటితో అవి హాని చేయుచున్నవి. ప్రకటన 9:17–19.</w:t>
      </w:r>
    </w:p>
    <w:p>
      <w:pPr>
        <w:pStyle w:val="ArticleBody"/>
        <w:jc w:val="left"/>
      </w:pPr>
      <w:r>
        <w:rPr>
          <w:rFonts w:ascii="Nirmala UI" w:hAnsi="Nirmala UI" w:eastAsia="Nirmala UI" w:cs="Nirmala UI"/>
        </w:rPr>
        <w:t>ఇస్లాం శక్తి వారి నోళ్లలోనూ వారి తోకల్లోనూ ఉంది.</w:t>
      </w:r>
    </w:p>
    <w:p>
      <w:pPr>
        <w:pStyle w:val="ArticleScripture"/>
        <w:jc w:val="left"/>
      </w:pPr>
      <w:r>
        <w:rPr>
          <w:rFonts w:ascii="Nirmala UI" w:hAnsi="Nirmala UI" w:eastAsia="Nirmala UI" w:cs="Nirmala UI"/>
        </w:rPr>
        <w:t>వాటికి తేళ్ల తోకలవంటి తోకలు ఉండెను, వాటి తోకలలో కొండ్లు ఉండెను; అయిదు నెలలపాటు మనుష్యులను బాధించుటకు వాటికి అధికారము ఉండెను. వాటిమీద ఒక రాజు ఉండెను; అతడు అగాధపు బిలమునకు దూత; హెబ్రీ భాషలో అతని పేరు అబద్దోను, గ్రీకు భాషలో అతని పేరు అపొల్లుయోను. ప్రకటన గ్రంథము 9:10, 11.</w:t>
      </w:r>
    </w:p>
    <w:p>
      <w:pPr>
        <w:pStyle w:val="ArticleBody"/>
        <w:jc w:val="left"/>
      </w:pPr>
      <w:r>
        <w:rPr>
          <w:rFonts w:ascii="Nirmala UI" w:hAnsi="Nirmala UI" w:eastAsia="Nirmala UI" w:cs="Nirmala UI"/>
        </w:rPr>
        <w:t>ఇస్లాంకు యాతనపెట్టడానికీ చంపడానికీ ఉన్న శక్తి వాటి నోళ్లలోనూ తోకల్లోనూ ఉంది; ఆ శక్తి వాటి నోళ్ల నుండి, తోకల నుండి వెలువడుతుంది.</w:t>
      </w:r>
    </w:p>
    <w:p>
      <w:pPr>
        <w:pStyle w:val="ArticleScripture"/>
        <w:jc w:val="left"/>
      </w:pPr>
      <w:r>
        <w:rPr>
          <w:rFonts w:ascii="Nirmala UI" w:hAnsi="Nirmala UI" w:eastAsia="Nirmala UI" w:cs="Nirmala UI"/>
        </w:rPr>
        <w:t>కావున ప్రభువు ఒక్క దినములోనే ఇశ్రాయేలులోనుండి తలను తోకను, కొమ్మను రెల్లును కొట్టివేయును. వృద్ధుడును ఘనుడునైనవాడు తల; అబద్ధములు బోధించు ప్రవక్త తోక. ఏలయనగా ఈ ప్రజల నాయకులు వారిని దారితప్పించుచున్నారు; వారిచేత నడిపింపబడువారు నాశనమగుచున్నారు. యెషయా 9:14–16.</w:t>
      </w:r>
    </w:p>
    <w:p>
      <w:pPr>
        <w:pStyle w:val="ArticleBody"/>
        <w:jc w:val="left"/>
      </w:pPr>
      <w:r>
        <w:rPr>
          <w:rFonts w:ascii="Nirmala UI" w:hAnsi="Nirmala UI" w:eastAsia="Nirmala UI" w:cs="Nirmala UI"/>
        </w:rPr>
        <w:t>ఇస్లాం, ఇశ్రాయేలు ప్రవచనపరంగా అనుసంధానమై ఉన్నాయి; ఎందుకంటే రెండూ అబ్రాహాము సంతానమే, ఈ రెండు పరంపరల్లోనూ “తల” అనేది “వృద్ధుడూ గౌరవనీయుడూ అయినవాడు”, “తోక” అనేది “అబద్ధాలు బోధించే ప్రవక్త”. ఇస్లాం విషయంలో అబద్ధాలు బోధించిన ఆ ప్రాచీన ప్రవక్త ముహమ్మద్. ఖురాన్ ఇస్లాం మిడతలను ప్రేరేపించే అబద్ధాలకు ప్రతీకగా ఉంది; ఆ వృద్ధుడూ గౌరవనీయుడూ అయినవాడు వారి రాజకీయ నాయకత్వమే. ఖురాన్‌లోని అబద్ధాలు (తోక) ప్రేరేపించే రాజ్యతంత్రం (నోరు) ఇస్లాంను నడిపిస్తుంది. సమ్సోనుకు చెందిన మూడు వందల నక్కలు ఐదేసి నెలల రెండు గుంపులుగా విభజించబడ్డాయి; అవి అగ్ని, పొగ, గంధకం ద్వారా వేదించి చంపవలసి ఉంది.</w:t>
      </w:r>
    </w:p>
    <w:p>
      <w:pPr>
        <w:pStyle w:val="ArticleHeading"/>
        <w:jc w:val="left"/>
      </w:pPr>
      <w:r>
        <w:rPr>
          <w:rFonts w:ascii="Nirmala UI" w:hAnsi="Nirmala UI" w:eastAsia="Nirmala UI" w:cs="Nirmala UI"/>
        </w:rPr>
        <w:t>అగ్ని, పొగ మరియు గంధకం</w:t>
      </w:r>
    </w:p>
    <w:p>
      <w:pPr>
        <w:pStyle w:val="ArticleBody"/>
        <w:jc w:val="left"/>
      </w:pPr>
      <w:r>
        <w:rPr>
          <w:rFonts w:ascii="Nirmala UI" w:hAnsi="Nirmala UI" w:eastAsia="Nirmala UI" w:cs="Nirmala UI"/>
        </w:rPr>
        <w:t>అగ్ని, పొగ, గంధకం ముగ్గురు దేవదూతల ప్రవచనాత్మక లక్షణాలను కలిగి ఉన్నాయి. వీటిలో మొదటిది, చివరిది అగ్ని రూపాలు. “గంధకం” అనే పదపు మూలం దైవిక మెరుపును సూచిస్తుంది. అగ్ని ఒక వర్తమానానికి ప్రతీక; పొగ ఆ వర్తమానపు ప్రభావం కాగా, గంధకం అది మతసంబంధమైన వర్తమానమని తెలియజేస్తుంది. ఈ మూడూ ప్రకటన గ్రంథం పద్నాలుగవ అధ్యాయంలోని ముగ్గురు దేవదూతల సత్య వర్తమానానికి నకిలీ రూపాలు. ఇనుప వక్షకవచం అగ్ని, పద్మరాగం, గంధకంగా చిత్రించబడింది. ఇది ప్రధాన యాజకుని వక్షపతకానికి నకిలీ రూపం. ప్రధాన యాజకుని వక్షపతకం లక్షా నలభై నాలుగు వేలమందిని, ఊరీము తుమ్మీము ద్వారా సూచించబడే దైవత్వంతో కలిసియున్న పన్నెండు మానవ రత్నాలుగా సూచిస్తుంది. ప్రాచీన కాలపు పద్మరాగం ముదురు నీలి-నలుపు రంగులో లేదా మసక ఊదారంగులో ఉండేది. ఇస్లాం వక్షకవచంలోని పద్మరాగం, ఇస్లాం నోళ్ల (రాజ్యం) నుండీ, తోకల (మతసంఘం) నుండీ వెలువడే పొగకు అనురూపంగా ఉంటుంది.</w:t>
      </w:r>
    </w:p>
    <w:p>
      <w:pPr>
        <w:pStyle w:val="ArticleBody"/>
        <w:jc w:val="left"/>
      </w:pPr>
      <w:r>
        <w:rPr>
          <w:rFonts w:ascii="Nirmala UI" w:hAnsi="Nirmala UI" w:eastAsia="Nirmala UI" w:cs="Nirmala UI"/>
        </w:rPr>
        <w:t>దేవునితో 300 సంవత్సరాలు నడచిన తరువాత హనోకు పరలోకానికి తీసుకొనిపోబడడం, 300 అనే సంఖ్యను 1798లో వచ్చిన మొదటి దూత వర్తమానంతో అనుసంధానిస్తుంది. మొదటి దూత యొక్క ఆ వర్తమానం, ప్రకటన గ్రంథంలోని తొమ్మిదవ అధ్యాయంలో ఉన్న ఐదు నెలల ప్రవచనం నెరవేరడంతో, 1840 ఆగస్టు 11న శక్తిని పొందింది. ఆ అధ్యాయంలోని ఐదేసి నెలల రెండు కాలవ్యవధులు సూత్రం వెంబడి సూత్రం అనే విధానంలో ఒకదానితో ఒకటి అనుసంధానించబడి ఉన్నాయి. ఐదవ వచనంలోనూ పదవ వచనంలోనూ పేర్కొన్న ఐదు నెలలు, ఒక్కొక్కటి నూట యాభై సంవత్సరాల నిడివిగల రెండు వేర్వేరు కాలవ్యవధులనే విషయం ఇటీవలే గుర్తించబడింది. ఆ సత్యం గుర్తించబడినప్పుడు, సమ్సోను నక్కలను ఒకదానితో ఒకటి కట్టి, నూట యాభై జతలుగా ఏర్పరచాడు.</w:t>
      </w:r>
    </w:p>
    <w:p>
      <w:pPr>
        <w:pStyle w:val="ArticleBody"/>
        <w:jc w:val="left"/>
      </w:pPr>
      <w:r>
        <w:rPr>
          <w:rFonts w:ascii="Nirmala UI" w:hAnsi="Nirmala UI" w:eastAsia="Nirmala UI" w:cs="Nirmala UI"/>
        </w:rPr>
        <w:t>సమ్సోను (ఈ పేరుకు “సూర్యుడు” అని అర్థం) యొక్క ప్రవచనాత్మక చరిత్రలో, నీనెవె యుద్ధం ద్వారా సూచించబడిన తాళపుచెవి సందర్భంలో అగాధం నుండి వెలువడిన “పొగ” సూర్యుని చీకటితో మరుగుపరిచింది. ఇస్లామీయ అగాధపు పొగ సూర్యుని మరుగుపరచడమంటే, సూర్యుని (సమ్సోను) ద్వారా సూచించబడిన క్రీస్తు సువార్తను కప్పివేయడమేనని మిల్లరైట్లు సరిగ్గా గుర్తించారు. సమ్సోను సాక్ష్యానికి, ప్రకటన గ్రంథంలోని తొమ్మిది నుండి పదకొండు అధ్యాయాల్లోని ఇస్లాంకు మధ్య ఇంకా అనేక సంబంధాలు ఉన్నాయి.</w:t>
      </w:r>
    </w:p>
    <w:p>
      <w:pPr>
        <w:pStyle w:val="ArticleBody"/>
        <w:jc w:val="left"/>
      </w:pPr>
      <w:r>
        <w:rPr>
          <w:rFonts w:ascii="Nirmala UI" w:hAnsi="Nirmala UI" w:eastAsia="Nirmala UI" w:cs="Nirmala UI"/>
        </w:rPr>
        <w:t>సమ్సోను చరిత్రలో, వివాహానికి వచ్చిన అతిథులు చిక్కుప్రశ్నను విప్పవలసిన మూడు రోజుల రూపంలో మూడు అనే సంఖ్య కనిపిస్తుంది. సమ్సోను ముగ్గురు స్త్రీలతో సంబంధం కలిగి ఉంటాడు: తిమ్నాతుకు చెందిన తన భార్య, వేశ్య, దెలీలా. ప్రభువు ఆత్మ సమ్సోనుపైకి మూడుసార్లు వస్తుంది: సింహాన్ని ఎదుర్కొన్నప్పుడు, అష్కెలోనులో, లేహీలో. సమ్సోను దెలీలాకు సత్యం చెప్పడానికి ముందు మూడు తప్పుడు సమాధానాలు ఇస్తాడు. మూడు అనే సంఖ్య దైవత్వానికీ, ఘటసర్పం, మృగం, అబద్ధప్రవక్తలతో కూడిన నకిలీ దైవత్వానికీ, అలాగే విజయ సంఘపు త్రివిధ నిర్మాణానికీ ప్రతీకగా నిలుస్తుంది.</w:t>
      </w:r>
    </w:p>
    <w:p>
      <w:pPr>
        <w:pStyle w:val="ArticleBody"/>
        <w:jc w:val="left"/>
      </w:pPr>
      <w:r>
        <w:rPr>
          <w:rFonts w:ascii="Nirmala UI" w:hAnsi="Nirmala UI" w:eastAsia="Nirmala UI" w:cs="Nirmala UI"/>
        </w:rPr>
        <w:t>యాజకుని సూచించే సంఖ్య ముప్పై; సమ్సోను వివాహ విందుకు తీసుకురాబడిన సహచరులు ముప్పై మంది. ఆ తరువాత, అతిథులు ఆ పొడుపుకథను విప్పగలిగితే వారికి ముప్పై నారబట్టలను, ముప్పై దుస్తులను ఇస్తానని సమ్సోను పందెం కాశాడు. తన పొడుపుకథ రహస్యం ద్రోహపూర్వకంగా వెల్లడించబడినప్పుడు, పందెంలో తాను ఇవ్వవలసిన వాటిని చెల్లించడానికి సమ్సోను అష్కెలోనుకు చెందిన ముప్పై మంది పురుషులను చంపాడు. ముప్పై అనే సంఖ్య 300 యొక్క ప్రవచనాత్మక దశమభాగం; హనోకు మూడు వందల సంవత్సరాలు దేవునితో నడిచినదానికి అనుగుణంగా, సమ్సోను పట్టుకొని నూట యాభై జతలుగా ఒకదానికొకటి కట్టిన మూడు వందల నక్కలు, ప్రకటన గ్రంథం తొమ్మిదవ అధ్యాయంలోని ఐదు నెలల గురించిన రెండు ప్రవచనాలతో అనుసంధానమై ఉన్నాయి; ఆ రెండు ప్రవచనాలు పంక్తి మీద పంక్తి అనే పద్ధతి ద్వారా ఒకదానితో మరొకటి అనుసంధానించబడి ఉన్నాయి. మూడు వందలు మూడు వేల యొక్క ప్రవచనాత్మక దశమభాగం; మూడు వేల సంఖ్య శేషజనాన్ని సూచిస్తుంది—అది పెంతెకొస్తు దినాన విశ్వాసులుగా మారినవారు సూచించే నీతిమంతుల శేషజనమైనా కావచ్చు, లేదా బంగారు దూడ తిరుగుబాటు సమయంలో లేవీయుల చేత హతులైనవారు సూచించే అనీతిమంతుల శేషజనమైనా కావచ్చు.</w:t>
      </w:r>
    </w:p>
    <w:p>
      <w:pPr>
        <w:pStyle w:val="ArticleBody"/>
        <w:jc w:val="left"/>
      </w:pPr>
      <w:r>
        <w:rPr>
          <w:rFonts w:ascii="Nirmala UI" w:hAnsi="Nirmala UI" w:eastAsia="Nirmala UI" w:cs="Nirmala UI"/>
        </w:rPr>
        <w:t>బంగారు దూడకు సంబంధించిన తిరుగుబాటు, పెంతెకొస్తు దినాన పరివర్తన చెందినవారు రెండూ త్వరలో రానున్న ఆదివారపు చట్టం సందర్భంలో ప్రవచనాత్మకంగా సరిపోలుతాయి. ఒక శేషజనం దేవుని నిబంధన ప్రజలలోని శేషజనానికీ, దేవుని నిబంధన ప్రజల మందకు వెలుపల ఉన్నవారిలోని శేషజనానికీ ప్రాతినిధ్యం వహిస్తుంది. సమ్సోను సాక్ష్యంలో మూడువేలమందిని గురించిన మొదటి ప్రస్తావన ఫిలిష్తీయులను శాంతింపజేయడానికి సమ్సోనును బంధించిన యూదులను సూచిస్తుంది; రెండవది ఫిలిష్తీయులను సూచిస్తుంది. తీర్పు దేవుని ఇంటివారితో ప్రారంభమవుతుంది; ఆ తరువాత ఇంకా బబులోనులో ఉన్న పదకొండవ గంట పనివారితో కొనసాగుతుంది. మూడువేలమంది అనేది శేషజనానికి చిహ్నమనే విషయాన్ని సమ్సోను సాక్ష్యం బలపరచడంతోపాటు, తీర్పు ప్రక్రియలోని క్రమాన్ని కూడా బలపరుస్తుంది. హనోకు మూడువందల సంవత్సరాలు దేవునితో నడిచాడు; తద్వారా మరణాన్ని రుచిచూడని దేవుని నిబంధన ప్రజల శేషజనానికి ప్రాతినిధ్యం వహిస్తున్నాడు. ఆ శేషజనమే ప్రకటన గ్రంథంలోని ఏడవ అధ్యాయంలో గొప్ప జనసమూహానికి భిన్నంగా చూపబడిన నూట నలభై నాలుగు వేలమంది.</w:t>
      </w:r>
    </w:p>
    <w:p>
      <w:pPr>
        <w:pStyle w:val="ArticleBody"/>
        <w:jc w:val="left"/>
      </w:pPr>
      <w:r>
        <w:rPr>
          <w:rFonts w:ascii="Nirmala UI" w:hAnsi="Nirmala UI" w:eastAsia="Nirmala UI" w:cs="Nirmala UI"/>
        </w:rPr>
        <w:t>300లో దశమభాగం 30; అది యాజకునికి ప్రతీక. అంతేకాక, ముప్పైలో దశమభాగమైన మూడు అనే సంఖ్య దేవత్వానికీ, అలాగే ఘటసర్పం, మృగం, అబద్ధప్రవక్తల నకిలీ దేవత్వానికీ ప్రతీకగా నిలుస్తుంది. ముప్పై సంవత్సరాల వయస్సులో పరిపాలన ప్రారంభించిన దావీదు రాజు, ముప్పై సంవత్సరాల వయస్సులో సేవ చేయడం ప్రారంభించిన యాజకుడైన యోసేపు, పదిహేడవ సునాద సంవత్సర చక్రంలోని ముప్పయ్యవ సంవత్సరంలో తన ఇరవై రెండు సంవత్సరాల పరిచర్యను ప్రారంభించిన ప్రవక్తయూ యాజకుడూ అయిన యెహెజ్కేలు ప్రాతినిధ్యం వహించే విజయ సంఘపు త్రివిధ విభజనను కూడా మూడు అనే సంఖ్య సూచిస్తుంది. యాజకునిగా అతడు ముప్పై సంవత్సరాల వయస్సు కలిగి ఉండేవాడు.</w:t>
      </w:r>
    </w:p>
    <w:p>
      <w:pPr>
        <w:pStyle w:val="ArticleBody"/>
        <w:jc w:val="left"/>
      </w:pPr>
      <w:r>
        <w:rPr>
          <w:rFonts w:ascii="Nirmala UI" w:hAnsi="Nirmala UI" w:eastAsia="Nirmala UI" w:cs="Nirmala UI"/>
        </w:rPr>
        <w:t>ప్రవక్తగా, యాజకునిగా, రాజుగా సూచించబడిన మూడు ప్రతీకాత్మక సత్త్వాలలో ప్రతి ఒక్కటీ ముట్టడి ప్రారంభాన్ని సూచించే మార్గసూచిక వద్ద ఏడవ దినపు సబ్బాతు అనే దేవుని ముద్రను పొందుతుంది. మరణానికి సంబంధించిన రెండు సాక్ష్యాలు, 66వ సంవత్సరంలో యెరూషలేము నాశనమనే ద్వితీయ సాక్ష్యంతో కలిసి, ముట్టడి మార్గసూచిక ఒక ‘సూచన’ అనడానికి మూడు సాక్ష్యాలను అందిస్తాయి.</w:t>
      </w:r>
    </w:p>
    <w:p>
      <w:pPr>
        <w:pStyle w:val="ArticleHeading"/>
        <w:jc w:val="left"/>
      </w:pPr>
      <w:r>
        <w:rPr>
          <w:rFonts w:ascii="Nirmala UI" w:hAnsi="Nirmala UI" w:eastAsia="Nirmala UI" w:cs="Nirmala UI"/>
        </w:rPr>
        <w:t>పరివర్తన మార్గచిహ్నం</w:t>
      </w:r>
    </w:p>
    <w:p>
      <w:pPr>
        <w:pStyle w:val="ArticleBody"/>
        <w:jc w:val="left"/>
      </w:pPr>
      <w:r>
        <w:rPr>
          <w:rFonts w:ascii="Nirmala UI" w:hAnsi="Nirmala UI" w:eastAsia="Nirmala UI" w:cs="Nirmala UI"/>
        </w:rPr>
        <w:t>లెమెకు ద్వారా సూచించబడినట్లుగా, ముట్టడి ప్రారంభమైనప్పుడు దేవుని త్రివిధ విజయశీల సంఘానికి ముద్ర వేయబడుతుంది. సరిగ్గా అదే మైలురాయి వద్ద పూర్వపు నిబంధన ప్రజలు పూర్తిగా పక్కన పెట్టబడతారని యెహెజ్కేలు భార్య మరణం సూచిస్తుంది. ఆ మైలురాయి లవొదికయ నుండి ఫిలదెల్ఫియకు జరిగే పరివర్తనను సూచిస్తుంది; ఇది పోరాటశీల సంఘం విజయశీల సంఘంగా పరివర్తన చెందడంగా కూడా చిత్రించబడింది; ఆ విధంగా అది ఏడింటిలోనిదైన ఎనిమిదవ సంఘమవుతుంది. 1844 అక్టోబరు 22 నుండి 1863 నాటి తిరుగుబాటు వరకు కొనసాగిన మూడవ దూతకు సంబంధించిన మిల్లరైట్ చరిత్రలో ఆ మైలురాయి 1856 నాటి కాలాన్ని సూచించింది; ఆ కాలంలో జేమ్స్ వైట్, ఎలెన్ వైట్ ఇరువురూ ఆ ఉద్యమాన్ని లవొదికయగా గుర్తించడం ప్రారంభించారు. 1856లో ఫిలదెల్ఫియ మిల్లరైట్ ఉద్యమం లవొదికయ మిల్లరైట్ ఉద్యమంగా పరివర్తన చెందింది. ఏడు సంవత్సరాల తరువాత, ఆ ఉద్యమం లవొదికయ సెవెన్త్-డే అడ్వెంటిస్ట్ సంఘంగా మారడంతో లవొదికయ మిల్లరైట్ ఉద్యమం ముగిసింది.</w:t>
      </w:r>
    </w:p>
    <w:p>
      <w:pPr>
        <w:pStyle w:val="ArticleBody"/>
        <w:jc w:val="left"/>
      </w:pPr>
      <w:r>
        <w:rPr>
          <w:rFonts w:ascii="Nirmala UI" w:hAnsi="Nirmala UI" w:eastAsia="Nirmala UI" w:cs="Nirmala UI"/>
        </w:rPr>
        <w:t>స్ముర్న సంఘం ముగిసి, పెర్గము సంఘం ఆరంభమైన 313వ సంవత్సరం కూడా ఆ మార్గసూచికకు ప్రతిరూపంగా నిలుస్తుంది. వీటిని కలిపి చూస్తే, 1856లో నీతిమంతమైన ఫిలదెల్ఫియ నుండి అనీతిమంతమైన లవొదికయకు జరిగిన పరివర్తన, 313లో నీతిమంతమైన స్ముర్న నుండి అనీతిమంతమైన పెర్గముకు జరిగిన పరివర్తనతో సరిపోలుతుంది; ఆ పరివర్తన బిందువు ఆ మార్గసూచిక ఒక సంకేతమని కూడా తెలియజేస్తుంది. అనేకమంది సాక్షుల సాక్ష్యం ఆధారంగా, ముట్టడి ఒక సంకేతంతో ప్రారంభమవుతుంది. లక్ష నలభై నాలుగు వేలమందితో కూడిన మూడవ దూత ఉద్యమం లెమెకు మరణ సమయాన ముద్రించబడినప్పుడు, వారు ఒక ధ్వజంగా పైకెత్తబడుతున్నప్పుడు ముద్రించబడి, సంపూర్ణంగా ఐక్యమై ఉంటారు; ఎందుకంటే ముట్టడికి సంబంధించిన ప్రవచనాత్మక నిర్మాణంలోని మొదటి మార్గసూచిక ఒక సంకేతం.</w:t>
      </w:r>
    </w:p>
    <w:p>
      <w:pPr>
        <w:pStyle w:val="ArticleBody"/>
        <w:jc w:val="left"/>
      </w:pPr>
      <w:r>
        <w:rPr>
          <w:rFonts w:ascii="Nirmala UI" w:hAnsi="Nirmala UI" w:eastAsia="Nirmala UI" w:cs="Nirmala UI"/>
        </w:rPr>
        <w:t>తూర్పు రోము ఇస్లాంకు బలవంతంగా లోబరచబడే సమయంలో, జాన్ పాలైయోలోగోస్ మరణం ఇస్లాంకు సంబంధించిన మార్గసూచికను సూచిస్తుంది. యెరూషలేము ముట్టడి, దాని విధ్వంసం బబులోను మరియు రోములకు సంబంధించి ఇద్దరు సాక్షులుగా నిలుస్తాయి. తాము ఉత్తరదేశపు రాజు చెరలోకి తీసుకుపోబడతామనే హెచ్చరిక సందేశాన్ని చూడటానికీ వినటానికీ నిరాకరించిన లవొదికయవారిని యెహెజ్కేలు యొక్క ఒకటిన్నర సంవత్సరాల కాలం సూచిస్తుంది. సెస్టియస్ సూచక చిహ్నం ఉత్తరదేశపు రాజు నుండి తప్పించుకునే ఫిలదెల్ఫియవారిని సూచిస్తుంది. ఆ రెండు సూచక చిహ్నాలు అంతర్గత ప్రవచన సందేశాన్ని తెలియజేస్తాయి; లెమెకు యొక్క 777 కూడా ఆ సందేశాన్ని తెలియజేస్తుంది. సూత్రము వెంబడి సూత్రముగా, ముట్టడి సమయంలో ఒక వర్గం చెరలోకి తీసుకుపోబడుతుంది; మరొక వర్గం ఉత్తరదేశపు రాజు చేతిలోనుండి తప్పించుకుంటుంది.</w:t>
      </w:r>
    </w:p>
    <w:p>
      <w:pPr>
        <w:pStyle w:val="ArticleBody"/>
        <w:jc w:val="left"/>
      </w:pPr>
      <w:r>
        <w:rPr>
          <w:rFonts w:ascii="Nirmala UI" w:hAnsi="Nirmala UI" w:eastAsia="Nirmala UI" w:cs="Nirmala UI"/>
        </w:rPr>
        <w:t>లెమెకు ద్వారా సూచించబడినవారు ముద్రింపబడే మార్గసూచిక వద్ద ఇస్లాం పాత్రను గుర్తింపజేయడం ద్వారా జాన్ పాలైయోలోగోస్ మరణం బాహ్య ప్రవచన సందేశాన్ని సూచిస్తుంది. యెరూషలేము ముట్టడి, విధ్వంస సమయాల్లో తప్పించుకునేవారు, బందీలుగా పట్టుబడేవారు—ముట్టడికి సంబంధించిన ప్రవచన కాలపు ఆల్ఫా మార్గసూచిక వద్దనే స్వభావం వెల్లడవుతుందని నొక్కిచెబుతారు. ఆ రెండు వర్గాలకు ఇద్దరు లెమెకులు ప్రాతినిధ్యం వహిస్తారు. ఒక వర్గం నాష్‌విల్‌కు హెచ్చరిక ఇస్తుంది, మరొక వర్గం ఇవ్వడానికి నిరాకరిస్తుంది.</w:t>
      </w:r>
    </w:p>
    <w:p>
      <w:pPr>
        <w:pStyle w:val="ArticleScripture"/>
        <w:jc w:val="left"/>
      </w:pPr>
      <w:r>
        <w:rPr>
          <w:rFonts w:ascii="Nirmala UI" w:hAnsi="Nirmala UI" w:eastAsia="Nirmala UI" w:cs="Nirmala UI"/>
        </w:rPr>
        <w:t>అందుకు యెహోవా అతనితో, కాబట్టి ఎవడైనను కయీనును చంపినయెడల, వానికి ఏడింతల ప్రతిదండన కలుగునని చెప్పెను. మరియు కయీనును కనుగొనువాడెవడును అతనిని చంపకుండునట్లు యెహోవా అతనిపై ఒక గుర్తు ఉంచెను. ఆదికాండము 4:15.</w:t>
      </w:r>
    </w:p>
    <w:p>
      <w:pPr>
        <w:pStyle w:val="ArticleHeading"/>
        <w:jc w:val="left"/>
      </w:pPr>
      <w:r>
        <w:rPr>
          <w:rFonts w:ascii="Nirmala UI" w:hAnsi="Nirmala UI" w:eastAsia="Nirmala UI" w:cs="Nirmala UI"/>
        </w:rPr>
        <w:t>తిరుగుబాటు ముద్ర</w:t>
      </w:r>
    </w:p>
    <w:p>
      <w:pPr>
        <w:pStyle w:val="ArticleBody"/>
        <w:jc w:val="left"/>
      </w:pPr>
      <w:r>
        <w:rPr>
          <w:rFonts w:ascii="Nirmala UI" w:hAnsi="Nirmala UI" w:eastAsia="Nirmala UI" w:cs="Nirmala UI"/>
        </w:rPr>
        <w:t>కయీను తన తిరుగుబాటుకు గుర్తుగా ముద్రను పొందాడు. అతని తిరుగుబాటు ముద్రను, కయీనును చంపినవారు దేవుని ఏడురెట్ల తీర్పుకు గురవుతారని మానవజాతికి ఇచ్చిన హెచ్చరికగా అర్థం చేసుకున్నారు. ఒక దృష్టిలో ఆ ముద్రను దేవుడు కయీనుకు కల్పించిన రక్షణగా అర్థం చేసుకోవచ్చు; అయితే ప్రవచనపరంగా అది బైబిలులోని చివరి గ్రంథంలో హెచ్చరికగా ఉన్న తిరుగుబాటు ముద్రతో సరిపోలుతుంది. ఒమేగా గ్రంథమైన ప్రకటన గ్రంథంలోని మృగపు ముద్రకు, ఆల్ఫా గ్రంథమైన ఆదికాండంలోని కయీను తిరుగుబాటు ముద్ర పూర్వరూపంగా నిలిచింది. కయీను ముద్రలో అంతర్లీనంగా ఉన్న హెచ్చరిక ఏమిటంటే, కయీనుకున్న స్వభావాన్నే కనబరిచే వారెవరైనా కూడా దేవునిచేత తిరస్కరించబడి తీర్పుకు గురవుతారు. కయీనుపై ఉన్న ముద్ర మృగపు ముద్రతో సరిపోలుతుంది; తన సహోదరుని హత్యచేయడమనే కయీను తిరుగుబాటును అనుకరించవద్దన్న ఆజ్ఞను ఆ హెచ్చరిక నొక్కిచెబుతుంది; ప్రకటన గ్రంథంలో ఆ తిరుగుబాటు మృగపు ప్రతిమగా సూచించబడింది. కయీను చర్యను అనుకరించడమంటే కయీను ప్రతిమను రూపొందించడమే. కయీనుకు ఏడురెట్ల శిక్షను అమలుపరిచే తీర్పు విధించబడింది; కయీను నుండి ఆరవ తరానికి చెందిన లెమెకు, తాను తన తండ్రి పాపాన్ని పునరావృతం చేశానని, అయితే తనపై తీర్పు మాత్రం డెబ్బదికి ఏడురెట్లుగా ఉంటుందని గుర్తించాడు.</w:t>
      </w:r>
    </w:p>
    <w:p>
      <w:pPr>
        <w:pStyle w:val="ArticleScripture"/>
        <w:jc w:val="left"/>
      </w:pPr>
      <w:r>
        <w:rPr>
          <w:rFonts w:ascii="Nirmala UI" w:hAnsi="Nirmala UI" w:eastAsia="Nirmala UI" w:cs="Nirmala UI"/>
        </w:rPr>
        <w:t>అప్పుడు లెమెకు తన భార్యలతో ఇట్లనెను: ఆదా, సిల్లా, నా స్వరము వినుడి; లెమెకు భార్యలారా, నా మాట ఆలకించుడి: ఏలయనగా నన్ను గాయపరచినందుకు ఒక మనుష్యుని, నన్ను దెబ్బకొట్టినందుకు ఒక యౌవనుని చంపితిని. కయీను నిమిత్తము ప్రతీకారము ఏడంతలుగా తీర్చబడినయెడల, నిశ్చయముగా లెమెకు నిమిత్తము డెబ్బది ఏడంతలుగా తీర్చబడును. ఆదికాండము 4:23, 24.</w:t>
      </w:r>
    </w:p>
    <w:p>
      <w:pPr>
        <w:pStyle w:val="ArticleBody"/>
        <w:jc w:val="left"/>
      </w:pPr>
      <w:r>
        <w:rPr>
          <w:rFonts w:ascii="Nirmala UI" w:hAnsi="Nirmala UI" w:eastAsia="Nirmala UI" w:cs="Nirmala UI"/>
        </w:rPr>
        <w:t>దేవుని వాక్యంలో సంఖ్యలు గుణకార రూపంలో పేర్కొనబడిన కేవలం మూడు సందర్భాలలో మునుపటి వచనం మొదటిది. చివరిది మొదటిదాని వలెనే ఉంది.</w:t>
      </w:r>
    </w:p>
    <w:p>
      <w:pPr>
        <w:pStyle w:val="ArticleScripture"/>
        <w:jc w:val="left"/>
      </w:pPr>
      <w:r>
        <w:rPr>
          <w:rFonts w:ascii="Nirmala UI" w:hAnsi="Nirmala UI" w:eastAsia="Nirmala UI" w:cs="Nirmala UI"/>
        </w:rPr>
        <w:t>అప్పుడు పేతురు ఆయనయొద్దకు వచ్చి, ప్రభువా, నా సహోదరుడు నాయెడల పాపము చేసినప్పుడు నేను అతనిని ఎన్నిసార్లు క్షమించవలెను? ఏడు సార్లవరకా? అని అడిగెను. యేసు అతనితో, ఏడు సార్లవరకు అని నేను నీతో చెప్పుటలేదు; డెబ్బది రెట్లు ఏడు సార్లవరకు అని నీతో చెప్పుచున్నాను అనెను. మత్తయి 18:21, 22.</w:t>
      </w:r>
    </w:p>
    <w:p>
      <w:pPr>
        <w:pStyle w:val="ArticleBody"/>
        <w:jc w:val="left"/>
      </w:pPr>
      <w:r>
        <w:rPr>
          <w:rFonts w:ascii="Nirmala UI" w:hAnsi="Nirmala UI" w:eastAsia="Nirmala UI" w:cs="Nirmala UI"/>
        </w:rPr>
        <w:t>డెబ్బైని ఏడుతో గుణిస్తే నాలుగు వందల తొంభై అవుతుంది; పవిత్ర చరిత్రలో నాలుగు వందల తొంభై సంవత్సరాల కాలవ్యవధులు మూడు ఉన్నాయి; వాటిలో ప్రతి ఒక్కటీ ఒక పరీక్షాకాలాన్ని సూచిస్తుంది. పరిశుద్ధస్థలానికి, రాజులకు, సైన్యానికి నాలుగు వందల తొంభై సంవత్సరాల చొప్పున సూచించబడ్డాయి. రాజులకు సంబంధించిన కాలవ్యవధి క్రీ.పూ. 1097లో సౌలు అభిషేకంతో ప్రారంభమై, క్రీ.పూ. 607లో దానియేలు చెరగా తీసుకుపోబడినప్పుడు నెబుకద్నెజరు చేసిన మొదటి ముట్టడి వరకు కొనసాగింది.</w:t>
      </w:r>
    </w:p>
    <w:p>
      <w:pPr>
        <w:pStyle w:val="ArticleBody"/>
        <w:jc w:val="left"/>
      </w:pPr>
      <w:r>
        <w:rPr>
          <w:rFonts w:ascii="Nirmala UI" w:hAnsi="Nirmala UI" w:eastAsia="Nirmala UI" w:cs="Nirmala UI"/>
        </w:rPr>
        <w:t>పరిశుద్ధస్థలానికి కేటాయించబడిన నాలుగు వందల తొంభై సంవత్సరాల పరీక్షాకాలం క్రీ.పూ. 1006లో సొలొమోను దేవాలయ ప్రతిష్ఠతో ప్రారంభమై, క్రీ.పూ. 516లో చెరానంతర దేవాలయ ప్రతిష్ఠ వరకు కొనసాగింది. సైన్యానికి కేటాయించబడిన నాలుగు వందల తొంభై సంవత్సరాల కాలం క్రీ.పూ. 457 నుండి క్రీ.శ. 34 వరకు కొనసాగింది.</w:t>
      </w:r>
    </w:p>
    <w:p>
      <w:pPr>
        <w:pStyle w:val="ArticleBody"/>
        <w:jc w:val="left"/>
      </w:pPr>
      <w:r>
        <w:rPr>
          <w:rFonts w:ascii="Nirmala UI" w:hAnsi="Nirmala UI" w:eastAsia="Nirmala UI" w:cs="Nirmala UI"/>
        </w:rPr>
        <w:t>కయీనుకు సంబంధించిన ఏడు రెట్ల హెచ్చరికతో కూడిన తీర్పు సందేశం మరియు ముద్రతో ప్రారంభమై, లెమెకుకు సంబంధించిన డెబ్బది సార్లు ఏడు రెట్ల వరకు సాగిన క్రమం, సంకేతాత్మకమైన నాలుగు వందల తొంభై సంవత్సరాల పరీక్షాకాలాన్ని సూచిస్తుంది. కయీను ముద్ర సూచించే తిరుగుబాటు క్రమక్రమంగా తీవ్రమవుతున్నట్లు చిత్రించబడింది; ఇది దేవుడు జలప్రళయాన్ని రప్పించడానికి గల ఉద్దేశానికి అనుగుణంగా ఉంది.</w:t>
      </w:r>
    </w:p>
    <w:p>
      <w:pPr>
        <w:pStyle w:val="ArticleScripture"/>
        <w:jc w:val="left"/>
      </w:pPr>
      <w:r>
        <w:rPr>
          <w:rFonts w:ascii="Nirmala UI" w:hAnsi="Nirmala UI" w:eastAsia="Nirmala UI" w:cs="Nirmala UI"/>
        </w:rPr>
        <w:t>మనుష్యుని దుష్టత్వము భూమిమీద అధికమై యున్నదనియు, అతని హృదయపు ఆలోచనలలోని ప్రతి ఊహయు ఎల్లప్పుడూ కేవలము చెడ్డదై యున్నదనియు దేవుడు చూచెను. తాను భూమిమీద మనుష్యుని సృష్టించినందుకు యెహోవా సంతాపమునొంది, తన హృదయములో నొచ్చుకొనెను. అప్పుడు యెహోవా ఇట్లనెను: నేను సృష్టించిన మనుష్యుని భూముఖమునుండి తుడిచివేయుదును; మనుష్యునితోపాటు జంతువులను, ప్రాకెడి జీవులను, ఆకాశపక్షులను కూడ తుడిచివేయుదును; ఏలయనగా నేను వారిని సృష్టించినందుకు సంతాపమొందుచున్నాను. ఆదికాండము 6:5–7.</w:t>
      </w:r>
    </w:p>
    <w:p>
      <w:pPr>
        <w:pStyle w:val="ArticleBody"/>
        <w:jc w:val="left"/>
      </w:pPr>
      <w:r>
        <w:rPr>
          <w:rFonts w:ascii="Nirmala UI" w:hAnsi="Nirmala UI" w:eastAsia="Nirmala UI" w:cs="Nirmala UI"/>
        </w:rPr>
        <w:t>కయీను ఆరవ తరానికి చెందిన లెమెకు, షేతు వంశానికి చెందిన లెమెకుకు విరుద్ధంగా, తిరుగుబాటుదారులలో ప్రత్యేకంగా గుర్తించబడిన ఒక వర్గానికి ప్రతిరూపంగా చూపబడ్డాడు. ఇద్దరు లెమెకుల సాక్ష్యాలూ కృపాకాల సమాప్తిని సూచిస్తున్నాయి: ఒకటి 490 అనే సంఖ్యా వ్యక్తీకరణ ద్వారా, మరొకటి అతని మరణం ద్వారా. విజయశీల సంఘపు త్రివిధ నిర్మాణంతో నేరుగా సంబంధమున్న సంఖ్యా ప్రతీకాత్మకత ఈ రెండింటిలోనూ ఉంది. కయీను వంశపు లెమెకు రాజులకు, పరిశుద్ధస్థలానికి, సైన్యానికి సంబంధించిన, ఒక్కొక్కటి 490 సంవత్సరాల నిడివిగల మూడు కాలవ్యవధులతో అనుసంధానమై ఉన్నాడు; షేతు వంశపు లెమెకు ప్రవక్తకు, యాజకునికి, రాజుకు సంబంధించిన ఏడు అనే సంఖ్యా ముద్రను కలిగి ఉన్నాడు. షేతు వంశపు లెమెకు ప్రకటన గ్రంథం పద్నాలుగవ అధ్యాయంలోని ముగ్గురు దూతలలో రెండవ దూత; కయీను వంశపు లెమెకు మృగం, దాని ప్రతిమ, ముద్ర, దాని నామసంఖ్యలను గురించిన హెచ్చరికను ప్రకటించే మూడవ దూత. ప్రకటన గ్రంథం పద్నాలుగవ అధ్యాయంలోని 9/11 వచనాలు కయీను శాపానికి గురయ్యేవారిని గుర్తిస్తున్నాయి.</w:t>
      </w:r>
    </w:p>
    <w:p>
      <w:pPr>
        <w:pStyle w:val="ArticleScripture"/>
        <w:jc w:val="left"/>
      </w:pPr>
      <w:r>
        <w:rPr>
          <w:rFonts w:ascii="Nirmala UI" w:hAnsi="Nirmala UI" w:eastAsia="Nirmala UI" w:cs="Nirmala UI"/>
        </w:rPr>
        <w:t>మరియు మూడవ దూత వారి వెంబడి వచ్చి, గొప్ప స్వరముతో ఇట్లనెను: ఎవరైనను క్రూరమృగమునకును దాని ప్రతిమకును నమస్కరించి, తన నుదుటిమీద గాని తన చేతిమీద గాని దాని ముద్రను వేయించుకొనినయెడల, అతడు దేవుని ఉగ్రతాపాత్రలో కలుపులేకుండా పోయబడిన ఆయన కోపమనే ద్రాక్షారసమును త్రాగును; పరిశుద్ధ దూతల సమక్షములోను గొర్రెపిల్ల సమక్షములోను అగ్నిగంధకములచేత బాధింపబడును. వారి యాతన పొగ యుగయుగములు పైకి లేచును; క్రూరమృగమునకును దాని ప్రతిమకును నమస్కరించువారికిని, దాని నామముద్రను వేయించుకొనువారెవరికైనను పగలైనను రాత్రియైనను విశ్రాంతి ఉండదు. ప్రకటన గ్రంథము 14:9–11.</w:t>
      </w:r>
    </w:p>
    <w:p>
      <w:pPr>
        <w:pStyle w:val="ArticleBody"/>
        <w:jc w:val="left"/>
      </w:pPr>
      <w:r>
        <w:rPr>
          <w:rFonts w:ascii="Nirmala UI" w:hAnsi="Nirmala UI" w:eastAsia="Nirmala UI" w:cs="Nirmala UI"/>
        </w:rPr>
        <w:t>షేతు వంశస్థుడైన లెమెకు ఎవరికి ప్రతీకగా ఉన్నాడో ప్రకటన 15:2 తెలియజేస్తుంది:</w:t>
      </w:r>
    </w:p>
    <w:p>
      <w:pPr>
        <w:pStyle w:val="ArticleScripture"/>
        <w:jc w:val="left"/>
      </w:pPr>
      <w:r>
        <w:rPr>
          <w:rFonts w:ascii="Nirmala UI" w:hAnsi="Nirmala UI" w:eastAsia="Nirmala UI" w:cs="Nirmala UI"/>
        </w:rPr>
        <w:t>మరియు అగ్నితో కలిసిన స్ఫటిక సముద్రమువంటిదానిని నేను చూచితిని: ఆ క్రూరమృగమును, దాని ప్రతిమను, దాని ముద్రను, దాని నామసంఖ్యను జయించినవారు దేవుని వీణెలను పట్టుకొని ఆ స్ఫటిక సముద్రముమీద నిలిచియుండుట చూచితిని. ప్రకటన గ్రంథము 15:2.</w:t>
      </w:r>
    </w:p>
    <w:p>
      <w:pPr>
        <w:pStyle w:val="ArticleBody"/>
        <w:jc w:val="left"/>
      </w:pPr>
      <w:r>
        <w:rPr>
          <w:rFonts w:ascii="Nirmala UI" w:hAnsi="Nirmala UI" w:eastAsia="Nirmala UI" w:cs="Nirmala UI"/>
        </w:rPr>
        <w:t>షేతు వంశంలోని లెమెకు తన మరణం ద్వారా మూయబడిన ద్వారాన్ని సూచిస్తున్నాడు. కయీను వంశంలోని లెమెకు నాలుగు వందల తొంభై సంవత్సరాల కృపాకాలానికి సంబంధించిన మూయబడిన ద్వారాన్ని సూచిస్తున్నాడు. మూడు ప్రధాన ప్రవచనాత్మక లక్షణాలను కనబరచిన స్వభావం పట్ల హెచ్చరికగా కయీనుకు వేయబడిన గుర్తును చూడవలసి ఉంది. దేవుని నిర్దేశానుసారం దేవుని ఆరాధనలో పాల్గొనడానికి అతడు నిరాకరించాడు; అసూయతో కూడిన తీవ్రాగ్రహాన్ని ప్రదర్శించి తన తమ్ముణ్ణి హత్య చేశాడు; మూడవదిగా, పశ్చాత్తాపపడడానికి నిరాకరించాడు.</w:t>
      </w:r>
    </w:p>
    <w:p>
      <w:pPr>
        <w:pStyle w:val="ArticleBody"/>
        <w:jc w:val="left"/>
      </w:pPr>
      <w:r>
        <w:rPr>
          <w:rFonts w:ascii="Nirmala UI" w:hAnsi="Nirmala UI" w:eastAsia="Nirmala UI" w:cs="Nirmala UI"/>
        </w:rPr>
        <w:t>దేవునితో మానవజాతికి గల సంబంధాన్ని తెలియజేసే పది ఆజ్ఞల మొదటి పలకలోని ఆజ్ఞలను కయీను ఉల్లంఘించాడు; రెండవ పలక మానవజాతికి తోటి మానవులతో గల సంబంధాన్ని తెలియజేస్తుంది. అతని తిరుగుబాటు ముద్ర అతడు పశ్చాత్తాపం లేని ధర్మవిహీనుడని తెలియజేసింది. త్వరలో రానున్న ఆదివార చట్టం సందర్భంగా మూడవ దూతకు సంబంధించిన మూసివేయబడిన తలుపును కయీను, లెమెకు సూచిస్తారు. హనోకు, మెతూషెలహు, లెమెకు, నోవహు సూచించే చరిత్ర హనోకు ద్వారా సూచించబడే మొదటి దూత రాకతో ప్రారంభమవుతుంది; అందులో రెండవ దూతగా లెమెకు రాక, లెమెకు యొక్క రెండవ దూత వర్తమానానికి శక్తినిచ్చే అర్ధరాత్రి కేకగా మెతూషెలహు రాక ఉన్నాయి; ఆ తరువాత మూడవ దూతగా నోవహు జలప్రళయ సమయంలో మూసివేయబడిన తలుపును సూచిస్తాడు.</w:t>
      </w:r>
    </w:p>
    <w:p>
      <w:pPr>
        <w:pStyle w:val="ArticleBody"/>
        <w:jc w:val="left"/>
      </w:pPr>
      <w:r>
        <w:rPr>
          <w:rFonts w:ascii="Nirmala UI" w:hAnsi="Nirmala UI" w:eastAsia="Nirmala UI" w:cs="Nirmala UI"/>
        </w:rPr>
        <w:t>లెమెకు జలప్రళయానికి ఐదు సంవత్సరాల ముందు మరణించాడు; ఆ సంఘటన, త్వరలో రానున్న ఆదివార చట్టం సమయంలో తలుపు మూయబడటానికి ముందున్న ఐదు ప్రతీకాత్మక సంవత్సరాలను సూచిస్తుంది. లెమెకు 777 సంవత్సరాల వయస్సులో మరణించిన సమయానికే జయించిన సంఘానికి ముద్రవేసే కార్యం పూర్తవుతుంది. ఆ తరువాత, ఓడ తలుపు ప్రకృతాతీతంగా మూయబడటానికి ఏడు రోజుల ముందు, జంతువులు ఓడలోకి ప్రవేశించడం ప్రారంభించాయి.</w:t>
      </w:r>
    </w:p>
    <w:p>
      <w:pPr>
        <w:pStyle w:val="ArticleBody"/>
        <w:jc w:val="left"/>
      </w:pPr>
      <w:r>
        <w:rPr>
          <w:rFonts w:ascii="Nirmala UI" w:hAnsi="Nirmala UI" w:eastAsia="Nirmala UI" w:cs="Nirmala UI"/>
        </w:rPr>
        <w:t>మెతూషెల మరణించిన దినం ఆ ఏడు దినాలలో మొదటిది. తలుపు మూయబడకముందు ఇవ్వబడిన చివరి హెచ్చరిక, జంతువుల దృశ్య ప్రదర్శనతోపాటు, ఇప్పటివరకు మరణించినవారిలో అత్యధిక కాలం జీవించిన మనిషి జీవితకాలమంతటా ప్రకటింపబడుతూ వచ్చిన ఒక ప్రవచన నెరవేర్పుతో కూడిన ద్వివిధ సందేశం. ‘అతడు మరణించినప్పుడు, అది వస్తుంది’ అని అర్థమిచ్చే మెతూషెల పేరులో ఆ ప్రవచనం ఇమిడి ఉంది.</w:t>
      </w:r>
    </w:p>
    <w:p>
      <w:pPr>
        <w:pStyle w:val="ArticleBody"/>
        <w:jc w:val="left"/>
      </w:pPr>
      <w:r>
        <w:rPr>
          <w:rFonts w:ascii="Nirmala UI" w:hAnsi="Nirmala UI" w:eastAsia="Nirmala UI" w:cs="Nirmala UI"/>
        </w:rPr>
        <w:t>హనోకు తన కుమారుని పేరు ద్వారా ప్రకటించిన ప్రవచనం నెరవేరేలా సంభవించిన మెతూషెల మరణంతో ప్రారంభమై, జంతువుల వలస సాగిన ఏడు దినాలు సూచిస్తున్నట్లుగా, మానవజాతికి ఇవ్వబడే అంతిమ హెచ్చరిక సందేశం ప్రవచనపరమైన ఆవశ్యకతరీత్యా రెండు భాగాలతో కూడి ఉండాలి. మెతూషెల మరణం మరియు వలస వెళ్లే జంతువులు అనే రెండు భాగాలతో కూడిన సందేశమే మూడవ దూత యొక్క ముద్రవేత సందేశమని జంతువుల వలస సాగిన ఏడు దినాలు తెలియజేస్తాయి. యేసు ఎల్లప్పుడూ ఆరంభాన్ని దృష్టాంతంగా తీసుకొని అంత్యాన్ని వివరిస్తాడు; అర్ధరాత్రి కేక రెండవ దూత సందేశంతో కలిసినట్లే, ప్రకటన గ్రంథంలో ప్రకటన పద్దెనిమిదవ అధ్యాయంలోని మూడవ దూతతో నాలుగవ వచనంలోని రెండవ స్వరం కలుస్తుంది. ప్రకటన గ్రంథంలోని సంఘాలకూ ముద్రలకూ మధ్యనున్న ప్రవచనపరమైన సంబంధం సూచిస్తున్నట్లుగా, అంతిమ హెచ్చరిక సందేశం ఎల్లప్పుడూ అంతర్గత సందేశంగానూ బాహ్య సందేశంగానూ ప్రతిపాదించబడుతుంది. దానియేలు పదకొండవ అధ్యాయంలోని అంతిమ హెచ్చరిక సందేశం ఉత్తర, తూర్పు దిశల సందేశం. నోవహు కాలంలో మెతూషెల మరియు వలస వెళ్లే జంతువులే రెండు భాగాలతో కూడిన అంతిమ హెచ్చరిక సందేశం.</w:t>
      </w:r>
    </w:p>
    <w:p>
      <w:pPr>
        <w:pStyle w:val="ArticleBody"/>
        <w:jc w:val="left"/>
      </w:pPr>
      <w:r>
        <w:rPr>
          <w:rFonts w:ascii="Nirmala UI" w:hAnsi="Nirmala UI" w:eastAsia="Nirmala UI" w:cs="Nirmala UI"/>
        </w:rPr>
        <w:t>777 అనే గుర్తుతో కూడిన లెమెకు మరణం, యెహెజ్కేలు భార్య మరణించిన ముట్టడి ప్రారంభంతో సరిపోలుతుంది. షేతు వంశపరంపరచే సూచించబడే విశ్వాసపాత్రులకు అక్కడే ముద్ర వేయబడుతుంది; కయీను వంశపరంపరచే సూచించబడేవారు కూడా అక్కడే గుర్తును పొందుతారు. ఆదాము నుండి ఏడవవాడైన హనోకు ఒక కాలవ్యవధిలోని ఆల్ఫా మార్గసూచికకు ప్రాతినిధ్యం వహిస్తాడు; ఆ కాలవ్యవధి ముగింపులో చివరి తరమూ మొదటి తరమూ రెండూ ఎనిమిది అనే సంఖ్యతో సూచించబడతాయి. లెమెకు అనే పేరుగల ఇద్దరూ కృపాకాలపు ముగింపును సూచిస్తారు; లెమెకు మరణం ముట్టడి ప్రారంభంలో మూసివేయబడిన కృపాకాలపు ద్వారానికి ప్రాతినిధ్యం వహిస్తుంది.</w:t>
      </w:r>
    </w:p>
    <w:p>
      <w:pPr>
        <w:pStyle w:val="ArticleBody"/>
        <w:jc w:val="left"/>
      </w:pPr>
      <w:r>
        <w:rPr>
          <w:rFonts w:ascii="Nirmala UI" w:hAnsi="Nirmala UI" w:eastAsia="Nirmala UI" w:cs="Nirmala UI"/>
        </w:rPr>
        <w:t>హనోకు ప్రవచన చరిత్రకు అల్ఫాగా ఉన్నాడు; ప్రవచనపరమైన అనివార్యత రీత్యా అతడు ప్రవచన చరిత్రకు ఒక ఒమేగాను గుర్తించవలసి ఉంది. మరణాన్ని రుచి చూడకుండానే పూర్వ లోకం నుండి నూతన లోకానికి వెళ్లిన ఎనిమిది మంది ప్రాణులు ఆ ఒమేగాకు ప్రాతినిధ్యం వహిస్తున్నారు. హనోకు, ఆ ఎనిమిది మంది ప్రాణులు నూతన భూమికి చేరుకునే ముందు మరణాన్ని చూడలేదు. జంతువులు వలస వెళ్లిన ఏడు దినాలలో పూర్వ లోకం అంతమైంది; వర్షం కురవని ఏడు దినాలతో నూతన లోకం ప్రారంభమైంది. ఆ తరువాత 17వ దినం మొదలుకొని, ఐదు నెలల ముగింపులో పదిహేడవ దినాన దేవుడు వర్షాన్ని నిలిపివేసే వరకు, ఐదు నెలలపాటు వర్షమే కురుస్తూ ఉంది.</w:t>
      </w:r>
    </w:p>
    <w:p>
      <w:pPr>
        <w:pStyle w:val="ArticleHeading"/>
        <w:jc w:val="left"/>
      </w:pPr>
      <w:r>
        <w:rPr>
          <w:rFonts w:ascii="Nirmala UI" w:hAnsi="Nirmala UI" w:eastAsia="Nirmala UI" w:cs="Nirmala UI"/>
        </w:rPr>
        <w:t>ఐదు నెలలు</w:t>
      </w:r>
    </w:p>
    <w:p>
      <w:pPr>
        <w:pStyle w:val="ArticleBody"/>
        <w:jc w:val="left"/>
      </w:pPr>
      <w:r>
        <w:rPr>
          <w:rFonts w:ascii="Nirmala UI" w:hAnsi="Nirmala UI" w:eastAsia="Nirmala UI" w:cs="Nirmala UI"/>
        </w:rPr>
        <w:t>ప్రకటన గ్రంథం తొమ్మిదవ అధ్యాయంలో ఐదు నెలల కాలానికి రెండు సాక్ష్యాలు ఉన్నాయి; ఆ అధ్యాయంలో మూడు విభిన్న కాలప్రవచనాలు ఉన్నాయి. మొదటి ఐదు నెలల కాలం ఐదవ వచనంలో పేర్కొనబడింది; రెండవ ఐదు నెలల కాలం పదవ వచనంలో ఉంది; మూడు వందల తొంభై ఒక్క సంవత్సరాలూ పదిహేను రోజులూ గల కాలం పదిహేనవ వచనంలో ఉంది. 5, 10 మరియు 15 వచనాలు, ప్రవచన కాలం ప్రారంభంలో ఐదు నెలల కాలానికి సంబంధించిన రెండు సాక్ష్యాలతో, ఇస్లాంకు సంబంధించిన కాలప్రవచనాన్ని సూచిస్తాయి. 5 మరియు 10 వచనాలు రెండూ ఐదు నెలల కాలాన్ని సూచిస్తాయి; కాబట్టి, వాక్యం వెంబడి వాక్యంగా చూస్తే, ఐదవ వచనాన్ని పదవ వచనంతో కలిపినప్పుడు పదిహేను అవుతుంది. కాబట్టి, మొదటి ఐదు నెలల కాలం 15 అవుతుంది; మూడు వందల తొంభై ఒక్క సంవత్సరాలూ పదిహేను రోజులూ గల కాలం 15వ వచనంలో పేర్కొనబడింది. 5, 10 మరియు 15 వచనాల క్రమం, నిర్మాణం పదిహేను అనే సంఖ్యను రెండుసార్లు సూచిస్తాయి; కలిపితే పదిహేను అయ్యే మొదటి రెండు వచనాల్లో, ఒక్కొక్కటి నూట యాభై సంవత్సరాల కాలవ్యవధి గల రెండు కాలప్రవచనాలు ఉన్నాయి.</w:t>
      </w:r>
    </w:p>
    <w:p>
      <w:pPr>
        <w:pStyle w:val="ArticleBody"/>
        <w:jc w:val="left"/>
      </w:pPr>
      <w:r>
        <w:rPr>
          <w:rFonts w:ascii="Nirmala UI" w:hAnsi="Nirmala UI" w:eastAsia="Nirmala UI" w:cs="Nirmala UI"/>
        </w:rPr>
        <w:t>పదిహేనవ వచనం మూడు వందల తొంభై ఒక్క సంవత్సరాలు, పదిహేను దినాలతో కూడిన కాలప్రవచనాన్ని తెలియజేస్తుంది. క్రీస్తు పదిహేను అనే సంఖ్యను మూడు వచనాలలో మేళవించాడు; అవే వచనాలలో నిర్దేశించబడిన ప్రవచన కాలాన్ని ఉపయోగించి, ఐదవ, పదవ వచనాలను కూడడం ద్వారా సూచితమయ్యే 15 అనే సంఖ్యను పదిహేనవ వచనంతో అనుసంధానించినప్పుడు పదిహేను రెండింతలయ్యేలా చేయడానికి, ఆయన ఆ సంఖ్యను వేరుచేసి చూపించాడు. ఆ తరువాత క్రీస్తు పరస్పరం అనుసంధానమైన ఆ మూడు ప్రవచనాలనూ పదిహేను దినాలతో ముగించాడు.</w:t>
      </w:r>
    </w:p>
    <w:p>
      <w:pPr>
        <w:pStyle w:val="ArticleBody"/>
        <w:jc w:val="left"/>
      </w:pPr>
      <w:r>
        <w:rPr>
          <w:rFonts w:ascii="Nirmala UI" w:hAnsi="Nirmala UI" w:eastAsia="Nirmala UI" w:cs="Nirmala UI"/>
        </w:rPr>
        <w:t>ఈ అధ్యాయానికి కీలకమైనది 627లో జరిగిన నీనెవె యుద్ధం; దానికి ఐదు సంవత్సరాల తరువాత, 632లో సంభవించిన మహమ్మద్ మరణంతో మొదటి ఐదు నెలల ప్రవచనం ప్రారంభమవుతుంది. మహమ్మద్ మరణించిన పది సంవత్సరాల తరువాత పర్షియా సైన్యాలు నాశనమయ్యాయి; పర్షియా, రోము అనే రెండు శక్తులూ ఓడిపోతాయని మహమ్మద్ చేసిన ముందస్తు ప్రకటనకు అనుగుణంగా ఇది జరిగింది. కాబట్టి ప్రకటన గ్రంథం తొమ్మిదవ అధ్యాయంలోని చారిత్రక క్రమం పర్షియాకూ రోముకూ మధ్య జరిగిన నీనెవె యుద్ధంతో ప్రారంభమవుతుంది. ఆ తరువాత ఐదు సంవత్సరాలకు మహమ్మద్ మరణిస్తాడు; దానితో ఐదవ వచనంలోని నూట యాభై సంవత్సరాల కాలం ప్రారంభమవుతుంది. పది సంవత్సరాల తరువాత, 642లో జరిగిన నహావంద్ యుద్ధంలో పర్షియా ఓడిపోతుంది. ఇస్లాం నహావంద్ యుద్ధాన్ని “విజయాల విజయం” అని పిలిచింది. ప్రకటన గ్రంథం తొమ్మిదవ అధ్యాయంలోని మొదటి పదిహేను సంవత్సరాలు, తొలుత ఐదు సంవత్సరాలు, ఆ తరువాత పది సంవత్సరాలుగా ఉండే ఒక కాలవ్యవధిని సూచిస్తాయి. కాలవ్యవధికి సంబంధించిన చివరి ప్రవచనం 1840 ఆగస్టు 11న ముగిసింది. ఆ సంఘటనకు పది రోజుల ముందు, ఒట్టోమన్ ఆధిపత్యం అంతమవుతుందనే తన ముందస్తు ప్రకటనను జోసియా లిచ్ సవరించి ప్రచురించాడు. ప్రకటన గ్రంథం తొమ్మిదవ అధ్యాయంలోని ఇస్లాం చివరి పదిహేను రోజులు, జోసియా లిచ్ చేసిన కార్యం ద్వారా, మొదట ఐదు రోజులు, ఆ తరువాత పది రోజులుగా విభజించబడతాయి; ఎందుకంటే యేసు ఎల్లప్పుడూ ఆరంభాన్ని దృష్టాంతంగా తీసుకొని అంతాన్ని వివరిస్తాడు.</w:t>
      </w:r>
    </w:p>
    <w:p>
      <w:pPr>
        <w:pStyle w:val="ArticleBody"/>
        <w:jc w:val="left"/>
      </w:pPr>
      <w:r>
        <w:rPr>
          <w:rFonts w:ascii="Nirmala UI" w:hAnsi="Nirmala UI" w:eastAsia="Nirmala UI" w:cs="Nirmala UI"/>
        </w:rPr>
        <w:t>ఈ విషయాలను తదుపరి వ్యాసంలో కొనసాగిస్తాము.</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నలభైవ వచనపు మరుగునపడిన చరిత్ర - సంఖ్య ముప్పై మూడు</dc:title>
  <dc:subject>యెహెజ్కేలు సంఖ్య పద్నాలుగు</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