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ประวัติศาสตร์ที่ซ่อนเร้นของข้อที่สี่สิบ - หมายเลขสิบเก้า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วิบัติประการที่สอง - ภาคที่หก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2026-07-20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พระธรรมดาเนียลและวิวรณ์เกื้อกูลซึ่งกันและกัน กล่าวคือ เมื่อนำมารวมกันแล้วจึงครบถ้วนสมบูรณ์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“ในพระธรรมวิวรณ์ บรรดาหนังสือทั้งหลายของพระคัมภีร์มาบรรจบกันและสิ้นสุดลง ที่นี่คือส่วนเติมเต็มของพระธรรมดาเนียล” กิจการของอัครทูต, 585.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ราชอาณาจักรทั้งหลายแห่งคำพยากรณ์ในพระคัมภีร์ควรเป็นจุดมุ่งสนใจของผู้ศึกษาคำพยากรณ์ เพราะในสิ่งเหล่านั้นเอง ประวัติศาสตร์ภายนอกของยุคสุดท้ายได้ถูกนำเสนอไว้เป็นสำคัญ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“การเรียนรู้สาเหตุทั้งหลายที่กำกับการขึ้นและการล่มสลายของราชอาณาจักรทั้งหลาย ในแสงสว่างแห่งพระวจนะของพระเจ้านั้น ดีกว่ายิ่งนัก ให้เยาวชนศึกษาบันทึกเหล่านี้ และเห็นว่าความรุ่งเรืองอันแท้จริงของประชาชาติทั้งหลายนั้นได้ผูกพันอยู่กับการยอมรับหลักการอันทรงเป็นของพระเจ้า ให้เขาศึกษาประวัติศาสตร์ของขบวนการปฏิรูปครั้งยิ่งใหญ่ทั้งหลาย และเห็นว่าบ่อยครั้งเพียงใดที่หลักการเหล่านี้ แม้จะถูกดูหมิ่นและเกลียดชัง ทั้งผู้สนับสนุนของหลักการเหล่านั้นถูกนำไปสู่คุกมืดและแท่นประหาร ก็ยังได้มีชัยผ่านการเสียสละเหล่านี้เอง” Education, 238.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ประวัติศาสตร์อันศักดิ์สิทธิ์ ไม่ว่าจะเป็น “ขบวนการปฏิรูปครั้งยิ่งใหญ่” หรือ “ความรุ่งเรืองและความล่มสลายของราชอาณาจักรทั้งหลาย” ประวัติศาสตร์อันศักดิ์สิทธิ์เป็นเรื่องแห่งความเป็นความตายในพระวจนะของพระเจ้า เปาโลได้บันทึกไว้ใน 2 เธสะโลนิกา บทที่สอง ว่า บรรดาผู้ที่ไม่รักความจริง และภายหลังจึงได้รับความลุ่มหลงอย่างแรงกล้า ก็เป็นเช่นนั้นเพราะพวกเขาได้เลือกที่จะปฏิเสธข่าวสารที่เปาโลได้ระบุไว้ในพระธรรมตอนนั้น พระธรรมตอนนั้นชี้ให้เห็นถึงความสัมพันธ์ระหว่างโรมนอกศาสนากับโรมของสันตะปาปา ซึ่งเป็นความสัมพันธ์เดียวกันกับของเปอร์กามัสและธิยาทิรา และยังเป็นความสัมพันธ์เดียวกันกับของเหล็กและดินเหนียว ตลอดจนความสัมพันธ์ระหว่างพญานาคกับอำนาจสันตะปาปา การขึ้นมาของโรมของสันตะปาปาซึ่งธิยาทิราเป็นภาพแทน และการล่มสลายของโรมนอกศาสนาซึ่งเปอร์กามัสเป็นภาพแทน เป็นความจริงที่บรรดาผู้ซึ่งได้รับความลุ่มหลงอย่างแรงกล้าชิงชัง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ในประวัติศาสตร์ของขบวนการมิลเลอร์ไรต์ ข้อโต้แย้งระหว่างพวกมิลเลอร์ไรต์กับพวกโปรเตสแตนต์ซึ่งปรากฏอยู่ในแผนภูมิบุกเบิกปี 1843 นั้น ว่าด้วยคำถามว่า อำนาจทางประวัติศาสตร์ใดที่ถูกกล่าวถึงว่าเป็น “คนปล้นชิงแห่งชนชาติของเจ้า” ในข้อสิบสี่ของดาเนียลบทที่สิบเอ็ด คนปล้นชิงนั้นคือการผงาดขึ้นของโรมันนอกศาสนาตามที่พวกมิลเลอร์ไรต์ยืนยัน หรือคือการล่มสลายของพวกเซลูซิดตามที่พวกโปรเตสแตนต์อ้าง?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“ทุกประชาชาติที่ได้ก้าวขึ้นมาสู่เวทีแห่งการกระทำ ได้รับอนุญาตให้ครอบครองตำแหน่งของตนบนแผ่นดินโลก เพื่อให้เป็นที่ประจักษ์ว่าประชาชาตินั้นจะทำให้พระประสงค์ของ ‘ผู้เฝ้าดูและองค์บริสุทธิ์’ สำเร็จหรือไม่ คำพยากรณ์ได้ติดตามการรุ่งเรืองขึ้นและการล่มสลายของมหาอาณาจักรทั้งหลายของโลก—บาบิโลน มีเดีย-เปอร์เซีย กรีซ และโรม สำหรับแต่ละอาณาจักรเหล่านี้ ก็เช่นเดียวกับชนชาติที่มีอำนาจน้อยกว่า ประวัติศาสตร์ได้ซ้ำรอยเดิม แต่ละอาณาจักรมีช่วงเวลาแห่งการทดสอบของตน แต่ละอาณาจักรล้มเหลว ศักดิ์ศรีของตนเลือนหาย อำนาจของตนสูญสิ้น และตำแหน่งของตนถูกผู้อื่นเข้าครอบครอง....”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“จากการรุ่งขึ้นและล่มสลายของบรรดาประชาชาติ ดังที่ได้ทรงสำแดงไว้อย่างแจ่มแจ้งในหน้าพระคัมภีร์อันบริสุทธิ์ พวกเขาจำเป็นต้องเรียนรู้ว่าศักดิ์ศรีภายนอกและความรุ่งเรืองฝ่ายโลกเพียงอย่างเดียวนั้นไร้ค่าเพียงใด บาบิโลน พร้อมด้วยอำนาจทั้งสิ้นและความโอ่อ่าตระการของมัน ซึ่งโลกของเราไม่เคยได้เห็นสิ่งใดเสมอเหมือนอีกเลยนับแต่นั้นมา—อำนาจและความโอ่อ่าตระการซึ่งในสายตาของผู้คนในสมัยนั้นดูมั่นคงและยั่งยืนยิ่งนัก—ได้สูญสิ้นไปอย่างสิ้นเชิงเพียงไร! ดังเช่น ‘ดอกหญ้า’ มันก็พินาศไปแล้ว เช่นนั้นแหละ ทุกสิ่งที่มิได้มีพระเจ้าเป็นรากฐานก็ย่อมพินาศไป มีเพียงสิ่งที่ผูกพันอยู่กับพระประสงค์ของพระองค์และสำแดงพระลักษณะของพระองค์เท่านั้นที่สามารถดำรงอยู่ได้ หลักการของพระองค์เท่านั้นคือสิ่งมั่นคงถาวรเพียงอย่างเดียวที่โลกรู้จัก” Education, 177, 184.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ประวัติศาสตร์ตามพระคัมภีร์คือภาพนิมิตซึ่งซาโลมอนกล่าวว่า หากขาดเสียแล้วก็ย่อมพินาศ พวกมิลเลอไรต์ได้ตระหนักและประกาศช่วงเวลาหนึ่งร้อยห้าสิบปีซึ่งถูกแทนไว้ว่าเป็น “ห้าเดือน” ในวิวรณ์ บทที่ 9 ข้อ 5 และ 10 แต่พวกเขามิได้ขุดค้นลึกลงไปในประวัติศาสตร์ที่ถูกแทนไว้ในวิวรณ์ บทที่ 9 พวกเขาระบุ “ห้าเดือน” ในข้อ 10 ได้อย่างถูกต้อง แต่เห็นได้ชัดว่าพวกเขาคิดว่า เพราะทั้งข้อ 5 และข้อ 10 ต่างมีข้อความว่า “ห้าเดือน” เช่นเดียวกัน จึงเป็นเพียงการเน้นย้ำถึงคำพยากรณ์เรื่องการทรมานซึ่งถูกแทนไว้ในทั้งสองข้อนั้น บัดนี้สามารถแสดงให้เห็นได้โดยง่ายว่า เมื่อข้อ 5 กล่าวถึง “ห้าเดือน” นั้น ย่อมหมายถึงหนึ่งร้อยห้าสิบปีซึ่งเริ่มต้นเมื่อโมฮัมเหม็ดสิ้นชีวิตในปี ค.ศ. 632 และสิ้นสุดลงในปี ค.ศ. 782 ด้วยการทำให้อัครมเหสีไอรีนแห่งจักรวรรดิไบแซนไทน์ หรือจักรวรรดิโรมันตะวันออก ต้องอัปยศอดสู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บรรดาผู้บุกเบิกนั้นถูกต้องในการประยุกต์ใช้ข้อสิบกับยุทธการแห่งนีโคมีเดียเมื่อวันที่ 27 กรกฎาคม ค.ศ. 1299 ว่าเป็นจุดเริ่มต้นของระยะเวลาหนึ่งร้อยห้าสิบปี ซึ่งสิ้นสุดลงด้วยการทำให้คอนสแตนตินองค์สุดท้ายผู้ทรงครองราชย์ในคอนสแตนติโนเปิลต้องอัปยศเมื่อวันที่ 27 กรกฎาคม ค.ศ. 1449 ทีละบรรทัดต่อบรรทัด ระยะเวลาหนึ่งร้อยห้าสิบปีนี้ระบุถึงอิสลามทั่วโลก ดังที่เป็นตัวแทนโดยทั้งวิบัติประการที่หนึ่ง คืออิสลามแห่งอาระเบีย และวิบัติประการที่สอง คืออิสลามแห่งตุรกี อิสลามที่ทำให้ทั้งจักรพรรดิและจักรพรรดินีต้องอัปยศร่วมกันนั้น ระบุถึงอิสลามทั่วโลกในการพิชิตอาณาจักรหนึ่งซึ่งประกอบด้วยหญิงคนหนึ่ง อันมีไอรีนเป็นตัวแทน และชายคนหนึ่งอันมีคอนสแตนตินองค์สุดท้ายเป็นตัวแทน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ภายในช่วงหนึ่งร้อยห้าสิบปีซึ่งสิ้นสุดลงด้วยการทำให้อีรีนต้องอัปยศนั้น อิสลามแห่งอาระเบียได้เข้ายึดครองบริเวณหรือดินแดนของไบแซนไทน์ ทำให้อีรีนตกอยู่ในสภาพอันอัปยศถึงกับถูกบังคับให้ส่งบรรณาการเป็นเวลาสามปี พร้อมทั้งการกดขี่เรียกเอาสิ่งอื่น ๆ อีก เมื่อการทำให้คอนสแตนตินองค์สุดท้ายต้องอัปยศเกิดขึ้น เหตุการณ์นั้นได้เป็นเครื่องหมายเริ่มต้นของช่วงเวลาสี่ปีซึ่งสิ้นสุดลงด้วยการล้อมโจมตีและการโค่นล้มราชธานีแห่งโรมตะวันออก ในทั้งสองกรณี ล้วนเป็นอิสลาม—อิสลามอาหรับสำหรับอีรีน และอิสลามตุรกีสำหรับคอนสแตนตินองค์สุดท้าย ในยุคสุดท้าย อิสลามทั่วโลกตามที่เป็นตัวแทนโดยพยานสองปากแห่งอิสลามอาหรับและอิสลามตุรกีซึ่งปรากฏไว้ในวิบัติประการที่หนึ่งและประการที่สอง จะเข้ายึดเอาดินแดนก่อน แล้วจึงเข้ายึดราชธานี ภาวะทางการเมืองในยุคสุดท้ายซึ่งคอนสแตนตินแห่งโรมตะวันออกเป็นสัญลักษณ์แทนนั้น ได้สมรสเชิงสัญลักษณ์กับภาวะทางศาสนาในยุคสุดท้ายซึ่งอีรีนแห่งโรมตะวันออกเป็นสัญลักษณ์แทน ข้าพเจ้าใช้คำว่า ภาวะทางการเมือง และภาวะทางศาสนา เพื่อกล่าวให้ครอบคลุมว่า สัญลักษณ์แห่งรูปสัตว์ร้ายนั้นเกิดขึ้นก่อนในสหรัฐอเมริกา และต่อมาในโลก รูปสัตว์ร้ายคือการสมรสเชิงสัญลักษณ์ของคอนสแตนตินและอีรีน ผู้ซึ่งทั้งสองต่างถูกทำให้อัปยศโดยการสูญเสียดินแดนและราชธานีของตนแก่อิสลาม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การสมรสของทั้งสองถูกระบุให้เห็นได้โดยการเทียบเคียงประวัติศาสตร์ทั้งสองสาย และได้ถูกแสดงเป็นแบบอย่างไว้โดยการสมรสระหว่างคอนสแตนเทียกับลิซิเนียสในปี 313 เมื่อมีการประกาศใช้กฤษฎีกาแห่งมิลาน และคริสตจักรเชิงสัญลักษณ์แห่งสเมอร์นาได้สิ้นสุดลง และคริสตจักรเชิงสัญลักษณ์แห่งเปอร์กามอสได้เริ่มต้นขึ้น บรรดาผู้ซึ่งเปาโลระบุว่าได้รับความลุ่มหลงอย่างแรงกล้า ปฏิเสธที่จะมองเห็นข่าวสารคำเตือนของเปาโลซึ่งรวมถึงการละทิ้งความเชื่อ ก่อนที่คนแห่งบาปจะถูกสำแดง การละทิ้งความเชื่อเกิดขึ้นในประวัติศาสตร์ของเปอร์กามอส และคนแห่งบาปได้ถูกสำแดงในปี 538 แล้วคริสตจักรแห่งธยาทิราจึงได้เริ่มต้นขึ้น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อย่าให้ผู้ใดล่อลวงท่านด้วยวิธีใด ๆ เลย เพราะว่าวันนั้นจะไม่มาถึง เว้นแต่จะเกิดการละทิ้งความเชื่อขึ้นก่อน และมนุษย์แห่งบาป ผู้เป็นบุตรแห่งความพินาศ จะถูกสำแดงออกมา คือผู้ที่ต่อต้านและยกตนขึ้นเหนือสิ่งสารพัดที่ได้ชื่อว่าเป็นพระเจ้า หรือที่มนุษย์กราบไหว้บูชา จนถึงกับนั่งในพระวิหารของพระเจ้า แสดงตนว่าตนเองเป็นพระเจ้า 2 เธสะโลนิกา 2:3, 4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ประวัติศาสตร์ของโรมตะวันออกเป็นพยานสองประการต่อความจริงเชิงพยากรณ์ ซึ่งยังได้รับการสำแดงไว้ในความสัมพันธ์เชิงสัญลักษณ์ระหว่างโรมตะวันออกกับโรมตะวันตกด้วย ในความสัมพันธ์นั้น โรมตะวันตกคือคริสตจักร และโรมตะวันออกคือรัฐ โรมเป็นการผสมผสานระหว่างคริสตจักรกับรัฐ ดังที่ทรงแทนไว้ด้วยเหล็กและดินเหนียวในพระธรรมดาเนียล บทที่สอง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เหตุผลประการหนึ่งที่สามารถเห็นได้อย่างหนักแน่นว่า ในวาระสุดท้าย อิสลามทั่วโลกจะเข้าต่อสู้กับอำนาจหนึ่งซึ่งถูกพรรณนาไว้ว่าเป็นการผสมผสานระหว่างคริสตจักรกับรัฐ และยึดเอาดินแดนกับนครหลวงของอำนาจนั้นไว้ ก็คือมีพยานอีกสองประการจากประวัติศาสตร์อันศักดิ์สิทธิ์ของวิวรณ์บทที่เก้าคอยยืนยันอยู่ ออสมันพิชิตดินแดนของนิโคมีเดียเมื่อวันที่ 27 กรกฎาคม ค.ศ. 1299 และต่อมาอีกสองปี เขาก็พิชิตดินแดนของไนเซียในปี ค.ศ. 1301 บุตรชายของเขาพิชิตเมืองหลวงของไนเซียในปี ค.ศ. 1331 และบุตรชายคนเดิมนั้นก็พิชิตเมืองหลวงของนิโคมีเดียหลังจากการล้อมเมืองสี่ปีซึ่งสิ้นสุดลงในปี ค.ศ. 1337 บรรดาผู้บุกเบิกได้กำหนดวันที่ 27 กรกฎาคม ค.ศ. 1299 ไว้กับออสมัน แต่ไม่เคยมองไปยังสงครามครั้งถัดไป คือสงครามแห่งไนเซีย ในฐานะก้าวที่สองทางประวัติศาสตร์ของการสถาปนาจักรวรรดิออตโตมัน วันที่ 27 กรกฎาคม ค.ศ. 1299 เป็นก้าวแรกในหลายก้าวที่จะนำไปสู่กฎหมายวันอาทิตย์ สองก้าวแรกของอิสลามตุรกีได้ระบุจุดเริ่มต้นของคำพยากรณ์บทหนึ่งซึ่งสิ้นสุดลงในปี ค.ศ. 1449 แล้วต่อมาอีกครั้งในปี ค.ศ. 1840 แล้วอีกครั้งในเหตุการณ์ 9/11 และแล้วอีกครั้งในวันที่ 31 ธันวาคม ค.ศ. 2023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ก้าวแรกในสองก้าวนั้นไม่เพียงแต่เป็นจุดเริ่มต้นของหนึ่งร้อยห้าสิบปีเท่านั้น หากยังเป็นจุดเริ่มต้นของสามสิบแปดปีด้วย มันเริ่มต้นเมื่อออสมันเข้ายึดดินแดนนีโคมีเดีย และสิ้นสุดลงสามสิบแปดปีต่อมา เมื่อบุตรของออสมันเข้ายึดนครหลวงของนีโคมีเดียภายหลังการล้อมอยู่สี่ปีใน ค.ศ. 1337 จำนวนสามสิบแปดเป็นสัญลักษณ์ของ “การลุกขึ้น” และก้าวแรกที่ออสมันเข้ายึดดินแดนนั้นเป็นเครื่องหมายแห่งการลุกขึ้นของอิสลามตุรกี ในก้าวแรกซึ่งกินเวลาสามสิบแปดปีนั้น การล้อม “สี่ปี” เป็นเครื่องหมายบ่งชี้ถึงบทอวสาน ในก้าวสุดท้ายของหนึ่งร้อยห้าสิบปีนั้น การทำให้อัปยศได้ถูกนำมา และอีกสี่ปีต่อมา ใน ค.ศ. 1453 นครหลวงของโรมตะวันออกก็ถูกยึดครอง.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ไม่ว่าจะเป็นออตโตมันเติร์กในปี 1453 หรือบุตรของออสมานผู้ยึดทั้งนิโคมีเดียในปี 1337 และไนเซียในปี 1331 ในทั้งสามกรณี เมืองหลวงแต่ละแห่งล้วนเคยทำหน้าที่เป็นเมืองหลวงของโรมตะวันออกในช่วงหนึ่งของประวัติศาสตร์ ทั้งสามแนวระบุถึงการพิชิตโรมตะวันออก แต่ละแนวทั้งสามนี้ชี้ให้เห็นว่าอิสลามพิชิตดินแดนของโรมตะวันออกก่อน แล้วหลังจากนั้นจึงพิชิตเมืองหลวงของโรมตะวันออก ชื่อของเมืองหลวงทั้งสามแห่งนั้นเป็นชื่อเดียวกันกับชื่อของดินแดน แต่ละแนวทั้งสามมีบุคคลสำคัญทางประวัติศาสตร์ที่เป็นอัลฟาและโอเมกาอย่างจำเพาะของตน ขณะเดียวกันที่ระบุถึงความสัมพันธ์ระหว่างคริสตจักรกับรัฐ พร้อมกับการทำให้อับอายโดยอิสลามต่อทั้งจักรพรรดิและจักรพรรดินี ความอัปยศตามคำพยากรณ์นั้นได้เชื่อมโยงแนวเหล่านั้นเข้ากับโรมตะวันตก ซึ่งก็ถูกทำให้อัปยศเช่นกันโดยคอนสแตนตินมหาราช เมื่อพระองค์ทรงเลือกกรุงคอนสแตนติโนเปิลเหนือกรุงโรมในปี 330 ความอัปยศครั้งสุดท้ายของโรมตะวันตกมาถึงในปี 476 พร้อมกับจักรพรรดิองค์สุดท้าย และจากนั้นก็ยังคงเสื่อมถอยลงอย่างรวดเร็วต่อไป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โรมตะวันตก เมื่อสัมพันธ์กับโรมตะวันออกแล้ว คือคริสตจักร; ส่วนตะวันออกคือรัฐ การถ่อมลงเริ่มขึ้นใน ค.ศ. 330 แล้วต่อมามีการถ่อมลงอีกใน ค.ศ. 476 และต่อมาใน ค.ศ. 782 และแล้วอีกครั้งใน ค.ศ. 1449 เส้นทางแห่งการถ่อมลงซึ่งเริ่มต้นด้วยการแบ่งแยกของอาณาจักร ตามมาด้วยใน ค.ศ. 476 ด้วยความอัปยศจากการสูญเสียจักรพรรดิ และด้วยเหตุนั้นจึงสูญเสียจักรวรรดิ แล้วต่อมาก็มีอิสลามนำความอัปยศมาสู่ดินแดนแห่งตะวันออกก่อนใน ค.ศ. 782 และจากนั้นมาสู่เมืองหลวงแห่งตะวันออกใน ค.ศ. 1453.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อิสลามในคำพยากรณ์แห่งพระคัมภีร์ทำให้เส้นสายของทั้งโรมตะวันออกและโรมตะวันตกปรากฏชัด และความสว่างที่อิสลามกำลังก่อให้เกิดขึ้นในปัจจุบันนั้นสอดคล้องกับ แต่ไกลยิ่งกว่าความสว่างพื้นฐานที่อิสลามเคยเป็นสำหรับบรรพชนผู้บุกเบิกฝ่ายมิลเลอไรต์ การทดสอบซึ่งได้เริ่มขึ้นในปี 2024 ด้วยคำถามว่าใครคือ ‘โจรแห่งชนชาติของท่านผู้สถาปนานิมิตนั้น’ เป็นอัลฟาของช่วงเวลาแห่งการทดสอบ และบัดนี้ ณ ตอนปลายของช่วงเวลาแห่งการทดสอบ ความสว่างจากเรื่องอิสลามในพระธรรมวิวรณ์บทที่เก้าได้เพิ่มเติมพยานหลักฐานเกี่ยวกับโรมตะวันตกและโรมตะวันออกซึ่งไม่เคยได้รับการพิจารณามาก่อนเลยจนกระทั่งในวาระสุดท้ายปัจจุบันนี้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แนวคำพยากรณ์ของอิสลามซึ่งแสดงไว้ในบทที่เก้าถึงบทที่สิบเอ็ด นำแนวประวัติศาสตร์ซึ่งปรากฏอยู่ในข้อที่สิบถึงข้อที่สิบหกของดาเนียลบทที่สิบเอ็ดมารวมเข้าด้วยกัน โดยจัดเตรียมคำพยานที่เชื่อมโยงกับแนวต่าง ๆ ที่ได้กล่าวถึงแล้วในบทความเหล่านี้ แต่ภายในภาพประกอบเชิงพยากรณ์ของการรุ่งขึ้นของอิสลามนั้น มีทั้งการรุ่งขึ้นของขบวนการมิลเลอไรต์และขบวนการของคนหนึ่งแสนสี่หมื่นสี่พันรวมอยู่ด้วย ช่วงเวลาสองช่วง ช่วงละสี่ปี ซึ่งถูกกำหนดไว้อย่างมั่นคงภายในและในฐานะส่วนหนึ่งของคำพยากรณ์เรื่องเวลาในวิวรณ์บทที่เก้า เป็นพยานยืนยันถึงสี่ปีตั้งแต่ ค.ศ. 1840 ถึง ค.ศ. 1844 ในปี ค.ศ. 1844 เวลาตามคำพยากรณ์ไม่มีอีกต่อไป ดังนั้นช่วงเวลาเชิงสัญลักษณ์สี่ปีจึงถูกกำหนดความหมายโดยลักษณะเชิงพยากรณ์ของมัน มิใช่โดยเวลา ช่วงสี่ปีช่วงแรกระบุถึงการที่อิสลามพิชิตนิโคมีเดีย อดีตราชธานีโรมันตะวันออก ในปี ค.ศ. 1337 สามสิบแปดปีหลังจากที่บิดาของเขาพิชิตดินแดนนั้น ส่วนสี่ปีช่วงที่สองระบุถึงการทำให้ผู้ปกครองฝ่ายการเมืองและฝ่ายศาสนาของโรมตะวันออกต้องอัปยศในปี ค.ศ. 1449 ซึ่งเกิดขึ้นโดยอิสลาม และสี่ปีช่วงที่สามระบุถึงการสำแดงอันรุ่งโรจน์แห่งฤทธานุภาพของพระเจ้า เมื่อทูตสวรรค์ผู้ทรงกระทำให้แผ่นดินโลกสว่างไสวด้วยสง่าราศีของท่านได้เสด็จลงมาในวันที่ 11 สิงหาคม ค.ศ. 1840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ประวัติศาสตร์ของขบวนการมิลเลอไรต์แห่งทูตสวรรค์องค์ที่หนึ่งและองค์ที่สองสอดคล้องกับประวัติศาสตร์ของทูตสวรรค์องค์ที่สามในระหว่างการประทับตราคนหนึ่งแสนสี่หมื่นสี่พันคนนั้น งานประทับตราขั้นสุดท้ายนั้นคือการลบมลทินแห่งบาปออกไป เป็นการผสานกันระหว่างพระลักษณะแห่งพระเจ้ากับความเป็นมนุษย์ และเกิดขึ้นท่ามกลางสงครามที่อิสลามกำลังก่อขึ้น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และเขาได้เปิดบ่อเหวไร้ก้นบึ้งนั้น; และมีควันพลุ่งขึ้นมาจากบ่อเหวนั้น ดุจควันจากเตาเผาใหญ่; และดวงอาทิตย์กับอากาศก็มืดมัวไปเพราะควันจากบ่อเหวนั้น และจากควันนั้นมีฝูงตั๊กแตนออกมาสู่แผ่นดินโลก; และมันทั้งหลายได้รับอำนาจ ดังที่แมงป่องแห่งแผ่นดินโลกมีอำนาจ และมีบัญชาแก่พวกมันว่า อย่าได้ทำอันตรายแก่หญ้าแห่งแผ่นดินโลก หรือสิ่งเขียวสดใด ๆ หรือบรรดาต้นไม้ใด ๆ เลย; แต่ให้ทำอันตรายเฉพาะแก่มนุษย์เหล่านั้นซึ่งไม่มีตราประทับของพระเจ้าอยู่ที่หน้าผากของตน วิวรณ์ 9:2–4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ความสำเร็จครบถ้วนสมบูรณ์ของคำพยากรณ์ทุกประการอยู่ในวาระสุดท้าย ดังนั้นข้อความตอนนี้จึงกำลังชี้ให้เห็นถึงการประทับตราของคนหนึ่งแสนสี่หมื่นสี่พันคน คำพยากรณ์เรื่องอิสลามในวิวรณ์บทที่เก้าให้กุญแจทางประวัติศาสตร์เพื่อนำภาพประกอบที่สมบูรณ์ที่สุดแห่งอำนาจซึ่งสถาปนานิมิตนั้นมาประกอบเข้าด้วยกันในประวัติศาสตร์ที่ถึงจุดสุดยอดเมื่อวันที่ 11 สิงหาคม ค.ศ. 1840 เมื่ออิสลามถูกยับยั้งไว้ จากจุดนั้น คำพยานของวิวรณ์บทที่เก้าจึงต่อเนื่องเข้าไปถึงบทที่สิบและประวัติศาสตร์ของทูตสวรรค์องค์ที่หนึ่งและองค์ที่สอง แล้วในบทที่สิบเอ็ด ความวิบัติประการที่สามก็มาถึงอย่างฉับพลัน ณ กฎหมายวันอาทิตย์ ซึ่งเป็นเวลาที่เสียงร้องอันดังของทูตสวรรค์องค์ที่สามเริ่มต้นขึ้น บทที่เก้าเป็นกุญแจเรื่องอิสลามในการจัดระเบียบการขึ้นและการล่มสลายของอาณาจักรทั้งหลายตามที่ได้แสดงไว้ในดาเนียลและวิวรณ์ บทที่สิบและบทที่สิบเอ็ดชี้ให้เห็นประสบการณ์ของหญิงพรหมจารีที่มีปัญญาหนึ่งแสนสี่หมื่นสี่พันคน บทที่เก้าชี้ให้เห็นสัญลักษณ์ที่สถาปนานิมิตภายนอก และบทที่สิบกับบทที่สิบเอ็ดชี้ให้เห็นนิมิตภายในที่สัมพันธ์กับการติดตามพระเมษโปดกเข้าไปในอภิสุทธิสถา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วิวรณ์บทที่สิบเปิดฉากด้วยพระคริสต์ในฐานะทูตสวรรค์ผู้ทรงฤทธิ์ ผู้เสด็จลงมาพร้อมกับหนังสือเล่มเล็กที่เปิดอยู่ เหตุการณ์นั้นสำเร็จครบถ้วนเมื่อวันที่ 11 สิงหาคม ค.ศ. 1840 ณ บทสรุปของคำพยากรณ์ในวิวรณ์บทที่เก้า ซึ่งระบุช่วงเวลาสามร้อยเก้าสิบเอ็ดปีและสิบห้าวัน วิวรณ์บทที่สิบระบุประวัติศาสตร์ต่อเนื่องไปจนถึงเวลาที่ข่าวสารถูกทำให้ขมในท้องของยอห์นเมื่อวันที่ 22 ตุลาคม ค.ศ. 1844 ช่วงสี่ปีตั้งแต่ ค.ศ. 1840 ถึง ค.ศ. 1844 เริ่มต้นด้วยการมาถึงของทูตสวรรค์องค์ที่หนึ่งและสิ้นสุดลงด้วยการมาถึงของทูตสวรรค์องค์ที่สาม สี่ปีดังกล่าวซึ่งตามมาภายหลังการสำเร็จครบถ้วนของวันที่ 11 สิงหาคม ค.ศ. 1840 นั้น ได้รับการเป็นแบบอย่างโดยสี่ปีตั้งแต่วันที่ 27 กรกฎาคม ค.ศ. 1449 จนถึง ค.ศ. 1453 ณ จุดเริ่มต้นของช่วงสามร้อยเก้าสิบเอ็ดปีและสิบห้าวัน ช่วงเวลาสี่ปีทั้งสองนี้สอดคล้องกับสี่ปีแห่งการล้อมเมืองนิโคมีเดียตั้งแต่ ค.ศ. 1333 จนถึง ค.ศ. 1337 ในเชิงสัญลักษณ์ โรมตะวันออกถูกอิสลามพิชิตสามครั้ง ครั้งแรกคือในการล้อมเมืองนีเซียใน ค.ศ. 1331 จากนั้นคือการล้อมเมืองนิโคมีเดียเป็นเวลาสี่ปีใน ค.ศ. 1337 และต่อมาคือการล้อมกรุงคอนสแตนติโนเปิลใน ค.ศ. 1453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ไดโอคลีเชียนได้แบ่งกรุงโรมออกเป็นตะวันออกและตะวันตกโดยชอบด้วยกฎหมายในปี 393 และคอนสแตนตินได้แบ่งกรุงโรมออกเป็นตะวันออกและตะวันตกในเชิงพยากรณ์ในปี 330 ในปี 395 เมื่อจักรพรรดิธีโอโดซิอุสที่ 1 สิ้นพระชนม์ จักรวรรดิได้ถูกแบ่งแยกอย่างเป็นทางการและถาวร เมื่อพระองค์ทรงยกมอบดินแดนตะวันออกและตะวันตกแก่พระราชโอรสทั้งสองพระองค์ คริสตจักรคาทอลิกได้แบ่งออกเป็นตะวันออกและตะวันตกในปี 1054 ในเหตุการณ์ “ความแตกแยกครั้งใหญ่” การแบ่งแยกนั้นเป็นไปอย่างค่อยเป็นค่อยไป เช่นเดียวกับความเสื่อมสลายที่ตามมา และการแบ่งแยกนั้นยังคงดำรงอยู่ตราบจนทุกวันนี้ ภายในห้าสิบปีนับจากเวลานั้น คริสตจักรตะวันตกในกรุงโรมได้เริ่มต้นสงครามครูเสดต่อต้านอิสลามซึ่งกินเวลาราวสองร้อยปี โรมตะวันตกสิ้นสุดลงเมื่อสูญเสียจักรพรรดิองค์สุดท้ายในปี 476 โรมตะวันออกล่มสลายในปี 1453 โรมของสันตะปาปาล่มสลายในปี 1798 โรมนอกศาสนาได้แบ่งออกเป็นตะวันออกและตะวันตกในปี 393, 330 และ 395 โรมของสันตะปาปาได้แบ่งออกเป็นตะวันออกและตะวันตกในปี 1054 ซิสเตอร์ไวท์ระบุว่าการขึ้นและการล่มสลายของอาณาจักรต่าง ๆ เป็นจุดอ้างอิงสำคัญประการหนึ่งในการศึกษาพระวจนะของพระเจ้า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อาณาจักรทั้งหลายที่ถูกนำออกมาสู่ความสว่างแห่งประวัติศาสตร์จากวิวรณ์บทที่เก้า เสริมกำลังแก่ข้อโต้แย้งที่ว่า โรมคือผู้สถาปนานิมิตนั้น ความเชื่อมโยงเชิงพยากรณ์ระหว่างอิสลามกับชนหนึ่งแสนสี่หมื่นสี่พัน เป็นหลักฐานว่าข่าวสารแห่งเสียงร้องในเวลาเที่ยงคืน ซึ่งได้รับการเป็นแบบอย่างไว้โดยพระคริสต์เมื่อทรงขี่ลาขึ้นสู่กรุงเยรูซาเล็มนั้น ถูกแทนไว้ด้วยคำพยากรณ์เรื่องเวลาซึ่งเริ่มต้นขึ้นในสมัยแห่งวิบัติประการที่หนึ่ง ดำเนินต่อไปในส่วนที่สองของคำพยากรณ์ในวิบัติประการที่สอง และบรรลุความสำเร็จของมันในประวัติศาสตร์สี่ปีที่ขบวนการมิลเลอร์ไรต์แห่งทูตสวรรค์องค์ที่หนึ่งและองค์ที่สองได้เริ่มต้นขึ้นพร้อมกับการสำเร็จตามของคำพยากรณ์เดียวกันนั้น คำพยากรณ์นั้นเริ่มต้นด้วยสัญลักษณ์แห่ง “สามสิบแปดและสองปี” (1299 และ 1301) ปี ซึ่งหมายสำคัญถึงการรุ่งขึ้นของอิสลาม และสิ้นสุดลงด้วยสัญลักษณ์แห่ง “สามสิบแปดและสองปี” (1838 และ 1840) ซึ่งหมายสำคัญถึงการรุ่งขึ้นของพวกมิลเลอร์ไรต์.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ในปี ค.ศ. 1844 เมื่อสิ้นสุดระยะเวลาสี่ปีของฝ่ายมิลเลอไรต์ ซึ่งได้ถูกจำลองไว้โดยการล้อมระหว่างปี 1333 ถึง 1337 และ 1449 จนถึงการล้อมในปี 1453 เวลาพยากรณ์ก็จะต้องไม่นำมาประยุกต์ใช้อีกต่อไป การชูธงสัญญาณของคนหนึ่งแสนสี่หมื่นสี่พันนั้นเชื่อมโยงโดยตรงกับคำพยากรณ์ที่ศาสนาอิสลามถูกชูขึ้น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ยูดาห์เอ๋ย เจ้าเป็นผู้ที่พี่น้องของเจ้าจะสรรเสริญ มือของเจ้าจะอยู่ที่คอศัตรูของเจ้า บุตรทั้งหลายของบิดาเจ้าจะกราบลงต่อหน้าเจ้า ยูดาห์เป็นลูกสิงห์ จากเหยื่อ บุตรเอ๋ย เจ้าได้ขึ้นมาแล้ว เขาหมอบลง เขานอนหมอบดังสิงห์ และดุจสิงห์แก่ ใครเล่าจะปลุกเขาให้ลุกขึ้นได้? คทาจะไม่พรากไปจากยูดาห์ หรือผู้ทรงบัญญัติจากระหว่างเท้าของเขา จนกว่าชิโลห์จะมา และชนชาติทั้งหลายจะมาชุมนุมกันต่อท่าน เขาผูกลูกลาของตนไว้กับเถาองุ่น และลูกลาตัวเมียของตนไว้กับเถาองุ่นชั้นดี เขาซักเสื้อผ้าของตนในเหล้าองุ่น และอาภรณ์ของตนในโลหิตแห่งองุ่น นัยน์ตาของเขาจะแดงด้วยเหล้าองุ่น และฟันของเขาขาวด้วยน้ำนม ปฐมกาล 49:8–12.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คนหนึ่งแสนสี่หมื่นสี่พันสะท้อนพระลักษณะของพระคริสต์ได้อย่างสมบูรณ์แบบ และพระคริสต์นั้น ท่ามกลางภาพแทนเชิงสัญลักษณ์อื่น ๆ ทรงเป็น “เถาองุ่นอันทรงเลือกสรร” ส่วนอิชมาเอลถูกระบุว่าเป็นคน “ป่าเถื่อน” ใน ปฐมกาล 16:12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และเขาจะเป็นคนดุจลาเถื่อน มือของเขาจะต่อสู้กับทุกคน และมือของทุกคนจะต่อสู้กับเขา และเขาจะอาศัยอยู่ต่อหน้าพี่น้องทั้งสิ้นของเขา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คำที่แปลว่า “ป่า” นั้นหมายถึงลาป่าอาหรับ ตัวแทนของพระคริสต์ในยุคสุดท้ายขี่อยู่บนข่าวสารของลาป่าอาหรับ ลาที่พระคริสต์ทรงขี่เสด็จเข้าสู่กรุงเยรูซาเล็ม ลาที่ในที่สุดก็พูดขึ้นหลังจากบาลาอัมตีมันเป็นครั้งที่สาม ข่าวสารที่เสริมกำลังแก่ข่าวสารของทูตองค์แรกในปี 1840 ไม่ได้มองเห็นคำพยากรณ์หนึ่งร้อยห้าสิบปีที่เกี่ยวข้องและสำคัญยิ่งในประวัติศาสตร์เชิงพยากรณ์เดียวกันนั้นเองซึ่งเป็นที่ตั้งของข่าวสารที่เสริมกำลังแก่ขบวนการนั้น พวกเขาไม่ได้มองเห็นช่วงเวลาสี่ปีสองช่วงในคำพยากรณ์เรื่องเวลาเดียวกันนั้น ซึ่งเป็นแบบอย่างของประวัติศาสตร์ตั้งแต่ปี 1840 จนถึง 1844 ขณะนี้ สิงห์แห่งเผ่ายูดาห์กำลังทรงเปิดเผยความสว่างจาก “วิถีโบราณ” ซึ่งไม่เคยมีผู้ใดเห็นมาก่อน และเป็นความสว่างที่สอดคล้องกับความสว่างซึ่งได้เปิดออกมาตั้งแต่วันที่ 31 ธันวาคม 2023 ความสว่างนี้ขจัดความสงสัยทั้งสิ้นว่าเป็นอิสลามหรือไม่ที่โจมตีแนชวิลล์ มันส่องให้เห็นสัญลักษณ์ของโรม จึงกลายเป็นถ้อยแถลงโอเมกาต่อข้อโต้แย้งอัลฟาในปี 2024 เกี่ยวกับโจรของชนชาติของเจ้า และยังเป็นสัญลักษณ์โอเมกาของข้อโต้แย้งเกี่ยวกับสัญลักษณ์เดียวกันนั้นเองในประวัติศาสตร์ของมิลเลอไรต์ด้วย มันชี้ให้เห็นว่า อิสลามในคำพยากรณ์เรื่องเวลาแห่งวิวรณ์บทที่เก้า เป็นข่าวสารภายนอกในระหว่างประวัติศาสตร์ภายในของเวลาการประทับตราของคนหนึ่งแสนสี่หมื่นสี่พัน เราได้สั่งสอนข้อเท็จจริงนี้มาระยะหนึ่งแล้ว แต่บัดนี้สามารถสาธิตได้บนเส้นเดียวซึ่งเริ่มต้นในวิวรณ์บทที่เก้าและสิ้นสุดในวิวรณ์บทที่สิบเอ็ด ช่วงเวลาสี่ปีช่วงที่สามซึ่งเชื่อมโยงกับคำพยากรณ์เรื่องเวลาของอิสลามที่สำเร็จแล้วตั้งแต่ปี 1840 จนถึง 1844 เป็นภาพประกอบของเวลาการประทับตราของคนหนึ่งแสนสี่หมื่นสี่พัน โดยแผ่นดินไหวใหญ่แห่งวิวรณ์บทที่สิบเอ็ด คนหนึ่งแสนสี่หมื่นสี่พันถูกยกขึ้นเป็นธงสำคัญ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ในเอเสเคียลบทที่สามสิบเจ็ด การทรงยกประชากรของพระเจ้าขึ้นเป็นกองทัพนั้นเป็นกระบวนการสองขั้น ซึ่งได้ถูกทำให้เป็นแบบล่วงหน้าไว้แล้วโดยการทรงสร้างอาดัม ประการแรก อาดัมถูกทรงปั้นขึ้นจากดินเหนียว จากนั้นพระคริสต์ทรงระบายลมหายใจแห่งชีวิตเข้าในเขา ในเอเสเคียล คำพยากรณ์ครั้งแรกก่อร่างศพทั้งหลายขึ้น แต่พวกเขายังคงตายอยู่ จากนั้นลมทั้งสี่ก็ถูกเป่าลงบนศพเหล่านั้น และพวกเขาก็ลุกขึ้นเป็นกองทัพใหญ่ยิ่ง จำนวนสามสิบแปดและสี่สิบเป็นภาพแทนของสองขั้นตอนนั้น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เราจะกล่าวถึงสิ่งเหล่านี้ต่อไปในบทความถัดไป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ภายหลังเหตุการณ์นั้น ก็มีเทศกาลหนึ่งของพวกยิว และพระเยซูเสด็จขึ้นไปยังกรุงเยรูซาเล็ม ที่กรุงเยรูซาเล็มตรงประตูแกะมีสระน้ำแห่งหนึ่ง ซึ่งในภาษาฮีบรูเรียกว่า เบเธสดา มีเฉลียงห้าหลัง ใต้เฉลียงเหล่านั้นมีคนเจ็บป่วยเป็นอันมากนอนอยู่ ทั้งคนตาบอด คนง่อย คนเหี่ยวแห้ง คอยการเคลื่อนไหวของน้ำ เพราะในบางฤดูทูตสวรรค์องค์หนึ่งจะลงมายังสระและทำน้ำให้ปั่นป่วน ดังนั้น ผู้ใดลงไปก่อนเป็นคนแรกภายหลังที่น้ำปั่นป่วนแล้ว ก็จะหายจากโรคใด ๆ ที่ตนเป็นอยู่ และมีชายคนหนึ่งอยู่ที่นั่นซึ่งเป็นโรคมาแล้วถึงสามสิบแปดปี เมื่อพระเยซูทอดพระเนตรเห็นเขานอนอยู่ และทรงทราบว่าเขาเป็นเช่นนั้นมาช้านานแล้ว จึงตรัสกับเขาว่า “ท่านอยากหายเป็นปกติหรือ” คนเจ็บนั้นทูลตอบพระองค์ว่า “ท่านเจ้าข้า ข้าพเจ้าไม่มีผู้ใดจะพาข้าพเจ้าลงไปในสระเมื่อน้ำปั่นป่วน แต่ในขณะที่ข้าพเจ้ากำลังไปนั้น คนอื่นก็ลงไปก่อนข้าพเจ้า” พระเยซูตรัสกับเขาว่า “จงลุกขึ้น ยกแคร่ของท่าน แล้วเดินไปเถิด” ทันใดนั้น ชายคนนั้นก็หายเป็นปกติ และยกแคร่ของตนเดินไป และวันนั้นเป็นวันสะบาโต ยอห์น 5:1–9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บัดนี้จงลุกขึ้นเถิด เรากล่าว และข้ามลำธารเศเรดไป และเราทั้งหลายก็ได้ข้ามลำธารเศเรดไป และช่วงเวลาที่เราทั้งหลายเดินทางจากคาเดชบารเนีย จนกระทั่งเราข้ามลำธารเศเรดนั้น เป็นเวลาสามสิบแปดปี จนคนทั้งชั่วอายุ คือบรรดาชายฉกรรจ์สำหรับการสงคราม ได้สูญสิ้นไปจากท่ามกลางค่าย ตามที่พระยาห์เวห์ทรงปฏิญาณไว้แก่เขาทั้งหลาย เฉลยธรรมบัญญัติ 2:13, 14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ประวัติศาสตร์ที่ซ่อนเร้นของข้อที่สี่สิบ - หมายเลขสิบเก้า</dc:title>
  <dc:subject>วิบัติประการที่สอง - ภาคที่หก</dc:subject>
  <dc:creator>Jeff Pippenger</dc:creator>
  <cp:keywords/>
  <dc:description>Generated by ArticleDigger from hidden_history\19_hidden_history.json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