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 - หมายเลขยี่สิบ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วิบัติประการที่สอง - ภาคที่เจ็ด - เอเสเคียล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2026-07-29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ป็นความเข้าใจตามพระคัมภีร์ที่ยอมรับได้ที่จะระบุว่าผู้เผยพระวจนะเอเสเคียลมีอายุสามสิบปีในข้อเปิดเรื่องของท่า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อยู่มาในปีที่สามสิบ ในเดือนที่สี่ ในวันที่ห้าของเดือน ขณะที่ข้าพเจ้าอยู่ท่ามกลางพวกเชลยริมแม่น้ำเคบาร์ ฟ้าสวรรค์ก็เปิดออก และข้าพเจ้าได้เห็นนิมิตของพระเจ้า ในวันที่ห้าของเดือนนั้น ซึ่งเป็นปีที่ห้าแห่งการถูกกวาดไปเป็นเชลยของกษัตริย์เยโฮยาคีน พระวจนะของพระยาห์เวห์มาถึงเอเสเคียลปุโรหิต บุตรชายของบูซี อย่างชัดแจ้ง ในแผ่นดินของชาวเคลเดียริมแม่น้ำเคบาร์ และพระหัตถ์ของพระยาห์เวห์ก็สถิตอยู่เหนือท่าน ณ ที่นั่น เอเสเคียล 1:1–3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บางคนเชื่อว่า “ปีที่สามสิบ” นั้นอิงอยู่กับรอบปีโยบีลเฉพาะรอบหนึ่ง ซึ่งเริ่มต้นด้วยกษัตริย์โยสิยาห์และสิ้นสุดลงที่ข้อหนึ่งของบทที่สี่สิบ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ในปีที่ยี่สิบห้าแห่งการเป็นเชลยของเรา ในต้นปี ในวันที่สิบของเดือน ในปีที่สิบสี่หลังจากที่เมืองนั้นถูกตีทำลาย ในวันเดียวกันนั้นเอง พระหัตถ์ของพระยาห์เวห์ทรงอยู่เหนือข้าพเจ้า และทรงนำข้าพเจ้าไปยังที่นั่น เอเสเคียล 40:1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นักลำดับเหตุการณ์ตามพระคัมภีร์กำหนดวันที่ของข้อหนึ่งในบทที่สี่สิบไว้ว่าเป็นได้ทั้งวันที่ 28 เมษายน หรือวันที่ 22 ตุลาคม ปี 573 ก่อนคริสตกาล ผู้เผยพระวจนะทั้งปวงต่างชี้ไปยังวาระสุดท้าย ดังนั้น วันฤดูใบไม้ร่วงคือวันที่ 22 ตุลาคม ปี 573 ก่อนคริสตกาล จึงเป็นวันโอเมกาของเส้นเวลาหนึ่งซึ่งได้เริ่มต้นขึ้นเมื่อห้าสิบปีก่อน ในเหตุการณ์ที่เรียกว่า “ปัสกาครั้งยิ่งใหญ่ของโยสิยาห์” เมื่อวันที่ 5 พฤษภาคม ปี 622 ก่อนคริสตกาล.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เลขสามสิบเป็นสัญลักษณ์ของบรรดาปุโรหิตซึ่งต้องมีอายุสามสิบปีเมื่อเริ่มปฏิบัติหน้าที่ ไม่ว่าข้อหนึ่งถึงสามของเอเสเคียลบทที่หนึ่งจะระบุว่าเอเสเคียลมีอายุสามสิบปี หรือเพียงระบุเชิงสัญลักษณ์ว่าเป็นปุโรหิต เขาก็ย่อมถูกนำเสนอว่าเป็นผู้มีอายุสามสิบปีด้วยเช่นกัน หาก “สามสิบปี” ในข้อหนึ่งเป็นดังที่ผู้อื่นเชื่อกัน คือหมายถึงปีที่สามสิบนับตั้งแต่ปัสกาครั้งยิ่งใหญ่ของโยสิยาห์ในปี 622 BC นัยเชิงพยากรณ์ก็ยังคงเหมือนเดิม.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โยสิยาห์หมายถึง “รากฐาน” และปัสกาครั้งยิ่งใหญ่ของท่านได้เริ่มต้นช่วงเวลาแห่งยูบิลีซึ่งสิ้นสุดลงในวันที่ 22 ตุลาคม ณ วันแห่งการลบบาป ปี 573 ก่อน ค.ศ. “เส้นยูบิลี” จากโยสิยาห์ถึงวันที่ 22 ตุลาคมสอดคล้องกับประวัติศาสตร์ของช่วงปี 1840 ถึง 1844 รากฐานของปี 1840 ได้รับการเป็นตัวแทนโดยกษัตริย์โยสิยาห์ และโดยโยสิยาห์ ลิตช์ด้วย วันที่ 22 ตุลาคมได้รับการเป็นตัวแทนโดยการเป่าเขาแตรแห่งยูบิลีพร้อมกับเขาแตรแห่งวันลบบาป.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และเจ้าจงนับสะบาโตแห่งปีทั้งเจ็ดสำหรับตน คือเจ็ดครั้ง ๆ ละเจ็ดปี และระยะเวลาแห่งสะบาโตของปีทั้งเจ็ดนั้นจะเป็นสี่สิบเก้าปีสำหรับเจ้า แล้วเจ้าจงให้เป่าแตรแห่งปีโยบิลในวันที่สิบของเดือนที่เจ็ด ในวันลบมลทินบาปนั้น เจ้าทั้งหลายจงให้เป่าแตรไปทั่วแผ่นดินของเจ้า เลวีนิติ 25:8, 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เอเสเคียลถูกจัดวางไว้ภายในเส้นแห่งปีโยบิลีตั้งแต่กษัตริย์โยสิยาห์จนถึงวันที่ 22 ตุลาคม ซึ่งเป็นเส้นที่เป็นตัวแทนของทูตสวรรค์องค์ที่หนึ่งและองค์ที่สองแห่งวิวรณ์บทที่สิบ ตั้งแต่ปี 1840 จนถึงปี 1844 เอเสเคียลเป็นตัวแทนของชาวมิลเลอไรต์แห่งทูตสวรรค์องค์ที่หนึ่งและองค์ที่สอง และของคนหนึ่งแสนสี่หมื่นสี่พันแห่งทูตสวรรค์องค์ที่สาม เอเสเคียลเป็นตัวแทนของฐานะปุโรหิตของคนหนึ่งแสนสี่หมื่นสี่พัน แต่คุณลักษณะเชิงพยากรณ์หลักของเขาคือ เขาเป็นผู้เผยพระวจนะ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ผู้เผยพระวจนะ ปุโรหิต และกษัตริย์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มีบุคคลตามพระคัมภีร์อยู่สามคนที่เริ่มรับใช้เมื่ออายุสามสิบปี นอกเหนือจากเอเสเคียลแล้ว ยังมีดาวิดและโยเซฟด้วย เพราะพวกเขาทุกคนเริ่มรับใช้เมื่ออายุสามสิบปี พวกเขาจึงล้วนเป็นปุโรหิต ดาวิดเป็นสัญลักษณ์ของกษัตริย์ โยเซฟเป็นปุโรหิต และเอเสเคียลเป็นผู้เผยพระวจนะ ในอาณาจักรแห่งพระสิริสามประการซึ่งประกอบด้วยผู้เผยพระวจนะ ปุโรหิต และกษัตริย์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อย่างไรก็ดี ไม่ว่าเราจะประยุกต์ใช้ผู้พยากรณ์เอเสเคียลในฐานะสัญลักษณ์อย่างไร เขาก็เป็นปุโรหิต และเมื่อประยุกต์ใช้ตามแนวของปีโยบิลีนับตั้งแต่โยสิยาห์ถึงวันที่ 22 ตุลาคม เอเสเคียลก็เป็นปุโรหิตผู้ซึ่งจะเป็นตัวแทนของปุโรหิตคนหนึ่งในช่วงเวลาแห่งการประทับตราของคนหนึ่งแสนสี่หมื่นสี่พัน ตามแบบอย่างที่แสดงไว้โดยประวัติศาสตร์ตั้งแต่ปี 1840 ถึง 1844 และจากกษัตริย์โยสิยาห์ถึงวันที่ 22 ตุลาคม ปี 573 ก่อนคริสตกาล.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ยี่สิบสอง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พระคัมภีร์กล่าวไว้อย่างชัดเจนว่าเอเสเคียลได้ปฏิบัติพันธกิจเป็นเวลายี่สิบสองปี “ยี่สิบสอง” เป็นสัญลักษณ์ของหนึ่งแสนสี่หมื่นสี่พัน ผู้ซึ่งเป็นธงสำคัญแห่งภาวะพระเจ้ารวมเข้ากับความเป็นมนุษย์ ในประวัติศาสตร์ที่ถูกแทนไว้ตั้งแต่ปัสกาของโยสิยาห์ไปจนถึงการเฉลิมฉลองยูบิลีในวันที่ 22 ตุลาคมแห่งบทที่สี่สิบ ปัสกาของโยสิยาห์เป็นแบบอย่างล่วงหน้าของงานของโยสิยาห์ ลิช ในปี 1838 และ 1840 งานนั้นคือการนำเสนอคำพยากรณ์เรื่องเวลาแห่งวิบัติประการที่หนึ่งและประการที่สอง บัดนี้สามารถเห็นได้แล้วว่าคำพยากรณ์เกี่ยวกับวิบัติประการที่หนึ่งและประการที่สองนั้นมีขอบเขตกว้างใหญ่กว่าที่บรรพชนผู้บุกเบิกได้ตระหนักไว้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เอเสเคียลในฐานะผู้เผยพระวจนะในพระคัมภีร์ ได้ระบุวันเดือนปีที่เฉพาะเจาะจงไว้ในงานเขียนของท่านมากกว่าผู้ประพันธ์พระคัมภีร์คนใด ๆ อื่น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เอเสเคียลคือโอเมกาของหลักการ “หนึ่งวันเท่ากับหนึ่งปี” ในคำพยากรณ์ของพระคัมภีร์ ในหนังสือกันดารวิถี การกล่าวถึงหลักการวันต่อปีเป็นครั้งแรกหรืออัลฟา ได้รับการสำแดงไว้ในการกบฏครั้งแรกที่คาเดช ซึ่งก่อให้เกิดการพเนจรอยู่ในถิ่นทุรกันดารเป็นเวลาสี่สิบปี ส่วนการกบฏครั้งสุดท้ายหรือโอเมกา ได้รับการสำแดงโดยเอเสเคียลในบทที่สี่ ขณะที่เยรูซาเล็มถูกทำลายลง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อัลฟ่า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ตามจำนวนวันทั้งหลายที่พวกเจ้าสอดแนมแผ่นดินนั้น คือสี่สิบวัน หนึ่งวันแทนหนึ่งปี พวกเจ้าจะต้องแบกบาปชั่วของตนอยู่สี่สิบปี และพวกเจ้าจะรู้จักการที่เราถอนคำมั่นของเรา เราคือพระยาห์เวห์ได้ตรัสแล้วว่า เราจะกระทำเช่นนี้แก่ชุมนุมชนชั่วร้ายทั้งหมดนี้อย่างแน่นอน ผู้ซึ่งชุมนุมกันต่อสู้เรา ในถิ่นทุรกันดารนี้พวกเขาจะถูกผลาญเสีย และที่นั่นพวกเขาจะตาย กันดารวิถี 14:34, 35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โอเมกา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จงนอนตะแคงซ้ายของเจ้า แล้ววางความชั่วช้าของพงศ์พันธุ์อิสราเอลไว้บนนั้น ตามจำนวนวันที่เจ้าจะนอนอยู่บนนั้น เจ้าจะต้องรับความชั่วช้าของพวกเขาไว้ เพราะเราได้กำหนดปีแห่งความชั่วช้าของพวกเขาแก่เจ้า ตามจำนวนวัน คือสามร้อยเก้าสิบวัน ดังนั้นเจ้าจะต้องรับความชั่วช้าของพงศ์พันธุ์อิสราเอลไว้ และเมื่อเจ้ากระทำครบแล้ว จงนอนตะแคงขวาอีก และเจ้าจะต้องรับความชั่วช้าของพงศ์พันธุ์ยูดาห์สี่สิบวัน เราได้กำหนดให้หนึ่งวันแทนหนึ่งปีแก่เจ้า ฉะนั้นเจ้าจงตั้งหน้าของเจ้าไปยังการล้อมกรุงเยรูซาเล็ม และให้แขนของเจ้าถูกเปลือยไว้ และเจ้าจงพยากรณ์กล่าวโทษมัน เอเสเคียล 4:4–7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คาเดชและการทำลายกรุงเยรูซาเล็มเป็นตัวแทนของการกบฏอัลฟาและโอเมกา ซึ่งเป็นตัวแทนของหลักการ “หนึ่งวันเท่ากับหนึ่งปี” หลักการ “หนึ่งวันเท่ากับหนึ่งปี” เป็นกฎสำคัญอันดับแรกของพวกมิลเลอไรต์ และในประวัติศาสตร์ตั้งแต่ปี 1840 ถึง 1844 ดังที่ถูกทำให้เป็นแบบอย่างไว้ในเส้นยูบิลลีของกษัตริย์โยสิยาห์จนถึงวันที่ 22 ตุลาคม เอเสเคียลได้แสดงกำหนดเวลาต่าง ๆ ไว้มากกว่าผู้เผยพระวจนะคนใด ๆ ภายในระบบการลงวันที่ของเอเสเคียลนั้น มีการระบุเส้นของยูบิลลีไว้ ซึ่งเชื่อมโยงคำพยานของเอเสเคียลเข้ากับประวัติศาสตร์ของทูตสวรรค์องค์ที่หนึ่งและองค์ที่สองโดยตรง และต่อจากนั้นเข้ากับประวัติศาสตร์ของทูตสวรรค์องค์ที่สาม.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พร้อมกับ “เส้นยูบิลี” เอเสเคียลนอนตะแคงข้างหนึ่งเป็นเวลาสามร้อยเก้าสิบวัน แล้วจึงนอนตะแคงอีกข้างหนึ่งเป็นเวลาสี่สิบวัน “สี่ร้อยสามสิบ” เป็นสัญลักษณ์ของพันธสัญญาเดิมและพันธสัญญาใหม่ เพราะพระสัญญาแห่งพันธสัญญาที่ประทานแก่อับรามเรื่องการเป็นเชลยในอียิปต์สี่ร้อยปีนั้น ได้รับพยานที่สองอีกสามสิบปีโดยอัครทูตเปาโล เมื่อรวมกันแล้ว อับราม (ภายหลังคืออับราฮัม) แห่ง ‘ของเดิม’ และเซาโล (ภายหลังคือเปาโล) แห่ง ‘ของใหม่’ ได้รวมคำพยานของตนเพื่อสถาปนาสี่ร้อยสามสิบปีให้เป็นสัญลักษณ์ของพันธสัญญานิรันดร์ “สามร้อยเก้าสิบวัน” “เจ้าจงแบกรับความชั่วช้าของพงศ์พันธุ์อิสราเอล” “และ” “เจ้าจงแบกรับความชั่วช้าของพงศ์พันธุ์ยูดาห์สี่สิบวัน” เมื่อนำมารวมกันแล้ว ด้านขวาและด้านซ้ายย่อมเท่ากับอับรามและเปาโล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พันธสัญญานั้นตั้งอยู่บนพื้นฐานของการเชื่อฟังหรือการไม่เชื่อฟัง—ชีวิตหรือความตายเสมอมา หลักการวันเท่ากับหนึ่งปีในประวัติศาสตร์มิลเลอไรต์เป็นประเด็นแห่งชีวิตหรือความตาย และประวัติศาสตร์นั้นได้ถูกประกาศโดยทูตสวรรค์องค์ที่หนึ่งว่าเป็นข่าวประเสริฐนิรันดร์ “ข่าวประเสริฐ” เป็นประเด็นแห่งชีวิตหรือความตาย และประเด็นการทดสอบแห่งชีวิตหรือความตายในประวัติศาสตร์มิลเลอไรต์นั้นได้ถูกวางไว้ภายในบริบทของหลักการที่ว่าวันหนึ่งเท่ากับหนึ่งปี คำพยากรณ์ที่เสริมพลังแก่ข่าวสารของทูตสวรรค์องค์ที่หนึ่งคือคำพยากรณ์หนึ่งปีสามร้อยเก้าสิบเอ็ดปีและสิบห้าวันของวิบัติประการที่สอง ภายในช่วงเวลาสามร้อยเก้าสิบวันที่เอเสเคียลนอนตะแคงซ้ายของท่านนั้น มีภาพประกอบของคำพยากรณ์ด้านเวลาหนึ่งปีสามร้อยเก้าสิบเอ็ดปีและสิบห้าวันของวิบัติประการที่สองอยู่ การแบ่งแยกคำพยากรณ์อย่างถูกต้องจำเป็นต้องอาศัยการหยั่งรู้เชิงพยากรณ์ แต่นั่นก็มิใช่อื่นใดนอกจากพระราชกิจที่ดำเนินต่อเนื่องของสิงห์แห่งเผ่ายูดาห์ในการทรงเปิดผนึกข่าวสารแห่งเสียงร้องเที่ยงคื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ข้าพเจ้ายืนยันว่า เอเสเคียลจะต้องได้รับการถือว่าเป็นสัญลักษณ์ของคนหนึ่งแสนสี่หมื่นสี่พัน แต่โดยหลักแล้วเป็นสัญลักษณ์ของของประทานแห่งพระวิญญาณแห่งคำพยากรณ์ ไม่ว่าจะปรากฏเป็นการสำแดงผ่านผู้พยากรณ์ในยุคสุดท้าย หรือเป็นการสำแดงผ่านประชากรแห่งพันธสัญญาผู้เข้าใจหลักการของวิธีการทีละบรรทัด บรรทัดต่อบรรทัด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าพเจ้ายืนยันว่าแสงสว่างที่เอเสเคียลให้ไว้เกี่ยวกับคำพยากรณ์เรื่องสามร้อยเก้าสิบเอ็ดปีและสิบห้าวันนั้นสอดคล้องกับชายผู้ใช้แปรงปัดฝุ่นโยนอัญมณีลงในหีบใบใหญ่กว่า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ข้าพเจ้าขอยืนยันว่า แสงสว่างจากเอเสเคียลเป็นองค์ประกอบสำคัญยิ่งของข่าวสารแห่งศิลามุมเอก เมื่อพระวิหารสร้างเสร็จสมบูรณ์แล้ว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เอเสเคียลอยู่ ณ วันที่ 22 ตุลาคมในข้อหนึ่งของบทที่สี่สิบ และ ณ ที่นั่นเองที่นิมิตเรื่องพระวิหารในอนาคตได้ถูกประทานแก่เอเสเคียล พระวิหารนั้นคือพระวิหารของคนหนึ่งแสนสี่หมื่นสี่พัน ซึ่งเอเสเคียลเป็นสัญลักษณ์ของจำนวนนั้น กลุ่มนั้นจะได้ผ่านการทดสอบสองประการแล้วก่อนที่จะไปถึงการทดสอบประการที่สามและการทดสอบชี้ขาด เอเสเคียลถูกพรรณนาว่าได้รับความสว่างของตนในพระวิหาร เพราะฉะนั้น ความสว่างที่เขาเปล่งออกมาในฐานะสัญลักษณ์จึงเป็นตัวแทนของความสว่างที่เกิดขึ้นเมื่อประชากรของพระเจ้าเข้าสู่สถานบริสุทธิ์ที่สุดให้สอดคล้องกับดาเนียลบทที่สิ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แสงสว่างแห่งวิวรณ์ของพระเยซูคริสต์ซึ่งถูกเปิดผนึกนั้น ถูกเปิดผนึกขึ้นในช่วงเวลาก่อนที่ช่วงแห่งพระกรุณาเพื่อการกลับใจจะสิ้นสุดลงเพียงเล็กน้อย</w:t>
      </w:r>
      <w:r>
        <w:rPr>
          <w:rFonts w:ascii="Nirmala UI" w:hAnsi="Nirmala UI" w:eastAsia="Nirmala UI" w:cs="Nirmala UI"/>
        </w:rPr>
        <w:t>।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และท่านกล่าวแก่ข้าพเจ้าว่า อย่าประทับตราถ้อยคำแห่งคำพยากรณ์ในหนังสือนี้เลย เพราะว่าเวลานั้นใกล้เข้ามาแล้ว ผู้ใดอธรรม ก็ให้ผู้นั้นอธรรมต่อไป และผู้ใดโสโครก ก็ให้ผู้นั้นโสโครกต่อไป และผู้ใดชอบธรรม ก็ให้ผู้นั้นชอบธรรมต่อไป และผู้ใดบริสุทธิ์ ก็ให้ผู้นั้นบริสุทธิ์ต่อไป วิวรณ์ 22:10, 11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“เวลานั้นใกล้เข้ามาแล้ว” ในช่วงก่อนที่เวลาทดลองจะปิดลงในข้อสิบเอ็ด และฉะนั้น พระธรรมวิวรณ์ของพระเยซูคริสต์จึงถูกเปิดผนึกในเวลานั้น เพราะ “เวลานั้นใกล้เข้ามาแล้ว”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การสำแดงของพระเยซูคริสต์ ซึ่งพระเจ้าได้ประทานแก่พระองค์ เพื่อทรงสำแดงแก่บรรดาผู้รับใช้ของพระองค์ถึงสิ่งทั้งหลายซึ่งจะต้องบังเกิดขึ้นในไม่ช้านี้ และพระองค์ได้ทรงใช้ทูตสวรรค์ของพระองค์มาสื่อความหมายนั้นแก่ยอห์นผู้รับใช้ของพระองค์ ผู้ซึ่งได้เป็นพยานถึงพระวจนะของพระเจ้า และถึงคำพยานของพระเยซูคริสต์ และถึงสิ่งสารพัดที่ท่านได้เห็น ความสุขมีแก่ผู้ที่อ่าน และแก่บรรดาผู้ที่ฟังถ้อยคำแห่งคำพยากรณ์นี้ และรักษาสิ่งทั้งหลายซึ่งเขียนไว้ในนั้น เพราะว่าเวลานั้นใกล้เข้ามาแล้ว วิวรณ์ 1:1–3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ะยะแห่งพระกรุณาที่ยังทรงผ่อนผันสำหรับเซเว่นธ์เดย์แอ๊ดเวนตีสฝ่ายเลาดีเซียสิ้นสุดลงเมื่อมีการออกกฎหมายวันอาทิตย์ และลัทธิแอ๊ดเวนตีสถูกนำเสนอเป็นเยรูซาเล็มในเอเสเคียลบทที่เก้า ณ ที่นั้น บรรดาผู้ที่ถอนหายใจและร้องคร่ำครวญเพราะสิ่งน่าสะอิดสะเอียนซึ่งกระทำกันอยู่ในแผ่นดินและในคริสตจักรจะได้รับตราประทับ การประทับตราเกิดขึ้นเมื่อบรรดาลมตะวันออกแห่งอิสลามกำลังก่อความโกรธแก่ประชาชาติทั้งหลาย คือก่อนที่ระยะแห่งพระกรุณาที่ยังทรงผ่อนผันจะสิ้นสุดลงไม่นาน ในเอเสเคียลบทที่แปด คนแอ๊ดเวนตีสทั้งสี่ชั่วอายุคนได้สิ้นสุดลง โดยชั่วอายุคนที่สี่ถูกเป็นสัญลักษณ์โดยผู้นำยี่สิบห้าคนที่ก้มกราบดวงอาทิตย์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นิมิตนั้นได้ทรงประทานในเชิงสัญลักษณ์ก่อนกฎหมายวันอาทิตย์หนึ่งวัน หรือกล่าวคือ ก่อนการสิ้นสุดแห่งเวลาพระคุณดังที่สื่อไว้โดยหก หก หก.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อยู่มาในปีที่หก เดือนที่หก วันที่ห้าของเดือนนั้น ขณะที่ข้าพเจ้านั่งอยู่ในเรือนของข้าพเจ้า และพวกผู้ใหญ่แห่งยูดาห์นั่งอยู่ต่อหน้าข้าพเจ้า พระหัตถ์ของพระยาห์เวห์องค์พระผู้เป็นเจ้าก็ลงมาบนข้าพเจ้าที่นั่น แล้วข้าพเจ้ามองดู และดูเถิด มีลักษณะหนึ่งคล้ายดังเพลิงไฟ ตั้งแต่ส่วนที่ดูประหนึ่งบั้นเอวของพระองค์ลงไปเป็นไฟ และตั้งแต่บั้นเอวของพระองค์ขึ้นไปมีลักษณะดังความสว่างเจิดจ้า ดังสีของอำพัน และพระองค์ทรงยื่นสิ่งที่มีลักษณะดังพระหัตถ์ออกมา ทรงจับข้าพเจ้าที่ปอยผมบนศีรษะของข้าพเจ้า และพระวิญญาณได้ยกข้าพเจ้าขึ้นไประหว่างแผ่นดินโลกกับฟ้าสวรรค์ และนำข้าพเจ้าไปยังกรุงเยรูซาเล็มในการทรงสำแดงของพระเจ้า ถึงประตูทางเข้าด้านในซึ่งหันไปทางทิศเหนือ อันเป็นที่ตั้งของรูปเคารพแห่งความหึงหวงซึ่งกระตุ้นให้เกิดความหึงหวง และดูเถิด พระสิริของพระเจ้าแห่งอิสราเอลก็อยู่ที่นั่น ตามนิมิตที่ข้าพเจ้าได้เห็น ณ ที่ราบนั้น เอเสเคียล 8:1–4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นิมิตแห่งปีที่หก เดือนที่หก และวันที่ห้า ได้มาไม่นานก่อน ‘666’ ซึ่งเป็นสัญลักษณ์ของกฎหมายวันอาทิตย์ เมื่อเวลาทดลองของแอ๊ดเวนติสม์แห่งเลาดีเซียสิ้นสุดลง นิมิตนั้นเป็น “ตามนิมิต” ที่เอเสเคียล “เห็นที่ที่ราบ” นิมิตที่เขาเห็นในที่ราบนั้นพบได้ก่อนหน้านี้ ในบทที่สาม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แล้วข้าพเจ้าก็ลุกขึ้นและออกไปยังที่ราบ และดูเถิด พระสิริขององค์พระผู้เป็นเจ้าประทับอยู่ที่นั่น ดังพระสิริซึ่งข้าพเจ้าได้เห็น ณ ริมแม่น้ำเคบาร์ และข้าพเจ้าก็ซบหน้าลงถึงดิน เอเสเคียล 3:23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นิมิตเรื่อง “ที่ราบ” ซึ่งเป็นนิมิตในปีที่หก เดือนที่หก และวันที่ห้า คือ นิมิตที่เอเสเคียลได้เห็นมาก่อนแล้ว ณ ริมแม่น้ำเคบาร์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อยู่มาในปีที่สามสิบ ในเดือนที่สี่ วันที่ห้าของเดือน ข้าพเจ้าอยู่ท่ามกลางพวกเชลย ณ ริมแม่น้ำเคบาร์ แล้วฟ้าสวรรค์ก็เปิดออก และข้าพเจ้าได้เห็นนิมิตแห่งพระเจ้า เอเสเคียล 1:1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“นิมิตของพระเจ้า” ซึ่งเอเสเคียล “ได้เห็น” ริมแม่น้ำเคบาร์นั้น คือนิมิตแห่งที่ราบ ซึ่งเป็นนิมิตเดียวกับที่ปรากฏในเอเสเคียลบทที่แปดถึงบทที่สิบเอ็ดด้วย นิมิตเหล่านั้นได้ถูกสำแดงในบริบทที่เอเสเคียลกำลังมองเข้าไปในสถานบริสุทธิ์ ซึ่งเป็นที่ซึ่งนิมิตกระจกส่อง “marah” ในบทที่สิบได้สำเร็จลุล่วง เอเสเคียลเป็นตัวแทนของบรรดาผู้ที่มีส่วนในความสว่างเชิงพยากรณ์ซึ่งแผ่ออกมาจากอภิสุทธิสถาน เมื่อการสำแดงของพระเยซูคริสต์ถูกนำออกมาก่อนการสิ้นสุดแห่งเวลาการทดลองเพียงเล็กน้อย.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เมื่อเราระบุเส้นยูบิลีของกษัตริย์โยสิยาห์ซึ่งเริ่มต้นด้วยปัสกาและสิ้นสุดลงในวันที่ 22 ตุลาคม เรากำลังกำหนดสัญลักษณ์ของเทศกาลฤดูใบไม้ผลิและเทศกาลฤดูใบไม้ร่วงดังที่ได้กำหนดไว้ในเลวีนิติ บทที่ยี่สิบสาม ณ ที่นั้น เทศกาลฤดูใบไม้ผลิและเทศกาลฤดูใบไม้ร่วงถูกกำหนดไว้โดยมีฝ่ายละยี่สิบสองข้อ เช่นเดียวกับที่พันธกิจของเอเสเคียลดำเนินอยู่เป็นเวลายี่สิบสองปี การจัดให้เอเสเคียลอยู่ในปีที่สามสิบของเส้นยูบิลีทำให้การกำเนิดของเอเสเคียลสอดคล้องกับการฟื้นฟูของโยสิยาห์ หากเขามีอายุสามสิบปีในปีที่สามสิบของวัฏจักรยูบิลี เช่นนั้นเอเสเคียลย่อมถือกำเนิดขึ้นในคราวการปฏิรูปของโยสิยาห์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เอเสเคียลเป็นสัญลักษณ์ของบรรดาผู้ที่โดยความเชื่อเข้าไปสู่สถานบริสุทธิ์ที่สุด เมื่อเข้าไปถึงที่นั่นแล้ว พวกเขาเห็นวงล้อซ้อนอยู่ในวงล้อ อันเป็นตัวแทนของการประสานอันซับซ้อนแห่งปฏิสัมพันธ์ของมนุษย์ เช่นเดียวกับยอห์นในวิวรณ์บทที่สิบ เอเสเคียลเป็นตัวแทนของชาวมิลเลอไรต์ แต่โดยตรงยิ่งกว่านั้นคือหนึ่งแสนสี่หมื่นสี่พันคน คำพยากรณ์เรื่องเวลาคู่ขนานของเขาซึ่งเป็นสามร้อยเก้าสิบเอ็ดปีและสิบห้าวัน แสดงให้เห็นการพิพากษาครั้งสุดท้ายของแอ๊ดเวนติสม์แบบเลาดีเซียพร้อมกับการทำลายกรุงเยรูซาเล็ม และรวมถึงปริศนาของเลขสามสิบแปดและสี่สิบด้วย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เรื่องนี้รวมถึงสัญลักษณ์ของสี่ร้อยสามสิบปีด้วย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ช่วงเวลานั้นครอบคลุมระยะเวลาสี่ปีซึ่งแสดงไว้โดย ค.ศ. 1333 ถึง 1337, 1449 ถึง 1453 และ 1840 ถึง 1844.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เราจะเริ่มพิจารณาเรื่องสำคัญยิ่งนี้ในบทความถัดไป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“ในนิมิตทั้งหลายที่ประทานแก่ อิสยาห์ แก่ เอเสเคียล และแก่ ยอห์น เราเห็นว่าฟ้าสวรรค์เชื่อมโยงอย่างใกล้ชิดเพียงใดกับเหตุการณ์ทั้งหลายที่กำลังเกิดขึ้นบนแผ่นดินโลก และความเอาพระทัยใส่ของพระเจ้าต่อบรรดาผู้ที่ซื่อสัตย์ต่อพระองค์นั้นยิ่งใหญ่เพียงใด” Testimonies, volume 5, 753.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“พระคริสต์เองทรงเป็นองค์พระผู้เป็นเจ้าของพระวิหาร เมื่อพระองค์จะเสด็จจากพระวิหารนั้นไป สง่าราศีของพระวิหารก็จะจากไปด้วย—สง่าราศีนั้นซึ่งครั้งหนึ่งเคยปรากฏให้เห็นในอภิสุทธิสถานเหนือพระที่นั่งกรุณา ที่ซึ่งมหาปุโรหิตเข้าไปเพียงปีละครั้งเดียว ในวันใหญ่แห่งการลบมลทินบาป พร้อมด้วยโลหิตของสัตวบูชาที่ถูกฆ่า (อันเป็นแบบแห่งพระโลหิตของพระบุตรของพระเจ้าที่ทรงหลั่งเพื่อบาปของโลก) และประพรมลงบนแท่นบูชา นี่คือเชคีนาห์ พลับพลาที่ปรากฏให้เห็นได้ของพระยาห์เวห์”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“สง่าราศีนี้เองที่ได้ทรงสำแดงแก่ผู้เผยพระวจนะอิสยาห์ เมื่อท่านกล่าวว่า ‘ในปีที่กษัตริย์อุสซียาห์สิ้นพระชนม์นั้น ข้าพเจ้าได้เห็นองค์พระผู้เป็นเจ้าประทับบนพระที่นั่ง สูงส่งและยกขึ้น และชายฉลองพระองค์ของพระองค์เต็มพระวิหาร’ [อิสยาห์ 6:1–8 quoted].” The Seventh-day Adventist Bible Commentary, เล่ม 4, 1139.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“นิมิตที่ประทานแก่อิสยาห์เป็นภาพแทนสภาพของประชากรของพระเจ้าในวาระสุดท้าย พวกเขาได้รับสิทธิพิเศษให้มองเห็นด้วยความเชื่อถึงพระราชกิจที่กำลังดำเนินอยู่ในสถานบริสุทธิ์แห่งสวรรค์ ‘แล้วพระวิหารของพระเจ้าในสวรรค์ก็เปิดออก และหีบแห่งพันธสัญญาของพระองค์ก็ปรากฏให้เห็นในพระวิหารนั้น’ เมื่อพวกเขามองเข้าไปด้วยความเชื่อในอภิสุทธิสถาน และเห็นพระราชกิจของพระคริสต์ในสถานบริสุทธิ์แห่งสวรรค์ พวกเขาก็ตระหนักว่าตนเป็นชนชาติที่มีริมฝีปากไม่สะอาด—เป็นชนชาติที่ริมฝีปากได้กล่าวถ้อยคำอันไร้สาระอยู่บ่อยครั้ง และความสามารถพิเศษของตนก็มิได้ถูกชำระให้บริสุทธิ์และนำไปใช้เพื่อถวายพระเกียรติแด่พระเจ้า ดังนั้น พวกเขาย่อมอาจสิ้นหวังเมื่อเปรียบเทียบความอ่อนแอและความไม่คู่ควรของตนเองกับความบริสุทธิ์และความงดงามน่ารักแห่งพระลักษณะอันรุ่งโรจน์ของพระคริสต์ แต่หากพวกเขา เช่นเดียวกับอิสยาห์ จะยอมรับความประทับใจที่องค์พระผู้เป็นเจ้าทรงประสงค์จะประทับลงบนจิตใจ หากพวกเขาจะถ่อมวิญญาณของตนลงเฉพาะพระพักตร์พระเจ้า ก็ยังมีความหวังสำหรับพวกเขา คันธนูแห่งพระสัญญาอยู่เหนือพระที่นั่งนั้น และพระราชกิจที่ได้ทรงกระทำเพื่ออิสยาห์จะทรงกระทำในพวกเขาด้วย พระเจ้าจะทรงตอบคำทูลขอซึ่งมาจากใจที่สำนึกผิด”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“จุดมุ่งหมายของพระราชกิจอันยิ่งใหญ่และเคร่งขรึมนี้ของพระเจ้า คือการรวบรวมฟ่อนข้าวเข้าไว้ในยุ้งฉางแห่งสวรรค์; เพราะว่าโลกจะต้องเต็มไปด้วยพระสิริขององค์พระผู้เป็นเจ้า. ฉะนั้น อย่าให้ผู้ใดท้อใจเมื่อเขาเห็นความชั่วร้ายที่แพร่หลายอยู่ทั่วไป และได้ยินถ้อยคำที่ออกมาจากริมฝีปากอันโสมม. เมื่ออำนาจแห่งความมืดตั้งขบวนต่อสู้กับประชากรของพระเจ้า; เมื่อซาตานจะระดมกำลังของมันสำหรับความขัดแย้งครั้งยิ่งใหญ่ครั้งสุดท้าย, และอำนาจของมันดูประหนึ่งว่ามหาศาลและแทบจะท่วมท้น, การเห็นพระสิริของพระเจ้าอย่างแจ่มชัด คือพระที่นั่งอันสูงส่งและถูกยกขึ้น เบื้องบนมีรุ้งแห่งพระสัญญาโอบล้อมอยู่ จะนำมาซึ่งการปลอบประโลม ความมั่นใจ และสันติสุข.” Review and Herald, December 22, 1896.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“ที่ริมฝั่งแม่น้ำเคบาร์ เอเสเคียลได้เห็นลมบ้าหมูประหนึ่งว่าพัดมาจากทิศเหนือ ‘มีเมฆใหญ่และเพลิงลุกม้วนอยู่ในตัวมันเอง และมีแสงสว่างล้อมรอบอยู่ และจากท่ามกลางนั้นมีสิ่งหนึ่งดุจสีของอำพัน’ มีวงล้อหลายวงที่สอดประสานตัดกันอยู่ เคลื่อนไปโดยสิ่งมีชีวิตสี่ตน เหนือสิ่งเหล่านี้ทั้งหมดขึ้นไปสูง ‘มีลักษณะคล้ายพระที่นั่ง ดูประหนึ่งศิลาสีไพลิน และบนสิ่งที่คล้ายพระที่นั่งนั้น มีสิ่งหนึ่งที่มีลักษณะดุจรูปลักษณ์ของมนุษย์อยู่เบื้องบน’ ‘และที่เครูบทั้งหลายนั้นปรากฏรูปมือมนุษย์อยู่ใต้ปีกของมัน’ เอเสเคียล 1:4, 26; 10:8 วงล้อเหล่านั้นมีการจัดวางที่ซับซ้อนยิ่งนัก จนเมื่อมองในครั้งแรกดูประหนึ่งอยู่ในความสับสนอลหม่าน แต่แท้จริงแล้วมันเคลื่อนไปอย่างประสานสอดคล้องกันอย่างสมบูรณ์ สิ่งมีชีวิตแห่งสวรรค์ทั้งหลาย ซึ่งได้รับการค้ำจุนและทรงนำโดยพระหัตถ์ใต้ปีกของเครูบนั้น เป็นผู้ขับเคลื่อนวงล้อเหล่านี้ เหนือสิ่งเหล่านั้นขึ้นไป บนพระที่นั่งแห่งไพลินนั้น คือองค์ผู้ทรงดำรงนิรันดร์ และรอบพระที่นั่งนั้นมีรุ้งกินน้ำ อันเป็นสัญลักษณ์แห่งพระเมตตาคุณของพระเจ้า”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ดังที่กลไกอันซับซ้อนประหนึ่งวงล้อทั้งหลายอยู่ภายใต้การทรงนำของพระหัตถ์ซึ่งอยู่ใต้ปีกของเหล่าเครูบ ฉันใด ความสลับซับซ้อนแห่งความเป็นไปของเหตุการณ์ทั้งหลายในมนุษย์ก็อยู่ภายใต้การควบคุมของพระเจ้าฉันนั้น ท่ามกลางความขัดแย้งและความอลหม่านของบรรดาประชาชาติ พระองค์ผู้ประทับเหนือเหล่าเครูบยังคงทรงนำกิจการทั้งหลายของแผ่นดินโลกอยู่เสมอ”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“ประวัติศาสตร์ของบรรดาประชาชาติซึ่งผลัดเปลี่ยนกันครอบครองเวลาและสถานที่ที่ได้ทรงกำหนดไว้แก่ตน แต่ละชาติเป็นพยานต่อความจริงโดยไม่รู้ตัว ถึงความจริงซึ่งพวกเขาเองก็มิได้เข้าใจความหมาย กำลังกล่าวแก่เรา สำหรับทุกประชาชาติและสำหรับทุกปัจเจกบุคคลในทุกวันนี้ พระเจ้าได้ทรงกำหนดที่ทางไว้ในแผนอันยิ่งใหญ่ของพระองค์ วันนี้มนุษย์และประชาชาติทั้งหลายกำลังถูกวัดด้วยลูกดิ่งในพระหัตถ์ของพระองค์ผู้ไม่ทรงพลาดเลย ทุกคนกำลังกำหนดชะตากรรมของตนด้วยการเลือกของตนเอง และพระเจ้าทรงควบคุมเหนือสิ่งทั้งปวงเพื่อให้พระประสงค์ของพระองค์สำเร็จลุล่วง”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“ประวัติศาสตร์ซึ่งองค์พระผู้ทรงเป็นอยู่อันยิ่งใหญ่ได้ทรงกำหนดไว้ในพระวจนะของพระองค์ โดยทรงเชื่อมโยงห่วงแล้วห่วงเล่าในสายโซ่แห่งคำพยากรณ์ ตั้งแต่นิรันดร์กาลในอดีตจนนิรันดร์กาลในอนาคต บอกแก่เราว่า วันนี้เราอยู่ ณ ที่ใดในขบวนแห่งยุคสมัย และสิ่งใดอาจคาดหมายได้ในกาลเวลาที่จะมาถึง ทุกสิ่งที่คำพยากรณ์ได้บอกล่วงหน้าว่าจะเกิดขึ้น จนถึงปัจจุบันนี้ ได้ถูกจารึกไว้บนหน้าประวัติศาสตร์แล้ว และเราย่อมมั่นใจได้ว่า ทุกสิ่งซึ่งยังจะมาถึงนั้นจะสำเร็จตามลำดับของมัน” Education, 178.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 - หมายเลขยี่สิบ</dc:title>
  <dc:subject>วิบัติประการที่สอง - ภาคที่เจ็ด - เอเสเคียล</dc:subject>
  <dc:creator>Jeff Pippenger</dc:creator>
  <cp:keywords/>
  <dc:description>Generated by ArticleDigger from hidden_history\20_hidden_history.json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