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ประวัติศาสตร์ที่ซ่อนอยู่ของข้อที่สี่สิบ - เลขที่ยี่สิบเอ็ด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วิบัติประการที่สอง - ตอนที่แปด - เอเสเคียลหมายเลขสอง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2026-08-05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เป็นตัวแทนของบรรดาผู้ที่ได้รับการทรงกระทำพระราชกิจแห่งการสั่งสอนแก่เขาโดยสิงห์แห่งเผ่ายูดาห์ และการสั่งสอนขั้นพื้นฐานของพระองค์คือ “บรรทัดแล้วบรรทัดเล่า”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พระองค์ตรัสแก่เขาว่า “นี่คือการพักผ่อน ซึ่งด้วยสิ่งนี้ท่านทั้งหลายจะให้ผู้เหน็ดเหนื่อยได้พักผ่อน และนี่คือความสดชื่น” กระนั้นเขาทั้งหลายก็ไม่ยอมฟัง แต่พระวจนะของพระยาห์เวห์ได้เป็นแก่พวกเขาว่า “ข้อบังคับซ้อนข้อบังคับ ข้อบังคับซ้อนข้อบังคับ บรรทัดซ้อนบรรทัด บรรทัดซ้อนบรรทัด ที่นี่นิด ที่นั่นหน่อย” เพื่อเขาทั้งหลายจะได้เดินไป และหงายหลังล้มลง และถูกทำให้แตกหัก และติดบ่วง และถูกจับไป อิสยาห์ 28:12, 13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ขณะนี้สิงห์แห่งเผ่ายูดาห์กำลังทรงเปิดเผยหนังสือเอเสเคียลแก่เรา เราได้รับแจ้งว่าเอเสเคียลเป็นปุโรหิตในปีที่สามสิบ ไม่ว่า “สามสิบ” นั้นจะหมายถึงวัยเชิงสัญลักษณ์ของท่านในฐานะปุโรหิต หรือจะหมายถึงปีที่สามสิบในสายแห่งคำพยากรณ์ซึ่งเริ่มต้นขึ้น ณ มหาปีกาญจนาภิเษกของโยสิยาห์ก็ตาม ฐานะปุโรหิตสุดท้ายแห่งยุคสุดปลายคือคนหนึ่งแสนสี่หมื่นสี่พัน และประวัติศาสตร์ตามตัวอักษรในสมัยโบราณก็เป็นแบบอย่างล่วงหน้าถึงประวัติศาสตร์เชิงสัญลักษณ์ในยุคสุดปลาย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แต่ท่านทั้งหลายจะได้ชื่อว่าเป็นปุโรหิตของพระยาห์เวห์ มนุษย์ทั้งหลายจะเรียกท่านว่าเป็นผู้ปรนนิบัติพระเจ้าของเรา ท่านจะได้รับประทานความมั่งคั่งของบรรดาประชาชาติ และท่านจะโอ้อวดตนในศักดิ์ศรีของพวกเขา อิสยาห์ 61:6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เป็นสัญลักษณ์ของประชากรของพระเจ้าในยุคสุดท้าย—เป็นประวัติศาสตร์ศักดิ์สิทธิ์ซึ่งคำพยานเชิงพยากรณ์ทุกประการได้ชี้บ่งไว้ ประวัติศาสตร์ศักดิ์สิทธิ์นั้นคือขบวนการของทูตสวรรค์องค์ที่สาม ซึ่งได้รับการเป็นแบบอย่างโดยเฉพาะผ่านขบวนการของทูตสวรรค์องค์แรกในปี 1840 ขบวนการของทูตสวรรค์องค์แรกเป็นทูตสวรรค์อัลฟาแห่งทูตสวรรค์ทั้งสาม และองค์ที่สามเป็นทูตสวรรค์โอเมกา ดังนั้น เอเสเคียลจึงสอดคล้องกับเปโตรในช่วงเวลาแห่งการประทับตราของหนึ่งแสนสี่หมื่นสี่พัน ประวัติศาสตร์เชิงสัญลักษณ์ซึ่งทั้งเปโตรและเอเสเคียลตั้งอยู่ ณ ที่นั้น ได้รับการนำเสนอว่าเป็นประวัติศาสตร์แห่ง Panium.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หนังสือเล่มเล็ก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เอเสเคียลรับหนังสือเล่มเล็กนั้นไป เช่นเดียวกับที่ยอห์นได้กระทำในวิวรณ์บทที่สิบ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แต่เจ้า บุตรแห่งมนุษย์เอ๋ย จงฟังสิ่งที่เราพูดกับเจ้า อย่าเป็นผู้กบฏเหมือนวงศ์วานที่กบฏนั้น จงอ้าปากของเจ้า และกินสิ่งที่เราให้แก่เจ้า และเมื่อข้าพเจ้ามองดู ดูเถิด มีมือหนึ่งยื่นมาต่อข้าพเจ้า และดูเถิด ในนั้นมีม้วนหนังสืออยู่ม้วนหนึ่ง และท่านก็กางม้วนนั้นออกต่อหน้าข้าพเจ้า และมีข้อความเขียนไว้ทั้งด้านในและด้านนอก และข้อความที่เขียนไว้นั้นคือคำคร่ำครวญ การไว้ทุกข์ และวิบัติ ยิ่งกว่านั้น ท่านตรัสแก่ข้าพเจ้าว่า บุตรแห่งมนุษย์เอ๋ย จงกินสิ่งที่เจ้าพบนี้ จงกินม้วนหนังสือนี้ และจงไปกล่าวแก่พงศ์พันธุ์อิสราเอล ดังนั้นข้าพเจ้าจึงอ้าปาก และท่านก็ให้ข้าพเจ้ากินม้วนหนังสือนั้น และท่านตรัสแก่ข้าพเจ้าว่า บุตรแห่งมนุษย์เอ๋ย จงให้ท้องของเจ้ากิน และให้ลำไส้ของเจ้าเต็มด้วยม้วนหนังสือที่เราให้แก่เจ้า แล้วข้าพเจ้าก็กินมัน และมันก็หวานในปากของข้าพเจ้าเหมือนน้ำผึ้ง เอเสเคียล 2:8–10, 3:1–3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ในวิวรณ์บทที่สิบ ยอห์นรับประทานหนังสือเล่มเล็กนั้น และทั้งบทเป็นภาพแทนการสำแดงแห่งฤทธิ์อำนาจของพระเจ้าตั้งแต่วันที่ 11 สิงหาคม ค.ศ. 1840 จนถึงวันที่ 22 ตุลาคม ค.ศ. 1844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“ทูตสวรรค์ผู้ซึ่งร่วมในการประกาศข่าวสารของทูตสวรรค์องค์ที่สามนั้น จะกระทำให้แผ่นดินโลกทั้งสิ้นสว่างไสวด้วยรัศมีแห่งสง่าราศีของเขา ณ ที่นี้ได้มีการพยากรณ์ถึงงานหนึ่งซึ่งมีขอบเขตครอบคลุมทั่วโลกและมีฤทธิ์อำนาจอย่างไม่เคยปรากฏมาก่อน ขบวนการการเสด็จมาของพระคริสต์ในช่วงปี 1840–44 เป็นการสำแดงอันรุ่งโรจน์แห่งฤทธิ์อำนาจของพระเจ้า ข่าวสารของทูตสวรรค์องค์แรกได้ถูกนำไปยังสถานีมิชชันทุกแห่งทั่วโลก และในบางประเทศก็ได้เกิดความตื่นตัวทางศาสนาอย่างใหญ่หลวงที่สุดเท่าที่เคยมีปรากฏในแผ่นดินใด ๆ นับตั้งแต่การปฏิรูปศาสนาในคริสต์ศตวรรษที่สิบหก แต่สิ่งเหล่านี้จะถูกเหนือกว่าด้วยขบวนการอันทรงพลังภายใต้คำเตือนสุดท้ายของทูตสวรรค์องค์ที่สาม” The Great Controversy, 611.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เอเสเคียลสอดคล้องกับยอห์นในวิวรณ์บทที่สิบ ดังนั้น เปโตร ยอห์น และเอเสเคียลจึงยืนอยู่ร่วมกันในตำแหน่งที่ทรงกำหนดไว้แก่เขาทั้งหลาย ในช่วงเวลาแห่งการประทับตราคนหนึ่งแสนสี่หมื่นสี่พันคน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ค.ศ. 1840 ถึง ค.ศ. 1844 เป็นช่วงเวลาสี่ปีซึ่งเริ่มต้นขึ้นเมื่อคำพยากรณ์ด้านเวลาซึ่งเริ่มด้วยระยะเวลาหนึ่งร้อยห้าสิบปีในวันที่ 27 กรกฎาคม ค.ศ. 1299 ดำเนินมาถึงจุดนั้น “ห้าเดือน” นั้นสิ้นสุดลงและเชื่อมต่อเข้ากับคำพยากรณ์ด้านเวลาซึ่งมีระยะเวลาสามร้อยเก้าสิบเอ็ดปีและสิบห้าวัน อันสิ้นสุดลงในวันที่ 11 สิงหาคม ค.ศ. 1840 เมื่อการสำแดงอันรุ่งโรจน์แห่งฤทธิ์อำนาจของพระเจ้าได้ถูกสำแดงออกมาจนถึงวันที่ 22 ตุลาคม ค.ศ. 1844 จากนั้นการประยุกต์ใช้เวลาคำพยากรณ์ก็สิ้นสุดลง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และได้ทรงปฏิญาณโดยพระองค์ผู้ทรงพระชนม์อยู่เป็นนิตย์นิรันดร์ ผู้ทรงสร้างฟ้าสวรรค์และสรรพสิ่งซึ่งอยู่ในนั้น ทั้งแผ่นดินโลกและสรรพสิ่งซึ่งอยู่ในนั้น ทั้งทะเลและสรรพสิ่งซึ่งอยู่ในนั้น ว่าเวลาจะไม่มีอีกต่อไป วิวรณ์ 10:6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กาลเวลาเชิงพยากรณ์สิ้นสุดลงในฐานะการประยุกต์ใช้คำพยากรณ์ที่ชอบธรรมเมื่อวันที่ 22 ตุลาคม ค.ศ. 1844 เอเสเคียล เปโตร และยอห์น ต่างเป็นตัวแทนของหญิงพรหมจารีที่มีปัญญาของพระเจ้าในขบวนการของทูตสวรรค์องค์ที่หนึ่งและองค์ที่สอง ตลอดจนในขบวนการของทูตสวรรค์องค์ที่สาม.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นิมิต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“นิมิต” ชุดแรกในบททั้ง “สิบเอ็ด” บทของเอเสเคียล ได้นำเสนอภาพนิมิตเป็นลำดับ ตามที่กล่าวไว้ในข้อหนึ่งของบทที่หนึ่ง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อยู่มาในปีที่สามสิบ ในเดือนที่สี่ วันที่ห้าของเดือนนั้น เมื่อข้าพเจ้าอยู่ท่ามกลางพวกเชลย ณ ริมแม่น้ำเคบาร์ ฟ้าสวรรค์ก็เปิดออก และข้าพเจ้าได้เห็นนิมิตของพระเจ้า เอเสเคียล 1:1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“นิมิตทั้งหลาย” ของสิบเอ็ดบทแรกนั้น ได้รับการประทานครั้งแรกในบทที่หนึ่ง ณ ริมแม่น้ำเคบาร์ แล้วได้รับการขยายความต่อในนิมิตแห่งบทที่สามบน “ที่ราบ” และต่อมาอีกครั้งในนิมิตแห่งบทที่แปด ณ กรุงเยรูซาเล็ม สถานที่ทั้งสามคือ ริมแม่น้ำเคบาร์ ที่ราบ และกรุงเยรูซาเล็ม เป็นภาพแทนของนิมิตสามประการซึ่งรวมกันเป็นนิมิตเดียว คือ “นิมิตทั้งหลาย” แห่งข้อหนึ่งและแห่ง ‘สิบเอ็ด’ บทแรกทั้งหมด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ปีแห่งยูบิลี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ถือว่าปีที่สามสิบเป็นปีที่สามสิบของวัฏจักรยูบิลีซึ่งเริ่มต้นขึ้นในเทศกาลปัสกาที่เลื่องชื่อลือชาของกษัตริย์โยสิยาห์ และแล้วสิ้นสุดลงในวันที่ 22 ตุลาคมนั้น ย่อมมีหลักฐานรองรับได้โดยง่าย เพราะแนวประวัติศาสตร์ศักดิ์สิทธิ์เฉพาะนั้นได้ถูกสำแดงไว้อย่างชัดเจน ทีละบรรทัด โดยมีพยานมากกว่าหนึ่งราย ตัวอย่างเช่น เทศกาลปัสกาเป็นสัญลักษณ์แทนบรรดาเทศกาลในฤดูใบไม้ผลิ และวันแห่งการลบมลทินบาปเป็นสัญลักษณ์แทนบรรดาเทศกาลในฤดูใบไม้ร่วง ฉะนั้น เลวีนิติ บทที่ยี่สิบสาม จึงสอดคล้องกับวัฏจักรยูบิลีที่เริ่มต้นขึ้นกับกษัตริย์โยสิยาห์ ยังมีแนวอื่น ๆ อีกที่สอดคล้องกับประวัติศาสตร์ซึ่งเป็นภาพแทนโดยกษัตริย์โยสิยาห์จนถึงวันที่ 22 ตุลาคม 573 ปีก่อนคริสตกาล การสำเร็จเป็นจริงทางประวัติศาสตร์ในวันที่ 22 ตุลาคม 573 ปีก่อนคริสตกาลของปีแห่งยูบิลีนั้น ได้รับการสนับสนุนจากบรรดานักประวัติศาสตร์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โดยทั่วไปแล้วบรรดานักลำดับเหตุการณ์ยอมรับได้กับการกำหนดให้วันลบมลทินตรงกับวันที่ 22 ตุลาคม 573 BC และปัสกาครั้งยิ่งใหญ่ของโยสิยาห์ในปี 622 BC ก็เป็นวันที่ซึ่งนักลำดับเหตุการณ์พระคัมภีร์เหล่านั้นยอมรับเช่นกัน ปัสกา อันเป็นสัญลักษณ์ของเทศกาลในฤดูใบไม้ผลิ ได้เริ่มวัฏจักรยูบิลีสี่สิบเก้าปี ซึ่งสิ้นสุดลงที่สัญลักษณ์ของเทศกาลในฤดูใบไม้ร่วงในวันลบมลทิน บรรดาสัปดาห์ทั้งเจ็ดแห่งปีซึ่งประกอบกันเป็นสี่สิบเก้าปีนั้น เป็นสัญลักษณ์ของสะบาโตของแผ่นดิน.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“ในทุกหน้าของพระคัมภีร์ ไม่ว่าจะเป็นประวัติศาสตร์ หรือข้อบัญญัติ หรือคำพยากรณ์ พระคัมภีร์พันธสัญญาเดิมล้วนส่องประกายด้วยพระสิริของพระบุตรของพระเจ้า ตราบเท่าที่ระบบศาสนายูดายมีต้นกำเนิดจากพระเจ้า ระบบทั้งหมดนั้นก็เป็นคำพยากรณ์อันกระชับครบถ้วนของข่าวประเสริฐ บรรดาผู้เผยพระวจนะทั้งปวง “เป็นพยานถึงพระองค์” กิจการ 10:43 จากพระสัญญาที่ประทานแก่อาดัม สืบเนื่องลงมาตามสายตระกูลของบรรพชนและระบบบัญญัติ แสงอันรุ่งโรจน์จากสวรรค์ได้ทำให้รอยพระบาทของพระผู้ไถ่ปรากฏอย่างแจ่มชัด ผู้หยั่งเห็นได้มองเห็นดาวแห่งเบธเลเฮ็ม ศิโลห์ผู้ซึ่งจะเสด็จมา ขณะที่เหตุการณ์แห่งอนาคตเคลื่อนผ่านต่อหน้าพวกเขาเป็นขบวนอย่างลึกลับ ในเครื่องบูชาทุกอย่าง ความตายของพระคริสต์ได้ถูกสำแดง ในควันกำยานทุกกลุ่ม ความชอบธรรมของพระองค์ได้ลอยขึ้นไป ด้วยเสียงแตรแห่งปีแห่งการปลดปล่อยทุกครั้ง พระนามของพระองค์ได้ถูกประกาศก้อง ในความล้ำลึกอันน่าเกรงขามแห่งอภิสุทธิสถาน พระสิริของพระองค์ได้ประทับอยู่” The Desire of Ages, 211.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สิบเจ็ด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เศเดคียาห์ถูกนำไปยังบาบิโลนเมื่อเยรูซาเล็มพินาศลง สิบสี่ปีก่อนปี 573 BC. บรรดานักประวัติศาสตร์ชาวยิวกำหนดวัฏจักรยูบีลีตั้งแต่สมัยโยสิยาห์ในปี 622 จนถึงวันที่ 22 ตุลาคม 573 ว่าเป็นวัฏจักรยูบีลีที่ 17. ช่วงเวลาตั้งแต่ยุทธการราฟิอาจนถึงยุทธการพาเนียมมีระยะเวลาสิบเจ็ดปี. ปโตเลมีเป็นผู้มีชัยชนะในยุทธการราฟิอา และทรงครองราชย์เป็นกษัตริย์แห่งทิศใต้เป็นเวลาสิบเจ็ดปี. นับตั้งแต่พระราชกฤษฎีกาแห่งมิลานจนถึงเวลาที่คอนสแตนตินทรงแบ่งจักรวรรดิของพระองค์ในปี 330 เป็นเวลาสิบเจ็ดปี. ในวัฏจักรยูบีลีที่สิบเจ็ด เยรูซาเล็มถูกทำลายโดยเนบูคัดเนสซาร์.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เพราะบุตรหลานแห่งอิสราเอลจะพำนักอยู่อีกหลายวันโดยปราศจากกษัตริย์ และปราศจากเจ้านาย และปราศจากเครื่องบูชา และปราศจากเสาศักดิ์สิทธิ์ และปราศจากเอโฟด และปราศจากเทราฟิม ภายหลังบุตรหลานแห่งอิสราเอลจะกลับมา และแสวงหาพระยาห์เวห์พระเจ้าของตน และดาวิดกษัตริย์ของตน และจะยำเกรงพระยาห์เวห์และความดีของพระองค์ในกาลสุดท้าย โฮเชยา 3:4, 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โฮเชยากำลังกล่าวถึงเรื่องหนึ่งซึ่งมีความเกี่ยวข้องโดยตรงกับการเป็นเชลยของเศเดคียาห์ แม้ว่าจะเป็นภาพแทนถึงจุดเริ่มต้นของการเป็นเชลยของอาณาจักรเหนือในปี 723 BC ด้วยก็ตาม เหตุที่ข้อความตอนนี้ของโฮเชยาเชื่อมโยงกับคำพยานของเอเสเคียลนั้น เกี่ยวข้องกับการปฏิเสธพระเจ้า เมื่ออิสราเอลยืนกรานจะมีกษัตริย์ที่เป็นมนุษย์ ความปรารถนาของอิสราเอลที่จะอยู่ใต้การปกครองของกษัตริย์มนุษย์ มากกว่ากษัตริย์ผู้ทรงเป็นพระเจ้า ได้รับการพรรณนาไว้ว่าเป็น “ความเย่อหยิ่งแห่งอำนาจของเจ้า” ในการพิพากษา “เจ็ดเท่า” ในเลวีนิติ 26.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และหากแม้ถึงกระนั้นพวกเจ้าก็ยังไม่ยอมฟังเรา เราจะลงโทษพวกเจ้ามากขึ้นอีกเจ็ดเท่าเพราะบาปทั้งหลายของพวกเจ้า และเราจะหักทำลายความเย่อหยิ่งแห่งกำลังของพวกเจ้า และเราจะทำให้ฟ้าสวรรค์เหนือพวกเจ้าเป็นดังเหล็ก และแผ่นดินของพวกเจ้าเป็นดังทองสัมฤทธิ์ เลวีนิติ 26:18, 19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“ความเย่อหยิ่งแห่งอำนาจของเจ้า” เป็นตัวแทนความปรารถนาของอิสราเอลที่จะเป็นเหมือนโลกและมีพระราชาของตนเอง การถูกถอดถอนกษัตริย์ออกจากอาณาจักรฝ่ายเหนือในปี 723 ก่อนคริสตกาล และต่อมาการเป็นเชลยของกษัตริย์เศเดคียาห์แห่งอาณาจักรฝ่ายใต้ในปี 586 ก่อนคริสตกาล เป็นภาพแทนการหักทำลาย “ความเย่อหยิ่ง” ของอิสราเอลโบราณ และความเย่อหยิ่งย่อมนำหน้าการล้มลง ในคำพยากรณ์แห่งพระคัมภีร์ “อำนาจ” คือกษัตริย์หรือราชอาณาจักร และความเย่อหยิ่งของอิสราเอลในการทำให้มั่นคงซึ่งกษัตริย์มนุษย์นั้น เป็นเครื่องหมายแห่งการปฏิเสธระบอบเทวาธิปไตยและพระมหากษัตริย์ผู้ทรงพระเจ้า។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ต่อมาเมื่อซามูเอลชราแล้ว ท่านได้ตั้งบุตรชายของตนให้เป็นผู้วินิจฉัยเหนืออิสราเอล ชื่อบุตรหัวปีของท่านคือโยเอล และชื่อบุตรคนที่สองคืออาบียาห์ เขาทั้งสองเป็นผู้วินิจฉัยอยู่ที่เมืองเบเออร์เชบา แต่บุตรชายทั้งหลายของท่านมิได้ดำเนินตามทางของท่าน กลับหันเหไปแสวงหาผลกำไรอันมิชอบ รับสินบน และบิดเบือนความยุติธรรม แล้วบรรดาผู้อาวุโสทั้งสิ้นของอิสราเอลจึงพากันมาประชุม และมาหาซามูเอลที่รามาห์ และกล่าวแก่ท่านว่า ดูเถิด ท่านชราแล้ว และบุตรชายทั้งหลายของท่านก็มิได้ดำเนินตามทางของท่าน บัดนี้ขอตั้งกษัตริย์องค์หนึ่งให้พวกเราสำหรับวินิจฉัยพวกเรา เหมือนชนชาติทั้งหลายเถิด แต่ถ้อยคำนี้ไม่เป็นที่พอใจของซามูเอล เมื่อพวกเขากล่าวว่า “ขอประทานกษัตริย์องค์หนึ่งให้พวกเราสำหรับวินิจฉัยพวกเรา” และซามูเอลได้อธิษฐานต่อพระยาห์เวห์ แล้วพระยาห์เวห์ตรัสแก่ซามูเอลว่า “จงฟังเสียงของประชาชนในทุกสิ่งที่พวกเขากล่าวแก่เจ้า เพราะพวกเขามิได้ปฏิเสธเจ้า แต่พวกเขาได้ปฏิเสธเรา เพื่อเราจะมิได้ครอบครองเหนือพวกเขา ตามบรรดาการกระทำทั้งสิ้นที่พวกเขาได้กระทำตั้งแต่วันที่เราพาพวกเขาขึ้นมาจากอียิปต์จนถึงวันนี้ ซึ่งด้วยการนั้นพวกเขาได้ละทิ้งเรา และปรนนิบัติพระอื่น ฉันใด พวกเขาก็กระทำแก่เจ้าฉันนั้น บัดนี้ฉะนั้นจงฟังเสียงของพวกเขาเถิด กระนั้นก็ดี เจ้าจงกล่าวเตือนพวกเขาอย่างหนักแน่น และแจ้งให้พวกเขาทราบถึงระเบียบของกษัตริย์ผู้ที่จะครอบครองเหนือพวกเขา” 1 ซามูเอล 8:1–9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พึงสังเกตว่า ณ จุดนั้นอิสราเอลได้ปฏิเสธไม่เพียงแต่พระเจ้าในฐานะกษัตริย์ของตนเท่านั้น แต่ยังปฏิเสธพระวิญญาณแห่งคำพยากรณ์ด้วย ดังที่เป็นตัวแทนโดยซามูเอล เพราะมีข้อความกล่าวไว้ว่า “they have forsaken me, and served other gods, so do they also unto thee.”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“ซาตานกำลัง... ผลักดันสิ่งปลอมแปลงเข้ามาอย่างไม่หยุดยั้ง—เพื่อชักนำให้หลงไปจากความจริง การล่อลวงครั้งสุดท้ายที่สุดของซาตานคือการทำให้คำพยานของพระวิญญาณของพระเจ้าไร้ผล ‘ที่ใดไม่มีนิมิต ประชาชนก็พินาศ’ (สุภาษิต 29:18) ซาตานจะปฏิบัติการอย่างแยบยล ด้วยวิธีการต่าง ๆ และผ่านตัวแทนต่าง ๆ เพื่อบั่นทอนความเชื่อมั่นของชนที่เหลืออยู่ของพระเจ้าในคำพยานอันแท้จริง”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“จะมีความเกลียดชังที่ถูกปลุกเร้าขึ้นต่อบรรดาคำพยาน ซึ่งเป็นสิ่งที่มาจากซาตาน การทำงานของซาตานจะมุ่งทำให้ความเชื่อของคริสตจักรทั้งหลายที่มีต่อคำพยานเหล่านั้นคลอนแคลน ด้วยเหตุนี้เอง: ซาตานไม่อาจมีหนทางที่เปิดโล่งเช่นนั้นในการนำการล่อลวงของตนเข้ามา และผูกมัดดวงวิญญาณทั้งหลายไว้ในความหลงผิดของมันได้ หากคำเตือน คำตักเตือน และคำปรึกษาของพระวิญญาณของพระเจ้าถูกเอาใจใส่เชื่อฟัง” Selected Messages, book 1, 48.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่อลวงครั้งสุดท้ายสำหรับระบอบเทวาธิปไตยของอิสราเอลโบราณคือการปฏิเสธไม่เพียงแต่พระเจ้าเท่านั้น หากยังรวมถึงพระวิญญาณแห่งคำพยากรณ์ด้วย การปฏิเสธนั้นในปี 1097 ก่อนคริสตกาล เป็นแบบอย่างของการล่อลวงครั้งสุดท้ายของเซเว่นธ์เดย์แอ๊ดเวนตีสฝ่ายเลาดีเซียในปี 1863 “เจ็ดเวลา” ในเลวีนิติ บทที่ยี่สิบหก คือพระวจนะของพระเจ้า และพระวิญญาณแห่งคำพยากรณ์กล่าวถึง “เจ็ดเวลา” ว่า “ไม่ควรถูกเปลี่ยนแปลง”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“ข้าพเจ้าได้เห็นว่าแผนภูมิปี 1843 นั้นได้รับการชี้นำโดยพระหัตถ์ขององค์พระผู้เป็นเจ้า และไม่ควรถูกแก้ไขเปลี่ยนแปลง ตัวเลขต่าง ๆ ก็เป็นไปตามที่พระองค์ทรงประสงค์ และพระหัตถ์ของพระองค์ทรงปกคลุมอยู่เหนือมัน ทั้งทรงซ่อนความผิดพลาดประการหนึ่งไว้ในตัวเลขบางส่วน เพื่อไม่ให้ผู้ใดมองเห็นได้ จนกว่าพระหัตถ์ของพระองค์จะถูกยกออกไป” Early Writings, 74.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พระวิญญาณแห่งคำพยากรณ์ได้ให้การรับรอง “เจ็ดเวลา” อย่างชัดแจ้ง และการรับรองของนางนั้นเป็นคำเตือนไม่ให้เปลี่ยนแปลงตัวเลขบนแผนภูมิ ซึ่งในแผนภูมินั้น “เจ็ดเวลา” อยู่ที่คอลัมน์กลางและมุมขวาบน พร้อมกับแผนภูมิปลอมของ Uriah Smith ในปี 1863 การปฏิเสธความจริงพื้นฐานอย่างต่อเนื่อง—ซึ่งมีอิสราเอลโบราณเป็นแบบอย่างในการปฏิเสธพระเจ้า—และพระวิญญาณแห่งคำพยากรณ์ได้ชี้บ่งการกบฏในปี 1863 นั้น วันที่แห่งการกบฏในปี 1863 สอดคล้องกับแนวคำพยากรณ์ที่ถูกนำเสนอไว้ในพระธรรมเอเสเคียล ในแนวประวัติศาสตร์นั้น บทสรุปคือการทำลายกรุงเยรูซาเล็ม ซึ่งเป็นแบบอย่างของกฎหมายวันอาทิตย์ ช่วงเวลาตั้งแต่ปี 1863 จนถึงกฎหมายวันอาทิตย์ที่ใกล้จะมาถึง ได้รับการทำให้เป็นแบบอย่างไว้โดยประวัติศาสตร์ของกษัตริย์ซาอูลในปี 1097 BC จนถึงเศเดคียาห์ในปี 586 BC.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เศเดคียาห์ถูกกวาดไปเป็นเชลยยังบาบิโลนสิบสี่ปีก่อนปีแห่งยูบิลี ค.ศ. 573 ก่อนคริสตกาล วงรอบยูบิลีที่สิบเจ็ดเริ่มขึ้นในปี 622 ก่อนคริสตกาล และในปีที่สามสิบ เอเสเคียลถูกทรงตั้งให้ปรากฏในฐานะปุโรหิตในปี 591 ก่อนคริสตกาล จากนั้นอีกห้าปีต่อมา กรุงเยรูซาเล็มก็ถูกทำลายในปี 586 ก่อนคริสตกาล เมืองนั้นถูกทำลายในวันเดียวกันของปีเช่นเดียวกับที่ถูกทำลายเป็นครั้งที่สองใน ค.ศ. 70 โดยทิตัส ข้อหนึ่งของเอเสเคียลบทที่หนึ่งอยู่ก่อนการทำลายกรุงเยรูซาเล็มห้าปี และก่อนนิมิตเรื่องพระวิหารในบทที่สี่สิบสิบเก้าปี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ในปีที่ยี่สิบห้าแห่งการเป็นเชลยของเรา ในตอนต้นปี ในวันที่สิบของเดือน ในปีที่สิบสี่หลังจากที่เมืองนั้นถูกตีแตก ในวันเดียวกันนั้นเอง พระหัตถ์ของพระยาห์เวห์ทรงอยู่เหนือข้าพเจ้า และทรงนำข้าพเจ้าไปที่นั่น เอเสเคียล 40:1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เพราะการไม่เชื่อฟังต่อพันธสัญญาแห่งสะบาโตของแผ่นดิน พระเจ้าทรงระบุว่า “เจ็ดเท่า” จะเป็นคำสาปแช่งสำหรับการไม่เชื่อฟังต่อปีที่เจ็ด ซึ่งเป็นสะบาโตของแผ่นดิน “กาลเวลา” คือหนึ่งปี และ “ปี” หนึ่งมีสามร้อยหกสิบวัน และเจ็ดเท่าของสามร้อยหกสิบเท่ากับสองพันห้าร้อยยี่สิบปี พวกมิลเลอไรต์อาจมิได้ใช้สำนวนว่า “the twenty-five twenty” แต่แผนภูมิศักดิ์สิทธิ์ทั้งสองของพวกเขาล้วนระบุจำนวนสองพันห้าร้อยยี่สิบปีไว้โดยตรง។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การประกาศคำสาปเจ็ดเท่าต่อทั้งอาณาจักรฝ่ายเหนือของอิสราเอลและอาณาจักรฝ่ายใต้ของยูดาห์นั้น เป็นความเข้าใจประการแรกของวิลเลียม มิลเลอร์ หรือจะกล่าวได้ว่าเป็นความเข้าใจ “ขั้นมูลฐาน” หรืออาจกล่าวได้ด้วยซ้ำว่าเป็นความเข้าใจแบบ “อัลฟา” ของเขา ในปี 1863 คริสตจักรเซเว่นธ์เดย์แอ๊ดเวนตีสต์แห่งเลาดีเซียได้ปฏิเสธความเข้าใจอันเป็นมูลฐานแห่งการค้นพบต่าง ๆ ของมิลเลอร์; “การค้นพบ” ที่เป็นตัวแทนของรากฐานทั้งหมดของขบวนการมิลเลอไรต์ แรงดลใจได้เตือนไว้โดยตรงว่าสิ่งนี้อาจเกิดขึ้นได้, และมันก็ได้เกิดขึ้นแล้ว, และเกิดขึ้นมานานแล้ว.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รากฐานของพระวิหารซึ่งได้ถูกสร้างขึ้นใหม่ภายหลังการเป็นเชลยในบาบิโลนนั้น ได้เสร็จสิ้นลงในช่วงประวัติศาสตร์ของกฤษฎีกาฉบับแรก และก่อนกฤษฎีกาฉบับที่สอง พระวิหารถูกสร้างเสร็จสมบูรณ์ในช่วงประวัติศาสตร์ของกฤษฎีกาฉบับที่สอง ในกฤษฎีกาฉบับที่สาม อธิปไตยแห่งชาติได้ถูกฟื้นฟูคืนแก่อิสราเอลโบราณตามตัวอักษร วิลเลียม มิลเลอร์เป็นตัวแทนของทูตสวรรค์องค์ที่หนึ่งซึ่งมาถึงในปี 1798 และได้รับอำนาจเมื่อวันที่ 11 สิงหาคม ค.ศ. 1840 ทูตสวรรค์องค์ที่สองมาถึงภายหลังการวางรากฐานแล้ว ดังที่แผนภูมิปี 1843 เป็นภาพแทน ซึ่งได้รับการตีพิมพ์ในเดือนพฤษภาคม ค.ศ. 1842 ณ ความผิดหวังครั้งแรกของปี 1844 ซึ่งเป็นความผิดหวังอัลฟาของปี 1844 ทูตสวรรค์องค์ที่สอง และทั้งช่วงเวลาการคอยอยู่ด้วยในอุปมาเรื่องหญิงพรหมจารี ก็มาถึง และเมื่อข่าวสารของทูตสวรรค์องค์ที่สองได้รับอำนาจ ณ การประชุมค่ายที่เอ็กซีเตอร์ พระวิหารก็เสร็จสิ้นลง จากนั้น ณ ความผิดหวังครั้งใหญ่ หรือความผิดหวังโอเมกาของปี 1844 ผู้สื่อสารแห่งพันธสัญญาก็เสด็จมายังพระวิหารของพระองค์โดยฉับพลัน เป็นการสำเร็จตามคำพยากรณ์เรื่องสองพันสามร้อยปีซึ่งเริ่มต้นที่กฤษฎีกาฉบับที่สามและสิ้นสุดลงเมื่อทูตสวรรค์องค์ที่สามมาถึ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โยสิยาห์ หมายถึง “รากฐานของพระเจ้า” ไม่ว่าจะเป็นกษัตริย์โยสิยาห์หรือโยสิยาห์ ลิตช์ ทั้งสองล้วนเป็นสัญลักษณ์ของบรรดารากฐาน ดังที่แสดงไว้ในประวัติศาสตร์ของพระราชกฤษฎีกาฉบับแรก และดังที่เป็นตัวแทนโดยเทศกาลในฤดูใบไม้ผลิซึ่งได้กำหนดไว้ในเลวีนิติ บทที่ยี่สิบสาม ข้อยี่สิบสองข้อแรก รากฐานทั้งหลาย เทศกาลในฤดูใบไม้ผลิ และพระราชกฤษฎีกาฉบับแรก ล้วนเป็นสัญลักษณ์ของปี 1840 และการทรงเสริมกำลังแก่ทูตสวรรค์องค์ที่หนึ่ง วันที่ 22 ตุลาคม 573 ปีก่อน ค.ศ. ดังที่ระบุไว้ในเอเสเคียล บทที่สี่สิบ ข้อหนึ่ง เป็นสัญลักษณ์ของวันที่ 22 ตุลาคม 1844 และการเปิดขึ้นของการพิพากษาคนตาย และยังเป็นสัญลักษณ์ของวันที่ 11 กันยายน 2001 ณ การเปิดขึ้นของการพิพากษาคนเป็นด้วย ผู้ใดก็ตามที่ได้ติดตามบทความเหล่านี้มา ควรทราบถึงการประยุกต์ใช้ที่ข้าพเจ้ากำลังใช้อยู่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เอเสเคียลเป็นสัญลักษณ์หนึ่งภายในประวัติศาสตร์เชิงพยากรณ์ที่ปรากฏในงานเขียนของท่าน เอเสเคียลอยู่ที่นั่นเมื่อชายยี่สิบห้าคนกราบไหว้ดวงอาทิตย์ในตอนท้ายของบทที่แปด ท่านก็อยู่ที่นั่นด้วยในบทต่อ ๆ มา เมื่อ “การประทับตราซึ่งตามมาด้วยการสังหาร” ถูกนำมาสู่กรุงเยรูซาเล็ม ซึ่ง Ellen White ระบุว่าเป็นคริสตจักรเซเว่นธ์เดย์แอ๊ดเวนตีส ในสิบเอ็ดบทแรก เอเสเคียลถูกนำเข้าไปในสถานนมัสการแห่งสวรรค์เพื่อรับคำสั่งของท่าน เช่นเดียวกับที่พวกมิลเลอร์ไรต์ได้รับการทรงเรียกให้ทำในปี 1844 และดังที่ขบวนการนี้กำลังได้รับการทรงเรียกให้ทำอยู่ในเวลานี้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ฉะนั้น เอเสเคียลจึงเป็นหมายสำคัญแก่ท่านทั้งหลาย: ท่านทั้งหลายจะกระทำตามทุกสิ่งที่เขาได้กระทำไว้: และเมื่อเหตุการณ์นี้มาถึง ท่านทั้งหลายจะรู้ว่า เราคือองค์พระผู้เป็นเจ้าพระเจ้า เอเสเคียล 24:24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เมื่อสิ่งนี้บังเกิดขึ้น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เรามาถึงจุดหนึ่งในยุคสุดท้ายที่สิ่งทั้งหลายซึ่งเอเสเคียลได้พรรณนาไว้นั้นกำลังเกิดซ้ำขึ้นท่ามกลางประชากรของพระเจ้า เมื่อนั้นเราก็มาถึงหมายสำคัญของเอเสเคียลแล้ว เมื่อท่านรู้ว่าเอเสเคียลเป็นภาพแทนของคนหนึ่งแสนสี่หมื่นสี่พัน และท่านรู้ในระดับแห่งความเชื่อและความเข้าใจที่ครอบครองความคาดหวังอันได้รับการชำระให้บริสุทธิ์ว่า ทุกสิ่งที่เอเสเคียลได้พรรณนาไว้ในงานเขียนของท่านเป็นแบบอย่างของลำดับเหตุการณ์อันศักดิ์สิทธิ์ในยุคสุดท้าย ซึ่งเกี่ยวข้องกับคนหนึ่งแสนสี่หมื่นสี่พัน—เมื่อท่านรู้ดังนั้นแล้ว ท่านทั้งหลาย “จะรู้” ว่า “พระยาห์เวห์” ทรงเป็น “พระเจ้า”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เราจะดำเนินความคิดเหล่านี้ต่อไปในบทความถัดไป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ประวัติศาสตร์ที่ซ่อนอยู่ของข้อที่สี่สิบ - เลขที่ยี่สิบเอ็ด</dc:title>
  <dc:subject>วิบัติประการที่สอง - ตอนที่แปด - เอเสเคียลหมายเลขสอง</dc:subject>
  <dc:creator>Jeff Pippenger</dc:creator>
  <cp:keywords/>
  <dc:description>Generated by ArticleDigger from hidden_history\21_hidden_history.json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