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Leelawadee UI" w:hAnsi="Leelawadee UI" w:eastAsia="Leelawadee UI" w:cs="Leelawadee UI"/>
        </w:rPr>
        <w:t>ประวัติศาสตร์ที่ซ่อนเร้นของข้อที่สี่สิบ — หมายเลขยี่สิบสอง</w:t>
      </w:r>
    </w:p>
    <w:p>
      <w:pPr>
        <w:pStyle w:val="ArticleSubtitle"/>
        <w:jc w:val="left"/>
      </w:pPr>
      <w:r>
        <w:rPr>
          <w:rFonts w:ascii="Leelawadee UI" w:hAnsi="Leelawadee UI" w:eastAsia="Leelawadee UI" w:cs="Leelawadee UI"/>
        </w:rPr>
        <w:t>เอเสเคียล หมายเลขสาม</w:t>
      </w:r>
    </w:p>
    <w:p>
      <w:pPr>
        <w:pStyle w:val="ArticleByline"/>
        <w:jc w:val="left"/>
      </w:pPr>
      <w:r>
        <w:rPr>
          <w:rFonts w:ascii="Leelawadee UI" w:hAnsi="Leelawadee UI" w:eastAsia="Leelawadee UI" w:cs="Leelawadee UI"/>
        </w:rPr>
        <w:t>Jeff Pippenger</w:t>
      </w:r>
    </w:p>
    <w:p>
      <w:pPr>
        <w:pStyle w:val="ArticleDate"/>
        <w:jc w:val="left"/>
      </w:pPr>
      <w:r>
        <w:rPr>
          <w:rFonts w:ascii="Leelawadee UI" w:hAnsi="Leelawadee UI" w:eastAsia="Leelawadee UI" w:cs="Leelawadee UI"/>
        </w:rPr>
        <w:t>2026-08-08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เอเสเคียลเป็นปุโรหิตในช่วงเวลาของการประทับตราหนึ่งแสนสี่หมื่นสี่พันคน ในบทที่หนึ่ง เอเสเคียลถูกนำเข้าไปในสถานนมัสการ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อยู่มา ในปีที่สามสิบ ในเดือนที่สี่ ในวันที่ห้าของเดือน ขณะที่ข้าพเจ้าอยู่ท่ามกลางพวกเชลยริมแม่น้ำเคบาร์ ฟ้าสวรรค์ก็เปิดออก และข้าพเจ้าได้เห็นนิมิตของพระเจ้า ในวันที่ห้าของเดือนนั้น ซึ่งเป็นปีที่ห้าแห่งการเป็นเชลยของกษัตริย์เยโฮยาคีน พระวจนะของพระยาห์เวห์ได้มาอย่างแจ่มชัดแก่เอเสเคียลปุโรหิต บุตรของบุซี ในแผ่นดินของชาวเคลเดียริมแม่น้ำเคบาร์ และพระหัตถ์ของพระยาห์เวห์ก็อยู่เหนือท่าน ณ ที่นั้น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ข้าพเจ้าได้มองดู และดูเถิด มีลมหมุนพายุลูกหนึ่งมาจากทิศเหนือ เป็นเมฆมหึมา และมีไฟลุกวนอยู่ในตัวเอง และมีรัศมีอยู่รอบนั้น และจากท่ามกลางสิ่งนั้นมีสิ่งหนึ่งประหนึ่งสีอำพัน ออกมาจากท่ามกลางไฟนั้น อีกทั้งจากท่ามกลางนั้นก็ปรากฏลักษณะของสัตว์ที่มีชีวิตสี่ตน และรูปร่างของมันเป็นดังนี้ คือมันมีลักษณะคล้ายมนุษย์ และแต่ละตนมีสี่หน้า และแต่ละตนมีสี่ปีก เท้าของมันเป็นเท้าตรง และฝ่าเท้าของมันเป็นเหมือนฝ่าเท้าลูกวัว และเป็นประกายดุจสีทองสัมฤทธิ์ขัดมัน และที่ใต้ปีกทั้งสี่ด้านของมันนั้นมีมือของมนุษย์ และสัตว์ทั้งสี่นั้นมีทั้งหน้าและปีกของตน ปีกของมันแตะติดกันตนหนึ่งกับอีกตนหนึ่ง เมื่อมันเคลื่อนไปก็ไม่หันเลย แต่แต่ละตนเคลื่อนไปตรงข้างหน้าของตน สำหรับลักษณะหน้าของมันนั้น ทั้งสี่ตนมีหน้ามนุษย์ และหน้าสิงห์อยู่ทางด้านขวา และทั้งสี่ตนมีหน้าโคอยู่ทางด้านซ้าย และทั้งสี่ตนก็มีหน้านกอินทรีด้วย หน้าของมันเป็นดังนี้ และปีกของมันก็กางขึ้นเบื้องบน ปีกสองปีกของแต่ละตนแตะติดกัน และอีกสองปีกปกคลุมกายของมัน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และแต่ละตนก็มุ่งตรงไปข้างหน้า ไม่ว่าพระวิญญาณจะทรงประสงค์ให้ไปทางใด พวกเขาก็ไปทางนั้น และมิได้หันเมื่อกำลังไป ส่วนลักษณะของสัตว์ทรงชีวิตนั้น รูปลักษณ์ของพวกมันเป็นดุจถ่านเพลิงที่ลุกไหม้ และดุจรูปลักษณ์ของคบเพลิง สิ่งนั้นเคลื่อนไปมาอยู่ท่ามกลางสัตว์ทรงชีวิต และไฟนั้นสุกสว่าง และจากไฟนั้นก็มีฟ้าแลบพุ่งออกมา และสัตว์ทรงชีวิตก็วิ่งไปและกลับมา ดุจประกายสายฟ้า ครั้นเมื่อข้าพเจ้ากำลังเพ่งดูสัตว์ทรงชีวิตนั้น ดูเถิด มีวงล้อหนึ่งอยู่บนแผ่นดินข้างสัตว์ทรงชีวิต โดยมีสำหรับทั้งสี่หน้า รูปลักษณ์ของวงล้อและโครงสร้างของมันเป็นดุจสีของพลอยเขียว และทั้งสี่มีลักษณะอย่างเดียวกัน และรูปลักษณ์กับโครงสร้างของมันเป็นประหนึ่งวงล้อซ้อนอยู่ในวงล้ออีกชั้นหนึ่ง เมื่อพวกมันเคลื่อนไป ก็ไปได้ทั้งสี่ด้านของตน และมิได้หันเมื่อกำลังไป ส่วนขอบวงล้อของมันนั้นสูงยิ่งนักจนชวนให้ครั่นคร้าม และขอบวงล้อของทั้งสี่นั้นเต็มไปด้วยดวงตาโดยรอบ และเมื่อสัตว์ทรงชีวิตเคลื่อนไป วงล้อก็เคลื่อนไปข้างพวกมันด้วย และเมื่อสัตว์ทรงชีวิตถูกยกขึ้นจากแผ่นดิน วงล้อก็ถูกยกขึ้นด้วย ไม่ว่าพระวิญญาณจะทรงประสงค์ให้ไปทางใด พวกมันก็ไปทางนั้น เพราะที่นั้นเป็นที่ซึ่งวิญญาณของพวกมันจะไป และวงล้อก็ถูกยกขึ้นตรงข้ามพวกมัน เพราะว่าวิญญาณของสัตว์ทรงชีวิตนั้นอยู่ในวงล้อทั้งหลาย</w:t>
      </w:r>
      <w:r>
        <w:rPr>
          <w:rFonts w:ascii="Nirmala UI" w:hAnsi="Nirmala UI" w:eastAsia="Nirmala UI" w:cs="Nirmala UI"/>
        </w:rPr>
        <w:t>।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เมื่อสิ่งเหล่านั้นเคลื่อนไป สิ่งเหล่านี้ก็เคลื่อนไปด้วย และเมื่อสิ่งเหล่านั้นหยุดนิ่ง สิ่งเหล่านี้ก็หยุดนิ่งด้วย และเมื่อสิ่งเหล่านั้นถูกรับขึ้นจากแผ่นดิน วงล้อทั้งหลายก็ถูกรับขึ้นตรงไปกับสิ่งเหล่านั้นด้วย เพราะจิตวิญญาณของสิ่งมีชีวิตนั้นอยู่ในวงล้อทั้งหลาย และลักษณะแห่งพื้นฟ้าที่อยู่เหนือศีรษะของสิ่งมีชีวิตนั้น เป็นดั่งสีของผลึกอันน่าสะพรึงกลัว แผ่ขยายออกเหนือศีรษะของมันทั้งหลายเบื้องบน และใต้พื้นฟ้านั้น ปีกของมันทั้งหลายเหยียดตรง ปีกหนึ่งหันเข้าหาอีกปีกหนึ่ง แต่ละตนมีสองปีกซึ่งปกคลุมด้านนี้ และแต่ละตนมีสองปีกซึ่งปกคลุมอีกด้านหนึ่ง คือร่างกายของมัน และเมื่อมันทั้งหลายเคลื่อนไป ข้าพเจ้าได้ยินเสียงปีกของมัน เหมือนเสียงน้ำมากหลาย ดั่งพระสุรเสียงขององค์ผู้ทรงมหิทธิฤทธิ์ เป็นเสียงแห่งถ้อยคำ ดุจเสียงของกองทัพ เมื่อมันทั้งหลายหยุดนิ่ง มันก็ลดปีกลง และมีพระสุรเสียงมาจากพื้นฟ้าที่อยู่เหนือศีรษะของมันทั้งหลาย เมื่อมันทั้งหลายหยุดนิ่งและได้ลดปีกลงแล้ว และเหนือพื้นฟ้าที่อยู่เหนือศีรษะของมันทั้งหลายนั้น มีลักษณะคล้ายพระที่นั่ง ดูประหนึ่งศิลาสีไพลิน และบนลักษณะคล้ายพระที่นั่งนั้น มีลักษณะคล้ายมนุษย์ผู้หนึ่งอยู่เบื้องบน และข้าพเจ้าเห็นเป็นดั่งสีของอำพัน เป็นดั่งลักษณะของไฟที่ล้อมอยู่ภายในนั้น ตั้งแต่ลักษณะที่ปรากฏเป็นบั้นพระองค์ขึ้นไป และตั้งแต่ลักษณะที่ปรากฏเป็นบั้นพระองค์ลงมา ข้าพเจ้าเห็นประหนึ่งลักษณะของไฟ และมีความสุกใสล้อมรอบ ดุจดังลักษณะของรุ้งที่อยู่ในเมฆในวันฝนตก ลักษณะแห่งความสุกใสที่ล้อมรอบนั้นก็เป็นเช่นนั้น นี่แหละคือลักษณะแห่งสัณฐานพระสิริของพระยาห์เวห์ และเมื่อข้าพเจ้าเห็นสิ่งนั้น ข้าพเจ้าก็ซบหน้าลง และได้ยินเสียงของผู้หนึ่งกำลังตรัส เอเสเคียล 1:1–28.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“เอเสเคียล ผู้เผยพระวจนะเชลยผู้โศกเศร้า ในแผ่นดินของชาวเคลเดีย ได้รับนิมิตซึ่งสอนบทเรียนเดียวกันแห่งความเชื่อในพระเจ้าผู้ทรงฤทธานุภาพของอิสราเอล ขณะที่ท่านอยู่ริมฝั่งแม่น้ำเคบาร์ ดูประหนึ่งว่าลมหมุนได้พัดมาจากทิศเหนือ ‘มีเมฆก้อนใหญ่ และเพลิงที่ลุกม้วนอยู่ในตัวเอง และมีแสงสว่างอยู่รอบนั้น และจากท่ามกลางสิ่งนั้นมีบางสิ่งดังสีของอำพัน’ มีวงล้อจำนวนหนึ่งซึ่งมีรูปลักษณ์ประหลาด ซ้อนตัดกันอยู่ และถูกขับเคลื่อนโดยสัตว์ทรงชีวิตสี่ตน สูงเหนือสิ่งทั้งปวงเหล่านี้ขึ้นไปมี ‘สิ่งที่ดูเหมือนพระที่นั่ง มีลักษณะประหนึ่งพลอยไพทูรย์ และบนสิ่งที่ดูเหมือนพระที่นั่งนั้น มีสิ่งที่มีลักษณะคล้ายมนุษย์ปรากฏอยู่เบื้องบน’ ‘ส่วนลักษณะของสัตว์ทรงชีวิตนั้น รูปลักษณ์ของมันเป็นดั่งถ่านเพลิงที่ลุกไหม้ และดั่งลักษณะของคบเพลิง มันเคลื่อนไปมาท่ามกลางสัตว์ทรงชีวิต และเพลิงนั้นก็สุกใส และมีฟ้าแลบพุ่งออกมาจากเพลิงนั้น’ ‘และปรากฏในหมู่เครูบว่ามีรูปร่างของมือมนุษย์อยู่ใต้ปีกของมัน’”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“มีวงล้ออยู่ภายในวงล้อ จัดเรียงกันอย่างสลับซับซ้อนยิ่ง จนเมื่อเห็นในครั้งแรก เอเสเคียลรู้สึกประหนึ่งว่าทุกสิ่งล้วนสับสนอลหม่าน แต่เมื่อวงล้อเหล่านั้นเคลื่อนไป ก็เป็นไปด้วยความเที่ยงตรงอันงดงามและด้วยความประสานกลมกลืนอย่างสมบูรณ์ สิ่งมีชีวิตแห่งสวรรค์เป็นผู้ขับเคลื่อนวงล้อเหล่านั้น และเหนือสิ่งทั้งปวง บนพระที่นั่งไพฑูรย์อันรุ่งโรจน์นั้น คือองค์ผู้ทรงดำรงอยู่ชั่วนิรันดร์ ขณะที่รอบพระที่นั่งมีรุ้งโอบล้อมอยู่ เป็นสัญลักษณ์แห่งพระคุณและความรัก เอเสเคียลถูกครอบงำด้วยพระสิริอันน่าเกรงขามของภาพนั้น จึงซบหน้าลงกับพื้น แล้วมีพระสุรเสียงตรัสสั่งให้เขาลุกขึ้นและฟังพระวจนะของพระยาห์เวห์ ต่อจากนั้น เขาได้รับข่าวสารแห่งคำเตือนสำหรับอิสราเอล” Testimonies, 751.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ในปีที่กษัตริย์อุสซียาห์สิ้นพระชนม์นั้น ข้าพเจ้าได้เห็นองค์พระผู้เป็นเจ้าประทับบนพระที่นั่ง สูงส่งและเชิดชูยิ่ง และชายฉลองพระองค์ของพระองค์เต็มพระวิหาร เบื้องบนพระองค์มีเหล่าเสราฟิมยืนอยู่ แต่ละตนมีหกปีก ด้วยสองปีกเขาปิดหน้าของตน ด้วยสองปีกเขาปิดเท้าของตน และด้วยสองปีกเขาบิน และต่างร้องตอบกันว่า “บริสุทธิ์ บริสุทธิ์ บริสุทธิ์ คือพระยาห์เวห์จอมโยธา แผ่นดินโลกทั้งสิ้นเต็มด้วยพระสิริของพระองค์” วงกบประตูทั้งหลายก็สั่นสะเทือนด้วยเสียงของผู้ที่ร้องนั้น และพระนิเวศก็เต็มไปด้วยควัน แล้วข้าพเจ้ากล่าวว่า “วิบัติแก่ข้าพเจ้า เพราะข้าพเจ้าพินาศแล้ว เนื่องจากข้าพเจ้าเป็นคนริมฝีปากไม่สะอาด และข้าพเจ้าอาศัยอยู่ท่ามกลางชนชาติที่มีริมฝีปากไม่สะอาด เพราะนัยน์ตาของข้าพเจ้าได้เห็นพระมหากษัตริย์ คือพระยาห์เวห์จอมโยธา” แล้วเสราฟิมตนหนึ่งบินมาหาข้าพเจ้า ในมือมีถ่านเพลิงก้อนหนึ่ง ซึ่งเขาใช้คีมคีบมาจากแท่นบูชา และเขาแตะที่ปากของข้าพเจ้าแล้วกล่าวว่า “ดูเถิด สิ่งนี้ได้แตะต้องริมฝีปากของเจ้าแล้ว และความชั่วช้าของเจ้าก็ถูกนำออกไป และบาปของเจ้าก็ได้รับการชำระ” ข้าพเจ้าได้ยินพระสุรเสียงขององค์พระผู้เป็นเจ้าตรัสด้วยว่า “เราจะใช้ผู้ใดไป และผู้ใดจะไปเพื่อพวกเรา” แล้วข้าพเจ้าทูลว่า “ข้าพเจ้าอยู่นี่ ขอทรงใช้ข้าพระองค์ไปเถิด” อิสยาห์ 6:1–8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“นิมิตนี้ได้ประทานแก่เอเสเคียลในเวลาที่จิตใจของท่านเต็มไปด้วยลางสังหรณ์อันมืดมน ท่านเห็นแผ่นดินของบรรพบุรุษของท่านรกร้างว่างเปล่า เมืองที่ครั้งหนึ่งเคยเต็มไปด้วยผู้คน บัดนี้ไม่มีผู้อยู่อาศัยอีกต่อไปแล้ว เสียงแห่งความรื่นเริงและบทเพลงแห่งการสรรเสริญมิได้ยินอีกแล้วภายในกำแพงของนครนั้น ตัวผู้เผยพระวจนะเองก็เป็นคนต่างถิ่นในแผ่นดินต่างแดน ที่ซึ่งความทะเยอทะยานอันไร้ขอบเขตและความโหดร้ายป่าเถื่อนครอบงำอยู่สูงสุด สิ่งที่ท่านได้เห็นและได้ยินเกี่ยวกับการกดขี่อันอธรรมและความผิดบาปของมนุษย์ทำให้จิตวิญญาณของท่านทุกข์ระทม และท่านคร่ำครวญอย่างขมขื่นทั้งกลางวันและกลางคืน แต่บรรดาสัญลักษณ์อันน่าอัศจรรย์ซึ่งปรากฏต่อหน้าท่าน ณ ริมแม่น้ำเคบาร์ ได้สำแดงให้เห็นถึงอำนาจสูงสุดที่ทรงครอบงำ ซึ่งยิ่งใหญ่กว่าบรรดาผู้ครอบครองฝ่ายโลก เหนือบรรดากษัตริย์แห่งอัสซีเรียและบาบิโลนอันเย่อหยิ่งและโหดเหี้ยมนั้น พระเจ้าแห่งพระเมตตาและความจริงทรงประทับอยู่บนพระที่นั่ง”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ความยุ่งยากอันสลับซับซ้อนดุจล้อซึ่งปรากฏแก่ผู้เผยพระวจนะว่าเกี่ยวข้องอยู่ในความสับสนอลหม่านเช่นนั้น อยู่ภายใต้การทรงนำของพระหัตถ์อันไร้ขอบเขต พระวิญญาณของพระเจ้า ซึ่งทรงสำแดงแก่ท่านว่าทรงเคลื่อนไหวและทรงกำกับล้อเหล่านี้ ได้ทรงนำความประสานกลมกลืนออกมาจากความสับสนฉันใด โลกทั้งสิ้นก็อยู่ภายใต้การควบคุมของพระองค์ฉันนั้น สิ่งมีชีวิตผู้ทรงพระสิรินับหมื่นนับแสนพร้อมแล้วตามพระวจนะของพระองค์ ที่จะทรงยับยั้งอำนาจและนโยบายของคนอธรรม และนำสิ่งดีมาสู่บรรดาผู้ที่ซื่อสัตย์ต่อพระองค์”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ในทำนองเดียวกัน เมื่อพระเจ้าทรงกำลังจะทรงเปิดเผยแก่ยอห์นผู้เป็นที่รักถึงประวัติศาสตร์ของคริสตจักรสำหรับยุคสมัยทั้งหลายในอนาคต พระองค์ได้ประทานความมั่นใจแก่เขาถึงพระทัยสนพระทัยและการทรงดูแลของพระผู้ช่วยให้รอดที่มีต่อประชากรของพระองค์ โดยทรงสำแดงแก่เขาให้เห็น “ผู้หนึ่งทรงละม้ายบุตรมนุษย์” เสด็จดำเนินอยู่ท่ามกลางคันประทีปทั้งหลาย ซึ่งเป็นสัญลักษณ์ของคริสตจักรทั้งเจ็ด ขณะที่ยอห์นได้เห็นการต่อสู้อันยิ่งใหญ่ครั้งสุดท้ายของคริสตจักรกับอำนาจทั้งหลายฝ่ายโลก เขาก็ได้รับอนุญาตให้เห็นชัยชนะและการช่วยกู้ครั้งสุดท้ายของบรรดาผู้สัตย์ซื่อด้วย เขาเห็นว่าคริสตจักรถูกนำเข้าสู่ความขัดแย้งอันถึงตายกับสัตว์ร้ายนั้นและรูปของมัน และการนมัสการสัตว์ร้ายนั้นถูกบังคับภายใต้โทษถึงตาย แต่เมื่อมองเลยออกไปพ้นควันและเสียงอึกทึกของสงคราม เขาได้เห็นชนหมู่หนึ่งอยู่บนภูเขาศิโยนกับพระเมษโปดก โดยแทนที่จะมีเครื่องหมายของสัตว์ร้าย กลับมี “พระนามของพระบิดาจารึกไว้ที่หน้าผากของเขาทั้งหลาย” และอีกครั้งหนึ่ง เขาเห็น “คนทั้งหลายที่มีชัยชนะเหนือสัตว์ร้ายและเหนือรูปของมัน และเหนือเครื่องหมายของมัน และเหนือเลขแห่งชื่อนั้น ยืนอยู่บนทะเลแก้ว ถือพิณของพระเจ้า” และกำลังร้องเพลงของโมเสสและของพระเมษโปดก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“บทเรียนเหล่านี้มีไว้เพื่อประโยชน์ของเรา เราจำเป็นต้องตั้งความเชื่อของเราไว้บนพระเจ้า เพราะเบื้องหน้าของเรากำลังจะมีเวลาหนึ่งซึ่งจะทดลองจิตวิญญาณของมนุษย์ทั้งหลาย พระคริสต์ ณ ภูเขามะกอกเทศ ได้ทรงกล่าวทบทวนถึงการพิพากษาอันน่าสะพรึงกลัวซึ่งจะเกิดขึ้นก่อนการเสด็จมาครั้งที่สองของพระองค์ว่า ‘ท่านทั้งหลายจะได้ยินถึงสงครามและข่าวลือเรื่องสงคราม’ ‘ประชาชาติจะลุกขึ้นต่อสู้ประชาชาติ และอาณาจักรต่อสู้อาณาจักร และจะเกิดการกันดารอาหาร โรคระบาด และแผ่นดินไหวในที่ต่าง ๆ ทุกสิ่งเหล่านี้เป็นเพียงการเริ่มต้นแห่งความทุกข์ลำบาก’ แม้ว่าคำพยากรณ์เหล่านี้จะได้รับการสำเร็จบางส่วนแล้วในการทำลายกรุงเยรูซาเล็ม แต่ก็มีการประยุกต์ใช้อย่างตรงยิ่งกว่านั้นกับวาระสุดท้าย”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“เรากำลังยืนอยู่บนธรณีแห่งเหตุการณ์ยิ่งใหญ่และเคร่งขรึมอย่างยิ่ง คำพยากรณ์กำลังสำเร็จอย่างรวดเร็ว องค์พระผู้เป็นเจ้าทรงอยู่ที่ประตู ในไม่ช้าจะมีช่วงเวลาอันเปี่ยมด้วยความสำคัญอย่างท่วมท้นต่อผู้มีชีวิตอยู่ทั้งปวงเปิดออกต่อหน้าเรา ข้อพิพาทในอดีตจะถูกรื้อฟื้นขึ้นอีก; ข้อพิพาทใหม่จะเกิดขึ้น ฉากการณ์ที่จะถูกกระทำให้ปรากฏในโลกของเรานั้นยังมิได้แม้แต่จะมีผู้ใดฝันถึง ซาตานกำลังทำงานผ่านตัวแทนมนุษย์ บรรดาผู้ที่กำลังพยายามเปลี่ยนแปลงรัฐธรรมนูญและให้ได้มาซึ่งกฎหมายบังคับการถือรักษาวันอาทิตย์ แทบไม่ตระหนักเลยว่าผลจะเป็นเช่นไร วิกฤตกำลังจะมาถึงเราอยู่แล้ว”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“แต่บรรดาผู้รับใช้ของพระเจ้าไม่พึงวางใจในตนเองในภาวะฉุกเฉินอันยิ่งใหญ่นี้ ในบรรดานิมิตที่ประทานแก่ อิสยาห์ แก่ เอเสเคียล และแก่ ยอห์น เราเห็นว่า สวรรค์มีความสัมพันธ์อย่างใกล้ชิดเพียงใดกับเหตุการณ์ทั้งหลายที่กำลังเกิดขึ้นบนแผ่นดินโลก และพระเจ้าทรงเอาพระทัยใส่ผู้ที่สัตย์ซื่อต่อพระองค์มากเพียงใด โลกนี้มิได้ปราศจากผู้ปกครอง แผนการแห่งเหตุการณ์ที่จะมาถึงอยู่ในพระหัตถ์ขององค์พระผู้เป็นเจ้า พระบรมเดชานุภาพแห่งสวรรค์ทรงดูแลทั้งชะตากรรมของประชาชาติทั้งหลาย และกิจธุระต่าง ๆ แห่งคริสตจักรของพระองค์ไว้ในพระหัตถ์ของพระองค์เอง”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“เรายอมให้ตนเองรู้สึกถึงความเอาใจใส่ ความยุ่งยาก และความสับสนในพระราชกิจขององค์พระผู้เป็นเจ้ามากเกินไปโดยสิ้นเชิง มนุษย์ผู้จำกัดมิได้ถูกปล่อยให้แบกภาระแห่งความรับผิดชอบนั้นไว้เอง เราจำเป็นต้องวางใจในพระเจ้า เชื่อในพระองค์ และก้าวเดินต่อไป การเฝ้าระวังอย่างไม่รู้เหน็ดเหนื่อยของผู้สื่อสารแห่งสวรรค์ และการปฏิบัติพันธกิจของเขาอย่างไม่ขาดสายในการเกี่ยวข้องกับบรรดาสิ่งมีชีวิตบนแผ่นดินโลก แสดงให้เราเห็นว่าพระหัตถ์ของพระเจ้ากำลังทรงนำวงล้อภายในวงล้ออย่างไร พระอาจารย์ผู้ทรงพระลักษณะพระเจ้ากำลังตรัสแก่ผู้ร่วมงานทุกคนในพระราชกิจของพระองค์ ดังที่พระองค์ได้ตรัสแก่ไซรัสในกาลก่อนว่า ‘เราได้คาดเอวเจ้าไว้แล้ว แม้ว่าเจ้ามิได้รู้จักเรา’”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“ในการทรงนิมิตของเอเสเคียล พระหัตถ์ของพระเจ้าทรงอยู่ใต้ปีกของเหล่าเครูบ นี่มีไว้เพื่อสอนบรรดาผู้รับใช้ของพระองค์ว่า เป็นฤทธิ์อำนาจแห่งพระเจ้าที่ประทานความสำเร็จแก่พวกเขา พระองค์จะทรงร่วมกระทำการกับพวกเขา หากพวกเขาจะละทิ้งความชั่วช้า และบังเกิดเป็นผู้มีใจและชีวิตอันบริสุทธิ์”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“แสงสว่างอันเจิดจ้าที่เคลื่อนไปท่ามกลางสิ่งมีชีวิตทั้งหลายในความรวดเร็วดุจสายฟ้า เป็นภาพแทนความเร็วซึ่งงานนี้ในที่สุดจะดำเนินไปข้างหน้าจนสำเร็จลุล่วง พระองค์ผู้มิได้ทรงหลับใหล ผู้ทรงปฏิบัติพระราชกิจอยู่เสมอเพื่อให้พระประสงค์ของพระองค์สำเร็จ สามารถทรงดำเนินพระราชกิจอันยิ่งใหญ่ของพระองค์ให้ก้าวหน้าไปอย่างประสานกลมกลืนได้ สิ่งซึ่งสำหรับจิตใจอันจำกัดของมนุษย์ที่พัวพันอยู่ ดูเหมือนยุ่งเหยิงและซับซ้อนนั้น พระหัตถ์ขององค์พระผู้เป็นเจ้าทรงรักษาไว้ให้อยู่ในระเบียบอันสมบูรณ์ได้ พระองค์ทรงจัดเตรียมหนทางและวิธีการเพื่อขัดขวางเจตนารมณ์ของคนอธรรมได้ และพระองค์จะทรงทำให้บรรดาแผนการของผู้ที่คิดปองร้ายต่อประชากรของพระองค์สับสนอลหม่านไป”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“พี่น้องทั้งหลาย บัดนี้มิใช่เวลาแห่งการคร่ำครวญและความสิ้นหวัง มิใช่เวลาที่จะยอมจำนนต่อความสงสัยและความไม่เชื่อ พระคริสต์มิได้ทรงเป็นพระผู้ช่วยให้รอดที่ประทับอยู่ในอุโมงค์ศพใหม่ของโยเซฟ ซึ่งปิดด้วยศิลาก้อนใหญ่และประทับตราด้วยตราแห่งโรมันอีกต่อไป เรามีพระผู้ช่วยให้รอดผู้ทรงเป็นขึ้นจากความตาย พระองค์ทรงเป็นกษัตริย์ เป็นองค์พระผู้เป็นเจ้าจอมโยธา พระองค์ประทับเหนือเหล่าเครูบ และท่ามกลางการต่อสู้และความอลหม่านของบรรดาประชาชาติ พระองค์ยังทรงพิทักษ์รักษาประชากรของพระองค์อยู่เสมอ พระองค์ผู้ทรงครอบครองในสวรรค์ทรงเป็นพระผู้ช่วยให้รอดของเรา พระองค์ทรงวัดทุกการทดลอง พระองค์ทอดพระเนตรไฟในเตาหลอมซึ่งจำต้องทดสอบทุกดวงวิญญาณ เมื่อป้อมปราการของกษัตริย์ทั้งหลายจะถูกโค่นลง เมื่อศรแห่งพระพิโรธของพระเจ้าจะแทงทะลุหัวใจของเหล่าศัตรูของพระองค์ ประชากรของพระองค์จะปลอดภัยอยู่ในพระหัตถ์ของพระองค์” Testimonies, volume 5, 752–754.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เอเสเคียลเป็นตัวแทนของบรรดาผู้สมัครที่จะอยู่ท่ามกลางหนึ่งแสนสี่หมื่นสี่พัน และทีละบรรทัด ประสบการณ์ของท่านในสถานนมัสการสอดคล้องกับประสบการณ์ของอิสยาห์และยอห์นภายในสถานนมัสการ เรากำลังอยู่ในบททดสอบแห่งพระวิหารในขณะนี้ ซึ่งเป็นบททดสอบที่สองในบรรดาสามบททดสอบที่ประทับตราหนึ่งแสนสี่หมื่นสี่พัน ช่วงเวลานั้นคือการชำระให้บริสุทธิ์ซึ่งสำเร็จโดยผู้สื่อสารแห่งพันธสัญญาเพื่อให้คำพยากรณ์ในมาลาคีบทที่สามสำเร็จ กระบวนการชำระให้บริสุทธิ์ที่ประกอบด้วยสามบททดสอบนั้น คือ “เตาเผา” อันเร่าร้อนของมาลาคี “ที่ต้องทดสอบทุกดวงวิญญาณ” เมื่อทูตสวรรค์องค์ที่สามมาถึงในวันที่ 22 ตุลาคม ค.ศ. 1844 ผู้สื่อสารแห่งพันธสัญญาก็เสด็จมายังพระวิหารของพระองค์โดยฉับพลัน และทรงนำหญิงพรหมจารีที่มีปัญญาแห่งประวัติศาสตร์นั้นเข้าสู่ห้องอภิสุทธิสถาน เพื่อประทับตราผู้สัตย์ซื่อของพระองค์ แต่หญิงพรหมจารีแห่งประวัติศาสตร์นั้นได้กบฏ และภายในปี ค.ศ. 1856 ขบวนการมิลเลอไรต์แห่งฟีลาเดลเฟียได้เปลี่ยนไปเป็นขบวนการมิลเลอไรต์แห่งเลาดีเซีย และในปี ค.ศ. 1863 ได้กลายเป็นคริสตจักรเซเวนท์เดย์แอ๊ดเวนตีสแห่งเลาดีเซีย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ทูตสวรรค์องค์ที่สามผู้มาถึงอย่างฉับพลันในวันที่ 22 ตุลาคม ค.ศ. 1844 ได้ถอนการสถิตของท่านไปในปี ค.ศ. 1863 และแล้วได้เสด็จกลับมาอีกในวันที่ 11 กันยายน ค.ศ. 2001 ยี่สิบห้าปีต่อมา บัดนี้การทดสอบพระวิหารซึ่งมีวันที่ 22 ตุลาคม ค.ศ. 1844 เป็นแบบอย่างเชิงสัญลักษณ์ กำลังถูกทำซ้ำอีกครั้ง ยี่สิบห้าเป็นสัญลักษณ์เชิงพยากรณ์ของหนึ่งในสิบจากสองร้อยห้าสิบ และสองร้อยห้าสิบเป็นสัญลักษณ์ของประวัติศาสตร์ที่นำเสนอไว้ในข้อสิบเอ็ดถึงข้อสิบห้าแห่งดาเนียลบทที่สิบเอ็ด สองร้อยห้าสิบและยี่สิบห้าเป็นวงล้อหนึ่งภายในนิมิตแห่งสถานนมัสการของเอเสเคียล ยี่สิบห้าเป็นสัญลักษณ์ของการแยกคนมีปัญญาออกจากคนอธรรม เพื่อให้สำเร็จตามกระบวนการทดสอบสามขั้นซึ่งปรากฏเป็นสัญลักษณ์ไว้ในการชำระให้บริสุทธิ์ซึ่งกระทำให้สำเร็จโดยทูตแห่งพันธสัญญา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มัทธิวบทที่ยี่สิบห้าประกอบด้วยคำอุปมาสามเรื่อง และคำอุปมาแต่ละเรื่องชี้ให้เห็นถึงการแยกคนมีปัญญาออกจากคนอธรรมในเวลาแห่งการผนึกของหนึ่งแสนสี่หมื่นสี่พัน ความหวังของประชากรของพระเจ้าซึ่งเป็นภาพแทนอยู่ในบทนี้ คือเพื่อว่าพวกเขาจะเป็นหญิงพรหมจารีที่มีปัญญา ผู้ครอบครองน้ำมันแห่งข่าวสารแห่งเสียงร้องยามเที่ยงคืน ความหวังของพวกเขาคือเพื่อว่าพวกเขาจะได้รับการพิพากษาว่าเป็นผู้รับใช้ที่สัตย์ซื่อ ในการเป็นผู้จัดการของตนในการใช้ตะลันต์พิเศษซึ่งได้ทรงประทานแก่พวกเขาให้ดูแลในช่วงเวลาแห่งการทดลองเฉพาะตัวของพวกเขา ความหวังของพวกเขาคือเพื่อว่าพวกเขาจะได้รับการพิพากษาว่าเป็นแกะแห่งทุ่งหญ้าของพระเจ้า นั่งอยู่ ณ เบื้องขวาของพระองค์ และไม่ใช่แพะที่เบื้องซ้ายของพระองค์ ยี่สิบห้าเป็นสัญลักษณ์ของการแยกคนมีปัญญาออกจากคนอธรรมในเวลาแห่งการผนึกของหนึ่งแสนสี่หมื่นสี่พัน ยี่สิบห้าเป็นวงล้อหนึ่งของเอเสเคียล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ในปีที่ยี่สิบห้าแห่งการเป็นเชลยของเรา ในตอนต้นปี ในวันที่สิบของเดือน ในปีที่สิบสี่หลังจากที่นครนั้นถูกตีแตก ในวันเดียวกันนั้นเอง พระหัตถ์ของพระยาห์เวห์ทรงอยู่เหนือข้าพเจ้า และทรงพาข้าพเจ้าไปที่นั่น เอเสเคียล 40:1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ปีที่ยี่สิบห้าแห่งการเป็นเชลยนั้นเป็นภาพแทนของวันที่ 22 ตุลาคม ซึ่งเป็นภาพแทนของการปิดประตูแห่งยุคการทรงจัดเตรียมความรอด ในวันที่ 22 ตุลาคม ค.ศ. 1844 ประตูหนึ่งได้ถูกเปิดออก และประตูหนึ่งได้ถูกปิดลง เมื่อคนสองจำพวกถูกแยกออกจากกัน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จงเขียนถึงทูตสวรรค์แห่งคริสตจักรในเมืองฟีลาเดลเฟียว่า พระองค์ผู้บริสุทธิ์ พระองค์ผู้สัตย์จริง พระองค์ผู้ทรงถือกุญแจของดาวิด พระองค์ผู้ทรงเปิด และไม่มีผู้ใดปิดได้; และทรงปิด และไม่มีผู้ใดเปิดได้ ตรัสดังนี้ว่า เรารู้จักการงานของเจ้า ดูเถิด เราได้ตั้งประตูที่เปิดอยู่ไว้ต่อหน้าเจ้า และไม่มีผู้ใดสามารถปิดมันได้ เพราะเจ้ามีกำลังเพียงเล็กน้อย และได้รักษาคำของเราไว้ และมิได้ปฏิเสธนามของเรา วิวรณ์ 3:7, 8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พระคริสต์ตรัสแก่มลาแห่งคริสตจักรเมืองฟิลาเดลเฟียว่า พระองค์ทรงรู้จักกิจการของพวกเขา และพระองค์ได้ทรงตั้งประตูที่เปิดอยู่ไว้เบื้องหน้าคริสตจักรเมืองฟิลาเดลเฟีย ประตูนั้นถูกเปิดด้วย “กุญแจของดาวิด” คือกุญแจที่ถูกวางไว้บนเอลียาคิม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และในวันนั้นจะเป็นดังนี้ คือเราจะเรียกเอลียาคิม บุตรของฮิลคียาห์ ผู้รับใช้ของเรา และเราจะสวมเสื้อคลุมของเจ้าให้เขา และคาดเข็มขัดของเจ้าบนเขาให้มั่นคง และเราจะมอบอำนาจการปกครองของเจ้าไว้ในมือของเขา และเขาจะเป็นดั่งบิดาแก่ชาวเยรูซาเล็ม และแก่พงศ์พันธุ์ยูดาห์ และเราจะวางกุญแจแห่งราชวงศ์ดาวิดไว้บนบ่าของเขา เขาจะเปิด และไม่มีผู้ใดปิดได้; และเขาจะปิด และไม่มีผู้ใดเปิดได้ อิสยาห์ 22:20–22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ในวันที่เอลียาคิมถูกทรงเรียก เขาถูกแยกออกจากเชบนาผู้ชั่วร้าย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พระยาห์เวห์พระเจ้าจอมโยธาตรัสดังนี้ว่า จงไปเถิด ไปหามหาดเล็กผู้นี้ คือเชบนา ผู้ซึ่งดูแลราชสำนัก และจงกล่าวว่า ท่านมีอะไรอยู่ที่นี่? และท่านมีผู้ใดอยู่ที่นี่? ท่านจึงได้สกัดอุโมงค์ฝังศพไว้ให้ตน ณ ที่นี้ ดังผู้ที่สกัดอุโมงค์ฝังศพของตนไว้บนที่สูง และเจาะที่อาศัยไว้ให้ตนในศิลา? ดูเถิด พระยาห์เวห์จะทรงเหวี่ยงท่านออกไปเป็นเชลยอย่างแรงกล้า และจะทรงห่อหุ้มท่านไว้อย่างแน่นหนา พระองค์จะทรงม้วนและเหวี่ยงท่านไปดุจลูกบอลเข้าสู่แผ่นดินอันกว้างใหญ่ ณ ที่นั่นท่านจะตาย และ ณ ที่นั่นรถรบแห่งศักดิ์ศรีของท่านจะเป็นความอัปยศแก่ราชสำนักของเจ้านายท่าน อิสยาห์ 22:15–18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การแยกบรรดาพรหมจารีที่มีปัญญาออกจากพรหมจารีที่โง่เขลา อันเป็นการสำเร็จตามอุปมาเรื่องเชบนาและเอลียาคิมนั้น ได้สำเร็จลงเมื่อวันที่ 22 ตุลาคม ค.ศ. 1844 และอีกทั้งในปีที่ยี่สิบห้าแห่งการเป็นเชลยของเยโฮยาคิน ซึ่งตรงกับวันที่ 22 ตุลาคม 573 ปีก่อนคริสตกาลด้วย ในเอเสเคียลบทที่แปด คนอธรรมภายในอัดเวนติสม์ ซึ่งมีกรุงเยรูซาเล็มเป็นสัญลักษณ์แทน ถูกพรรณนาเป็นชายยี่สิบห้าคนที่ก้มกราบดวงอาทิตย์ การทำลายกรุงเยรูซาเล็มเป็นสัญลักษณ์แทนกฎหมายวันอาทิตย์ ซึ่งเป็นหมายสำคัญด้วยเช่นกันที่ยุติเวลาแห่งการประทับตราของคนหนึ่งแสนสี่หมื่นสี่พันคนนั้น เวลาแห่งการประทับตรานั้นเริ่มต้นเมื่อวันที่ 11 กันยายน ค.ศ. 2001 และพระเยซูทรงเป็นทั้งอัลฟาและโอเมกา ฉะนั้น วันที่ 11 กันยายน ค.ศ. 2001 ในฐานะจุดเริ่มต้นของการประทับตรา จึงเป็นภาพประกอบของจุดจบ ณ กฎหมายวันอาทิตย์ด้วย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วันที่ 11 กันยายน ค.ศ. 2001 ได้ถูกทำให้เป็นแบบอย่างล่วงหน้าโดยการประชุมที่มินนีแอโพลิสในปี 1888 เพราะซิสเตอร์ไวท์ได้ระบุว่า เมื่ออาคารใหญ่ทั้งหลายของนครนิวยอร์กพังทลายลงในเหตุการณ์ 9/11 วิวรณ์ 18:1–3 ก็ได้สำเร็จแล้ว ในเวลานั้น ดังเช่นในปี 1888 นางได้ชี้ว่า ทูตสวรรค์แห่งวิวรณ์บทที่สิบแปดได้ลงมาเพื่อทำให้แผ่นดินโลกสว่างไสวด้วยพระสิริของพระองค์ การกบฏในปี 1888 นั้น นางได้จัดให้สอดคล้องกับการกบฏของโคราห์ ดาธาน และอาบีราม ผู้ซึ่งก็มีชายผู้มีชื่อเสียงสองร้อยห้าสิบคนเข้าร่วมในการละทิ้งความเชื่อของพวกเขาด้วย กบฏสองร้อยห้าสิบคนในการกบฏของโคราห์และพวกพ้องของเขาในประวัติศาสตร์ตอนต้นของอิสราเอลโบราณ เป็นแบบอย่างล่วงหน้าของชายยี่สิบห้าคนผู้กำลังก้มกราบดวงอาทิตย์ในวาระสุดท้ายของอิสราเอลโบราณ.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ผู้นำยี่สิบห้าคนของแอ๊ดเวนติสม์แบบเลาดีเซียที่โค้งคำนับต่อกฎหมายวันอาทิตย์ และสองร้อยห้าสิบคน ณ 9/11 แสดงให้เห็นช่วงเวลาแห่งการประทับตราด้วยสัญลักษณ์ของยี่สิบห้า (ซึ่งเป็นสัญลักษณ์แห่งการแยกผู้มีปัญญาออกจากคนอธรรม) เพื่อกำหนดจุดเริ่มต้นและจุดสิ้นสุดของช่วงเวลาแห่งการประทับตรา ไม่ว่าจะเป็นกบฏสองร้อยห้าสิบคนในสมัยของโมเสส หรือชายยี่สิบห้าคนในเอเสเคียลบทที่แปด หรือพยานทั้งสามแห่งการแยกในมัทธิวบทที่ยี่สิบห้า หรือปีที่ยี่สิบห้าแห่งการเป็นเชลยในเอเสเคียล 40; การสำแดงทั้งสิ้นของสัญลักษณ์แห่งยี่สิบห้า ล้วนสอดคล้องกับช่วงเวลาสามช่วง ๆ ละสองร้อยห้าสิบปี ซึ่งมาถึงจุดสิ้นสุดของตนตามลำดับในปี 207 BC, 313 และ 2026.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ยี่สิบห้าเป็นดังเพลา—กล่าวได้เช่นนั้น—ของยี่สิบห้า ซึ่งนำเส้นทั้งปวงของยี่สิบห้าเข้าสู่ความสมบูรณ์พร้อม มันกลายเป็นกุญแจเชิงพยากรณ์ประการหนึ่งแห่งอาณาจักรที่ทรงประทานแก่เปโตร เพื่อก่อให้เกิดความกระจ่างในประวัติศาสตร์ที่ซ่อนเร้นของข้อที่สี่สิบ ได้มีการสถาปนาไว้ซ้ำแล้วซ้ำเล่าด้วยพยานมากกว่าสามปากว่า ข้อสิบถึงข้อสิบห้าของดาเนียลบทที่สิบเอ็ดเป็นเส้นหนึ่งซึ่งครอบคลุมประวัติศาสตร์ตั้งแต่ปี 1989 จนถึงกฎหมายวันอาทิตย์ ซึ่งเป็นประวัติศาสตร์ที่ซ่อนเร้นของข้อที่สี่สิบ สิงห์แห่งเผ่ายูดาห์บัดนี้กำลังทรงเปิดผนึกวงล้อทั้งหลายของเอเสเคียล ขณะที่พระองค์ทรงเปิดเผยประวัติศาสตร์ที่ซ่อนเร้น ซึ่งจะทำให้สารแห่งเสียงร้องเที่ยงคืนแห่งยุคสุดท้ายถึงความสมบูรณ์ขั้นสุดท้าย.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ในบทความต่อ ๆ ไปนี้ เราจะดำเนินการระบุวงล้อของเอเสเคียลซึ่งเป็นตัวแทนของปฏิสัมพันธ์อันซับซ้อนของมนุษย์ในยุคสุดท้ายต่อไป เอเสเคียลบทที่หนึ่งซึ่งอยู่ตอนต้นของบทความนี้ และข้อความประกอบจาก Testimonies เล่มห้า ที่ได้ยกมานั้น จะเป็นจุดอ้างอิงต่อเนื่องของเราเมื่อเราดำเนินไปในบทความต่าง ๆ เมื่อวงล้อทั้งหลายถูกนำเสนอไว้ในตำแหน่งอันถูกต้องของมัน และพร้อมกับจุดตัดอันถูกต้องของมันกับวงล้ออื่น ๆ แห่งประวัติศาสตร์เชิงพยากรณ์ เราจะแสดงให้เห็นว่า หนึ่งร้อยเก้าสิบเอ็ดปีและสิบห้าวัน ซึ่งได้เสริมอำนาจแก่ทูตสวรรค์องค์ที่หนึ่งในวันที่ 11 สิงหาคม ค.ศ. 1840 นั้น เอเสเคียลก็ได้แสดงไว้เช่นกันว่าเป็นสามร้อยเก้าสิบปี อันเชื่อมโยงกับช่วงเวลาหนึ่งปีครึ่งแห่งการล้อมกรุงเยรูซาเล็ม และว่าการมาถึงของความสว่างเชิงพยากรณ์นี้เองเป็นสิ่งที่บ่งชี้ถึงการยกขึ้นของธงสัญญาณของคนหนึ่งแสนสี่หมื่นสี่พันคน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วันที่ 27 กรกฎาคม ค.ศ. 1299 จนถึง ค.ศ. 1337 เป็นระยะเวลาสามสิบแปดปี ณ ตอนต้นของช่วงหนึ่งร้อยห้าสิบปี (ห้าเดือน) แห่งวิวรณ์ บทที่ 9 ข้อ 10 หนึ่งร้อยห้าสิบปีนั้นเชื่อมโยงกับช่วงสามร้อยเก้าสิบเอ็ดปีและสิบห้าวันของข้อ 15 ดังนั้น จุดเริ่มต้นของสองช่วงเวลานี้จึงประกอบกันเป็นเส้นคำพยากรณ์เส้นหนึ่ง ซึ่งสิ้นสุดลงในการสำเร็จของคำพยากรณ์ปี 1838 และ 1840 ของ Josiah Litch และเป็นเครื่องหมายแห่งการลุกขึ้นและการได้รับฤทธิ์อำนาจของขบวนการ Millerite ประวัติศาสตร์นั้น ณ ตอนต้นของ Adventism เป็นเครื่องหมายแห่งการลุกขึ้นของชนหนึ่งแสนสี่หมื่นสี่พันในฐานะธงสำคัญล่วงหน้าก่อนกฎหมายวันอาทิตย์ ฉะนั้น ช่วงเวลาสามร้อยเก้าสิบปีของเอเสเคียล และหนึ่งจุดห้าปี (1.5) แห่งการล้อมกรุงเยรูซาเล็ม จึงเป็นเครื่องหมายถึงจุดสิ้นสุดของเส้นคำพยากรณ์ที่เริ่มต้นขึ้นใน ค.ศ. 1299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คงจะเป็นประโยชน์ที่จะพิจารณาข้อความตอนหนึ่งจาก Testimonies, volume five ล่วงหน้าก่อนบทความถัดไป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Leelawadee UI" w:hAnsi="Leelawadee UI" w:eastAsia="Leelawadee UI" w:cs="Leelawadee U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Leelawadee UI" w:hAnsi="Leelawadee UI" w:eastAsia="Leelawadee UI" w:cs="Leelawadee U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Leelawadee UI" w:hAnsi="Leelawadee UI" w:eastAsia="Leelawadee UI" w:cs="Leelawadee U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Leelawadee UI" w:hAnsi="Leelawadee UI" w:eastAsia="Leelawadee UI" w:cs="Leelawadee U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Leelawadee UI" w:hAnsi="Leelawadee UI" w:eastAsia="Leelawadee UI" w:cs="Leelawadee U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Leelawadee UI" w:hAnsi="Leelawadee UI" w:eastAsia="Leelawadee UI" w:cs="Leelawadee U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Leelawadee UI" w:hAnsi="Leelawadee UI" w:eastAsia="Leelawadee UI" w:cs="Leelawadee U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Leelawadee UI" w:hAnsi="Leelawadee UI" w:eastAsia="Leelawadee UI" w:cs="Leelawadee U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Leelawadee UI" w:hAnsi="Leelawadee UI" w:eastAsia="Leelawadee UI" w:cs="Leelawadee U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Leelawadee UI" w:hAnsi="Leelawadee UI" w:eastAsia="Leelawadee UI" w:cs="Leelawadee U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ประวัติศาสตร์ที่ซ่อนเร้นของข้อที่สี่สิบ — หมายเลขยี่สิบสอง</dc:title>
  <dc:subject>เอเสเคียล หมายเลขสาม</dc:subject>
  <dc:creator>Jeff Pippenger</dc:creator>
  <cp:keywords/>
  <dc:description>Generated by ArticleDigger from hidden_history\22_hidden_history.json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