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ประวัติศาสตร์ที่ซ่อนอยู่ของข้อสี่สิบ – บทที่ยี่สิบสี่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หมายเลขห้า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2026-08-10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ในข้อความจาก Testimonies เล่มห้า ซึ่งเราได้พิจารณากันมาแล้วเป็นเวลาหลายบทความนั้น เราได้รับทราบถึงนิมิตเรื่องพระวิหารซึ่งได้ประทานแก่เอเสเคียล อิสยาห์ และยอห์น: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“บทเรียนเหล่านี้มีไว้เพื่อประโยชน์ของเรา เราจำเป็นต้องตั้งความเชื่อของเราไว้มั่นคงในพระเจ้า เพราะเบื้องหน้าของเรานั้นมีเวลาอันหนึ่งซึ่งจะทดลองจิตวิญญาณของมนุษย์ทั้งหลาย พระคริสต์ ณ ภูเขามะกอกเทศ ได้ทรงกล่าวทบทวนถึงการพิพากษาอันน่าสะพรึงกลัวซึ่งจะมาก่อนการเสด็จมาครั้งที่สองของพระองค์ว่า ‘ท่านทั้งหลายจะได้ยินเรื่องสงครามและข่าวลือเรื่องสงคราม’ ‘ประชาชาติจะลุกขึ้นต่อสู้ประชาชาติ และอาณาจักรต่อสู้อาณาจักร และจะเกิดการกันดารอาหาร โรคระบาด และแผ่นดินไหวในที่ต่างๆ สิ่งทั้งปวงนี้เป็นเพียงการเริ่มต้นแห่งความทุกข์ลำบาก’ แม้ว่าคำพยากรณ์เหล่านี้จะได้รับการสำเร็จบางส่วนแล้วในการทำลายกรุงเยรูซาเล็ม แต่คำพยากรณ์เหล่านี้ยังมีการประยุกต์ใช้โดยตรงยิ่งกว่าแก่ยุคสุดท้าย”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วันที่เก้าแห่งเดือนอาฟ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ทิชา เบอัฟ ซึ่งในภาษาฮีบรูหมายถึง “วันที่เก้าแห่งเดือนอัฟ” เป็นวันสำคัญของชาวยิวที่ใช้รำลึกถึงการทำลายพระวิหารทั้งสองครั้ง คือพระวิหารหลังแรกโดยชาวบาบิโลนในปี 586 ก่อนคริสตกาล และพระวิหารหลังที่สองโดยทิตัสในปี ค.ศ. 70 การทำลายทั้งสองครั้งเกิดขึ้นในวันตามปฏิทินเดียวกัน คือวันที่ 9 ของเดือนอัฟตามปฏิทินฮีบรู (ซึ่งโดยมากตรงกับเดือนกรกฎาคมหรือสิงหาคมในปฏิทินเกรกอเรียน) เมื่อซิสเตอร์ไวท์เชื่อมโยงการทำลายกรุงเยรูซาเล็มเข้ากับ “เวลาที่จะทดลองจิตวิญญาณของมนุษย์” ในยุคสุดท้าย นางกำลังชี้ถึงการทำลายล้างสองครั้งซึ่งทั้งคู่เป็นภาพประกอบของกฎหมายวันอาทิตย์ที่กำลังจะมาถึงในไม่ช้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ข้อสิบหกแห่งดาเนียลบทที่สิบเอ็ดเป็นภาพแทนกฎหมายวันอาทิตย์นั้น และสอดคล้องกับข้อสี่สิบเอ็ด ในเอเสเคียล การทำลายกรุงเยรูซาเล็มถูกใช้เป็นภาพประกอบของการแยกหญิงพรหมจารีผู้มีปัญญาออกจากหญิงพรหมจารีผู้โง่เขลา ณ เวลาของกฎหมายวันอาทิตย์ เอเสเคียลเป็นเชลยอยู่ในบาบิโลนเมื่อท่านถูกนำไปยังกรุงเยรูซาเล็มอย่างอัศจรรย์ เพื่อเห็นการแยกนั้นเองในบทที่แปดถึงสิบเอ็ด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และอยู่มาในปีที่หก เดือนที่หก วันที่ห้าของเดือน ขณะที่ข้าพเจ้านั่งอยู่ในเรือนของข้าพเจ้า และพวกผู้ใหญ่แห่งยูดาห์นั่งอยู่ต่อหน้าข้าพเจ้า พระหัตถ์ขององค์พระผู้เป็นเจ้า พระยาห์เวห์ ได้ลงมาบนข้าพเจ้าที่นั่น แล้วข้าพเจ้ามองดู และดูเถิด มีสิ่งหนึ่งคล้ายดังลักษณะแห่งไฟ ตั้งแต่ลักษณะแห่งพระเอวลงไปเป็นไฟ และตั้งแต่พระเอวขึ้นไปมีลักษณะดุจความสุกใส เป็นสีดุจอำพัน และพระองค์ทรงยื่นสิ่งที่มีรูปอย่างมือออกมา และทรงจับข้าพเจ้าโดยปอยผมที่ศีรษะของข้าพเจ้า และพระวิญญาณทรงยกข้าพเจ้าขึ้นไประหว่างแผ่นดินโลกกับฟ้าสวรรค์ และทรงนำข้าพเจ้าไปยังกรุงเยรูซาเล็มในการทรงสำแดงของพระเจ้า ถึงประตูทางเข้าชั้นในซึ่งหันไปทางทิศเหนือ อันเป็นที่ตั้งของรูปเคารพแห่งความหึงหวง ซึ่งยั่วยุให้เกิดความหึงหวง เอเสเคียล 8:1–3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บททั้งสี่คือบทที่แปดถึงสิบเอ็ด เป็นคำพรรณนาถึงการแยกออก และซิสเตอร์ไวท์ เมื่ออธิบายเอเสเคียลบทที่เก้า มิได้เพียงระบุว่าเป็นการประทับตราเดียวกันกับที่กล่าวไว้ในวิวรณ์บทที่เจ็ดเท่านั้น หากยังระบุด้วยว่าเยรูซาเล็มเป็นตัวแทนของคริสตจักรเซเวนธ์เดย์แอ๊ดเวนตีสฝ่ายเลาดีเซียในยุคสุดท้ายด้ว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“ชนชั้นที่ไม่รู้สึกโศกเศร้าต่อความเสื่อมถอยฝ่ายจิตวิญญาณของตนเอง และไม่คร่ำครวญถึงบาปของผู้อื่น จะถูกปล่อยไว้โดยปราศจากตราประทับของพระเจ้า องค์พระผู้เป็นเจ้าทรงมอบหมายแก่ผู้สื่อสารของพระองค์ คือบรรดาชายผู้ถืออาวุธสังหารอยู่ในมือว่า ‘จงตามเขาไปทั่วเมือง และจงประหารเสีย อย่าให้ตาของเจ้าสงสารเลย และอย่ามีความเมตตาเลย จงฆ่าเสียให้สิ้นทั้งคนแก่และคนหนุ่ม ทั้งหญิงพรหมจารี และเด็กเล็ก และผู้หญิงทั้งหลาย แต่บุคคลใดที่มีเครื่องหมายนั้นอยู่บนตัวเขา อย่าเข้าใกล้เป็นอันขาด และจงเริ่มต้นที่สถานนมัสการของเรา’ แล้วพวกเขาก็เริ่มต้นที่พวกผู้เฒ่าซึ่งอยู่ต่อหน้าพระนิเวศนั้น”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ที่นี้เราเห็นได้ว่าคริสตจักร—สถานนมัสการอันบริสุทธิ์ขององค์พระผู้เป็นเจ้า—เป็นสิ่งแรกที่ต้องรับการโบยตีแห่งพระพิโรธของพระเจ้า เหล่าผู้อาวุโส ผู้ซึ่งพระเจ้าได้ทรงประทานความสว่างอันยิ่งใหญ่แก่เขา และผู้ซึ่งได้ยืนหยัดเป็นผู้พิทักษ์ผลประโยชน์ฝ่ายจิตวิญญาณของประชาชน ได้ทรยศต่อความไว้วางใจที่ได้รับมอบ พวกเขาได้รับเอาท่าทีที่ว่า เราไม่จำเป็นต้องคอยการอัศจรรย์และการสำแดงฤทธานุภาพของพระเจ้าอย่างเด่นชัดดังเช่นในกาลก่อน สมัยกาลได้เปลี่ยนไปแล้ว ถ้อยคำเหล่านี้เสริมกำลังความไม่เชื่อของพวกเขา และพวกเขากล่าวว่า: องค์พระผู้เป็นเจ้าจะไม่ทรงกระทำความดี และพระองค์จะไม่ทรงกระทำความชั่ว พระองค์ทรงเปี่ยมด้วยพระเมตตาเกินกว่าจะทรงเยี่ยมประชากรของพระองค์ด้วยการพิพากษา ดังนั้น ‘สันติภาพและความปลอดภัย’ จึงเป็นเสียงร้องจากบรรดาผู้ที่จะไม่ยกเสียงของตนขึ้นอีกเลยดุจแตร เพื่อชี้ให้ประชากรของพระเจ้าเห็นการละเมิดของพวกเขา และให้วงศ์วานของยาโคบเห็นบาปทั้งหลายของตน สุนัขใบ้เหล่านี้ที่ไม่ยอมเห่า คือผู้ที่จะได้รับการแก้แค้นอันชอบธรรมจากพระเจ้าผู้ทรงถูกลบหลู่ บรรดาผู้ชาย หญิงสาว และเด็กเล็กทั้งหลาย ต่างพินาศร่วมกันทั้งหมด”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“สิ่งน่าสะอิดสะเอียนทั้งหลายซึ่งบรรดาผู้สัตย์ซื่อได้ทอดถอนใจและร้องคร่ำครวญถึงนั้น เป็นเพียงสิ่งที่ดวงตาอันจำกัดของมนุษย์จะสามารถมองเห็นได้เท่านั้น แต่บาปที่เลวร้ายยิ่งกว่านั้นมาก ซึ่งได้ยั่วยุพระพิโรธหึงหวงของพระเจ้าผู้บริสุทธิ์และศักดิ์สิทธิ์ กลับยังมิได้ถูกเปิดเผย ผู้ทรงค้นคว้าจิตใจอันยิ่งใหญ่ทรงทราบบาปทุกประการที่ได้กระทำลงอย่างลับ ๆ โดยบรรดาผู้กระทำความชั่ว คนเหล่านี้เริ่มรู้สึกมั่นคงปลอดภัยในความลวงของตน และเพราะพระองค์ทรงอดกลั้นไว้นาน จึงกล่าวว่าองค์พระผู้เป็นเจ้ามิได้ทอดพระเนตรเห็น แล้วจึงประพฤติราวกับว่าพระองค์ได้ทรงละทิ้งแผ่นดินโลกไปแล้ว แต่พระองค์จะทรงเปิดโปงความหน้าซื่อใจคดของเขา และจะทรงเปิดเผยต่อหน้าคนทั้งหลายถึงบาปเหล่านั้นซึ่งพวกเขาได้ระมัดระวังซุกซ่อนไว้อย่างยิ่ง”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“ความเหนือกว่าด้วยยศศักดิ์ ศักดิ์ศรี หรือสติปัญญาฝ่ายโลกใด ๆ ก็ดี ตำแหน่งในพันธกิจอันศักดิ์สิทธิ์ใด ๆ ก็ดี จะไม่อาจรักษามนุษย์ไว้จากการสังเวยหลักธรรมได้ เมื่อถูกปล่อยไว้ตามใจอันล่อลวงของตนเอง ผู้ที่เคยได้รับการยกย่องว่าเป็นคนควรค่าและชอบธรรม กลับพิสูจน์ตนว่าเป็นหัวโจกในการละทิ้งความเชื่อ และเป็นแบบอย่างแห่งความเฉยเมยและการใช้พระเมตตาของพระเจ้าในทางที่ผิด พระองค์จะไม่ทรงอดกลั้นต่อวิถีอันชั่วร้ายของพวกเขาอีกต่อไป และด้วยพระพิโรธของพระองค์ พระองค์ทรงจัดการกับพวกเขาโดยปราศจากความเมตตา”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“องค์พระผู้เป็นเจ้าทรงถอนพระสถิตของพระองค์ไปจากบรรดาผู้ที่ได้รับพระพรด้วยความสว่างอันยิ่งใหญ่ และผู้ที่ได้สัมผัสฤทธิ์อำนาจแห่งพระวจนะในการรับใช้ผู้อื่นนั้น ก็ด้วยความฝืนพระทัยยิ่งนัก ครั้งหนึ่งพวกเขาเคยเป็นผู้รับใช้ที่ซื่อสัตย์ของพระองค์ ได้รับความโปรดปรานด้วยพระสถิตและการทรงนำของพระองค์ แต่พวกเขาได้หันเหไปจากพระองค์ และได้นำผู้อื่นให้หลงผิด ฉะนั้นพวกเขาจึงตกอยู่ภายใต้พระพิโรธของพระเจ้า” Testimonies, volume 5, 211, 212.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พระธรรมเอเสเคียลทั้งเล่มถูกวางไว้ภายในบริบทแห่งการทำลายกรุงเยรูซาเล็ม ในคำพยานของเอเสเคียล การล้อมเมืองของเนบูคัดเนสซาร์ซึ่งดำเนินอยู่เป็นเวลาหนึ่งปีครึ่งนั้นได้รับการระบุไว้อย่างเฉพาะเจาะจง แต่ “การประยุกต์ใช้โดยตรงยิ่งกว่า” ของคำเตือนของพระเยซูในมัทธิวบทที่ยี่สิบสี่นั้นอยู่ในยุคสุดท้าย ในพระธรรมเอเสเคียล แนวความจริงข้อนั้นปรากฏอยู่ในบทที่ยี่สิบสี่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วันที่ 15 มกราคม 588 ปีก่อนคริสตกาล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ต่อมาในปีที่เก้า ในเดือนที่สิบ ในวันที่สิบของเดือนนั้น พระวจนะของพระยาห์เวห์มายังข้าพเจ้า ตรัสว่า “บุตรแห่งมนุษย์เอ๋ย จงบันทึกชื่อของวันนี้ คือวันนี้เอง เพราะกษัตริย์แห่งบาบิโลนได้ยกทัพเข้าต่อสู้กับเยรูซาเล็มในวันนี้เอง” เอเสเคียล 24:1, 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ในวันดังกล่าว ซึ่งได้รับการสถาปนาไว้เช่นกันโดยพยานในพระคัมภีร์อื่น ๆ การล้อมเมืองเป็นเวลาสิบแปดเดือนก็ได้เริ่มต้นขึ้น พระวจนะของพระเยโฮวาห์ซึ่งมาถึงเอเสเคียลในวันนั้น ประกอบด้วยอุปมาเรื่องนครโลหิต อันพรรณนาด้วยหม้อที่เดือดพล่าน แล้วตามด้วยไฟใหญ่ อุปมานั้นแสดงอย่างชัดเจนถึงการพิพากษาที่มีต่อเยรูซาเล็ม และในบทเดียวกันนั้นยังตามมาด้วยการที่ภรรยาของเอเสเคียลจากไปโดยฉับพลัน อันเป็นสัญลักษณ์ว่าการล้อมเมืองซึ่งในที่สุดจะทำลายสถานนมัสการได้เริ่มขึ้นแล้ว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พระวจนะของพระยาห์เวห์ก็มาถึงข้าพเจ้าอีกว่า “บุตรแห่งมนุษย์เอ๋ย ดูเถิด เราจะพรากสิ่งอันเป็นที่ชื่นใจแห่งตาของเจ้าไปจากเจ้าด้วยการประหารครั้งเดียว แต่เจ้าจงอย่าคร่ำครวญหรือร้องไห้ และอย่าให้น้ำตาไหลลงมา จงระงับการร้องไห้เสีย อย่ากระทำการไว้ทุกข์เพื่อคนตาย จงโพกศีรษะของเจ้าไว้ และสวมรองเท้าที่เท้าของเจ้า อย่าปิดริมฝีปากของเจ้า และอย่ากินอาหารของมนุษย์” ดังนั้นข้าพเจ้าจึงพูดกับประชาชนในเวลาเช้า และในเวลาเย็นภรรยาของข้าพเจ้าก็สิ้นชีวิต และในเวลาเช้าข้าพเจ้าก็กระทำตามที่ข้าพเจ้าได้รับบัญชา เอเสเคียล 24:15–18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แล้วประชาชนที่อยู่รอบเอเสเคียลก็ถามถึงความหมายของอุปมา และการตายของภรรยาของท่าน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ประชาชนทั้งหลายกล่าวแก่ข้าพเจ้าว่า ท่านจะไม่บอกแก่พวกเราหรือว่าสิ่งเหล่านี้มีความหมายอย่างไรแก่พวกเรา ที่ท่านกระทำเช่นนี้? แล้วข้าพเจ้าจึงตอบเขาทั้งหลายว่า พระวจนะของพระยาห์เวห์มายังข้าพเจ้าว่า จงกล่าวแก่พงศ์พันธุ์อิสราเอลว่า พระยาห์เวห์องค์เจ้านายตรัสดังนี้ว่า ดูเถิด เราจะกระทำให้สถานนมัสการของเราเป็นมลทิน อันเป็นศักดิ์ศรีแห่งกำลังของพวกเจ้า เป็นสิ่งปรารถนาแห่งดวงตาของพวกเจ้า และเป็นสิ่งที่จิตใจของพวกเจ้าหวงแหน; และบุตรชายบุตรหญิงของพวกเจ้าซึ่งพวกเจ้าได้ละทิ้งไว้จะล้มลงด้วยดาบ เอเสเคียล 24:19–21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ในข้อความตอนนี้ ทั้งภรรยาของเอเสเคียลและสถานนมัสการต่างก็ถูกระบุว่าเป็น “สิ่งอันเป็นที่ปรารถนาแห่งนัยน์ตาของเจ้า” นักประวัติศาสตร์พระคัมภีร์ระบุว่าการล้อมนั้นกินเวลาสิบแปดเดือน ขณะที่การล้อมของเค็สทิอัสและของทิตัสกินเวลาสี่ปี ตั้งแต่ปี ค.ศ. 66 จนถึงปี ค.ศ. 70 เมื่อนับเวลาอย่างละเอียดตั้งแต่การล้อมครั้งแรกของเค็สทิอัสจนถึงการทำลาย ก็ได้สามปีครึ่ง แต่เมื่อประยุกต์ใช้ “การนับแบบรวมปลาย” ซึ่งเป็นวิธีที่ใช้บ่อยที่สุดในพระคัมภีร์ ก็จะเป็นสี่ปี การรู้ว่าการนับทั้งสองแบบนั้นใช้ได้ถูกต้อง ทำให้เราเห็นได้ทั้งสามปีครึ่งจากเค็สทิอัสถึงทิตัส และสี่ปีด้วย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เรามีพยานสองประการเกี่ยวกับกฎหมายวันอาทิตย์ในความพินาศของกรุงเยรูซาเล็มทั้งสองครั้ง และรายละเอียดของประวัติศาสตร์ทั้งสองนี้จะต้องนำมาประยุกต์ใช้กับกฎหมายวันอาทิตย์ซึ่งใกล้จะมาถึง—เมื่อเลาดีเซียถูกทรงคายออกจากพระโอษฐ์ขององค์พระผู้เป็นเจ้า การเริ่มต้นของการล้อมเมืองโดยเนบูคัดเนสซาร์ถูกทำเครื่องหมายไว้ด้วยการตายของภรรยาของเอเสเคียล เมื่อเธอสิ้นชีวิต เอเสเคียลได้รับบัญชาไม่ให้ไว้ทุกข์อย่างเปิดเผย เพราะท่านเป็นหมายสำคัญของพวกยิวที่จะถูกกวาดต้อนไปเป็นเชลย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จุดเริ่มต้นของช่วงเวลาสี่ปีตั้งแต่ ค.ศ. 66 ถึง 70 ถูกกำหนดไว้ด้วยหมายสำคัญแห่งสิ่งน่าสะอิดสะเอียนอันนำมาซึ่งความรกร้าง ซึ่งเป็นหมายสำคัญสำหรับคริสเตียนในกรุงเยรูซาเล็มให้หลบหนีไป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เหตุฉะนั้น เมื่อท่านทั้งหลายเห็นสิ่งที่น่าสะอิดสะเอียนอันก่อให้เกิดความร้างเปล่า ซึ่งดาเนียลผู้เผยพระวจนะได้กล่าวไว้ ตั้งอยู่ในสถานบริสุทธิ์ (ผู้ใดอ่านก็ให้ผู้นั้นเข้าใจเถิด) เมื่อนั้น ให้บรรดาผู้ที่อยู่ในแคว้นยูเดียหนีไปยังภูเขา มัทธิว 24:15,16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การล้อมเมืองสองครั้งที่สอดคล้องกันอย่างชัดเจน และการล้อมทั้งสองครั้งต่างก็มี “หมายสำคัญ” อยู่ ณ เบื้องต้นของการล้อมนั้น เมื่อเอเสเคียลอธิบายว่าการตายของภรรยาของเขาและการที่เขามิได้ไว้ทุกข์นั้นมีความหมายว่าอย่างไร เขาได้อธิบายแล้วจึงบันทึกไว้ว่า: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ดังนั้น เอเสเคียลจึงเป็นหมายสำคัญแก่ท่านทั้งหลาย: ท่านทั้งหลายจะกระทำตามทุกสิ่งที่เขาได้กระทำนั้น: และเมื่อเหตุการณ์นี้มาถึง ท่านทั้งหลายจะรู้ว่า เราคือองค์พระผู้เป็นเจ้าพระเจ้า เอเสเคียล 24:24.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หมายสำคัญแห่งการตายของภรรยาของเอเสเคียล เป็นการชี้ให้เห็นถึงการทำลายกรุงเยรูซาเล็มและพระวิหารซึ่งใกล้จะมาถึง และการเป็นเชลยในบาบิโลนที่ติดตามมาในภายหลัง ส่วนหมายสำคัญแห่งสิ่งที่น่าสะอิดสะเอียนอันก่อให้เกิดความรกร้าง ซึ่งดาเนียลได้กล่าวไว้แล้วนั้น เป็นคำเตือนให้หลีกหนีการทำลายล้าง แต่การล้อมทั้งสองครั้งต่างก็มีหมายสำคัญ ณ ตอนเริ่มต้นเช่นกัน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จะมีการล้อมเชิงพยากรณ์ก่อนกฎหมายวันอาทิตย์ซึ่งจะมาถึงในไม่ช้า และการตายของภรรยาของเอเสเคียลเป็นสัญลักษณ์ว่าคริสตจักรเซเว่นธ์เดย์แอ๊ดเวนตีสฝ่ายเลาดีเซียได้ถูกผ่านเลยไปโดยสิ้นเชิงแล้ว ขณะที่เอเสเคียลเป็นสัญลักษณ์ของคนหนึ่งแสนสี่หมื่นสี่พัน และเป็นสัญลักษณ์ของธงสัญญาณที่ถูกชูขึ้นเมื่อเริ่มต้นการล้อม เอเสเคียลเป็นธงสัญญาณของคนหนึ่งแสนสี่หมื่นสี่พัน ณ การเริ่มต้นของการล้อมบาบิโลน และหมายสำคัญของสิ่งน่าสะอิดสะเอียนแห่งความรกร้างในตอนเริ่มต้นนั้นคือ “หมายสำคัญ” ของกรุงโรม หมายสำคัญอย่างหนึ่งกล่าวถึงคำเตือนภายใน และอีกอย่างหนึ่งกล่าวถึงคำเตือนภายนอก แน่นอนว่ามีคำเตือนแก่คริสเตียนทั้งหลายในปี ค.ศ. 66 แต่หมายสำคัญแห่งการเตือนนั้นคือกรุงโรม หมายสำคัญในการทำลายบาบิโลนคือภรรยาของเอเสเคียล กรุงโรมคือชนจำพวกที่ได้รับเครื่องหมายของสัตว์ร้าย และเอเสเคียลคือหมายสำคัญของบรรดาผู้ได้รับตราประทับของพระเจ้า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ช่วงเวลาสิ้นสุดสองช่วง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การล้อมครั้งแรกกินเวลาสิบแปดเดือน และการล้อมครั้งที่สองกินเวลาสี่ปี การล้อมทั้งสองครั้งนี้พบความสำเร็จเป็นจริงที่ “ตรงกว่า” ของตนในวาระสุดท้าย และการล้อมทั้งสองครั้งเชื่อมโยงโดยตรงกับคำพยากรณ์เรื่องสามร้อยเก้าสิบเอ็ดปีและสิบห้าวันซึ่งปรากฏอยู่ในวิวรณ์ 9:15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จุดเริ่มต้นของห้าเดือนในวิวรณ์ บทที่เก้า ข้อที่สิบ รวมเอาประวัติศาสตร์ที่บ่งชี้ถึงช่วงเวลาสามสิบแปดปี ซึ่งบรรลุจุดสุดยอดในการล้อมอยู่สี่ปี อันมีความสัมพันธ์กับจำนวนสามสิบแปด และชี้ให้เห็นถึงการผงาดขึ้นของศาสนาอิสลาม การล้อมอยู่สี่ปีนั้นมีคู่เทียบของมันในประวัติศาสตร์ที่เริ่มต้นขึ้นเมื่อหนึ่งร้อยห้าสิบปี (ห้าเดือน) สิ้นสุดลง และสามร้อยเก้าสิบเอ็ดปีสิบห้าวันได้เริ่มต้นขึ้น เหตุการณ์นั้นเริ่มขึ้นเมื่อวันที่ 27 กรกฎาคม ค.ศ. 1449 และสี่ปีต่อมา ศาสนาอิสลามได้นำการล้อมกรุงคอนสแตนติโนเปิลเป็นเวลาห้าสิบห้าวัน ซึ่งสิ้นสุดลงเมื่อวันที่ 29 พฤษภาคม ค.ศ. 1453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เมื่อคำพยากรณ์เรื่องเวลาซึ่งเริ่มต้นเมื่อวันที่ 27 กรกฎาคม ค.ศ. 1449 สิ้นสุดลงในวันที่ 11 สิงหาคม ค.ศ. 1844 ช่วงเวลาสี่ปีแห่งการเคลื่อนไหวของทูตสวรรค์องค์ที่หนึ่งและองค์ที่สองตั้งแต่ปี 1840 ถึงปี 1844 ก็สอดคล้องกับการล้อมเป็นเวลาสี่ปีระหว่างปี 1333 ถึงปี 1337 และสอดคล้องกับช่วงเวลาสี่ปีตั้งแต่ปี 1449 ถึงปี 1453 ด้วย พยานทั้งสามนี้ ซึ่งล้วนเป็นส่วนโดยตรงของแนวคำพยากรณ์เดียวกัน เป็นภาพแทนของช่วงเวลาสี่ปีเชิงสัญลักษณ์ เมื่อการเคลื่อนไหวของทูตสวรรค์องค์ที่หนึ่งและองค์ที่สองระหว่างปี 1840 ถึงปี 1844 ถูกทำให้เกิดซ้ำในประวัติศาสตร์ของการเคลื่อนไหวของทูตสวรรค์องค์ที่สาม พยานทั้งสามนี้เป็นแบบอย่างของการล้อมสี่ปีในประวัติศาสตร์ของชนหนึ่งแสนสี่หมื่นสี่พัน ช่วงเวลาสี่ปีนั้นยังได้รับการแสดงให้เห็นด้วยโดยการล้อมกรุงเยรูซาเล็มในปี 66 และ 70 อีกด้วย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การเริ่มต้นของการล้อมสี่ปีโดยเคสทิอัสในปี 66 และต่อมาการสิ้นสุดโดยทิตัสในปี 70 ก่อให้เกิดสัญลักษณ์อัลฟาและสัญลักษณ์โอเมกาแก่ช่วงเวลาสี่ปีนั้น ช่วงเวลาเดียวกันนั้นยังถูกนำเสนอว่าเป็นสามปีครึ่ง ซึ่งสอดคล้องกับสามปีครึ่งเชิงพยากรณ์ที่โรมแห่งสันตะปาปาได้เหยียบย่ำสถานบริสุทธิ์นั้นลง.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แต่ลานซึ่งอยู่นอกพระวิหารนั้น จงเว้นไว้ อย่าวัดเลย เพราะว่าได้มอบไว้แก่บรรดาคนต่างชาติแล้ว และพวกเขาจะเหยียบย่ำนครบริสุทธิ์นั้นอยู่ใต้เท้าเป็นเวลาสี่สิบสองเดือน และเราจะประทานฤทธิ์เดชแก่พยานทั้งสองของเรา และเขาทั้งสองจะเผยพระวจนะตลอดหนึ่งพันสองร้อยหกสิบวัน โดยนุ่งห่มผ้ากระสอบ วิวรณ์ 11:2, 3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และพวกเขาจะล้มลงด้วยคมดาบ และจะถูกกวาดต้อนไปเป็นเชลยในท่ามกลางบรรดาประชาชาติทั้งปวง และกรุงเยรูซาเล็มจะถูกเหยียบย่ำโดยคนต่างชาติ จนกว่ากาลเวลาของคนต่างชาติจะครบถ้วน ลูกา 21:24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จำเป็นอย่างยิ่งที่จะต้องสังเกตว่าข้าพเจ้ากำลังใช้ทั้งการนับแบบ “inclusive” และ “exclusive” กับช่วงเวลาที่ถูกแทนด้วยสัญลักษณ์อัลฟาของ Cestius จนถึงสัญลักษณ์โอเมกาของ Titus สิ่งนี้ชี้ให้เห็นว่ามีการประยุกต์ใช้เรื่องเวลาสองประการซึ่งถูกนำเสนอภายในประวัติศาสตร์เดียวกัน เราได้กล่าวถึงหลักการพระคัมภีร์ข้อนี้มาแล้วเมื่อเราได้พิจารณา (เมื่อหลายบทความก่อน) ช่วงเวลาระหว่างการเสด็จเยือน Caesarea-Philippi (Panium) ของพระเยซูกับการเสด็จไปยังภูเขาแห่งการจำแลงพระกายของพระองค์ ผู้เขียนพระคัมภีร์สองท่านบันทึกไว้ว่าเป็นหกวัน และอีกท่านหนึ่งบันทึกว่าเป็นแปดวัน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ครั้นล่วงไปหกวันแล้ว พระเยซูทรงพาเปโตร ยากอบ และยอห์นผู้เป็นน้องชายของยากอบ ขึ้นไปบนภูเขาสูงแห่งหนึ่งตามลำพัง มัทธิว 17:1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ครั้นล่วงไปหกวันแล้ว พระเยซูทรงพาเปโตร ยากอบ และยอห์นขึ้นไปบนภูเขาสูงตามลำพัง และทรงจำแลงพระกายต่อหน้าพวกเขา มาระโก 9:2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ประมาณแปดวันภายหลังถ้อยคำเหล่านี้ พระองค์ทรงพาเปโตร ยอห์น และยากอบขึ้นไปบนภูเขาเพื่ออธิษฐาน ลูกา 9:28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การพินาศของกรุงเยรูซาเล็มมีการประยุกต์ใช้ที่ “ตรงยิ่งกว่า” กับยุคสุดท้าย และการพินาศนั้นมีพยานสองคนซึ่งเป็นภาพแทนโดยบาบิโลนและโรม พยานทั้งสองสอดคล้องกัน แต่ให้ลักษณะเชิงพยากรณ์ที่แตกต่างกันและจำเป็น เพื่อขยายความจริงให้เด่นชัดยิ่งขึ้น การล้อมโดยโรม (ค.ศ. 66 ถึง 70) กินเวลาสี่ปี ซึ่งเป็นภาพแทนของสามปีครึ่งด้วย สามปีครึ่งนั้นเชื่อมโยงกับการเหยียบย่ำสถานบริสุทธิ์และพลไพร่ ซึ่งกระทำสำเร็จโดยทั้งลัทธินอกศาสนาและอำนาจสันตะปาปา การเหยียบย่ำโดยอำนาจสันตะปาปาดำเนินอยู่เป็นเวลาสามปีครึ่งเชิงสัญลักษณ์ ดังที่มีแบบอย่างไว้โดยระยะเวลาสามปีครึ่งตามตัวอักษรในการล้อมโดยโรม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้อมสี่ปีนั้นยังเชื่อมโยงกับช่วงเวลาสี่ปีซึ่งสัมพันธ์กับเส้นคำพยากรณ์ที่ระบุถึงการถูกยกขึ้นของอิสลาม และภายหลังจากนั้นคือการถูกยกขึ้นของขบวนการของทูตสวรรค์องค์ที่หนึ่งและองค์ที่สอง และต่อมาคือองค์ที่สามด้วย จาก Cestius ถึง Titus ตัดกันกับวงล้อของโรมแห่งสันตะปาปา และกับวงล้อของอิสลามด้วย วงล้อของโรมและระยะเวลาสามปีครึ่งของ Cestius และ Titus ตัดกันกับสามปีครึ่งเชิงสัญลักษณ์ของโรมแห่งสันตะปาปา จึงชี้ให้เห็นถึงสองภาวะแห่งโรม คือโรมนอกศาสนาและโรมแห่งสันตะปาปา วงล้อของอิสลามเชื่อมโยงกันด้วยประวัติศาสตร์เดียวกันเมื่อเข้าใจว่าเป็นสี่ปี แต่เช่นเดียวกับวงล้อของโรมในประวัติศาสตร์นั้น อิสลามสัมพันธ์กับอำนาจที่สองซึ่งอยู่ภายใต้วงล้อของอิสลาม—นั่นคือ แอดเวนติสม์ ช่วงเวลาสามปีครึ่งเป็นตัวแทนของโรมในทั้งสองระยะของมัน และช่วงเวลาสี่ปีเป็นตัวแทนของอิสลามและแอดเวนติสม์ โรมนอกศาสนากับโรมแห่งสันตะปาปาไม่อาจแยกออกจากกันในเชิงคำพยากรณ์ได้ และอิสลามกับแอดเวนติสม์ก็เช่นกัน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สิ่งนี้เรียกร้องในเชิงพยากรณ์ว่า เมื่อเราพิจารณาการล้อมบาบิโลน จะต้องเห็นความเข้าใจเรื่องเวลาสองประการในภาพประกอบของการล้อมเป็นเวลาสิบแปดเดือน การแทนเวลาอยู่สองลักษณะในการล้อมที่โรมนำมานั้น ในเชิงพยากรณ์ย่อมเรียกร้องให้มีการแทนเวลาอยู่สองลักษณะในการล้อมที่เนบูคัดเนสซาร์นำมาด้วย การล้อมของเนบูคัดเนสซาร์ซึ่งกินเวลาสิบแปดเดือนนั้น ก็อาจเข้าใจได้ว่าเป็นสัญลักษณ์ของหนึ่งปีครึ่ง สิบแปดเดือนคือหนึ่งปีครึ่ง และหนึ่งปีครึ่งนั้นอาจแสดงได้เป็น 1.5 ปี การล้อมของเนบูคัดเนสซาร์เป็นทั้งสิบแปดเดือนและหนึ่งจุดห้า (1.5) ปีพร้อมกัน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ระยะเวลาสิบแปดเดือนกล่าวถึงอำนาจซึ่งจะย่ำยีกรุงเยรูซาเล็ม และระยะเวลา 1.5 ปี กล่าวถึงอิสลาม วงล้อเชิงพยากรณ์แห่งการนับคำนวณซึ่งระบุสิบแปดเดือนนั้นระบุถึงบาบิโลน และวงล้อเชิงพยากรณ์แห่งการนับคำนวณอีกวงหนึ่งระบุถึงอิสลาม เรายังมิได้เสนอคำอธิบายว่าเรามาถึงการประยุกต์ใช้ระยะเวลา 1.5 ปี ที่เกี่ยวเนื่องกับอิสลามได้อย่างไร แต่พึงสังเกตว่า มีการนับคำนวณเวลาสองแบบในการทำลายล้างที่โรมนำมา ซึ่งเชื่อมโยงกับวงล้อเชิงพยากรณ์ของโรม (ทั้งโรมนอกศาสนาและโรมสันตะปาปา) และการนับคำนวณอีกแบบหนึ่งที่เชื่อมโยงกับวงล้อเชิงพยากรณ์ของอิสลาม ลักษณะเฉพาะเหล่านี้พบได้ทั้งในการทำลายกรุงเยรูซาเล็มแบบอัลฟาและโอเมกา</w:t>
      </w:r>
      <w:r>
        <w:rPr>
          <w:rFonts w:ascii="Nirmala UI" w:hAnsi="Nirmala UI" w:eastAsia="Nirmala UI" w:cs="Nirmala UI"/>
        </w:rPr>
        <w:t>।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การล้อมกรุงเยรูซาเล็มเป็นเวลาสี่ปีโดย Cestius และ Titus เป็นภาพแทนการสิ้นสุดของเส้นสายแห่งคำพยากรณ์ที่เริ่มต้นด้วยช่วงเวลาสามสิบแปดปี ซึ่งสิ้นสุดลงด้วยการล้อมเป็นเวลาสี่ปี อันเป็นสัญลักษณ์ของการยกขึ้นของศาสนาอิสลาม และช่วงเวลาสี่ปีสุดท้ายในเส้นสายเดียวกันนั้นเอง เป็นภาพแทนการยกขึ้นของธงสัญญาณแห่งชนหนึ่งแสนสี่หมื่นสี่พันคน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เราจะดำเนินเรื่องเหล่านี้ต่อไปในบทความถัดไป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ประวัติศาสตร์ที่ซ่อนอยู่ของข้อสี่สิบ – บทที่ยี่สิบสี่</dc:title>
  <dc:subject>เอเสเคียล หมายเลขห้า</dc:subject>
  <dc:creator>Jeff Pippenger</dc:creator>
  <cp:keywords/>
  <dc:description>Generated by ArticleDigger from hidden_history\24_hidden_history.json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