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ประวัติศาสตร์ที่ซ่อนเร้นของข้อที่สี่สิบ—เลขยี่สิบห้า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เอเสเคียล หมายเลขหก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2026-08-11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ข้าพเจ้าได้อ้างอิงจากข้อความตอนหนึ่งใน Testimonies ซึ่งนำเสนอแนวความจริงหลายประการที่เกี่ยวเนื่องกับประสบการณ์ของเอเสเคียล อิสยาห์ และยอห์นภายในสถานนมัสการ ยอห์นหันไปเพื่อจะเห็นพระสุรเสียงที่อยู่เบื้องหลังเขาในพระธรรมวิวรณ์บทที่หนึ่ง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ข้าพเจ้าอยู่ในพระวิญญาณในวันขององค์พระผู้เป็นเจ้า และได้ยินพระสุรเสียงอันดังอยู่เบื้องหลังข้าพเจ้า ดุจเสียงแตร กล่าวว่า เราเป็นอัลฟาและโอเมกา เป็นต้นและปลาย สิ่งที่เจ้าเห็นนั้น จงเขียนลงในหนังสือ และส่งไปยังคริสตจักรทั้งเจ็ดที่อยู่ในเอเชีย คือยังเมืองเอเฟซัส และยังเมืองสเมอร์นา และยังเมืองเปอร์กามอส และยังเมืองธิยาทิรา และยังเมืองซาร์ดิส และยังเมืองฟิลาเดลเฟีย และยังเมืองเลาดีเซีย และข้าพเจ้าหันไปเพื่อจะดูพระสุรเสียงซึ่งตรัสกับข้าพเจ้า และเมื่อหันไปแล้ว ข้าพเจ้าก็เห็นคันประทีปทองคำเจ็ดคัน วิวรณ์ 1:10–12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จากเกาะปัทมอส แล้วเข้าสู่สถานนมัสการในสวรรค์ ที่ซึ่งยอห์นได้เห็นนิมิตของพระคริสต์ซึ่งซิสเตอร์ไวท์บอกแก่เรานั้น เป็นนิมิตเดียวกันกับที่ดาเนียลได้เห็นในบทที่สิบแห่งหนังสือของท่าน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“‘ในครั้งนั้น ข้าพเจ้า ดาเนียล กำลังโศกเศร้าอยู่ตลอดสามสัปดาห์เต็ม ข้าพเจ้ามิได้รับประทานอาหารโอชะ ทั้งเนื้อและเหล้าองุ่นก็มิได้ผ่านเข้าปากข้าพเจ้าเลย ทั้งมิได้เจิมตัวเองเลย.... แล้วข้าพเจ้าก็เงยหน้าขึ้นมอง และดูเถิด มีบุรุษผู้หนึ่งสวมผ้าป่านเนื้อละเอียด บั้นเอวคาดด้วยทองคำเนื้อดีจากอูฟาส กายของท่านก็เป็นดุจมณีเขียวขจี พระพักตร์ของท่านดุจแสงฟ้าแลบ ดวงตาของท่านดุจคบเพลิง แขนและเท้าของท่านมีสีดุจทองสัมฤทธิ์ขัดมัน และเสียงถ้อยคำของท่านดุจเสียงของมหาชน’ (ดาเนียล 10:2–6)”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“คำพรรณนานี้คล้ายคลึงกับที่ยอห์นได้รับ เมื่อพระคริสต์ทรงสำแดงพระองค์แก่ท่านบนเกาะปัทมอส บุคคลผู้ทรงปรากฏแก่ดาเนียลนั้นมิใช่ผู้ใดอื่นนอกจากพระบุตรของพระเจ้า องค์พระผู้เป็นเจ้าของเราทรงเสด็จมาพร้อมกับทูตสวรรค์อีกองค์หนึ่ง เพื่อสอนดาเนียลถึงสิ่งที่จะบังเกิดขึ้นในกาลภายหลัง” Sanctified Life, 49.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ข้อพระคัมภีร์เก้าข้อแรกชี้ให้เห็นว่า การสำแดงของพระเยซูคริสต์ถูกเปิดผนึกอย่างไรในเวลาอันใกล้ก่อนสิ้นสุดระยะเวลาแห่งการทดลองของมนุษย์ การสำแดงนี้พระเจ้าทรงประทานแก่พระเยซู ผู้ทรงประทานต่อแก่กาเบรียล ผู้ซึ่งประทานต่อแก่ยอห์นพร้อมกับพระบัญชาให้ยอห์นส่งข่าวสารนั้นไปยังคริสตจักรทั้งเจ็ด อิสยาห์ได้รับพระบัญชาให้กระทำเช่นเดียวกันในบทที่หก และเอเสเคียลก็ได้รับพระบัญชาเดียวกันนี้ในบทที่สองและสาม ยอห์นเป็นนักโทษเมื่อเขาได้รับพระบัญชาของตน เอเสเคียลและดาเนียลเป็นเชลยอยู่ในบาบิโลน และอิสยาห์กำลังดำเนินชีวิตอยู่ท่ามกลางประวัติศาสตร์ในสมัยของกษัตริย์อาหัสผู้ชั่วร้ายแห่งยูดาห์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“มีวงล้ออยู่ภายในวงล้อทั้งหลายในการจัดวางอันซับซ้อนยิ่ง จนเมื่อมองแรกเห็น เอเสเคียลก็เห็นประหนึ่งว่าสิ่งทั้งปวงสับสนอลหม่าน แต่เมื่อวงล้อเหล่านั้นเคลื่อนไป ก็เป็นไปด้วยความเที่ยงตรงอันงดงามและด้วยความสอดประสานอย่างสมบูรณ์ บรรดาสิ่งทรงชีวิตแห่งสวรรค์เป็นผู้ผลักดันวงล้อเหล่านี้ และเหนือสิ่งอื่นใดนั้น บนพระที่นั่งไพโรจน์ดุจไพลิน ทรงมีองค์ผู้ดำรงอยู่นิรันดร์ประทับอยู่ ขณะเดียวกันรอบพระที่นั่งนั้นก็มีรุ้งโอบล้อมอยู่ เป็นสัญลักษณ์แห่งพระคุณและความรัก เอเสเคียลซึ่งถูกครอบงำด้วยพระสิริอันน่าเกรงขามของภาพเหตุการณ์นั้น ก็ซบหน้าลงกับพื้น แล้วมีพระสุรเสียงหนึ่งตรัสสั่งให้เขาลุกขึ้นและฟังพระวจนะของพระยาห์เวห์ แล้วสารแห่งการตักเตือนสำหรับอิสราเอลก็ได้ถูกประทานแก่เขา” Testimonies, 751.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ข้าพเจ้าได้ยินพระสุรเสียงขององค์พระผู้เป็นเจ้าตรัสว่า “เราจะใช้ผู้ใดไป และผู้ใดจะไปแทนพวกเรา” แล้วข้าพเจ้าทูลว่า “ข้าพระองค์อยู่นี่ ขอทรงใช้ข้าพระองค์ไปเถิด” อิสยาห์ 6:8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“นิมิตนี้ได้ประทานแก่เอเสเคียลในเวลาที่จิตใจของท่านเต็มไปด้วยลางสังหรณ์อันมืดมน ท่านได้เห็นแผ่นดินของบรรพบุรุษของท่านรกร้างว่างเปล่า...”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“ในทำนองเดียวกัน เมื่อพระเจ้าทรงพระประสงค์จะทรงเปิดเผยประวัติศาสตร์ของคริสตจักรสำหรับยุคสมัยในอนาคตแก่ยอห์นผู้เป็นที่รักนั้น พระองค์ได้ทรงประทานความมั่นใจแก่เขาถึงความสนพระทัยและการทรงดูแลของพระผู้ช่วยให้รอดที่มีต่อประชากรของพระองค์ โดยทรงสำแดงแก่เขา ‘ผู้หนึ่งที่มีลักษณะเหมือนบุตรมนุษย์’ ทรงดำเนินอยู่ท่ามกลางคันประทีปทั้งหลาย ซึ่งเป็นสัญลักษณ์แทนคริสตจักรทั้งเจ็ด. …”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“บทเรียนเหล่านี้มีไว้เพื่อประโยชน์ของเรา เราจำเป็นต้องยึดมั่นความเชื่อของเราไว้ในพระเจ้า เพราะเบื้องหน้าของเรานั้นมีช่วงเวลาหนึ่งที่ใกล้เข้ามา ซึ่งจะทดสอบจิตวิญญาณของมนุษย์ …”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“เรากำลังยืนอยู่บนธรณีแห่งเหตุการณ์อันยิ่งใหญ่และน่าเกรงขาม คำพยากรณ์กำลังสำเร็จอย่างรวดเร็ว องค์พระผู้เป็นเจ้าทรงอยู่ที่ประตู อีกไม่นานจะมีช่วงเวลาแห่งความน่าสนใจอย่างล้นพ้นเปิดออกต่อหน้าเรา ซึ่งจะมีความสำคัญต่อบรรดาผู้มีชีวิตอยู่ทั้งสิ้น ความขัดแย้งในอดีตจะถูกฟื้นขึ้นอีก และความขัดแย้งใหม่ ๆ จะเกิดขึ้น เหตุการณ์ต่าง ๆ ที่จะเกิดขึ้นในโลกของเรานั้น ยังไม่เคยแม้แต่จะมีผู้ใดฝันถึง ซาตานกำลังทำงานผ่านตัวแทนมนุษย์ บรรดาผู้ที่กำลังพยายามเปลี่ยนแปลงรัฐธรรมนูญและให้ได้มาซึ่งกฎหมายที่บังคับการถือรักษาวันอาทิตย์ แทบไม่ตระหนักเลยว่าผลลัพธ์จะเป็นเช่นไร วิกฤตกำลังจะมาถึงเราในทันที”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“แต่บรรดาผู้รับใช้ของพระเจ้าไม่พึงวางใจในตนเองในภาวะฉุกเฉินอันใหญ่หลวงนี้ ในบรรดานิมิตที่ประทานแก่ อิสยาห์ แก่ เอเสเคียล และแก่ ยอห์น เราเห็นว่าฟ้าสวรรค์มีความเกี่ยวข้องอย่างใกล้ชิดเพียงใดกับเหตุการณ์ทั้งหลายที่กำลังเกิดขึ้นบนแผ่นดินโลก และเราเห็นว่าความเอาพระทัยใส่ของพระเจ้าต่อบรรดาผู้ที่สัตย์ซื่อต่อพระองค์นั้นยิ่งใหญ่เพียงใด โลกนี้มิได้ปราศจากผู้ทรงครอบครอง แผนการแห่งเหตุการณ์ที่จะมาถึงอยู่ในพระหัตถ์ขององค์พระผู้เป็นเจ้า พระบารมีแห่งสวรรค์ทรงถือเอาชะตากรรมของบรรดาประชาชาติ ตลอดจนกิจธุระทั้งหลายแห่งคริสตจักรของพระองค์ ไว้ในความดูแลของพระองค์เอง …”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“ในนิมิตของเอเสเคียล พระเจ้าทรงมีพระหัตถ์ของพระองค์อยู่ใต้ปีกของเหล่าเครูบ สิ่งนี้มีไว้เพื่อสั่งสอนผู้รับใช้ของพระองค์ว่า เป็นฤทธานุภาพแห่งสวรรค์ที่ประทานความสำเร็จแก่พวกเขา พระองค์จะทรงร่วมงานกับพวกเขา หากพวกเขาจะละทิ้งความชั่วช้าและบังเกิดความบริสุทธิ์ทั้งในจิตใจและชีวิต”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“แสงสว่างเจิดจ้าที่เคลื่อนไปท่ามกลางสิ่งมีชีวิตทั้งหลายด้วยความรวดเร็วดุจสายฟ้าแลบ เป็นภาพแทนความรวดเร็วซึ่งงานนี้ในที่สุดจะดำเนินไปข้างหน้าจนสำเร็จครบถ้วน …”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“พี่น้องทั้งหลาย บัดนี้มิใช่เวลาแห่งการคร่ำครวญและความสิ้นหวัง มิใช่เวลาที่จะยอมแพ้ต่อความสงสัยและความไม่เชื่อ บัดนี้พระคริสต์มิได้ทรงเป็นพระผู้ช่วยให้รอดซึ่งอยู่ในอุโมงค์ใหม่ของโยเซฟ ปิดด้วยศิลาก้อนใหญ่และประทับตราด้วยตราโรมันอีกต่อไป; เรามีพระผู้ช่วยให้รอดผู้ทรงเป็นขึ้นจากความตาย พระองค์ทรงเป็นกษัตริย์ เป็นองค์พระผู้เป็นเจ้าจอมโยธา; พระองค์ประทับระหว่างเครูบทั้งหลาย; และท่ามกลางการต่อสู้และความปั่นป่วนของบรรดาประชาชาติ พระองค์ยังคงทรงพิทักษ์รักษาประชากรของพระองค์ พระองค์ผู้ทรงครอบครองในสวรรค์ทั้งหลายทรงเป็นพระผู้ช่วยให้รอดของเรา พระองค์ทรงกำหนดทุกการทดลอง พระองค์ทอดพระเนตรไฟแห่งเตาหลอมซึ่งจำต้องทดสอบทุกดวงจิต เมื่อป้อมปราการของบรรดากษัตริย์จะถูกโค่นล้ม เมื่อศรแห่งพระพิโรธของพระเจ้าจะพุ่งทะลุหัวใจของศัตรูทั้งหลายของพระองค์ ประชากรของพระองค์จะปลอดภัยอยู่ในพระหัตถ์ของพระองค์” Testimonies, volume 5, 752–754.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พยานฝ่ายพระคัมภีร์สี่ประการยืนยันความจริงว่า ข่าวสารแห่งพระธรรมวิวรณ์ของพระเยซูคริสต์นั้นประทานแก่บุคคลทั้งหลายผู้ซึ่งถูกทำให้เป็นแบบอย่างไว้โดยประสบการณ์ของผู้เผยพระวจนะเหล่านี้ในสถานนมัสการ เมื่อเราเข้าไปสู่สถานนมัสการในสวรรค์นั้นเอง เราจึงได้รับข่าวสารซึ่งเราได้รับการทรงแต่งตั้งไว้ให้ประกาศ “ไฟแห่งเตาหลอม” ซึ่งทดสอบ “ทุกดวงวิญญาณ” คือเตาหลอมแห่งมาลาคีบทที่สาม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แต่ผู้ใดเล่าจะทนอยู่ได้ในวันแห่งการเสด็จมาของพระองค์? และผู้ใดจะยืนหยัดได้เมื่อพระองค์ทรงปรากฏ? เพราะพระองค์ทรงเป็นดุจไฟของผู้ถลุง และดุจสบู่ของคนซักฟอก และพระองค์จะประทับนั่งดุจผู้ถลุงและผู้ชำระเงิน และพระองค์จะทรงชำระบรรดาบุตรแห่งเลวี และทรงชำระเขาให้บริสุทธิ์ดุจทองคำและเงิน เพื่อว่าเขาทั้งหลายจะได้นำเครื่องบูชามาถวายแด่พระยาห์เวห์ด้วยความชอบธรรม แล้วเครื่องบูชาของยูดาห์และเยรูซาเล็มจะเป็นที่พอพระทัยแด่พระยาห์เวห์ ดังเช่นในสมัยโบราณ และดังเช่นในปีเดือนก่อน ๆ มาลาคี 3:2–4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ช่างถลุงย่อมรู้ว่าเงินได้อยู่ในเตาหลอมเป็นเวลาที่ถูกต้องแล้ว เมื่อเงินนั้นบริสุทธิ์ถึงขนาดสะท้อนใบหน้าของช่างถลุงได้ ข้อเท็จจริงเกี่ยวกับวิธีการถลุงเงินในสมัยโบราณนี้ สอดคล้องกับกริยาเชิงเหตุ “marah” ที่ดาเนียลได้เห็นในบทที่สิบ ในวาระสุดท้ายเหล่านี้ องค์พระผู้เป็นเจ้ากำลังทรงนำประชากรของพระองค์เข้าสู่สถานบริสุทธิ์ เพื่อทดลอง ชำระให้บริสุทธิ์ และกำจัดมลทินของบรรดาผู้สมัครที่จะเป็นส่วนหนึ่งของธงสัญญาณแห่งหนึ่งแสนสี่หมื่นสี่พันคน ในช่วงเวลาเช่นนี้ “พระองค์จะทรงกระทำการร่วมกับ” เรา “ถ้า” เรา “จะละทิ้งความชั่วช้าและกลายเป็นผู้มีใจและชีวิตอันบริสุทธิ์” บางคนดังเช่นในดาเนียลบทที่สิบ หลบหนีจากประสบการณ์นั้น แต่บรรดาผู้ซึ่งมีดาเนียลเป็นสัญลักษณ์นั้น ย่อมได้เห็นนิมิตกระจกส่องอันยิ่งใหญ่แห่งการสำแดงของพระเยซูคริสต์ และดังที่อิสยาห์แสดงไว้ ริมฝีปากของเขาทั้งหลายจะถูกแตะต้องด้วยถ่านเพลิงจากแท่นบูชา และจะได้รับการชำระให้บริสุทธิ์และเตรียมพร้อมที่จะประกาศสารแก่ทั้งคริสตจักรที่เสื่อมถอยจากความเชื่อ และต่อจากนั้นแก่ชาวโลก.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ข่าวสารถูกนำเสนอแก่ดวงวิญญาณผู้สัตย์ซื่อเหล่านั้นในสถานบริสุทธิ์ เลวีนิติ บทที่ยี่สิบสาม เมื่อสอดคล้องกับฤดูกาลแห่งเพ็นเทคอสต์ ได้รับการจัดวางไว้เพื่อสะท้อนหีบพันธสัญญาในอภิสุทธิสถาน โดยความเชื่อ โครงสร้างแห่งข่าวสารของบทนี้ชี้บ่งหลักหมายสามประการภายในประวัติศาสตร์อันศักดิ์สิทธิ์ ซึ่งการทดสอบแห่งเตาไฟได้สำเร็จลุล่วงแล้ว ลึกซึ้งโดยพระเจ้า—โครงสร้างเชิงพยากรณ์ของบทที่ยี่สิบสามเปิดทางให้นักศึกษาคำพยากรณ์สามารถระบุตำแหน่งของเอเสเคียลในข้อหนึ่งของบทที่หนึ่งได้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อยู่มา ในปีที่สามสิบ ในเดือนที่สี่ ในวันที่ห้าของเดือน เมื่อข้าพเจ้าอยู่ท่ามกลางพวกเชลยริมแม่น้ำเคบาร์ ฟ้าสวรรค์ก็เปิดออก และข้าพเจ้าได้เห็นนิมิตของพระเจ้า ในวันที่ห้าของเดือนนั้น ซึ่งเป็นปีที่ห้าแห่งการเป็นเชลยของกษัตริย์เยโฮยาคีน เอเสเคียล 1:1, 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ในฐานะปุโรหิตในช่วงเวลาแห่งการประทับตราของหนึ่งแสนสี่หมื่นสี่พันคน เอเสเคียลอยู่ในปีที่สามสิบของวัฏจักรยูบิลีครั้งที่สิบเจ็ด ห้าปีก่อนการล้อมกรุงเยรูซาเล็มครั้งที่สามในจำนวนสามครั้งโดยเนบูคัดเนสซาร์ในปี 587 ก่อนคริสตกาล ปีที่สามสิบในข้อนี้คือสามสิบปีภายหลังการฟื้นฟูครั้งยิ่งใหญ่ที่สุดในประวัติศาสตร์พันธสัญญาเดิม และอยู่ในวันที่ห้าของปีที่ห้า ด้วยเหตุนั้นจึงประทับเลขห้าไว้บนคำพยานของเอเสเคียล ในสองข้อเปิดเรื่องนั้น เราพบว่ามีการระบุเลขสามสิบหนึ่งครั้ง และกล่าวถึงเลขห้าสามครั้ง ในโครงสร้างของเลวีนิติ 23 ที่สอดคล้องกับช่วงเทศกาลเพ็นเทคอสต์ การทดสอบประการที่สองซึ่งแทนด้วยเลขสามสิบนั้นทอดไปจนถึงเทศกาลแตร ห้าวันถึงการเสด็จขึ้นสู่สวรรค์ของพระคริสต์ จากนั้นอีกห้าวันถึงวันลบมลทินบาป แล้วอีกห้าวันถึงหมุดหมายซึ่งเป็นตัวแทนทั้งฝนต้นฤดู (เพ็นเทคอสต์) และฝนปลายฤดู (อยู่เพิง) โครงสร้างนี้นำเสนอเลขสามสิบ ตามด้วยสามขั้นของเลขห้า เอเสเคียลอยู่ในพระวิหาร และโครงสร้างของเลวีนิติ 23 คือหีบพันธสัญญา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ประวัติศาสตร์เป็นพยานถึงความจริงที่ว่า ณ จุดนั้นเอเสเคียลอยู่ก่อนหน้าการล้อมเชิงสัญลักษณ์เป็นเวลาห้าปี ซึ่งสิ้นสุดลงโดยเป็นแบบจำลองล่วงหน้าถึงกฎหมายวันอาทิตย์ที่ใกล้จะมาถึง ดังที่เป็นตัวแทนโดยการทำลายกรุงเยรูซาเล็ม เลข “ห้า” เป็นองค์ประกอบหลักประการหนึ่งของแบบแผนในเลวีนิติ บทที่ยี่สิบสาม เช่นเดียวกับเลขสามสิบ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ในบทความเหล่านี้ได้แสดงให้เห็นแล้วว่า เมื่อจัดข้อยี่สิบสองข้อแรกของบทนั้นให้สอดคล้องกับข้อยี่สิบสองข้อสุดท้าย แล้วจึงนำแนวข้อพระคัมภีร์สองแนวซึ่งมีอย่างละยี่สิบสองข้อนั้นไปจัดให้สอดคล้องกับช่วงเทศกาลเพ็นเทคอสต์ ก็จะเห็นได้อย่างชัดเจนถึงกระบวนการทดสอบสามขั้น ซึ่งเป็นเตาไฟแห่งมาลาคี กระบวนการสามขั้นนี้มีทั้งอัลฟาและโอเมกาอยู่ในขั้นที่หนึ่งและขั้นที่สาม โดยประกอบด้วยลำดับของหมุดหมายสี่ประการซึ่งเป็นตัวแทนของหนึ่งขั้นตอน.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เทศกาลปัสกา ตามด้วยเทศกาลขนมปังไร้เชื้อ ตามด้วยการถวายผลแรกแห่งข้าวบาร์เลย์ แล้วต่อด้วยอีก ‘ห้า’ วันจนถึงวันสิ้นสุดของเทศกาลขนมปังไร้เชื้อ หมุดหมายทั้งสี่นี้ประกอบกันเป็นบททดสอบแรก และพระเยซูทรงยกตอนจบให้เห็นภาพโดยอาศัยตอนต้นอยู่เสมอ และบททดสอบที่สามก็ประกอบด้วยหมุดหมายสี่ประการเช่นกัน คือเทศกาลแตร แล้วการเสด็จขึ้นสู่สวรรค์ของพระคริสต์ ตามด้วยวันลบมลทินบาป และแล้วอีกห้าวันต่อมาคือการมาถึงของทั้งเพ็นเทคอสต์และเทศกาลอยู่เพิง เพ็นเทคอสต์เป็นสัญลักษณ์ของฝนต้นฤดู และเทศกาลอยู่เพิงเป็นสัญลักษณ์ของฝนปลายฤดู ในแบบจำลองเลวีนิติ บทที่ 23 ทั้งเพ็นเทคอสต์และเทศกาลอยู่เพิงสอดคล้องตรงกัน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ฉะนั้น บรรดาบุตรแห่งศิโยนเอ๋ย จงยินดีเถิด และจงเปรมปรีดิ์ในพระยาห์เวห์พระเจ้าของท่าน เพราะพระองค์ได้ประทานฝนต้นฤดูแก่ท่านตามสมควร และพระองค์จะทรงบันดาลให้ฝนตกลงมาเพื่อท่าน ทั้งฝนต้นฤดูและฝนปลายฤดูในเดือนแรก โยเอล 2:23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กระบวนการทดลองขั้นสุดท้ายและการชำระให้บริสุทธิ์ได้เริ่มต้นขึ้นเมื่อวันที่ 31 ธันวาคม 2023 การทดสอบประการแรกคือการทดสอบพื้นฐาน อันมีสัญลักษณ์โดยข้อพิพาทเรื่อง “โจรในหมู่ชนชาติของเจ้า” ซึ่งได้แบ่งแยกกลุ่มผู้ที่ก่อนหน้านั้นได้ถูกทดลองแล้วโดยความผิดหวังเมื่อวันที่ 18 กรกฎาคม 2020.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“ในประวัติศาสตร์และคำพยากรณ์ พระวจนะของพระเจ้าทรงพรรณนาถึงความขัดแย้งอันยืดเยื้อระหว่างความจริงกับความหลงผิด ความขัดแย้งนั้นยังคงดำเนินอยู่ บรรดาสิ่งที่เคยเกิดขึ้นแล้วจะเกิดซ้ำอีก ข้อพิพาทเก่า ๆ จะถูกรื้อฟื้นขึ้น และทฤษฎีใหม่ ๆ จะอุบัติขึ้นอย่างต่อเนื่อง แต่ประชากรของพระเจ้า ผู้ซึ่งโดยความเชื่อของตนและโดยการทำให้คำพยากรณ์สำเร็จได้มีส่วนในงานประกาศข่าวของทูตสวรรค์องค์ที่หนึ่ง องค์ที่สอง และองค์ที่สามนั้น ย่อมรู้ว่าตนยืนอยู่ ณ ที่ใด พวกเขามีประสบการณ์ที่ล้ำค่ายิ่งกว่าทองคำเนื้อดี เขาทั้งหลายจะต้องยืนหยัดมั่นคงดุจศิลา ยึดถือความเชื่อมั่นแต่เดิมของตนไว้อย่างแน่วแน่จนถึงที่สุด” Manuscript Releases, เล่ม 1, หน้า 47.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ในเลวีนิติ บทที่ยี่สิบสาม การทดสอบประการแรกถูกแสดงไว้ด้วยการประกอบเชิงพยากรณ์ของสามเหตุการณ์ ซึ่งอีกห้าวันต่อมาจึงตามด้วยตอนสิ้นสุดของเทศกาลขนมปังไร้เชื้อ ปัสกาเป็นวันแรก เทศกาลขนมปังไร้เชื้อเป็นวันที่สอง และการถวายผลแรกเป็นวันที่สาม อีกห้าวันต่อมาเทศกาลขนมปังไร้เชื้อก็สิ้นสุดลง โครงสร้างเชิงพยากรณ์ของการทดสอบประการแรกในบรรดาการทดสอบทั้งสามนี้ ยังถูกแสดงไว้ด้วยในการทดสอบประการที่สามและประการสุดท้ายอีกด้วย ในหมุดหมายที่สามนั้น ซึ่งประกอบด้วยหมุดหมายสามประการตามด้วยอีกหนึ่งประการ เทศกาลแตรเป็นวันแรก และอีกห้าวันต่อมาคือการเสด็จขึ้นสู่สวรรค์ของพระคริสต์ จากนั้นอีกห้าวันต่อมาคือวันลบมลทินบาป แล้วอีกห้าวันต่อมาทั้งวันเพ็นเทคอสต์และเทศกาลอยู่เพิงต่างก็เป็นเครื่องหมายบ่งชี้ถึงกฎหมายวันอาทิตย์ที่กำลังจะมาถึงในไม่ช้า ซึ่งในพระธรรมเอเสเคียลได้แสดงไว้ในฐานะการทำลายกรุงเยรูซาเล็ม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ระหว่างการสิ้นสุดของเทศกาลขนมปังไร้เชื้อกับเทศกาลเป่าแตรนั้น มีช่วงเวลาอยู่สามสิบวัน ซึ่งไม่เพียงเป็นสัญลักษณ์แทนปุโรหิตเท่านั้น แต่ยังเป็นการทดสอบครั้งที่สองจากบรรดาการทดสอบสามครั้งซึ่งแสดงไว้ภายในภาพประกอบแห่งพระเจ้าอีกด้ว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พิธีบัพติศมาของพระคริสต์เป็นภาพประกอบของหมุดหมายสามประการคือ ปัสกา ขนมปังไร้เชื้อ และผลแรก เพราะหมุดหมายทั้งสามนั้นเป็นตัวแทนของการสิ้นพระชนม์ การฝังพระศพ และการฟื้นคืนพระชนม์ของพระคริสต์ ขั้นตอนทั้งสามนั้นตามมาด้วยอีกห้าวันไปสู่ขั้นตอนที่สี่ ซึ่งแสดงโดยการสิ้นสุดของเทศกาลขนมปังไร้เชื้อ พิธีบัพติศมานำเสนอขั้นตอนทั้งสามในช่วงเวลาสั้น ๆ เพียงขณะเดียว เมื่อยอห์นให้บัพติศมาแก่พระเมสสิยาห์ของตน เทศกาลในฤดูใบไม้ผลิแยกขั้นตอนทั้งสามนั้นออกจากกันด้วยระยะเวลาวันละหนึ่งวัน และเทศกาลในฤดูใบไม้ร่วงแยกขั้นตอนทั้งสามนั้นออกจากกันด้วยระยะเวลาห้าวัน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มื่อเราประยุกต์ใช้การทดสอบประการแรกของเทศกาลฤดูใบไม้ผลิในฐานะการประกอบกันของหมุดหมายสามประการ ซึ่งต่อมาอีกห้าวันจึงมีหมุดหมายอีกหนึ่งประการ; และจากนั้นประยุกต์ใช้เทศกาลฤดูใบไม้ร่วงในฐานะหมุดหมายสามประการ ซึ่งต่อมาอีกห้าวันจึงมีหมุดหมายหนึ่งประการ ก็จะเกิดโครงสร้างเชิงพยากรณ์ขึ้น ซึ่งประกอบด้วยหมุดหมายอัลฟาที่เป็นสามประการตามด้วยห้าวัน แล้วจึงตามด้วยสามสิบวัน และการทดสอบประการที่สามของเทศกาลฤดูใบไม้ร่วงในฐานะหมุดหมายสามประการตามด้วยห้าวัน—โครงสร้างนี้แสดงให้เห็นว่าการทดสอบประการแรกครอบคลุมรวมทั้งสิ้นห้าวัน ตามด้วยการทดสอบประการที่สองเป็นเวลาสามสิบวันซึ่งดำเนินไปถึงหมุดหมายที่สามซึ่งมีห้าวัน. ห้าบวกสามสิบ บวกห้า เท่ากับสี่สิบ (5 + 30 + 5 = 40).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บัพติศมาของพระคริสต์ตามมาทันทีด้วยช่วงเวลาสี่สิบวัน ซึ่งสิ้นสุดลงด้วยการทดลองสามประการ ยังอาจมองเห็นสิ่งอื่นได้อีกมากในโครงสร้างของเลวีนิติ บทที่ยี่สิบสาม เมื่อพิจารณาร่วมกับฤดูเทศกาลเพ็นเทคอสต์ แต่ในอีกระดับหนึ่ง บทนั้นเป็นภาพแทนของหีบพันธสัญญาในอภิสุทธิสถาน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เทศกาลต้นปีและปลายปีในเลวีนิติ บทที่ยี่สิบสาม ถูกจัดวางไว้ท่ามกลางวันสะบาโตสองวัน วันสะบาโตสองวันนั้นเป็นตัวแทนของเครูบผู้ปกคลุมสององค์ และหมุดหมายตามทางของฤดูกาลเพ็นเทคอสต์ซึ่งสอดคล้องกับเลวีนิติ บทที่ยี่สิบสาม เป็นตัวแทนของหีบพันธสัญญาและเครูบผู้ปกคลุมสององค์ เอเสเคียลถูกนำเข้าไปในสถานนมัสการในบทที่หนึ่ง และเมื่อท่านถูกนำเข้าไปที่นั่น ท่านอยู่ในช่วงห้าวันก่อนการล้อมซึ่งนำไปสู่การทำลายกรุงเยรูซาเล็ม อันเป็นแบบอย่างของกฎหมายวันอาทิตย์ที่กำลังจะมาถึงในไม่ช้า กฎหมายวันอาทิตย์นั้นถูกแทนไว้โดยเทศกาลเพ็นเทคอสต์และเทศกาลอยู่เพิงในเลวีนิติ บทที่ยี่สิบสาม เอเสเคียลอยู่ในปีที่สามสิบ และสามสิบเป็นช่วงเวลาของบททดสอบประการที่สองในบรรดาบททดสอบสามประการซึ่งประกอบกันเป็นไฟแห่งเตาของมาลาคี บทที่สาม บททดสอบประการที่สองนั้นถูกแทนด้วยสามสิบวัน เช่นเดียวกับที่เอเสเคียลอยู่ในปีที่สามสิบของวัฏจักรยูบิลีที่สิบเจ็ดซึ่งเริ่มต้นขึ้น ณ ปัสกาครั้งยิ่งใหญ่ของโยสิยาห์ ตามที่นักประวัติศาสตร์เรียกกัน เอเสเคียลอยู่ห้าปีก่อนการล้อมซึ่งกินเวลาสิบแปดเดือน และท่านอยู่ในพระวิหาร ซึ่งเป็นจุดกึ่งกลางของบททดสอบสุดท้ายสามประการที่ชำระและล้างมลทินชนที่เหลืออยู่ เปโตรอยู่ที่ซีซารียา-ฟีลิปปี (Panium) เช่นกัน คืออยู่ท่ามกลางบททดสอบสามประการ ดังที่แสดงไว้โดย Panium (Caesarea-Philippi), ภูเขาแห่งการจำแลงพระกาย และกางเขน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 592 ก่อนคริสตกาล เอเสเคียลถูกทำให้เป็นใบ้โดยอิทธิฤทธิ์เหนือธรรมชาติ และพูดได้เฉพาะเมื่อพระเจ้าทรงเปิดปากของท่านเท่านั้น ภาวะนั้นดำเนินต่อไปจนถึงการล่มสลายของกรุงเยรูซาเล็มในปี 585/6 ก่อนคริสตกาล พระเจ้าได้ทรงกระทำให้ท่านพูดเมื่อการล้อมเมืองเริ่มต้นขึ้น ในวันที่ “ความปรารถนาแห่ง” “ดวงตา” ของท่านสิ้นชีวิต แต่ท่านไม่ได้รับอนุญาตให้พูดอย่างอิสระจนกว่ากรุงเยรูซาเล็ม “ความปรารถนาแห่ง” “ดวงตา” ของอิสราเอลจะล่มสลาย การล่มสลายของกรุงเยรูซาเล็มเป็นสัญลักษณ์แทนกฎหมายวันอาทิตย์ซึ่งจะมาถึงในไม่ช้า และ ณ จุดนั้นเอง บิดาของยอห์นผู้ให้บัพติศมา ซึ่งเป็นปุโรหิตในเวรที่แปด ผู้ซึ่งถูกทำให้เป็นใบ้ขณะปฏิบัติหน้าที่ในพระวิหาร ซึ่งเป็นสถานที่ที่เอเสเคียลก็อยู่เช่นกัน (ในนิมิต) ก็ถูกทำให้เป็นใบ้อยู่ประมาณเก้าเดือนด้วย ในวันที่แปดหลังการเกิดของยอห์น เมื่อยอห์นกำลังเข้าสุหนัตอยู่นั้น เขาจึงได้รับอนุญาตให้พูดได้ ผู้เผยพระวจนะสองคนถูกทำให้เป็นใบ้ขณะอยู่ในสถานบริสุทธิ์ ผู้เผยพระวจนะคนที่สามซึ่งถูกทำให้เป็นใบ้ขณะมองดูพระคริสต์ในสถานบริสุทธิ์คือดาเนียล ในบทที่สิบ ดาเนียลอยู่ในสถานบริสุทธิ์ และขณะที่ท่านกำลังถูกแตะต้องเป็นครั้งที่สองจากทั้งหมดสามครั้งนั้น ท่านก็ถูกทำให้เป็นใบ้ ณ จุดกึ่งกลาง ดาเนียลถูกทำให้เป็นใบ้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และเมื่อท่านได้กล่าวถ้อยคำเช่นนั้นแก่ข้าพเจ้า ข้าพเจ้าก็ซบหน้าลงถึงดิน และเป็นใบ้ไป และดูเถิด ผู้หนึ่งซึ่งมีลักษณะคล้ายบุตรแห่งมนุษย์ได้แตะต้องริมฝีปากของข้าพเจ้า แล้วข้าพเจ้าจึงอ้าปากพูด และกล่าวแก่ท่านผู้ยืนอยู่ต่อหน้าข้าพเจ้าว่า โอ้ นายของข้าพเจ้า ด้วยนิมิตนั้น ความทุกข์ระทมของข้าพเจ้าได้หวนกลับมาสู่ข้าพเจ้า และข้าพเจ้าก็มิได้เหลือกำลังอยู่เลย ดาเนียล 10:15, 16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การตรัส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สัญลักษณ์แห่งการ “พูด” ปรากฏเด่นชัด ณ เวลาที่กฎหมายวันอาทิตย์ซึ่งกำลังจะมาถึงนั้น เมื่อสหรัฐอเมริกาพูดดังพญานาค ลาของบาลาอัมพูด นิมิตของฮาบากุกพูดและไม่มุสา ผู้เผยพระวจนะใบ้ทั้งสามซึ่งถูกกระทำให้เป็นใบ้ขณะอยู่ในสถานนมัสการ ได้พูดขึ้นเมื่อคราวการทำลายกรุงเยรูซาเล็ม ส่วนเศคาริยาห์นั้น เขาพูดเพื่อยืนยันว่าชื่อใหม่ของบุตรชายเขาถูกต้อง จึงเป็นแบบอย่างล่วงหน้าถึงชาวฟิลาเดลเฟียซึ่งได้รับนามใหม่.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ผู้ใดมีชัยชนะ เราจะตั้งผู้นั้นไว้ให้เป็นเสาในพระวิหารแห่งพระเจ้าของเรา และผู้นั้นจะไม่ออกไปอีกเลย และเราจะจารึกพระนามแห่งพระเจ้าของเราไว้บนเขา และนามของนครแห่งพระเจ้าของเรา คือเยรูซาเล็มใหม่ ซึ่งลงมาจากสวรรค์จากพระเจ้าของเรา และเราจะจารึกนามใหม่ของเราไว้บนเขาด้วย วิวรณ์ 3:12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เศคาริยาห์ได้รับแผ่นจารึกมาเพื่อเขียนนามสกุลใหม่ของยอห์น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ต่อมา ครั้นถึงวันที่แปด เขาทั้งหลายก็มาทำพิธีเข้าสุหนัตแก่เด็กนั้น และเขาเรียกเขาว่าเศคาริยาห์ตามชื่อบิดาของเขา แต่มารดาของเขาตอบว่า “หามิได้ แต่เขาจะต้องได้ชื่อว่า ยอห์น” เขาทั้งหลายจึงกล่าวแก่นางว่า “ในหมู่ญาติของท่านไม่มีผู้ใดที่มีชื่อนี้” แล้วเขาทั้งหลายจึงทำสำเนียงถามบิดาของเด็กว่า ท่านประสงค์จะให้เขาชื่ออะไร เขาจึงขอแผ่นจารึกมาและเขียนว่า “ชื่อของเขาคือ ยอห์น” คนทั้งปวงก็อัศจรรย์ใจยิ่งนัก ทันใดนั้นปากของเขาก็เปิดออก และลิ้นของเขาก็คลาย เขาจึงพูดได้และสรรเสริญพระเจ้า ลูกา 1:59–64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นามใหม่ของยอห์นสอดคล้องกับคริสตจักรแห่งฟิลาเดลเฟีย และนามเศคาริยาห์สอดคล้องกับเลาดีเซีย ดังที่ปรากฏในความไม่เชื่อของเศคาริยาห์ต่อสารของทูตสวรรค์องค์ที่สาม บรรดาผู้เผยพระวจนะทั้งหลายล้วนกล่าวถึงยุคสุดท้าย และยุคสุดท้ายก็คือประวัติศาสตร์ของทูตสวรรค์องค์ที่สาม ฉะนั้น ทูตสวรรค์ที่นำสารนั้นมาจึงต้องเป็นทูตสวรรค์องค์ที่สาม เศคาริยาห์ปฏิเสธที่จะเข้าใจว่าองค์พระผู้เป็นเจ้าจะเสด็จผ่านคริสตจักรเซเว่นธ์เดย์แอ๊ดเวนตีสฝ่ายเลาดีเซีย ยังมีสิ่งที่จะกล่าวเพิ่มเติมเกี่ยวกับการฟื้นคืนของเสียงในบรรดาผู้เผยพระวจนะเหล่านี้ แต่เราจะดำเนินต่อไปสู่ความเข้าใจในแนวคำพยากรณ์ของโยสิยาห์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วงล้อของโยสิยาห์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เราได้กล่าวถึงวาระยูบิลีรอบที่สิบเจ็ดซึ่งเริ่มต้นขึ้นในเทศกาลปัสกาของโยสิยาห์ในปี 622 BC แล้ว แต่สายของโยสิยาห์นั้นเริ่มต้นก่อนปี 622 BC เป็นอย่างมาก การกบฏของอิสราเอลซึ่งนำซาอูลขึ้นสู่บัลลังก์ในฐานะกษัตริย์องค์แรกของอิสราเอล เป็นเครื่องหมายแห่งช่วงเวลาสี่สิบปีที่กษัตริย์ซาอูลจะทรงครอบครองราชย์ ต่อด้วยสี่สิบปีที่กษัตริย์ดาวิดจะทรงครอบครองราชย์ และต่อด้วยสี่สิบปีที่ซาโลมอนจะทรงครอบครองราชย์ การปฏิเสธพระเจ้าซึ่งทำให้ผู้เผยพระวจนะซามูเอลขุ่นเคืองอย่างยิ่งนั้นเกิดขึ้นในปี 1097 BC และเป็นจุดเริ่มต้นของเส้นทางเชิงพยากรณ์แห่งการกบฏซึ่งสิ้นสุดลงที่กางเขน เมื่อพวกยิวประกาศว่าพวกเขาไม่มีกษัตริย์อื่นใดนอกจากซีซาร์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แต่พวกเขาร้องตะโกนว่า “เอามันไป เอามันไป ตรึงมันไว้ที่กางเขน” ปีลาตจึงกล่าวแก่เขาทั้งหลายว่า “เราจะตรึงกษัตริย์ของพวกท่านไว้ที่กางเขนหรือ” พวกมหาปุโรหิตตอบว่า “พวกเราไม่มีกษัตริย์อื่นใดนอกจากซีซาร์” ยอห์น 19:15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 1097 มีกษัตริย์สามพระองค์ที่จะครองราชย์พระองค์ละสี่สิบปี จนถึงการสิ้นพระชนม์ของซาโลมอนในปี 977 ก่อนคริสตกาล เมื่ออาณาจักรจึงได้แบ่งออกเป็นฝ่ายเหนือและฝ่ายใต้.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ภายหลังพวกเขาจึงปรารถนาจะมีพระราชา และพระเจ้าทรงประทานซาอูลบุตรของคีช ชายจากเผ่าเบนยามิน ให้แก่พวกเขาตลอดระยะเวลาสี่สิบปี กิจการ 13:21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ดาวิดมีพระชนมายุสามสิบพรรษาเมื่อทรงเริ่มครอบครองราชย์ และทรงครอบครองราชย์อยู่สี่สิบปี ที่เฮโบรนพระองค์ทรงครอบครองเหนือยูดาห์เจ็ดปีหกเดือน และที่เยรูซาเล็มพระองค์ทรงครอบครองสามสิบสามปีเหนืออิสราเอลและยูดาห์ทั้งหมด 2 ซามูเอล 2:4, 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รัชกาลของซาโลมอนเริ่มต้นในปี 971 BC; การวางรากฐานพระวิหารเกิดขึ้นในปีที่สี่แห่งรัชกาลของซาโลมอน (967 BC) การก่อสร้างดำเนินอยู่นานเจ็ดปี (1 พงศ์กษัตริย์ 6:37–38) และพระวิหารก็แล้วเสร็จในเดือนที่แปดของปีที่สิบเอ็ดแห่งรัชกาลซาโลมอน พิธีถวายพระวิหารอย่างเป็นทางการเกิดขึ้นในเดือนที่เจ็ด (เดือนเอธานิม) ระหว่างเทศกาลอยู่เพิง (1 พงศ์กษัตริย์ 8; 2 พงศาวดาร 5–7) บรรดากษัตริย์ พระวิหาร และประชาชาติ ต่างก็ได้รับการนำเสนอไว้ในประวัติศาสตร์ด้วยช่วงเวลาสี่ร้อยเก้าสิบปี ซึ่งบ่งชี้อย่างเด่นชัดถึงช่วงเวลาเชิงพยากรณ์ที่สัมพันธ์กับบรรดากษัตริย์ พระวิหาร หรือประชาชาติ ตามลำดับ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ดาเนียลถูกกวาดไปเป็นเชลยในปี 607 ก่อนคริสตกาล แม้ว่านักลำดับเหตุการณ์ตามพระคัมภีร์ส่วนใหญ่จะระบุว่าเป็นปี 605 ก่อนคริสตกาลก็ตาม บันทึกทางประวัติศาสตร์จะต้องสอดคล้องกับพยานหลักฐานเชิงพยากรณ์ และสัญลักษณ์ของเหตุการณ์ต่าง ๆ ที่ถูกกำหนดไว้ในทางประวัติศาสตร์บนเส้นประวัติศาสตร์ซึ่งเริ่มต้นด้วยความปรารถนาที่จะมีพระมหากษัตริย์ในปี 1097 ก่อนคริสตกาลนั้น เรียกร้องต่อพยานเชิงพยากรณ์หลายประการว่าปี 607 ก่อนคริสตกาลคือการประยุกต์ใช้ที่ถูกต้อง หาใช่ปี 605 ก่อนคริสตกาลไม่ ปี 607 ก่อนคริสตกาลเป็นจุดสิ้นสุดของสี่ร้อยเก้าสิบปีในสายของบรรดากษัตริย์ แต่ขณะเดียวกันก็เป็นจุดเริ่มต้นของหนึ่งในสามภาพแทนหลักของช่วงเวลาเจ็ดสิบปีที่ปรากฏในเส้นนั้น ปี 607 ก่อนคริสตกาลเป็นจุดสิ้นสุดของเจ็ดสิบปีที่เริ่มต้นด้วยการเป็นเชลยของมนัสเสห์ในปี 677 ก่อนคริสตกาล ภาพแทนแรกของสัญลักษณ์สี่ร้อยเก้าสิบปี (ซึ่งมีพยานสามประการในเส้นนั้น) สิ้นสุดลง ณ จุดที่หนึ่งในพยานทั้งสามของเจ็ดสิบปีสิ้นสุดลง และพยานอีกประการหนึ่งของเจ็ดสิบปีก็เริ่มต้นขึ้น โครงสร้างทางคณิตศาสตร์เป็นพยานยืนยันถึงปี 607 ก่อนคริสตกาล แม้จะมีแนวคิดที่ว่าดาเนียลถูกกวาดไปเป็นเชลยในปี 605 ก่อนคริสตกาลก็ตาม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ภายในเส้นลำดับเวลาที่ครอบคลุมช่วง 490 ปีซึ่งสัมพันธ์กับบรรดากษัตริย์ตั้งแต่ปี 1097 BC จนถึง 607 BC นั้น ยังมีช่วงเวลา 490 ปีจากการถวายพระวิหารของซาโลมอนจนถึงการถวายพระวิหารหลังการเป็นเชลยโดยเศรุบบาเบลในปี 516 BC อีกด้วย ช่วง 490 ปีนั้นประกอบด้วย 420 ปีนับจากการถวายของซาโลมอนในปีที่สิบเอ็ดแห่งรัชกาลของท่าน รวมกับ 70 ปีที่พระวิหารถูกทิ้งให้ร้างระหว่างการเป็นเชลย รวมเป็น 490 ปี พระราชกฤษฎีกาครั้งที่สามของอารทาเซอร์ซีสมีขึ้นอีก 59 ปีต่อมา ในปี 457 BC และเป็นจุดเริ่มต้นของ 490 ปีที่ได้ถูก “กำหนดไว้” (ตัดออก, Daniel 9:24) สำหรับชนชาติของพระเจ้า ซึ่งสิ้นสุดลงในปี 34 ณ การเอาหินขว้างสเทเฟน แน่นอนว่า ยังมีพยานทางลำดับเวลาที่ลึกซึ้งอีกมากมายในเส้นคำพยากรณ์ซึ่งเริ่มต้นด้วยการละทิ้งความเชื่อพื้นฐาน คือการปฏิเสธพระเจ้าและพระวิญญาณแห่งคำพยากรณ์ในปี 1097 BC และสิ้นสุดลงเมื่อสเทเฟนเห็นพระคริสต์ทรงยืนอยู่เบื้องขวาพระหัตถ์ของพระเจ้า ภายในคำพยานนี้ เราพบวงล้อเชิงพยากรณ์ของโยสิยาห์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ข้าพเจ้ากล่าวว่า “การละทิ้งความเชื่อขั้นรากฐาน” เพราะจุดเริ่มต้นของลำดับนั้นบ่งชี้ว่าเมื่อใดที่อิสราเอลปฏิเสธพระเจ้าในฐานะกษัตริย์ ด้วยความปรารถนาที่จะมีกษัตริย์ฝ่ายโลก จึงเป็นเครื่องหมายแห่งรากฐานของระบอบกษัตริย์มนุษย์ของอิสราเอล ข้าพเจ้ายังเขียนสิ่งนี้เพื่อวงล้อของโยสิยาห์ ซึ่งมีความหมายว่า “รากฐานของพระเจ้า” เป็นสัญลักษณ์ทั้งของรากฐานและของการละทิ้งความเชื่อขั้นรากฐานของประชากรของพระเจ้า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เมื่อซาโลมอนสิ้นพระชนม์ และชนชาติทั้งสิบสองเผ่าได้แบ่งแยกออกเป็นฝ่ายเหนือและฝ่ายใต้ การอุทิศตั้งระบบนมัสการปลอมของเยโรโบอัมก็ถูกตำหนิโดยผู้เผยพระวจนะที่ไม่เชื่อฟัง และคำตำหนิของเขานั้นก็ประกอบด้วยคำพยากรณ์ถึงกษัตริย์องค์หนึ่งซึ่งจะมาในภายหน้า มีพระนามว่าโยสิยาห์ ในการละทิ้งความเชื่อขั้นรากฐานของเยโรโบอัมและชนสิบเผ่าทางเหนือ ได้มีการพยากรณ์ถึงโยสิยาห์และการฟื้นฟูของท่าน ซึ่งมีเทศกาลปัสกาครั้งยิ่งใหญ่แห่งปี 622 BC เป็นเครื่องหมายไว้ การฟื้นฟูนั้นเกิดขึ้นโดยการค้นพบงานเขียนของโมเสส และโดยการประกาศคำพิพากษาเหนือชนชาติของพระเจ้าเนื่องจากการละทิ้งความเชื่ออย่างต่อเนื่องของพวกเขา เมื่อถ้อยคำจากงานเขียนของโมเสสถูกอ่านถวายแด่กษัตริย์โยสิยาห์ ก็ได้ก่อให้เกิดการฟื้นฟูครั้งยิ่งใหญ่ที่สุดในประวัติศาสตร์พันธสัญญาเดิม คำพยากรณ์ถึงเด็กคนหนึ่งที่จะถือกำเนิดมาในภายหน้าและมีนามว่าโยสิยาห์นั้น ยังประกอบด้วยการกล่าวโทษเชิงพยากรณ์ต่อการละทิ้งความเชื่อขั้นรากฐาน ซึ่งผู้เผยพระวจนะที่ไม่เชื่อฟังได้กล่าวโทษไว้ต่อกษัตริย์เยโรโบอัมด้วย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คำสาปของโมเสสดังที่ดาเนียลเรียกนั้น คือ “เจ็ดเท่า” ในเลวีนิติ บทที่ยี่สิบหก และสิ่งนี้ได้กลายเป็นการค้นพบพื้นฐานของวิลเลียม มิลเลอร์ ผู้ซึ่งเป็นสัญลักษณ์ของความจริงพื้นฐานทั้งหลายของแอ๊ดเวนติสม์ การเสริมกำลังแก่ข่าวสารของมิลเลอร์เมื่อวันที่ 11 สิงหาคม ค.ศ. 1840 นั้นเกิดขึ้นโดยผ่านงานของ “โยสิยาห์” ลิทช์ ในปี ค.ศ. 1838 และ 1840 ในปี ค.ศ. 1863 รากฐานเหล่านั้นถูกละทิ้ง และ “เจ็ดเท่า” จึงกลายเป็นสัญลักษณ์ไม่เพียงแต่ของความจริงพื้นฐานทั้งหลายของพวกมิลเลอไรต์ฝ่ายฟีลาเดลเฟียเท่านั้น แต่ยังเป็นสัญลักษณ์ของการกบฏของมิลเลอริสม์ฝ่ายเลาดีเซียต่อรากฐานเหล่านั้นด้วย ประวัติศาสตร์ของพวกมิลเลอไรต์แห่งทูตสวรรค์องค์ที่หนึ่งและองค์ที่สองมีสัญลักษณ์ของ “โยสิยาห์” ซึ่งจะถูกทำซ้ำอีกอย่างตรงตามตัวอักษรที่สุดในประวัติศาสตร์ของคนหนึ่งแสนสี่หมื่นสี่พัน วงล้อของโยสิยาห์ทอดย้อนไปถึงการถือผีของกษัตริย์ซาอูล และต่อเนื่องไปจนถึงการถูกคายออกของคริสตจักรเซเว่นธ์เดย์แอ๊ดเวนตีสฝ่ายเลาดีเซีย ณ กฎหมายวันอาทิตย์ วงล้อของโยสิยาห์ในเอเสเคียลกำลังอยู่ในกระบวนการถูกเปิดผนึกในขณะนี้ ในฐานะจุดสุดยอดของการประทับตราคนหนึ่งแสนสี่หมื่นสี่พัน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เราจะกล่าวถึงสิ่งเหล่านี้ต่อไปในบทความถัดไป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ประวัติศาสตร์ที่ซ่อนเร้นของข้อที่สี่สิบ—เลขยี่สิบห้า</dc:title>
  <dc:subject>เอเสเคียล หมายเลขหก</dc:subject>
  <dc:creator>Jeff Pippenger</dc:creator>
  <cp:keywords/>
  <dc:description>Generated by ArticleDigger from hidden_history\25_hidden_history.json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