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ประวัติศาสตร์ที่ซ่อนเร้นของข้อสี่สิบ - หมายเลขยี่สิบแปด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บทที่เก้า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2026-08-22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ตามการดลใจ เมื่อกล่าวถึงการดลใจ “ข้อเท็จจริงทุกประการย่อมมีนัยสำคัญของมัน” และ “หลักการทุกประการย่อมมีนัยสำคัญของมัน”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“พระคัมภีร์ประกอบด้วยหลักการทั้งปวงที่มนุษย์จำเป็นต้องเข้าใจ เพื่อจะได้รับการเตรียมพร้อมทั้งสำหรับชีวิตนี้หรือสำหรับชีวิตที่จะมาถึง และหลักการเหล่านี้ทุกคนสามารถเข้าใจได้ ไม่มีผู้ใดที่มีจิตใจซาบซึ้งต่อคำสอนของพระคัมภีร์จะอ่านแม้เพียงตอนหนึ่งตอนใดจากพระคัมภีร์โดยไม่ได้รับแนวคิดอันเป็นประโยชน์บางประการจากตอนนั้นเลย แต่คำสอนอันทรงคุณค่ายิ่งของพระคัมภีร์นั้น มิอาจได้มาจากการศึกษาที่กระทำเป็นครั้งคราวหรืออย่างกระจัดกระจาย ระบบความจริงอันยิ่งใหญ่ของพระคัมภีร์มิได้ถูกนำเสนอไว้ในลักษณะที่ผู้อ่านที่เร่งรีบหรือประมาทจะสามารถมองเห็นได้ชัดเจน ขุมทรัพย์จำนวนมากของพระคัมภีร์ซ่อนอยู่ลึกไกลใต้พื้นผิว และจะได้มาก็ต่อเมื่อค้นคว้าอย่างพากเพียรและพยายามอย่างต่อเนื่องเท่านั้น ความจริงทั้งหลายที่ประกอบกันขึ้นเป็นองค์รวมอันยิ่งใหญ่จะต้องถูกแสวงหาและรวบรวมไว้ ‘ที่นี่นิด และที่นั่นหน่อย’ อิสยาห์ 28:10”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“เมื่อได้รับการค้นคว้าอย่างถี่ถ้วนและรวบรวมเข้าด้วยกันดังนี้แล้ว จะพบว่าสิ่งเหล่านั้นประกอบกันได้อย่างสมบูรณ์แบบ พระกิตติคุณแต่ละเล่มเป็นส่วนเติมเต็มแก่เล่มอื่น ๆ คำพยากรณ์ทุกข้อเป็นคำอธิบายของอีกข้อหนึ่ง สัจธรรมทุกประการเป็นการคลี่คลายของสัจธรรมอีกประการหนึ่ง แบบอย่างทั้งหลายในระบบพิธีการของยิวได้รับการทำให้กระจ่างโดยพระกิตติคุณ หลักการทุกประการในพระวจนะของพระเจ้ามีที่ทางของตน ข้อเท็จจริงทุกประการมีนัยสำคัญของตน และโครงสร้างอันสมบูรณ์นั้น ทั้งในด้านแบบแผนและการดำเนินการ เป็นพยานถึงพระผู้ทรงเป็นผู้ประพันธ์ของมัน โครงสร้างเช่นนี้ ไม่มีจิตใจใดนอกจากพระจิตของพระผู้ทรงอนันต์เท่านั้นที่จะสามารถคิดออกแบบหรือสร้างสรรค์ได้” Education, 123.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ข้อเท็จจริงก็คือ สำนวนภาษาฮีบรู “ereb boqer” ปรากฏอยู่ในพระคัมภีร์แปดครั้ง และทุกครั้งล้วนแปลว่า “เย็นและเช้า” ยกเว้นใน Daniel 8:14 ซึ่งแปลว่า “วัน” ตามการดลใจ ข้อสิบสี่นั้นเป็น “รากฐานและเสาหลักสำคัญของความเชื่อแอ๊ดเวนตีสต์”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“พระคัมภีร์ข้อซึ่งเหนือกว่าข้ออื่นทั้งปวง อันเป็นทั้งรากฐานและเสาหลักสำคัญแห่งความเชื่อเรื่องการเสด็จมาของพระคริสต์ คือถ้อยคำประกาศว่า ‘ถึงสองพันสามร้อยวัน แล้วสถานนมัสการจึงจะได้รับการชำระ’ [Daniel 8:14.]” The Great Controversy, 409.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ดังนั้น ข้อเท็จจริงก็คือว่า “วันเวลา” ในข้อนั้นเป็นครั้งที่แปดที่สำนวนภาษาฮีบรูดังกล่าวถูกใช้ในพระคัมภีร์ และปรากฏการณ์ในพระคัมภีร์แห่งการทรงนำเชิงพยากรณ์ของพระเจ้าเหนือบรรดาผู้แปลฉบับคิงเจมส์ ได้เชื่อมโยงโดยเจตนา ปริศนาในพระคัมภีร์เรื่องที่แปดซึ่งเป็นของทั้งเจ็ด เข้ากับข้อนั้นซึ่งเป็นตัวแทนของนิมิตหนึ่งในสองนิมิตในบทที่แปด คำคำหนึ่งที่แปลว่า “นิมิต” ในบทที่แปดคือคำภาษาฮีบรู “chazon” และอีกคำหนึ่งคือ “mareh” คำว่า “mareh” หมายถึงการปรากฏ และนิมิต “mareh” ก็คือนิมิตแห่งการปรากฏของพระคริสต์ในพระวจนะเชิงพยากรณ์ของพระเจ้า นิมิต “mareh” ใน Daniel 8:14 ระบุว่าพระคริสต์จะต้องทรงปรากฏและเสด็จมายังพระวิหารของพระองค์อย่างฉับพลันในวันที่ 22 ตุลาคม 1844 ความจริงทั้งหมดนี้เป็นข้อเท็จจริง และสิ่งเหล่านี้ย่อมเกี่ยวเนื่องกับข้อนั้นซึ่งเป็นเสาหลักกลาง และเสาหลักกลางนั้นมิใช่หลักคำสอนหรือคำพยากรณ์ที่สำเร็จลงในวันที่ 22 ตุลาคม 1844 แต่ข้อเท็จจริงก็คือว่าข้อนั้นคือพระคริสต์ ผู้ทรงเป็นเสาหลักกลาง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“ขณะที่ข้าพเจ้าอยู่ในสภาพแห่งความสิ้นหวังหดหู่เช่นนั้น ข้าพเจ้าได้ฝันนิมิตประการหนึ่งซึ่งประทับใจในจิตใจของข้าพเจ้าอย่างลึกซึ้ง ข้าพเจ้าฝันว่าได้เห็นพระวิหารแห่งหนึ่ง ซึ่งมีผู้คนจำนวนมากกำลังหลั่งไหลเข้าไป มีเพียงผู้ที่เข้าไปลี้ภัยในพระวิหารนั้นเท่านั้นที่จะได้รับความรอดเมื่อเวลาสิ้นสุดลง; ทุกคนที่ยังคงอยู่นอกพระวิหารจะพินาศไปเป็นนิตย์ ฝูงชนภายนอกซึ่งต่างดำเนินไปตามวิถีทางอันหลากหลายของตน ได้เยาะเย้ยและถากถางผู้ที่กำลังเข้าไปในพระวิหาร และบอกแก่เขาเหล่านั้นว่า แผนการแห่งความปลอดภัยนี้เป็นการล่อลวงอันเจ้าเล่ห์ ทั้งที่จริงแล้วไม่มีอันตรายใดเลยที่จะต้องหลีกเลี่ยง พวกเขาถึงกับเข้าจับกุมบางคนไว้เพื่อขัดขวางมิให้รีบเร่งเข้าไปภายในกำแพงนั้น”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“ด้วยเกรงว่าจะถูกเยาะเย้ย ข้าพเจ้าจึงเห็นว่าควรรออยู่จนกว่าฝูงชนจะสลายตัวไป หรือจนกว่าข้าพเจ้าจะสามารถเข้าไปโดยที่พวกเขามิได้สังเกตเห็น แต่แทนที่จำนวนคนจะลดน้อยลง กลับเพิ่มมากขึ้น และด้วยเกรงว่าจะสายเกินไป ข้าพเจ้าจึงรีบออกจากบ้านและเบียดฝ่าฝูงชนไป ด้วยความกระวนกระวายที่จะไปถึงพระวิหาร ข้าพเจ้ามิได้สังเกตหรือใส่ใจต่อฝูงชนที่ห้อมล้อมอยู่รอบตัวเลย”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“เมื่อข้าพเจ้าเข้าไปในอาคารนั้น ข้าพเจ้าเห็นว่าพระวิหารอันกว้างใหญ่ไพศาลนั้นตั้งอยู่ได้ด้วยเสาเอกต้นมหึมาต้นเดียว และมีลูกแกะตัวหนึ่งถูกผูกไว้กับเสานั้น สภาพของมันฉีกขาดแหลกเหลวและมีโลหิตไหลนอง พวกเราที่อยู่ ณ ที่นั้นดูประหนึ่งรู้กันอยู่ว่า ลูกแกะนี้ได้ถูกฉีกทึ้งและฟกช้ำเพราะเห็นแก่เรา ทุกคนที่เข้าไปในพระวิหารจำต้องมายืนอยู่ต่อหน้ามันและสารภาพบาปของตน เบื้องหน้าลูกแกะนั้นมีที่นั่งยกสูงตั้งอยู่ และบนที่นั่งนั้นมีชนหมู่หนึ่งนั่งอยู่ด้วยท่าทีเปี่ยมสุขยิ่งนัก แสงสว่างแห่งสวรรค์ดูประหนึ่งส่องฉายอยู่บนใบหน้าของเขาเหล่านั้น และเขาได้สรรเสริญพระเจ้าและขับร้องบทเพลงแห่งการขอบพระคุณด้วยความยินดี ซึ่งฟังประหนึ่งดุจดนตรีของเหล่าทูตสวรรค์ คนเหล่านี้คือผู้ที่ได้มาปรากฏต่อหน้าลูกแกะ สารภาพบาปของตน ได้รับการอภัยแล้ว และบัดนี้กำลังรอคอยด้วยความชื่นชมยินดีต่อเหตุการณ์อันน่ายินดีบางประการ”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“แม้ภายหลังที่ข้าพเจ้าได้เข้าไปในอาคารนั้นแล้ว ความหวาดกลัวก็ครอบงำข้าพเจ้า และมีความละอายใจเกิดขึ้นว่าข้าพเจ้าจำต้องถ่อมตนลงต่อหน้าคนเหล่านี้; แต่ดูประหนึ่งว่าข้าพเจ้าถูกบังคับให้ก้าวต่อไป และกำลังค่อย ๆ เคลื่อนไปอ้อมเสาเพื่อจะเผชิญหน้ากับลูกแกะนั้น เมื่อมีเสียงแตรดังขึ้น พระวิหารก็สั่นสะเทือน เสียงโห่ร้องแห่งชัยชนะก็ดังขึ้นจากบรรดาวิสุทธิชนที่ชุมนุมกันอยู่ ความสว่างอันน่าสะพรึงกลัวก็ส่องทั่วอาคาร แล้วทุกสิ่งก็ตกอยู่ในความมืดมิดอย่างเข้มข้น ผู้คนที่เปี่ยมด้วยความสุขเหล่านั้นล้วนหายไปพร้อมกับความสว่างนั้น และข้าพเจ้าก็ถูกทิ้งไว้ตามลำพัง ท่ามกลางความสยดสยองอันเงียบงันแห่งราตรี”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“ข้าพเจ้าตื่นขึ้นมาด้วยความทุกข์ระทมในจิตใจ และแทบไม่อาจทำให้ตนเองเชื่อได้ว่าตนได้ฝันไป ดูประหนึ่งว่า ชะตากรรมของข้าพเจ้าได้ถูกกำหนดไว้แล้ว; ว่าพระวิญญาณขององค์พระผู้เป็นเจ้าได้ทรงละจากข้าพเจ้าไป และจะไม่ทรงกลับมาอีกเลย” Experience and Teachings, 24, 25.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บัดนี้เรากำลังถูกทดสอบว่าเราจะเข้าไปในพระวิหาร แล้วภายหลังจะสารภาพบาปของเราและรับพระพรแห่งการทรงชำระให้ชอบธรรมของพระองค์หรือไม่ การทรงเรียกครั้งสุดท้ายนี้ให้เข้าไปในพระวิหารถูกห้อมล้อมด้วยอุปสรรคเพื่อขัดขวางการเข้าไปของเราแต่ละคน แต่หากบัดนี้เรายังลังเล เราจะถูก “ปล่อยให้อยู่ตามลำพังท่ามกลางความสยดสยองอันเงียบงันแห่งราตรี” แต่นี่มิใช่ประเด็นเดียวของข้าพเจ้า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มีการเน้นย้ำอย่างมีเจตนาไว้ในข้อนี้ซึ่งสำคัญที่สุด โดยการรวมความแตกต่างของคำว่า “days” ไว้ด้วย ซึ่งนำพาปริศนาเชิงพยากรณ์ที่ว่า แปดนั้นมาจากเจ็ด อันเป็นหนึ่งในวงล้อทั้งหลายแห่งช่วงเวลาแห่งการประทับตราของหนึ่งแสนสี่หมื่นสี่พันคน ในช่วงเวลาแห่งการประทับตรา เขาโปรเตสแตนต์และเขารีพับลิกันแห่งอาณาจักรที่หกของคำพยากรณ์ในพระคัมภีร์จะทำให้ปริศนาที่ว่า แปดนั้นมาจากเจ็ด สำเร็จครบถ้วนทั้งคู่ ในบรรดาประธานาธิบดีแปดคนตั้งแต่เวลาแห่งอวสานในปี 1989 ทรัมป์ได้กลายเป็นกษัตริย์องค์ที่หกของอาณาจักรที่หก และหลังจากที่เขาชนะวาระที่สอง เขาก็กลายเป็นองค์ที่แปดซึ่งมาจากเจ็ด ในการกระทำของสหรัฐอเมริกาในการทำซ้ำพระราชกฤษฎีกาแห่งมิลานในปี 313 ขบวนการเลาดีเซียของหนึ่งแสนสี่หมื่นสี่พันคนจะกลายเป็นขบวนการฟีลาเดลเฟียของหนึ่งแสนสี่หมื่นสี่พันคน ช่วงเวลาแห่งการประทับตราสิ้นสุดลงที่กฎหมายวันอาทิตย์ ซึ่งบาดแผลถึงตายของสันตะปาปาได้รับการเยียวยา และด้วยเหตุนั้นนางจึงทำให้ปริศนาในวิวรณ์บทที่สิบเจ็ดสำเร็จครบถ้วน ในฐานะองค์ที่แปดซึ่งมาจากเจ็ด ข้อเท็จจริงหนึ่งประการ ซึ่งสื่อไว้ในวลีภาษาฮีบรูหนึ่งวลี ในฐานะคำภาษาอังกฤษคำเดียว ได้นำข้อพระคัมภีร์ที่ระบุการเปิดของการพิพากษาเข้าสู่ข้อพระคัมภีร์ที่ระบุการปิดของการพิพากษา ในช่วงเวลาแห่งการประทับตราของหนึ่งแสนสี่หมื่นสี่พันคน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ข้อเท็จจริงทุกประการล้วนมีที่ทางของมัน และมีถ้อยคำเพียงแห่งเดียวในพันธสัญญาใหม่ที่เป็นการประกอบเชิงตัวเลขของ “จำนวน” หนึ่งคูณด้วย “จำนวน” อีกหนึ่ง และมีเพียงสองแห่งเท่านั้นในพันธสัญญาเดิม อัลฟาของ “การประกอบเชิงตัวเลข” อยู่ในปฐมกาล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ถ้าหากคาอินจะได้รับการแก้แค้นถึงเจ็ดเท่าแล้ว แท้จริงลาเมคก็จะถึงเจ็ดสิบเจ็ดเท่า ปฐมกาล 4:24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“โครงสร้างเชิงตัวเลข” ของโอเมกาอยู่ในพระธรรมมัทธิว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ครั้นแล้วเปโตรเข้ามาทูลพระองค์ว่า “พระองค์เจ้าข้า หากพี่น้องของข้าพระองค์ทำผิดต่อข้าพระองค์ ข้าพระองค์ควรจะยกโทษให้เขาสักกี่ครั้ง? ถึงเจ็ดครั้งหรือ?” พระเยซูตรัสแก่เขาว่า “เราไม่ได้บอกท่านว่า ถึงเจ็ดครั้ง แต่ถึงเจ็ดสิบคูณเจ็ด” มัทธิว 18:21, 22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อพระคัมภีร์เหล่านี้เป็นครั้งแรกและครั้งสุดท้ายในพระคัมภีร์ที่มีการระบุจำนวนหนึ่งให้ถูกนำไปคูณกับอีกจำนวนหนึ่ง มีตัวเลขอยู่มากมาย แต่ทั้งอัลฟาแห่งปฐมกาลและโอเมกาแห่งมัทธิวมีโครงสร้างเชิงตัวเลขที่เหมือนกันทุกประการ และทั้งสองใช้ตัวเลขเดียวกันคือ ‘เจ็ด’ และ ‘เจ็ดสิบ’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ระหว่างอัลฟากับโอเมกา; ส่วนกลาง และที่อื่นเพียงแห่งเดียวซึ่งมีโครงสร้างเชิงตัวเลขนี้ปรากฏอยู่คือในเลวีนิติ บทที่ยี่สิบห้า ที่นั่นตัวเลขทั้งสองมิใช่ ‘เจ็ด’ และ ‘เจ็ดสิบ’ แต่เป็น ‘เจ็ดคูณเจ็ดปี’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และเจ้าจงนับปีสะบาโตเจ็ดคราวสำหรับตน คือเจ็ดครั้ง ๆ ละเจ็ดปี; และช่วงแห่งปีสะบาโตทั้งเจ็ดนั้นจะเป็นสี่สิบเก้าปีสำหรับเจ้า เลวีนิติ 25:8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โครงสร้างเชิงตัวเลขส่วนกลางใช้จำนวน ‘เจ็ด’ อีกครั้งหนึ่ง มิใช่จำนวน ‘เจ็ดสิบ’ ข้อความตอนที่มันตั้งอยู่นั้นมีทั้งพระพรสำหรับการเชื่อฟัง และคำสาปแช่งสำหรับการไม่เชื่อฟัง พระพรแห่งการปล่อยทาสให้เป็นอิสระและการคืนที่ดินนั้น ถูกนำมาเปรียบเทียบกับคำสาปแช่งเรื่องเจ็ดเท่า ซึ่งถูกกล่าวถึงสี่ครั้งในเลวีนิติ บทที่ยี่สิบหก พระพรดังกล่าวรวมถึงการทรงค้ำจุนขององค์พระผู้เป็นเจ้าในระหว่างปีที่แผ่นดินได้หยุดพัก และพระพรทวีคูณในปีแห่งยูบิลี และคำสาปแช่งในบทที่ยี่สิบหกก็เป็นสิ่งคู่ขนานในคำเตือนแห่งพันธสัญญาของทั้งสองบทนั้น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โครงสร้างเชิงตัวเลขตรงกลางปรากฏอยู่ในเลวีนิติ 25:8 (“เจ็ดครั้งเจ็ดปี”) และถูกจับคู่ในทันทีเข้ากับการพิพากษาแบบ “เจ็ดเท่า” สี่ครั้งในเลวีนิติ 26 ดังนั้น โครงสร้างเชิงตัวเลขตรงกลางจึงเป็นตัวแทนทั้งพระพรและคำสาปแช่ง ก่อให้เกิดพยานหลักฐานสองชั้นในพระธรรมเลวีนิติ โครงสร้างเชิงตัวเลขของพระพรหรือของคำสาปแช่งแห่งปียูบิลีถูกวางไว้ระหว่างการพิพากษาของลาเมค และการที่พระเยซูทรงระบุขีดจำกัดของระยะเวลาแห่งการทดลอง ทั้งสามสิ่งนี้ร่วมกันกำลังชี้ให้เห็นถึงขีดจำกัดแห่งการทดลอง ซึ่งเมื่อสิ้นสุดลงแล้ว จะสำแดงคนกลุ่มหนึ่งที่ได้รับพระพร และอีกกลุ่มหนึ่งที่ถูกสาปแช่ง อัลฟาและโอเมกา ซึ่งเป็นตัวแทนของข่าวสารทูตสวรรค์องค์ที่หนึ่งและองค์ที่สาม ชี้ให้เห็นว่าสี่ร้อยเก้าสิบเป็นสัญลักษณ์ของระยะเวลาแห่งการทดลอง เมื่อสิ่งนี้ถูกประกอบเข้ากับคำสาปแช่งหรือพระพรแห่งปียูบิลี ข้อเท็จจริงเหล่านี้ย่อมมีความสำคัญเมื่อเราเข้าใกล้การศึกษาพระธรรมเอเสเคียล บทที่หนึ่ง ข้อที่หนึ่ง ซึ่งระบุให้เอเสเคียลอยู่ในปีที่สามสิบของวาระยูบิลีรอบที่สิบเจ็ด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วาระปีแห่งยูบีลีรอบนั้นสิ้นสุดลงเมื่อวันที่ 22 ตุลาคม ปี 573 ก่อนคริสตกาล และเป็นแบบล่วงหน้าไม่เพียงของวันที่ 22 ตุลาคม ค.ศ. 1844 เท่านั้น แต่ยังของกฎหมายวันอาทิตย์ซึ่งจะมาถึงในไม่ช้านี้ด้วย บัดนี้เราอยู่ในปี 2026 ซึ่งเป็นปีที่สี่สิบเจ็ดของวาระปีแห่งยูบีลีรอบที่เจ็ดสิบ วาระปีแห่งยูบีลีรอบนี้ได้รับการแสดงเป็นแบบล่วงหน้าโดยวาระปีแห่งยูบีลีรอบที่ ‘สิบเจ็ด’ ซึ่งเอเสเคียลยืนอยู่ในปีที่สามสิบ เขากำลังยืนอยู่ในพระวิหาร เป็นตัวแทนของคนหนึ่งแสนสี่หมื่นสี่พันผู้ซึ่งโดยความเชื่อได้เข้าไปในอภิสุทธิสถาน ณ ตอนปลายของการพิพากษา ดังเช่นบรรดาผู้สัตย์ซื่อภายหลังวันที่ 22 ตุลาคม ค.ศ. 1844 การพลาด “ข้อเท็จจริง” ว่าเอเสเคียลอยู่ ณ ที่ใดในประวัติศาสตร์เชิงพยากรณ์ในบทที่หนึ่ง ข้อหนึ่ง ย่อมทำให้ท่านสูญเสีย “ทิศทาง” ของตน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ภายหลังจากได้เห็นพระสิริขององค์พระผู้เป็นเจ้าซึ่งทรงสำแดง ณ ริมแม่น้ำเคบาร์ เอเสเคียลก็ถ่อมตนลงถึงผงคลีดุจดังที่ดาเนียล อิสยาห์ และยอห์นได้เป็นมาแล้ว จากนั้น ตัวอย่างทั้งสี่นี้ล้วนแสดงองค์ประกอบแห่งการเจิมของบรรดาผู้ที่จะต้องนำข่าวสารไปยังคริสตจักรที่ไม่ยอมเห็นและไม่ยอมฟั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มีวันที่อยู่หกแห่งในหนังสือเอเสเคียลที่กล่าวถึงกรุงเยรูซาเล็ม ก่อนหน้านี้เราได้พิจารณาวันที่แรกและวันที่สุดท้ายซึ่งพบในบทที่หนึ่ง ข้อหนึ่งและข้อสอง และต่อมาในบทที่สี่สิบ ข้อหนึ่ง ข้าพเจ้าได้กล่าวถึงวันที่ที่สองซึ่งพบในบทที่แปด ข้อหนึ่งแล้ว แต่กล่าวถึงเพียงในเชิงความหมายเชิงสัญลักษณ์เท่านั้น มิได้กำหนดตำแหน่งของวันนั้นโดยเชื่อมโยงกับการล้อมและการทำลายกรุงเยรูซาเล็ม ทั้งที่ทั้งเล่มหมุนรอบแกนกลางนั้น กรุงเยรูซาเล็มถูกทำลายลงในปลายปี 586/585 BC และในเอเสเคียล 33:21 ผู้ลี้ภัยคนหนึ่งก็มาถึงพร้อมข่าวเรื่องการล่มสลายของกรุงเยรูซาเล็ม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และอยู่มา ในปีที่สิบสองแห่งการเป็นเชลยของเรา ในเดือนที่สิบ ในวันที่ห้าของเดือนนั้น มีคนหนึ่งผู้หนีรอดออกมาจากเยรูซาเล็มมาหาข้าพเจ้า กล่าวว่า เมืองนั้นถูกตีแล้ว พระหัตถ์ขององค์พระผู้เป็นเจ้าทรงอยู่เหนือข้าพเจ้าในเวลาเย็น ก่อนที่ผู้หนีรอดคนนั้นจะมา และได้ทรงเปิดปากของข้าพเจ้า จนเมื่อเขามาหาข้าพเจ้าในเวลาเช้า ปากของข้าพเจ้าก็เปิดออก และข้าพเจ้ามิได้เป็นใบ้อีกต่อไป เอเสเคียล 33:21, 22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ในปีที่สิบสอง เมืองนั้นถูกตีลง และเมื่อนั้นเอเสเคียลก็เป็นอิสระที่จะกล่าวตามเจตจำนงของตนเอง นิมิตในเอเสเคียลบทที่แปดเกิดขึ้นในปีที่หก ดังนั้นจึงเป็นเวลาราวหกปีก่อนที่เมืองนั้นจะถูกตีลง.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ต่อมาอยู่มา ในปีที่หก เดือนที่หก วันที่ห้าของเดือนนั้น ข้าพเจ้านั่งอยู่ในเรือนของข้าพเจ้า และบรรดาผู้อาวุโสแห่งยูดาห์นั่งอยู่ต่อหน้าข้าพเจ้า แล้วพระหัตถ์ขององค์พระผู้เป็นเจ้าพระเจ้าก็ลงมาเหนือข้าพเจ้าที่นั่น เอเสเคียล 8:1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ในปีถัดมา ซึ่งเป็นปีที่เจ็ด พวกผู้อาวุโสได้มาหาเอเสเคียลเพื่อทูลถามพระยาห์เวห์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ต่อมาอยู่มา ในปีที่เจ็ด ในเดือนที่ห้า วันที่สิบของเดือนนั้น มีผู้อาวุโสแห่งอิสราเอลบางคนมาทูลถามพระยาห์เวห์ และนั่งอยู่ต่อหน้าข้าพเจ้า เอเสเคียล 20:1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แล้วในปีที่เก้า การล้อมกรุงซึ่งกินเวลาหนึ่งปีครึ่งก็ได้เริ่มต้นขึ้น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ต่อมาในปีที่เก้า ในเดือนที่สิบ ในวันที่สิบของเดือนนั้น พระวจนะของพระยาห์เวห์มาถึงข้าพเจ้า ตรัสว่า บุตรแห่งมนุษย์เอ๋ย จงบันทึกชื่อวันนั้น คือวันเดียวกันนี้เอง เพราะกษัตริย์แห่งบาบิโลนได้ยกมาต่อสู้กับเยรูซาเล็มในวันเดียวกันนี้ เอเสเคียล 24:1, 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วันที่แต่ละวันเหล่านี้เป็นหมุดหมายจำเพาะของยุคสุดท้าย เพราะเปาโลกล่าวว่า อิสราเอลโบราณเป็นแบบอย่างสำหรับผู้ที่มีชีวิตอยู่ในวาระสุดปลายของโลก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บรรดาเหตุการณ์เหล่านี้ได้บังเกิดแก่เขาทั้งหลายเพื่อเป็นแบบอย่าง และได้ถูกบันทึกไว้เพื่อเป็นคำเตือนสติแก่เรา ผู้ซึ่งอยู่ในยุคสุดปลายของโลกแล้ว ฉะนั้นผู้ใดที่คิดว่าตนยืนมั่นอยู่ จงระวังตัวให้ดี เกรงว่าตนจะล้มลง 1 Corinthians 10:11, 12.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วันที่ทั้งหกซึ่งเกี่ยวข้องกับเยรูซาเล็มนั้น ล้วนเกิดขึ้นระหว่างวันที่แรกในบทที่หนึ่ง ข้อหนึ่ง และวันที่สุดท้ายที่พบในบทที่สี่สิบ ข้อหนึ่ง วันที่ทั้งสองนั้นกำหนดปีที่ห้าในบทที่หนึ่ง ซึ่งคือปี 592 BC และปีที่ยี่สิบห้าในบทที่สี่สิบ ซึ่งคือปี 573 BC ในระดับบรรทัดซ้อนบรรทัด เอเสเคียลมีเส้นหนึ่งสำหรับอียิปต์ ซึ่งรวมการอ้างอิงถึงไทระด้วย และอีกเส้นหนึ่งสำหรับเยรูซาเล็ม เส้นของอียิปต์มีหมุดหมายโดยตรงเจ็ดประการ (เมื่อนับรวมไทระ) และเยรูซาเล็มมีหกประการ ควบคู่ไปกับเส้นทั้งสองนี้ ยังมีเส้นของโยสิยาห์และวัฏจักรยูบิลลี่ครั้งที่สิบเจ็ด กระนั้น เส้นที่ถูกนำเสนอโดยปราศจากวันที่โดยตรงนั้นพบได้ในบทที่สี่ และเส้นของบทที่สี่มีวงล้อหลายวงซึ่งเอเสเคียลได้เห็นเมื่อท่านมองเข้าไปในอภิสุทธิสถาน อีกทั้งยังอัดแน่นด้วยความจริงเชิงสัญลักษณ์หลายประการ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430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จำนวนสี่ร้อยสามสิบเป็นสัญลักษณ์แทนพันธสัญญานิรันดร์ และในบทที่สี่ เอเสเคียลถูกองค์พระผู้เป็นเจ้าทรงใช้เป็นอุปมาเชิงชีวิต อุปมาซึ่งรวมถึงจำนวนสี่ร้อยสามสิบด้วย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เจ้า บุตรแห่งมนุษย์เอ๋ย จงเอากระเบื้องแผ่นหนึ่งมา วางไว้ตรงหน้าเจ้า และจงวาดเมืองนั้นลงบนแผ่นนั้น คือกรุงเยรูซาเล็ม แล้วจงล้อมโจมตีเมืองนั้น และสร้างป้อมปราการต่อสู้เมืองนั้น และก่อเชิงเทินขึ้นต่อสู้เมืองนั้น จงตั้งค่ายประชิดเมืองนั้นด้วย และตั้งเครื่องพังกำแพงไว้ล้อมรอบเมืองนั้นด้วย อีกประการหนึ่ง จงเอากระทะเหล็กมา และตั้งไว้เป็นกำแพงเหล็กระหว่างเจ้ากับเมืองนั้น แล้วจงหันหน้าของเจ้าเข้าต่อสู้เมืองนั้น และเมืองนั้นจะถูกล้อมไว้ และเจ้าจะล้อมโจมตีเมืองนั้น นี่จะเป็นหมายสำคัญแก่พงศ์พันธุ์อิสราเอล จงนอนตะแคงซ้ายของเจ้า และวางความชั่วช้าชั่วบาปของพงศ์พันธุ์อิสราเอลไว้บนนั้น ตามจำนวนวันซึ่งเจ้านอนอยู่บนนั้น เจ้าจะต้องรับโทษเพราะความชั่วช้าชั่วบาปของเขาทั้งหลาย เพราะเราได้กำหนดปีแห่งความชั่วช้าชั่วบาปของเขาแก่เจ้า ตามจำนวนวันนั้น คือสามร้อยเก้าสิบวัน ดังนั้นเจ้าจึงจะต้องรับโทษเพราะความชั่วช้าชั่วบาปของพงศ์พันธุ์อิสราเอล และเมื่อเจ้ากระทำครบแล้ว จงนอนอีกครั้งหนึ่งบนด้านขวาของเจ้า และเจ้าจะต้องรับโทษเพราะความชั่วช้าชั่วบาปของพงศ์พันธุ์ยูดาห์สี่สิบวัน เราได้กำหนดให้วันหนึ่งแทนปีหนึ่งแก่เจ้า เหตุฉะนั้น เจ้าจงหันหน้าของเจ้าไปยังการล้อมกรุงเยรูซาเล็ม และให้แขนของเจ้าถูกเปลือยไว้ และจงพยากรณ์กล่าวโทษเมืองนั้น และดูเถิด เราจะเอาเครื่องจองจำมาวางไว้บนเจ้า และเจ้าจะพลิกตัวจากด้านหนึ่งไปอีกด้านหนึ่งไม่ได้ จนกว่าเจ้าจะสิ้นสุดวันแห่งการล้อมของเจ้า เอเสเคียล 4:1–8.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การล้อมกรุงเยรูซาเล็มตามที่เอเสเคียลได้แสดงไว้เป็น “หมายสำคัญ” เช่นเดียวกับที่การล้อมกรุงเยรูซาเล็มซึ่งนำมาโดยเคสติอุสในปี ค.ศ. 66 ก็เป็นเช่นนั้นเช่นกัน ในการอธิบายถึงการที่พระเยซูทรงระบุถึงการทำลายกรุงเยรูซาเล็ม ซิสเตอร์ไวท์แจ้งแก่เราว่า การสำเร็จโดย “ตรง” ของการทำลายกรุงเยรูซาเล็มนั้นอยู่ในยุคสุดท้าย หมายสำคัญแห่งการทำลายที่เกิดขึ้นแก่พยานทั้งสอง ซึ่งมีเนบูคัดเนสซาร์และเคสติอุสเป็นตัวแทน ชี้ให้เห็นว่า หมายสำคัญแห่งการล้อมนั้น คือหมายสำคัญของกฎหมายวันอาทิตย์ที่กำลังใกล้เข้ามา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หนึ่งวันแทนหนึ่งปี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ภายในข้อพระคัมภีร์ตอนที่เรากำลังพิจารณานี้ เรายังเห็นการอ้างอิงเชิงพระคัมภีร์ของโอเมกาถึงกฎหลักสูงสุดประการแรกแห่งการตีความคำพยากรณ์ของวิลเลียม มิลเลอร์ ในขบวนการรากฐานแห่งข่าวของทูตสวรรค์องค์ที่หนึ่งและองค์ที่สองด้วย อัลฟาของหลักการหนึ่งวันแทนหนึ่งปีนั้นก็เป็นสัญลักษณ์ของโอเมกาเช่นกัน เพราะอัลฟาของหลักการหนึ่งวันแทนหนึ่งปีได้ถูกนำเสนอไว้ในพระธรรมกันดารวิถีในฐานะการทดสอบครั้งที่สิบและครั้งสุดท้าย ซึ่งอิสราเอลได้ล้มเหลว และเพราะเหตุนั้นจึงนำความตายมาสู่ตนเองในถิ่นทุรกันดารตลอดสี่สิบปีแห่งการพเนจรในถิ่นทุรกันดารนั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และบุตรหลานของเจ้าทั้งหลายจะพเนจรอยู่ในถิ่นทุรกันดารสี่สิบปี และจะรับผลแห่งการล่วงประเวณีของเจ้า จนกว่าซากศพของเจ้าจะสิ้นสูญไปในถิ่นทุรกันดาร ตามจำนวนวันที่พวกเจ้าได้สอดแนมแผ่นดินนั้น คือสี่สิบวัน นับวันละหนึ่งปี พวกเจ้าจะต้องรับโทษความชั่วช้าของตนสี่สิบปี และพวกเจ้าจะรู้จักการถอนคำสัญญาของเรา เราคือพระยาห์เวห์ได้ลั่นวาจาแล้วว่า เราจะกระทำเช่นนี้แก่ชุมนุมชนชั่วร้ายทั้งหมดนี้อย่างแน่นอน คือบรรดาผู้ที่ชุมนุมกันต่อสู้เรา ในถิ่นทุรกันดารนี้พวกเขาจะถูกทำลายสิ้น และที่นั่นพวกเขาจะตาย กันดารวิถี 14:33–35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นัยเชิงพยากรณ์ที่หลักการหนึ่งวันแทนหนึ่งปีถูกระบุไว้ในการกบฏครั้งสุดท้ายของกระบวนการทดสอบสิบขั้นซึ่งเริ่มต้น ณ การข้ามทะเลแดง และที่หลักการเดียวกันนั้นถูกประกาศอีกครั้งเมื่อเยรูซาเล็มกำลังจะถูกล้อมและทำลาย จะต้องได้รับความเข้าใจและนำมาประยุกต์ใช้กับข้อพระคัมภีร์ที่เรากำลังพิจารณาอยู่ เช่นเดียวกับนัยสำคัญของการที่ “การล้อม” เป็น “หมายสำคัญ” 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แนวเส้นของประวัติศาสตร์ซึ่งถูกรวบรวมเข้าด้วยกันเมื่อใช้ “การล้อม” กรุงเยรูซาเล็มเป็นหมายสำคัญนั้น จำเป็นต้องได้รับการตระหนัก เพราะมันกลายเป็นเสมือน “เพลา” และในเชิงอุปมา หมายสำคัญแห่งการล้อมนั้นมีซี่ล้อจำนวนมากเชื่อมติดอยู่ หมายสำคัญแห่งการล้อมอาจเป็นข้อความตอนที่สำคัญที่สุดในเอเสเคียล และหมายสำคัญนี้เปิดทางให้สิงห์แห่งเผ่ายูดาห์ทรงนำความสมบูรณ์ออกมาจากสิ่งซึ่งในตอนแรกปรากฏแก่เอเสเคียลว่าเป็นความสับสน “หมายสำคัญ” แห่งการล้อมนั้น หลักการหนึ่งปีแทนหนึ่งวัน และแนวเส้นเชิงพยากรณ์ที่ถูกรวบรวมเข้าด้วยกันโดยการล้อมนั้น จะต้องได้รับการพิจารณาในบริบทที่สี่ร้อยสามสิบเป็นตัวแทนของพันธสัญญานิรันดร์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พันธสัญญา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พระองค์ตรัสแก่อับรามว่า “เจ้าจงรู้แน่เถิดว่าเชื้อสายของเจ้าจะเป็นคนต่างด้าวในแผ่นดินที่มิใช่ของตน และพวกเขาจะปรนนิบัติคนเหล่านั้น; และคนเหล่านั้นจะกดขี่พวกเขาอยู่สี่ร้อยปี” ปฐมกาล 15:13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องค์พระผู้เป็นเจ้าได้ทรงทำพันธสัญญากับอับราฮัมผ่านกระบวนการสามขั้น และขั้นแรกในสามขั้นนั้นรวมถึงคำพยากรณ์ว่าเชื้อสายของอับราฮัมจะตกเป็นเชลยในอียิปต์เป็นเวลาสี่ร้อยปี ขั้นที่สอง อับราฮัมได้รับพิธีสุหนัต และขั้นที่สามคือการถวายอิสอัคเป็นเครื่องบูชาบนภูเขาโมริยาห์ สี่ร้อยปีนั้นถูกระบุไว้ในอัลฟาของสามขั้นที่องค์พระผู้เป็นเจ้าทรงกระทำในการทรงยกขึ้นและทรงเข้าทำพันธสัญญากับชนชาติที่ทรงเลือกสรรนั้น ชนชาติแห่งพันธสัญญาที่ทรงเลือกสรรนั้นได้ถูกหย่าขาดจากพระเจ้าเมื่อมีการเอาหินขว้างสเทเฟนจนถึงแก่ความตายในปี ค.ศ. 34 และภายหลังจากนั้น เปาโล อัครทูตผู้ทรงเลือกสรรสำหรับคนต่างชาติ ได้ระบุว่าสี่ร้อยปีนั้นเป็น—สี่ร้อยสามสิบปี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ข้าพเจ้ากล่าวดังนี้ว่า พระราชบัญญัติซึ่งเกิดขึ้นภายหลังสี่ร้อยสามสิบปีนั้น จะลบล้างพันธสัญญาซึ่งพระเจ้าได้ทรงยืนยันไว้ก่อนแล้วในพระคริสต์ไม่ได้ เพื่อจะทำให้พระสัญญาเป็นโมฆะ ปฐมกาล 3:17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จำนวนที่เป็นตัวแทนของพันธสัญญาคือสี่ร้อยสามสิบ แต่พยานสองคนคืออับรามและซาอูล ซึ่งทั้งสองต่างได้รับการเปลี่ยนชื่อเป็นอับราฮัมและเปาโลตามลำดับ ชี้ให้เห็นถึงช่วงเวลาสองช่วงที่แตกต่างกันซึ่งประกอบขึ้นเป็นจำนวนเต็มสี่ร้อยสามสิบ เมื่อพระเจ้าทรงเปลี่ยนชื่อของวิญญาณหนึ่ง นั่นเป็นสัญลักษณ์แห่งความสัมพันธ์ตามพันธสัญญาระหว่างวิญญาณนั้นกับพระเจ้า ดังนั้น สี่ร้อยสามสิบปีจึงเป็นผลรวมที่เกิดจากการบวกกันของจำนวนสองจำนวนที่แตกต่างกัน ดังเช่นสี่ร้อยของอับราฮัมและการเพิ่มอีกสามสิบของเปาโล เอเสเคียลได้นอนตะแคงซ้ายเป็นเวลาสามร้อยเก้าสิบวัน แล้วต่อมานอนตะแคงขวาเป็นเวลาสี่สิบวัน เป็นการชี้ให้เห็นถึงจำนวนสองจำนวนซึ่งเมื่อนำมารวมกันแล้วได้สี่ร้อยสามสิบ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ในปฐมกาลบทที่สิบเอ็ด พันธสัญญาแห่งความตายซึ่งบังเกิดขึ้นทันทีภายหลังน้ำท่วมโลกโดยผ่านการกบฏของนิมโรด ได้ชี้ให้เห็นความแตกต่างระหว่างพันธสัญญาสองประการ องค์ประกอบต่าง ๆ ของหอบาเบลเป็นพยานถึงประชากรแห่งพันธสัญญาแบบซาตานคือ “จงช่วยตนเองให้รอด” ซึ่งจะต้องถูกพิพากษาและกระจัดกระจายไป ในบทเดียวกันนั้น ลำดับวงศ์ตระกูลของชนชาติฮีบรูได้เริ่มต้นขึ้นด้วยการกำเนิดของเอเบอร์ เป็นเครื่องหมายถึงจุดเริ่มต้นของชนชาติที่ทรงเลือกสรรไว้เพื่อเป็นตัวแทนของพันธสัญญาแห่งชีวิต ตรงกันข้ามกับพันธสัญญาแห่งความตายของนิมโรด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เอเบอร์มีชีวิตอยู่ได้สามสิบสี่ปี แล้วให้กำเนิดเปเลก และเอเบอร์มีชีวิตอยู่ต่อไปหลังจากให้กำเนิดเปเลกอีกสี่ร้อยสามสิบปี และให้กำเนิดบุตรชายและบุตรหญิงทั้งหลาย เปเลกมีชีวิตอยู่ได้สามสิบปี แล้วให้กำเนิดเรอู ปฐมกาล 11:16–18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ในปฐมกาลบทที่สิบ มีการกล่าวถึงเอเบอร์และเปเลกเป็นครั้งแรก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เอเบอร์มีบุตรชายสองคน ชื่อคนหนึ่งว่าเปเลก เพราะว่าในสมัยของเขาแผ่นดินโลกถูกแบ่งแยก และน้องชายของเขาชื่อโยกทาน ปฐมกาล 10:25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เปเลกหมายถึงการแบ่งแยกหรือการแยกออก และในสมัยของเปเลก การแบ่งแยกของชนสองจำพวกแห่งพันธสัญญาถูกทำเครื่องหมายไว้ด้วยประวัติของหอบาเบลและการกบฏของนิมโรด เอเบอร์มีชีวิตอยู่ถึงสี่ร้อยหกสิบสี่ปี แต่หลังจากเปเลก (การแบ่งแยก) ถือกำเนิดแล้ว เขามีชีวิตอยู่อีกสี่ร้อยสามสิบปี ข้อเท็จจริงทุกประการล้วนมีนัยสำคัญของมัน และสี่ร้อยสามสิบเป็นจำนวนที่เปาโลกำหนดแก่คำพยากรณ์เรื่องพันธสัญญาของอับราฮัม แม้ว่าจำนวนสี่ร้อยสามสิบจะสัมพันธ์กับชีวิตของเอเบอร์ภายหลังการกำเนิดของเปเลก แต่สามสิบสี่ปีแรกแห่งชีวิตของเขาถูกกล่าวไว้ว่า “สี่และสามสิบปี” ซึ่งแน่นอนก็คือสามสิบสี่ปี ทว่าในการกล่าวอย่างเรียบง่ายถึงสามสิบสี่ปีนั้น ก็อ่านได้ว่า “สี่” และ “สามสิบ” (430) แล้วจึงตามมาด้วยสี่ร้อยสามสิบ และต่อจากนั้น ถ้อยคำแรกที่ใช้กล่าวถึงชีวิตของเปเลกคือ “สามสิบ”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เอเบอร์เป็นรากศัพท์ของนามว่า “ฮีบรู” และนี่เป็นการกล่าวถึงชนชาติฮีบรูเป็นครั้งแรก ผู้ซึ่งจะเป็นประชากรที่ทรงเลือกไว้แห่งพันธสัญญา เอเบอร์มีความหมายว่า “ข้ามไป” ดังนั้นจึงเป็นแบบอย่างของประชากรแห่งพันธสัญญาผู้ข้ามจากโลกนี้ไปสู่แผ่นดินโลกใหม่ ดังที่บุตรทั้งหลายของอับราฮัมได้กระทำเมื่อพวกเขาข้ามทะเลแดงไปสู่แผ่นดินแห่งพระสัญญา การพเนจรในถิ่นทุรกันดารสี่สิบปีได้ขัดขวางการข้ามนั้นไว้ แต่เมื่อสิ้นสุดสี่สิบปี พวกเขาได้ข้ามแม่น้ำจอร์แดนเข้าสู่แผ่นดินแห่งพระสัญญา อันเป็นแบบอย่างถึงการข้ามครั้งสุดท้ายของประชากรของพระเจ้า เปเลกเป็นตัวแทนของประวัติศาสตร์ในช่วงเวลาที่การแบ่งมนุษยชาติออกเป็นประชากรแห่งพันธสัญญาสองฝ่ายได้เกิดขึ้นเป็นครั้งแรกที่หอคอยของนิมโรด สัญลักษณ์ของพันธสัญญาแห่งความตายของนิมโรดคือความสับสน และสัญลักษณ์ของพันธสัญญาแห่งชีวิตของชาวฮีบรูคือช่วงสี่ร้อยสามสิบปีแห่งชีวิตของเอเบอร์ก่อนการแบ่งแยกซึ่งเปเลกเป็นตัวแทน ชื่อเปเลกยังบ่งชี้ความจริงเชิงสัญลักษณ์ทางตัวเลขด้วย เพราะสี่ร้อยสามสิบปีของเอเบอร์ถูกแบ่งออกเป็นตัวเลขสองจำนวน และเปเลกเป็นตัวแทนของการแยกความแตกต่างระหว่างสี่ร้อยกับจำนวนสามสิบ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สี่ร้อยสามสิบประกอบด้วยสองส่วน คือ สี่ร้อยปีแห่งพันธสัญญาของอับราฮัม พร้อมทั้งอีกสามสิบปีเพิ่มเติมซึ่งเปาโลได้ระบุไว้ การเพิ่มพูนแห่งความรู้ซึ่งก่อให้เกิดการฟื้นฟูครั้งสุดท้ายของประชากรของพระเจ้า ได้รับการเป็นตัวแทนไว้ในพระธรรมดาเนียล บทที่สิบสอง ซึ่งสัญลักษณ์สองส่วนของพันธสัญญานิรันดร์ได้รับการระบุไว้อย่างเฉพาะเจาะจง และได้ถูกแสดงไว้ในข้อ 9/11.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และท่านกล่าวว่า “ดาเนียลเอ๋ย จงไปตามทางของเจ้าเถิด เพราะถ้อยคำเหล่านี้ถูกปิดไว้และผนึกไว้จนถึงวาระสุดปลาย หลายคนจะได้รับการชำระให้บริสุทธิ์ ถูกทำให้ขาวสะอาด และถูกทดลอง; แต่คนอธรรมจะกระทำความอธรรมต่อไป: และไม่มีผู้ใดในพวกคนอธรรมจะเข้าใจ; แต่บรรดาผู้มีปัญญาจะเข้าใจ และตั้งแต่เวลาที่เครื่องบูชาเผาทุกวันจะถูกยกเลิกไป และสิ่งน่าสะอิดสะเอียนซึ่งกระทำให้เกิดความรกร้างตั้งขึ้น จะมีกำหนดหนึ่งพันสองร้อยเก้าสิบวัน” ดาเนียล 12:9–11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การเปิดผนึกครั้งสุดท้ายซึ่งก่อให้เกิดกระบวนการทดสอบสามขั้น ดังที่แสดงไว้ในข้อสิบว่า “ถูกชำระให้บริสุทธิ์ และถูกทำให้ขาว และถูกทดลอง” นั้น สัมพันธ์กับหนึ่งพันสองร้อยเก้าสิบปี ความเข้าใจของผู้บุกเบิกเกี่ยวกับข้อนี้คือ การขจัดแรงต้านของลัทธินอกศาสนาในปี 508 ได้เริ่มกระบวนการสามสิบปีที่นำไปสู่การสถาปนาระบอบสันตะปาปาขึ้นในปี 538 ให้เป็นอาณาจักรที่ห้าแห่งคำพยากรณ์ในพระคัมภีร์ และจากนั้นได้ครอบครองในฐานะอาณาจักรที่ห้าแห่งคำพยากรณ์ในพระคัมภีร์ จนกระทั่งหนึ่งพันสองร้อยหกสิบปีสิ้นสุดลงในปี 1798 ช่วงสามสิบปีตั้งแต่ 508 ถึง 538 นี้ เปาโลก็ได้กล่าวถึงเช่นกันว่าเป็น “การละทิ้งความเชื่อเสียก่อน” ใน 2 Thessalonians.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ในพระธรรม 2 เธสะโลนิกา ประเด็นที่กล่าวถึงคือความสัมพันธ์ระหว่างโรมนอกศาสนากับโรมสันตะปาปา ซึ่งเป็นอาณาจักรที่สี่และที่ห้าแห่งคำพยากรณ์ตามลำดับ ในบทนี้ของพระธรรมเธสะโลนิกาเองที่วิลเลียม มิลเลอร์ค้นพบว่า “เครื่องบูชาประจำวัน” ในพระธรรมดาเนียลเป็นตัวแทนของโรมนอกศาสนา และมิลเลอร์ยังค้นพบต่อไปด้วยว่า “เครื่องบูชาประจำวัน” ในพระธรรมดาเนียลนั้นถูกนำเสนอไว้ควบคู่กับสิ่งที่น่าสะอิดสะเอียนแห่งความรกร้าง หรือการละเมิดแห่งความรกร้างอยู่เสมอ สิ่งที่น่าสะอิดสะเอียนและการละเมิดแห่งความรกร้างในพระธรรมดาเนียล เป็นตัวแทนของสิ่งที่ยอห์นระบุไว้ในพระธรรมวิวรณ์ว่าเป็นรูปของสัตว์ร้าย และเครื่องหมายของสัตว์ร้าย ตามลำดับ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วิลเลียม มิลเลอร์ได้วางการประยุกต์ใช้คำพยากรณ์ของเขาเป็นส่วนใหญ่ หากไม่ใช่ทั้งหมด บนพื้นฐานของการระบุอำนาจที่ก่อความรกร้างสองประการ ซึ่งถูกแทนไว้ว่าเป็น “เครื่องบูชาประจำวัน” (โรมนอกศาสนา) และอำนาจที่ก่อความรกร้างประการที่สอง ซึ่งถูกกล่าวถึงในสองลักษณะ คือว่าเป็นการละเมิดที่ก่อความรกร้าง (การผสมผสานระหว่างคริสตจักรกับรัฐ) ในพระธรรมวิวรณ์—เป็นรูปสัตว์ร้าย (โครงสร้างเชิงพยากรณ์ของสันตะปาปา) และสิ่งน่าสะอิดสะเอียนที่ก่อความรกร้าง (การนมัสการดวงอาทิตย์) ในพระธรรมวิวรณ์—เป็นเครื่องหมายของสัตว์ร้าย ความเข้าใจซึ่งมิลเลอร์ได้รับจากการนำเสนอของเปาโลใน 2 เธสะโลนิกา นั้นเป็นความเข้าใจพื้นฐานหลักประการหนึ่งของมิลเลอร์ ผู้ซึ่งเป็นสัญลักษณ์แห่งรากฐานของลัทธิแอ๊ดเวนตีสม์ เปาโลกล่าวว่า บรรดาผู้ที่ไม่รักความจริงตามที่นำเสนอไว้ใน 2 เธสะโลนิกา บทที่สอง คือผู้ที่ได้รับความลุ่มหลงอย่างรุนแรง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ในข้อพระคัมภีร์สามข้อของดาเนียล (Daniel 12:9–11) ความเข้าใจเชิงสัญลักษณ์ในยุคสุดท้ายไม่อาจรวมถึงการประยุกต์ใช้เรื่องเวลาได้ เพราะนับตั้งแต่วันที่ 22 ตุลาคม ค.ศ. 1844 เป็นต้นมา การประยุกต์ใช้เวลาเชิงพยากรณ์ก็ใช้การไม่ได้อีกต่อไป ข้อพระคัมภีร์ 9/11 เป็นภาพแทนของช่วงเวลาสองช่วงที่แตกต่างกัน คือสามสิบปีและหนึ่งพันสองร้อยหกสิบปี ตัวเลขสี่สิบและตัวเลขหนึ่งพันสองร้อยหกสิบต่างก็เป็นสัญลักษณ์ของถิ่นทุรกันดารเชิงพยากรณ์ และในเชิงพยากรณ์สามารถใช้แทนกันได้ ดังนั้น หนึ่งพันสองร้อยหกสิบจึงอาจเข้าใจได้ว่าเป็นสี่สิบ และสี่สิบเป็นหนึ่งในสิบของสี่ร้อย ข้อพระคัมภีร์ 9/11 เป็นสัญลักษณ์ของจำนวนแห่งพันธสัญญานิรันดร์ ดังที่แสดงโดยสี่ร้อย (อับราฮัม) ในความเชื่อมโยงกับสามสิบ (เปาโล) “ถิ่นทุรกันดาร” ที่แทนด้วย “หนึ่งพันสองร้อยหกสิบ” สอดคล้องกับ “ถิ่นทุรกันดาร” ของ “สี่สิบ” และสี่ เป็นหนึ่งในสิบของสี่ร้อย สามสิบก็คือสามสิบ สี่ร้อยสามสิบเกิดขึ้นจากตัวเลขสี่ร้อยบวกกับตัวเลขสามสิบ ซึ่งในเอเสเคียลบทที่สี่ได้แสดงไว้เป็นสามร้อยเก้าสิบบวกกับตัวเลขสี่สิบ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ข้อพระคัมภีร์ 9/11 ในบทที่สิบสองเป็นตัวแทนของช่วงกลางแห่งสามช่วงเวลาเชิงพยากรณ์ในบทนั้น และเป็นสัญลักษณ์ของพันธสัญญานิรันดร์ซึ่งถูกเปิดผนึกในวาระสุดท้าย การเปิดผนึกความหมายของสี่ร้อยสามสิบในวาระสุดท้ายนั้นเกิดขึ้นในบทที่สี่ของเอเสเคียล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สิงห์แห่งตระกูลยูดาห์กำลังทรงเปิดผนึกสารแห่งคำเตือนสุดท้ายแก่บรรดาผู้ซึ่งโดยความเชื่อได้เข้าไปในอภิสุทธิสถานพร้อมกับเอเสเคียล ยอห์น ดาเนียล และอิสยาห์แล้ว บัดนี้ ความจริงนั้นถูกเปิดออกควบคู่ไปกับการยกชูบรรดาผู้ที่ได้รับการแทนความหมายไว้ ไม่เพียงในฐานะผู้ถูกขับไล่ออกจากอิสราเอลเท่านั้น แต่ยังในฐานะธงสัญญาณของหนึ่งแสนสี่หมื่นสี่พันด้วย ความจริงนั้นถูกกำหนดไว้ภายในบริบทของพันธสัญญาซึ่งแทนไว้โดยสี่ร้อยปีของอับราฮัม ควบคู่กับพันธสัญญาซึ่งแทนไว้โดยสามสิบปีของเปาโล ความจริงนั้นถูกนำเสนอไว้ในข้อ 9/11 ของดาเนียลบทที่สิบสอง ซึ่งเป็นตัวแทนของช่วงกลางแห่งสามวาระเชิงสัญลักษณ์ อันเป็นวาระที่พวกมิลเลอไรต์ได้เข้าใจอย่างถูกต้อง ความจริง 9/11 ตอนกลางซึ่งกำลังถูกเปิดผนึกในดาเนียลบทที่สิบสองนั้น ได้รับการแทนไว้ในสามร้อยเก้าสิบวันและสี่สิบวันของเอเสเคียล วันเหล่านั้นถูกเปิดออกแก่เอเสเคียลในปีที่สามสิบของวาระยูบิลีรอบที่สิบเจ็ด และเอเสเคียลในฐานะปุโรหิต เป็นตัวแทนของฐานะปุโรหิตของหนึ่งแสนสี่หมื่นสี่พัน ผู้ซึ่งอยู่ในการทดสอบกลาง จากการทดสอบทั้งสามประการ.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 ถูกกำหนดไว้ภายในบททดสอบของพระวิหารใน “วันที่ห้า” ของ “เดือนที่สี่” ซึ่งในประวัติศาสตร์ของมิลเลอไรต์ได้หมายถึงกึ่งกลางอย่างแท้จริง (“midway”) ของช่วงเจ็ดเดือนที่เริ่มต้นขึ้นด้วยความผิดหวังครั้งแรกเมื่อวันที่ 19 เมษายน ค.ศ. 1844 และสิ้นสุดลงในวันที่ 22 ตุลาคมของปีเดียวกัน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“ในฤดูร้อน ค.ศ. 1844 ระหว่างกึ่งกลางของช่วงเวลาที่ครั้งแรกเคยเข้าใจกันว่า 2300 วันจะสิ้นสุดลง กับฤดูใบไม้ร่วงของปีเดียวกัน ซึ่งภายหลังได้พบว่าช่วงเวลาดังกล่าวขยายไปถึงนั้น ข่าวสารถูกประกาศออกไปด้วยถ้อยคำตามพระคัมภีร์อย่างแท้จริงว่า ‘ดูเถิด เจ้าบ่าวมาแล้ว!’” The Great Controversy, 398.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วันที่ 21 กรกฎาคม ค.ศ. 1844 อยู่กึ่งกลางในช่วงเจ็ดเดือนศักดิ์สิทธิ์ และในวันนั้น ซามูเอล สโนว์ อยู่ที่บอสตันแทเบอร์นาเคิล นำเสนอข่าวสารเรื่องเสียงร้องในเวลาเที่ยงคืนของเขา ที่นั่น เป็นครั้งแรกในการประกาศต่อสาธารณชน เขาได้ “ประกาศด้วยถ้อยคำแห่งพระคัมภีร์โดยตรงว่า ‘ดูเถิด เจ้าบ่าวกำลังมา!’” บัดนี้ ในเชิงสัญลักษณ์ เรากำลังยืนอยู่กับเอเสเคียลในบอสตันแทเบอร์นาเคิล ไม่นานก่อนที่การยกชูผู้ส่งสารแห่งเสียงร้องในเวลาเที่ยงคืนจะออกไปประหนึ่งคลื่นมหึมา กระบวนการเชิงพยากรณ์ของการยกชูธงสัญญาณนั้น ได้รับการเป็นตัวแทนไว้ในแนวคำพยากรณ์ของอิสลามในวิวรณ์ บทที่เก้า เอเสเคียล บทที่สี่ จัดเตรียมพยานที่สองและบทสรุปของคำพยากรณ์นั้นซึ่งมีระยะเวลาสามร้อยเก้าสิบเอ็ดปีสิบห้าวัน และเขาก็กระทำเช่นนั้นในบทที่สี่.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เราจะกล่าวถึงสิ่งเหล่านี้ต่อไปในบทความถัดไป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ประวัติศาสตร์ที่ซ่อนเร้นของข้อสี่สิบ - หมายเลขยี่สิบแปด</dc:title>
  <dc:subject>เอเสเคียล บทที่เก้า</dc:subject>
  <dc:creator>Jeff Pippenger</dc:creator>
  <cp:keywords/>
  <dc:description>Generated by ArticleDigger from hidden_history\28_hidden_history.json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