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ประวัติศาสตร์ที่ซ่อนเร้นของข้อที่สี่สิบ - ข้อที่ยี่สิบเก้า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เอเสเคียล หมายเลขสิบ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2026-08-31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ในพระธรรมเอเสเคียลมีแนวคำพยากรณ์และสัจธรรมอันน่าอัศจรรย์และสำคัญยิ่งอยู่มากมาย ในบรรดาภาพประกอบตามพระคัมภีร์เกี่ยวกับผู้เผยพระวจนะภายในพระวิหาร เอเสเคียลคือผู้ที่เหนือกว่าผู้อื่นทั้งหมดในการระบุถึงวงล้อซ้อนอยู่ในวงล้อเหล่านั้น ตามคำของซิสเตอร์ไวท์ วงล้อเหล่านั้นเป็นตัวแทนของปฏิสัมพันธ์อันซับซ้อนของกิจกรรมฝ่ายมนุษย์ ซึ่งแสดงให้เห็นลำดับของเหตุการณ์ต่าง ๆ ในช่วงเวลาแห่งฝนชุกปลาย เหตุการณ์เหล่านั้นผู้เผยพระวจนะได้เป็นตัวแทนไว้เมื่อท่านกลายเป็นส่วนหนึ่งของคำพยากรณ์ในอุปมาเชิงการกระทำ เช่น เมื่อเอเสเคียลนอนตะแคงซ้าย แล้วต่อมานอนตะแคงขวา ในภาพประกอบของการล้อมกรุงเยรูซาเล็มในบทที่สี่ ยังมีวันที่เฉพาะเจาะจงอีกสิบสามวันที่วางโครงประวัติของเอเสเคียล และโดยการนั้นก็จัดเตรียมหมุดหมายต่าง ๆ ของช่วงเวลาแห่งฝนชุกปลาย เมื่อคนหนึ่งแสนสี่หมื่นสี่พันได้รับการผนึกไว้ สัจธรรมต่าง ๆ ถูกถ่ายทอดไม่เพียงผ่านวันที่เท่านั้น แต่ยังผ่านตัวเลขต่าง ๆ เช่น สิบเจ็ด สิบเก้า ยี่สิบห้า เจ็ดสิบ สี่สิบ สี่ร้อยเก้าสิบ และแน่นอน สามสิบ อีกจำนวนหนึ่งซึ่งอาจเป็นจำนวนที่สำคัญที่สุดในพระธรรมเอเสเคียล คือจำนวนหนึ่งร้อยห้าสิบ ถึงกระนั้น จำนวนหนึ่งร้อยห้าสิบก็ไม่ได้ปรากฏอยู่ในพระธรรมเอเสเคียล ถึงอย่างนั้น เมื่อเรียงบรรทัดต่อบรรทัด—มันก็อยู่ที่นั่น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เลขหนึ่งร้อยห้าสิบถูกฝังไว้อย่างเป็นคำพยากรณ์ภายในแนวแห่งการล้อมเมือง และการล้อมเมืองนั้นเป็นแนวคำพยากรณ์ที่จำเพาะชัดเจน; หรือหากท่านจะกล่าวเช่นนั้น การล้อมเมืองก็คือวงล้อหนึ่ง แนวคำพยากรณ์ของประวัติศาสตร์จะต้องมีอัลฟาและโอเมกาอยู่เสมอ และด้วยเหตุนั้น ลักษณะของอัลฟาและโอเมกาจึงต้องปรากฏเป็นตัวแทนที่จุดเริ่มต้นและจุดสิ้นสุดของแนวนั้น มิฉะนั้นก็ไม่ใช่แนว อุบัติการณ์อัลฟาของการล้อมเมืองคือการตายของภรรยาของเอเสเคียล และจุดสิ้นสุดของการล้อมเมืองคือการตายของเจ้าสาวของพระคริสต์ ดังที่มีการเป็นตัวแทนไว้โดยการทำลายกรุงเยรูซาเล็ม.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และข้าพเจ้า คือยอห์น ได้เห็นนครบริสุทธิ์ คือกรุงเยรูซาเล็มใหม่ ลอยลงมาจากพระเจ้าออกมาจากสวรรค์ ได้จัดเตรียมไว้พร้อมดังเจ้าสาวที่ประดับตกแต่งไว้สำหรับสามีของตน และข้าพเจ้าได้ยินพระสุรเสียงอันดังออกมาจากสวรรค์ตรัสว่า ดูเถิด พลับพลาของพระเจ้าอยู่กับมนุษย์แล้ว และพระองค์จะทรงสถิตกับเขาทั้งหลาย และเขาจะเป็นประชากรของพระองค์ และพระเจ้าเองจะทรงสถิตกับเขา และจะทรงเป็นพระเจ้าของเขา และพระเจ้าจะทรงเช็ดน้ำตาทุกหยดจากตาของเขา ความตายจะไม่มีอีกต่อไป จะไม่มีอีกทั้งความโศกเศร้า การร้องไห้ หรือความเจ็บปวด เพราะสิ่งทั้งปวงในกาลก่อนนั้นได้ล่วงไปแล้ว และพระองค์ผู้ประทับบนพระที่นั่งตรัสว่า ดูเถิด เรากำลังกระทำให้สิ่งสารพัดทั้งปวงใหม่ และพระองค์ตรัสกับข้าพเจ้าว่า จงเขียนไว้เถิด เพราะถ้อยคำเหล่านี้สัตย์จริงและเชื่อถือได้ และพระองค์ตรัสกับข้าพเจ้าว่า สำเร็จแล้ว เราคืออัลฟาและโอเมกา เป็นเบื้องต้นและเป็นเบื้องปลาย เราจะให้ผู้นั้นที่กระหายได้ดื่มจากน้ำพุแห่งน้ำแห่งชีวิตโดยเปล่า ผู้ที่มีชัยชนะจะได้รับมรดกในสิ่งสารพัดทั้งปวง และเราจะเป็นพระเจ้าของเขา และเขาจะเป็นบุตรของเรา แต่คนขลาด คนไม่เชื่อ คนที่น่าสะอิดสะเอียน คนฆ่าคน คนล่วงประเวณี คนเล่นเวทมนตร์ คนไหว้รูปเคารพ และคนมุสาทั้งปวง จะมีส่วนอยู่ในบึงไฟที่ลุกไหม้ด้วยไฟและกำมะถัน ซึ่งเป็นความตายครั้งที่สอง แล้วมีทูตสวรรค์องค์หนึ่งในเจ็ดองค์ที่ถือขันเจ็ดใบซึ่งเต็มด้วยภัยพิบัติเจ็ดอย่างสุดท้ายมาหาข้าพเจ้า และพูดกับข้าพเจ้าว่า จงมาที่นี่เถิด เราจะแสดงให้เจ้าเห็นเจ้าสาว คือพระภรรยาของพระเมษโปดก วิวรณ์ 21:2–9.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ภรรยาของเอเสเคียลสิ้นชีวิตลงเมื่อเริ่มต้นการล้อมเมือง และในที่นั้นนางถูกระบุว่าเป็น “ที่พึงปรารถนาแห่ง” “ดวงตา” ของเอเสเคียล และในการทำลายกรุงเยรูซาเล็มซึ่งกล่าวไว้ในบทเดียวกันนั้น กรุงเยรูซาเล็มถูกระบุว่าเป็น “ที่พึงปรารถนา” แห่ง “ดวงตา” ของอิสราเอล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อีกครั้งหนึ่ง ในปีที่เก้า ในเดือนที่สิบ ในวันที่สิบของเดือนนั้น พระวจนะของพระยาห์เวห์มายังข้าพเจ้า ตรัสว่า … และพระวจนะของพระยาห์เวห์มายังข้าพเจ้าอีกว่า บุตรแห่งมนุษย์เอ๋ย ดูเถิด เรากำลังพรากสิ่งที่เป็นความปรารถนาแห่งนัยน์ตาของเจ้าจากเจ้าไปด้วยการประหารฉับพลัน แต่เจ้าจงอย่าคร่ำครวญหรือร้องไห้ และอย่าให้น้ำตาของเจ้าไหลลงมา จงระงับการร้องไห้เสีย อย่าทำการไว้ทุกข์แก่คนตาย จงโพกศีรษะของเจ้าไว้ และสวมรองเท้าไว้ที่เท้าของเจ้า อย่าปิดริมฝีปากของเจ้า และอย่ากินอาหารแห่งการไว้ทุกข์จากผู้คน ดังนั้นข้าพเจ้าจึงกล่าวแก่ประชาชนในเวลาเช้า และในเวลาเย็นภรรยาของข้าพเจ้าก็ตาย และในเวลาเช้าข้าพเจ้าก็ได้กระทำตามที่ข้าพเจ้าได้รับบัญชาไว้ แล้วประชาชนก็กล่าวแก่ข้าพเจ้าว่า ท่านจะไม่บอกเราหรือว่าบรรดาสิ่งเหล่านี้มีความหมายต่อเราอย่างไร ที่ท่านกระทำเช่นนี้?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แล้วข้าพเจ้าจึงตอบเขาทั้งหลายว่า พระวจนะของพระยาห์เวห์มายังข้าพเจ้าว่า “จงกล่าวแก่พงศ์พันธุ์อิสราเอลว่า องค์พระผู้เป็นเจ้าพระเจ้าตรัสดังนี้ว่า ดูเถิด เราจะกระทำให้สถานนมัสการของเราเป็นมลทิน อันเป็นศักดิ์ศรีแห่งกำลังของเจ้า เป็นสิ่งที่นัยน์ตาของเจ้าปรารถนา และเป็นสิ่งที่จิตใจของเจ้าสงสารอาลัย; และบุตรชายบุตรหญิงของเจ้าซึ่งเจ้าทั้งหลายได้ละทิ้งไว้จะล้มลงด้วยดาบ และเจ้าทั้งหลายจะกระทำดังที่ข้าพเจ้าได้กระทำ: เจ้าทั้งหลายจะไม่ปิดริมฝีปากของตน และจะไม่กินอาหารของมนุษย์ และผ้าโพกศีรษะของเจ้าจะอยู่บนศีรษะของเจ้า และรองเท้าของเจ้าจะอยู่ที่เท้าของเจ้า; เจ้าทั้งหลายจะไม่คร่ำครวญหรือร่ำไห้ แต่จะทรุดโทรมไปเพราะบาปชั่วของตน และคร่ำครวญต่อกันและกัน”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เอเสเคียลจะเป็นหมายสำคัญแก่เจ้าทั้งหลายดังนี้ คือสิ่งสารพัดที่เขาได้กระทำแล้วนั้น เจ้าทั้งหลายก็จะกระทำตาม และเมื่อเหตุการณ์นี้มาถึง เจ้าทั้งหลายจะรู้ว่าเราคือองค์พระผู้เป็นเจ้าพระเจ้า อีกประการหนึ่ง บุตรแห่งมนุษย์เอ๋ย ในวันที่เราเอากำลังของเขาทั้งหลายไปเสีย คือความชื่นชมแห่งสง่าราศีของเขา ความปรารถนาแห่งตาของเขา และสิ่งที่จิตใจของเขาผูกพันอยู่ คือบุตรชายและบุตรหญิงของเขา จะมิใช่หรือว่าในวันนั้น ผู้ที่หนีรอดจะมาหาเจ้า เพื่อให้เจ้าฟังเรื่องนั้นด้วยหูของเจ้าเอง ในวันนั้นปากของเจ้าจะเปิดแก่ผู้ที่หนีรอดมา และเจ้าจะพูด และจะไม่เป็นใบ้อีกต่อไป เจ้าเองจะเป็นหมายสำคัญแก่เขาทั้งหลาย และเขาทั้งหลายจะรู้ว่าเราคือพระยาห์เวห์ เอเสเคียล 24:1, 15–27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อัลฟาของการล้อมนั้นคือความตายของสิ่งอันเป็นที่ปรารถนาของเอเสเคียล และโอเมกาคือความตายของสิ่งอันเป็นที่ปรารถนาของอิสราเอล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ได้ยิน แต่ไม่ได้ยิน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มีอยู่ห้าครั้งที่พวกผู้ใหญ่หรือประชาชนถูกพรรณนาในลักษณะหนึ่งว่าเป็นผู้ฟังเอเสเคียล ใน เอเสเคียล 8:1 พวกผู้ใหญ่แห่งยูดาห์นั่งอยู่ต่อหน้าเขา ใน เอเสเคียล 14:1 พวกผู้ใหญ่มาหาและนั่งอยู่ต่อหน้าเขา ใน เอเสเคียล 20:1 พวกผู้ใหญ่แห่งอิสราเอลมาทูลถามพระยาห์เวห์ ใน เอเสเคียล 37:18 พระเจ้าตรัสกับเอเสเคียลว่า “เมื่อชนชาติแห่งประชากรของเจ้าจะกล่าวแก่เจ้าว่า ท่านจะไม่สำแดงแก่เราหรือว่าสิ่งเหล่านี้หมายความว่าอย่างไร?” ในบทที่ยี่สิบสี่ ประชาชนทูลถามโดยตรงว่า “ท่านจะไม่บอกแก่เราหรือว่าสิ่งเหล่านี้มีความหมายแก่เราอย่างไร ที่ท่านกระทำเช่นนี้?” ในทั้งห้ากรณี พวกผู้ใหญ่หรือประชาชนอยู่ในสภาพแบบเลาดีเซีย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และพระองค์ตรัสว่า “จงไปกล่าวแก่ชนชาตินี้ว่า ‘พวกเจ้าจะได้ยินก็จริง แต่จะไม่เข้าใจ; และจะได้เห็นก็จริง แต่จะไม่สำนึก’ จงกระทำให้ใจของชนชาตินี้ด้านชาไป และทำให้หูของเขาหนัก และปิดตาของเขาเสีย; เกรงว่าเขาจะเห็นด้วยตาของตน และได้ยินด้วยหูของตน และเข้าใจด้วยใจของตน แล้วจะหันกลับมา และได้รับการรักษา” อิสยาห์ 6:9, 10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ภาพแทนทั้งห้าประการของผู้คนที่ได้ยินแต่ไม่ยิน และภาพแทนทั้งห้าประการของผู้คนที่มองเห็นแต่ไม่เห็นนั้น สอดคล้องกับห้าขั้นของบรรดาผู้ที่ปฏิเสธจะเห็นและจะยิน ในคำพยานของอิสยาห์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แต่พระวจนะของพระยาห์เวห์ก็เป็นแก่เขาทั้งหลายว่า “ข้อบังคับซ้อนข้อบังคับ ข้อบังคับซ้อนข้อบังคับ บรรทัดซ้อนบรรทัด บรรทัดซ้อนบรรทัด ที่นี่นิด ที่นั่นหน่อย” เพื่อว่าเขาทั้งหลายจะได้เดินไป และล้มลงหงายหลัง และแตกหัก และติดบ่วง และถูกจับไป อิสยาห์ 28:13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และคนเป็นอันมากในหมู่พวกเขาจะสะดุด และล้มลง และแตกหัก และติดบ่วง และถูกจับไป อิสยาห์ 8:15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หมายสำคัญ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ในบทที่ยี่สิบสี่ของเอเสเคียล ช่วงเวลาที่เริ่มต้นด้วยการล้อมเมืองและการตายของภรรยาของเอเสเคียล—ผู้เป็นที่ปรารถนาแห่งดวงตาของเขา—สิ้นสุดลงด้วยความตายของกรุงเยรูซาเล็ม—ผู้เป็นที่ปรารถนาแห่งดวงตาของอิสราเอล การล้อมเมืองซึ่งกินเวลาหนึ่งปีครึ่งนั้นมีลายเซ็นของอัลฟาและโอเมกา และช่วงเวลานี้เริ่มต้นและสิ้นสุดลงด้วยหมายสำคัญ ดังเช่นในเอเสเคียลบทที่ยี่สิบสี่ พระเยซูทรงระบุหมายสำคัญของการล้อมเมืองไว้ในมัทธิวบทที่ยี่สิบสี่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“พระวจนะของพระคริสต์ได้ตรัสขึ้นต่อหน้ามหาชนเป็นอันมาก แต่เมื่อพระองค์ประทับตามลำพัง เปโตร ยอห์น ยากอบ และอันดรูว์ได้เข้ามาหาพระองค์ ขณะพระองค์ประทับนั่งอยู่บนภูเขามะกอกเทศ ‘ขอทรงบอกพวกข้าพระองค์เถิด’ พวกเขาทูลว่า ‘เหตุการณ์เหล่านี้จะเกิดขึ้นเมื่อใด? และอะไรจะเป็นหมายสำคัญแห่งการเสด็จมาของพระองค์ และแห่งอวสานของโลก?’ พระเยซูมิได้ทรงตอบเหล่าสาวกโดยทรงแยกกล่าวต่างหากถึงการพินาศของกรุงเยรูซาเล็มและวันยิ่งใหญ่แห่งการเสด็จมาของพระองค์ แต่ทรงผสานคำพรรณนาถึงเหตุการณ์ทั้งสองนี้เข้าด้วยกัน หากพระองค์ทรงเปิดเผยเหตุการณ์ในอนาคตแก่เหล่าสาวกตามที่พระองค์ทอดพระเนตรเห็น พวกเขาก็คงไม่อาจทนต่อภาพนั้นได้ ด้วยพระเมตตาต่อพวกเขา พระองค์จึงทรงรวมคำพรรณนาของวิกฤตการณ์ยิ่งใหญ่ทั้งสองไว้ด้วยกัน โดยทรงปล่อยให้เหล่าสาวกพิจารณาความหมายด้วยตนเอง เมื่อพระองค์ตรัสถึงการพินาศของกรุงเยรูซาเล็ม พระวจนะเชิงพยากรณ์ของพระองค์ได้เลยพ้นเหตุการณ์นั้นไปถึงเพลิงผลาญครั้งสุดท้ายในวันนั้น เมื่อองค์พระผู้เป็นเจ้าจะทรงลุกขึ้นจากสถานที่ของพระองค์เพื่อลงโทษโลกเพราะความชั่วช้าของพวกเขา เมื่อแผ่นดินโลกจะเปิดเผยโลหิตของตน และจะไม่ปกปิดผู้ที่ถูกฆ่าอีกต่อไป คำปราศรัยทั้งหมดนี้ได้ประทานไว้ มิใช่เพื่อเหล่าสาวกเท่านั้น แต่เพื่อบรรดาผู้ที่จะดำรงชีวิตอยู่ในฉากสุดท้ายแห่งประวัติศาสตร์ของโลกนี้ด้วย”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พระคริสต์ทรงหันไปยังเหล่าสาวกและตรัสว่า “จงระวังอย่าให้ผู้ใดล่อลวงท่านทั้งหลาย เพราะว่าจะมีคนเป็นอันมากมาในนามของเรา กล่าวว่า เราเป็นพระคริสต์ และจะล่อลวงคนเป็นอันมาก” พระเมสสิยาห์เทียมเท็จจำนวนมากจะปรากฏขึ้น โดยอ้างว่ากระทำการอัศจรรย์ และประกาศว่าเวลาที่ชนชาติยิวจะได้รับการปลดปล่อยนั้นมาถึงแล้ว คนเหล่านี้จะชักนำคนเป็นอันมากให้หลงผิด พระวจนะของพระคริสต์ได้สำเร็จเป็นจริงแล้ว ระหว่างการสิ้นพระชนม์ของพระองค์กับการล้อมกรุงเยรูซาเล็ม ได้มีพระเมสสิยาห์เทียมเท็จจำนวนมากปรากฏขึ้น แต่คำเตือนนี้ได้ประทานแก่ผู้ที่ดำเนินชีวิตอยู่ในยุคสมัยนี้ของโลกด้วยเช่นกัน การล่อลวงแบบเดียวกันกับที่ได้กระทำก่อนการทำลายกรุงเยรูซาเล็มนั้น ได้ถูกกระทำตลอดหลายยุคสมัย และจะถูกกระทำอีกครั้งหนึ่ง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“‘และท่านทั้งหลายจะได้ยินเรื่องสงครามและข่าวลือเรื่องสงคราม จงระวังอย่าให้ใจครั่นคร้าม เพราะเหตุการณ์ทั้งสิ้นเหล่านี้จำต้องบังเกิดขึ้น แต่ที่สุดปลายยังมาไม่ถึง’ ก่อนการพินาศของกรุงเยรูซาเล็ม มนุษย์ทั้งหลายได้ต่อสู้แย่งชิงความเป็นใหญ่ จักรพรรดิหลายองค์ถูกลอบปลงพระชนม์ ผู้ที่ควรจะยืนอยู่ถัดจากพระที่นั่งก็ถูกสังหาร มีทั้งสงครามและข่าวลือเรื่องสงคราม ‘เหตุการณ์ทั้งสิ้นเหล่านี้จำต้องบังเกิดขึ้น’ พระคริสต์ตรัส ‘แต่ที่สุดปลาย [ของชนชาติยิวในฐานะชนชาติหนึ่ง] ยังมาไม่ถึง เพราะว่าชนชาติจะลุกขึ้นต่อสู้ชนชาติ และอาณาจักรต่อสู้อาณาจักร และจะเกิดกันดารอาหาร โรคระบาด และแผ่นดินไหวในที่ต่าง ๆ สิ่งทั้งปวงนี้เป็นเพียงการเริ่มต้นแห่งความทุกข์ลำบาก’ พระคริสต์ตรัสว่า เมื่อพวกรับบีเห็นหมายสำคัญเหล่านี้ พวกเขาจะประกาศว่านี่เป็นการพิพากษาของพระเจ้าที่มีเหนือบรรดาประชาชาติ เพราะได้กักขังประชากรที่ทรงเลือกสรรของพระองค์ไว้ในความเป็นทาส พวกเขาจะประกาศว่าหมายสำคัญเหล่านี้เป็นสัญญาณแห่งการเสด็จมาของพระเมสสิยาห์ อย่าถูกล่อลวงเลย สิ่งเหล่านี้เป็นจุดเริ่มต้นแห่งการพิพากษาของพระองค์ ประชาชนได้มองดูตนเอง พวกเขามิได้กลับใจใหม่และหันกลับมาหาเรา เพื่อเราจะได้รักษาเขาให้หาย หมายสำคัญที่พวกเขาอ้างว่าเป็นสัญญาณแห่งการหลุดพ้นจากความเป็นทาสนั้น แท้จริงเป็นสัญญาณแห่งความพินาศของพวกเขา” The Desire of Ages, 628.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การล้อมกรุงเยรูซาเล็มในปี ค.ศ. 66 มีหมายสำคัญคือการที่โรมนำธงมาตรฐานของตนเข้าไปตั้งไว้ในบริเวณพระวิหาร คำอธิบายของพระเยซูเกี่ยวกับเหตุการณ์ในช่วงปี ค.ศ. 66 ถึง 70 ได้เชื่อมโยงการทำลายในปี ค.ศ. 70 เข้ากับการเสด็จมาครั้งที่สองของพระองค์ และมีหมายสำคัญประการหนึ่งที่สัมพันธ์กับการเสด็จมาครั้งที่สองของพระองค์ด้วย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“ในไม่ช้าสายตาของเราก็ถูกดึงไปทางทิศตะวันออก เพราะมีเมฆดำก้อนเล็กปรากฏขึ้น มีขนาดประมาณครึ่งหนึ่งของฝ่ามือมนุษย์ ซึ่งเราทุกคนต่างรู้ว่านั่นคือหมายสำคัญแห่งบุตรมนุษย์” The Day Star, 1846.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จุดเริ่มต้นและจุดสิ้นสุดของประวัติศาสตร์ช่วง ค.ศ. 66 ถึง 70 มีหมายสำคัญประการหนึ่งที่สัมพันธ์กับการเริ่มต้นของการล้อมและการทำลายเมือง ซึ่งสอดคล้องกับหมายสำคัญแห่งอัลฟาและโอเมกาของการตายของสิ่งอันเป็นที่ปรารถนาแห่งนัยน์ตาในปี 587 ก่อน ค.ศ. และ 586 ก่อน ค.ศ.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ประวัติศาสตร์ของการล้อมนครหนึ่งปีครึ่งเป็น “หมายสำคัญ” สำหรับยุคสุดท้าย หญิงพรหมจารีที่โง่เขลาซึ่งปรากฏเป็นตัวแทนอยู่ในประวัติศาสตร์ของเอเสเคียลนั้น มีคู่ขนานในประวัติศาสตร์ของหญิงพรหมจารีที่มีปัญญา ผู้ซึ่งเห็นหมายสำคัญแห่งการล้อมนครในปี ค.ศ. 66 และได้หนีไปสู่ที่ปลอดภัย การล้อมนครหนึ่งปีครึ่งคือหมายสำคัญที่สำแดงผู้นมัสการออกเป็นสองจำพวก จำพวกหนึ่งจะเข้าใจหมายสำคัญนั้น แต่อีกจำพวกหนึ่งซึ่งอิสยาห์กล่าวแทนไว้ว่าเป็น “คนจำนวนมาก” จะไม่เห็นและจะไม่ได้ยิน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คนมากและคนน้อย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แล้วกษัตริย์ตรัสแก่พวกผู้รับใช้ว่า จงมัดมือมัดเท้าเขา พาเขาออกไปเสีย และโยนเขาเข้าไปในความมืดภายนอก ที่นั่นจะมีการร้องไห้คร่ำครวญและขบเขี้ยวเคี้ยวฟัน เพราะว่ามีคนเป็นอันมากที่ได้รับการทรงเรียก แต่มีน้อยคนที่ทรงเลือกไว้ มัทธิว 22:13, 14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ฉะนั้น คนสุดท้ายจะกลับเป็นคนต้น และคนต้นจะกลับเป็นคนสุดท้าย เพราะว่ามีคนจำนวนมากที่ได้รับการทรงเรียก แต่มีเพียงไม่กี่คนที่ได้รับการทรงเลือก มัทธิว 20:16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เพื่อจะเห็นและได้ยิน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ในพระธรรมเอเสเคียลมีอุปมาเชิงการแสดงอยู่ห้าประการ และยังมีอีกห้าครั้งที่เอเสเคียลกล่าวแก่บรรดาผู้นำและประชาชน พยานทั้งสองนั้นชี้ให้เห็นหญิงพรหมจารีโง่เขลาทั้งห้าคน ผู้ปฏิเสธที่จะ ‘เห็น’ และปฏิเสธที่จะ ‘ได้ยิน’ พวกเขาปฏิเสธที่จะเห็นหรือได้ยินความรู้ซึ่งทวีขึ้น เมื่อพระเยซู ผู้ทรงเป็นสิงห์แห่งเผ่ายูดาห์ ทรงแกะตราพระวจนะเชิงพยากรณ์ของพระองค์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โลกจะได้เห็นและได้ยิน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ชาวโลกทั้งสิ้น และบรรดาผู้อาศัยอยู่บนแผ่นดินโลกเอ๋ย เมื่อพระองค์ทรงชูธงสัญญาณขึ้นบนภูเขาทั้งหลาย ท่านทั้งหลายจงมองดู; และเมื่อพระองค์ทรงเป่าแตร ท่านทั้งหลายจงฟังเถิด อิสยาห์ 18:3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และในวันนั้น คนหูหนวกจะได้ยินถ้อยคำแห่งหนังสือ และนัยน์ตาของคนตาบอดจะมองเห็นพ้นจากความมัวสลัว และพ้นจากความมืด อิสยาห์ 29:18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ประชากรของเราที่โง่เขลาและเขลาปัญญา ไม่มีความรู้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อีกนานเท่าใดข้าพเจ้าจึงจะเห็นธงสัญญาณ และได้ยินเสียงแตร? เพราะประชากรของเราโง่เขลา เขาไม่รู้จักเรา เขาเป็นบุตรที่เขลา และไม่มีความเข้าใจ เขาฉลาดในการกระทำชั่ว แต่ในการกระทำดีนั้นเขาไม่มีความรู้ เยเรมีย์ 4:21, 22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จงประกาศสิ่งนี้ในวงศ์วานของยาโคบ และเผยแพร่สิ่งนี้ในยูดาห์ว่า จงฟังเถิด โอ ประชาชนที่โง่เขลาและปราศจากความเข้าใจ ผู้มีตาแต่ไม่เห็น ผู้มีหูแต่ไม่ได้ยิน เยเรมีย์ 5:20, 21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วงศ์วานที่กบฏ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พระวจนะของพระยาห์เวห์มาถึงข้าพเจ้าอีกว่า “บุตรแห่งมนุษย์เอ๋ย เจ้าอาศัยอยู่ท่ามกลางวงศ์วานที่กบฏ ซึ่งมีตาที่จะเห็น แต่ไม่เห็น มีหูที่จะได้ยิน แต่ไม่ได้ยิน เพราะเขาทั้งหลายเป็นวงศ์วานที่กบฏ” เอเสเคียล 12:1, 2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เหตุฉะนั้นเราจึงกล่าวแก่เขาทั้งหลายเป็นคำอุปมา เพราะว่าแม้เขาเห็นก็หาเห็นไม่ และแม้เขาได้ยินก็หาได้ยินไม่ ทั้งไม่เข้าใจด้วย และคำพยากรณ์ของเอสายยาห์ก็สำเร็จในเขาทั้งหลาย ซึ่งกล่าวว่า ‘เจ้าทั้งหลายจะได้ยินก็จริง แต่จะไม่เข้าใจ และจะดู ก็จริง แต่จะไม่เห็นแจ้ง เพราะว่าจิตใจของชนชาตินี้ก็เฉื่อยชาไป หูของเขาก็หนัก และตาของเขาก็ปิดเสีย เกลือกว่าเขาจะเห็นด้วยตา และได้ยินด้วยหู และเข้าใจด้วยใจ แล้วจะหันกลับมา และเราจะรักษาเขาให้หาย’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แต่ตาของท่านทั้งหลายเป็นสุข เพราะได้เห็น; และหูของท่านทั้งหลายเป็นสุข เพราะได้ยิน เพราะเราบอกความจริงแก่ท่านทั้งหลายว่า ผู้เผยพระวจนะและคนชอบธรรมเป็นอันมากได้ปรารถนาจะเห็นสิ่งซึ่งท่านทั้งหลายเห็น แต่ก็ไม่ได้เห็น; และจะได้ยินสิ่งซึ่งท่านทั้งหลายได้ยิน แต่ก็ไม่ได้ยิน มัทธิว 13:13–17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วิถีโบราณ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พระยาห์เวห์ตรัสดังนี้ว่า “จงยืนอยู่ที่ทางทั้งหลายและพิจารณาดู และจงถามถึงบรรดามรรคาโบราณ ว่าทางดีอยู่ที่ไหน แล้วจงดำเนินในทางนั้น และเจ้าทั้งหลายจะพบความสงบพักผ่อนสำหรับจิตวิญญาณของตน แต่พวกเขากล่าวว่า ‘พวกเราจะไม่ดำเนินในทางนั้น’ อีกทั้งเราได้ตั้งยามเฝ้าเหนือพวกเจ้า โดยกล่าวว่า ‘จงฟังเสียงแตรเถิด’ แต่พวกเขากล่าวว่า ‘พวกเราจะไม่ฟัง’” เยเรมีย์ 6:16, 17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ข่าวสารแห่ง ค.ศ. 1840–1844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“สารทั้งปวงที่ได้ประทานตั้งแต่ปี 1840–1844 จะต้องถูกนำเสนอด้วยพลังในบัดนี้ เพราะมีผู้คนเป็นอันมากที่ได้สูญเสียทิศทางของตนไป สารเหล่านี้จะต้องส่งไปยังคริสตจักรทั้งปวง”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“พระคริสต์ตรัสว่า ‘นัยน์ตาของท่านทั้งหลายก็เป็นสุข เพราะมองเห็น; และหูของท่านทั้งหลายก็เป็นสุข เพราะได้ยิน ด้วยเราบอกความจริงแก่ท่านทั้งหลายว่า ผู้เผยพระวจนะและคนชอบธรรมเป็นอันมากได้ปรารถนาจะเห็นสิ่งซึ่งท่านทั้งหลายเห็น แต่ก็หาได้เห็นไม่; และจะได้ยินสิ่งซึ่งท่านทั้งหลายได้ยิน แต่ก็หาได้ยินไม่’ [Matthew 13:16, 17] นัยน์ตาที่ได้เห็นสิ่งทั้งหลายซึ่งได้ถูกเห็นในปี 1843 และ 1844 ก็เป็นสุข”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“ข่าวสารนั้นได้ถูกมอบให้แล้ว และไม่ควรมีการล่าช้าในการประกาศข่าวสารนั้นซ้ำอีก เพราะหมายสำคัญแห่งกาลเวลากำลังสำเร็จครบถ้วน; งานปิดท้ายจะต้องกระทำให้สำเร็จ จะมีงานอันยิ่งใหญ่กระทำขึ้นในเวลาอันสั้น โดยการทรงกำหนดของพระเจ้า อีกไม่นานจะมีข่าวสารถูกมอบให้ ซึ่งจะขยายก้องออกเป็นเสียงร้องอันดังยิ่ง แล้วดาเนียลจะยืนอยู่ในส่วนของตน เพื่อให้คำพยานของตน” Manuscript Releases, volume 21, 437.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หมายสำคัญแห่งการล้อมเมือง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ในหนังสือเอเสเคียลมีอยู่ห้าครั้งที่ท่านได้ “แสดง” คำอุปมาออกมาเป็นการกระทำ ซึ่งประชาชนปฏิเสธที่จะมองเห็น และอีกห้าครั้งที่ท่านได้ “กล่าว” แก่คนเหล่านั้น ผู้ซึ่งปฏิเสธที่จะฟัง พยานทั้งสอง คือการแสดงคำอุปมาและการกล่าวนั้น ได้ถูกนำเสนอต่อหญิงพรหมจารีเขลาทั้งห้า หนึ่งในคำอุปมาที่แสดงออกมาเป็นการกระทำ ซึ่งปรากฏอยู่ในบทที่สี่ เป็นภาพแทนของ “หมายสำคัญ” แห่งการล้อมเมือง อันเป็นคำเตือนถึงความพินาศที่กำลังจะมาถึง สารของเอเสเคียลคือสารถึงเลาดีเซีย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“หมายสำคัญ” ที่ประทานแก่เลาดีเซียคือ ‘หมายสำคัญแห่งการล้อมเมือง’ และการล้อมเมืองในวาระสุดท้ายนั้นได้รับการเป็นพยานโดยพยานหลายประการ หมายสำคัญเพียงประการเดียวที่ประทานแก่พวกยิวในสมัยของพระคริสต์คือหมายสำคัญของโยนาห์ ผู้ซึ่งเป็นภาพอุปมาเชิงการกระทำถึงสามวันในท้องปลาใหญ่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ครั้งนั้น พวกธรรมาจารย์และพวกฟาริสีบางคนทูลตอบว่า “อาจารย์เจ้าข้า พวกข้าพเจ้าปรารถนาจะเห็นหมายสำคัญจากท่าน” แต่พระองค์ตรัสตอบเขาว่า “ชั่วอายุที่ชั่วร้ายและล่วงประเวณีแสวงหาหมายสำคัญ และจะไม่ประทานหมายสำคัญแก่ชั่วอายุนั้นเลย เว้นไว้แต่หมายสำคัญของโยนาห์ผู้เผยพระวจนะ เพราะว่าโยนาห์ได้อยู่ในท้องปลาวาฬสามวันสามคืนฉันใด บุตรมนุษย์ก็จะอยู่ในใจกลางแผ่นดินโลกสามวันสามคืนฉันนั้น” มัทธิว 12:38–40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หมายสำคัญของโยนาห์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หมายสำคัญของโยนาห์เป็นอุปมาที่แสดงออกเป็นการกระทำถึงการเป็นขึ้นจากความตาย ยอห์นก็เป็นตัวแทนของความจริงเดียวกันนั้น เพราะเขาถูกโยนลงในหม้อน้ำมันเดือดพล่าน และออกมามีชีวิตอยู่ ดาเนียลในถ้ำสิงโตและชายผู้ประเสริฐทั้งสามในเตาไฟของเนบูคัดเนสซาร์เป็นภาพแทนของการเป็นขึ้นจากความตาย ทั้งหมดนี้เป็นภาพแทนของหนึ่งแสนสี่หมื่นสี่พันคนที่เป็นขึ้นในพระธรรมวิวรณ์บทที่สิบเอ็ด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“บัดนี้ความนึกคิดของพระผู้ช่วยให้รอดได้หวนกลับจากการใคร่ครวญถึงอดีตและอนาคต ขณะที่ประชาชนกำลังพยายามอธิบายสิ่งที่ตนได้เห็นและได้ยินตามความประทับใจที่เกิดขึ้นในจิตใจของตน และตามความสว่างที่ตนมีอยู่นั้น ‘พระเยซูตรัสตอบว่า เสียงนี้มิได้มาเพราะเรา แต่มาเพื่อท่านทั้งหลาย’ นี่เป็นพยานหลักฐานสูงสุดแห่งการทรงเป็นพระเมสสิยาห์ของพระองค์ เป็นสัญญาณจากพระบิดาว่าพระเยซูได้ตรัสความจริง และทรงเป็นพระบุตรของพระเจ้า พวกยิวจะหันเหจากพยานหลักฐานซึ่งมาจากสวรรค์เบื้องสูงนี้หรือ? ครั้งหนึ่งพวกเขาเคยทูลถามพระผู้ช่วยให้รอดว่า ท่านสำแดงหมายสำคัญอะไรแก่เรา เพื่อเราจะได้เห็นและเชื่อ? ได้มีหมายสำคัญนับไม่ถ้วนประทานให้ตลอดทั่วทั้งพันธกิจของพระคริสต์ กระนั้นพวกเขาก็ปิดตาของตนและกระทำใจให้แข็งกระด้าง เกรงว่าตนจะต้องยอมรับความจริง อัศจรรย์อันยิ่งใหญ่ที่สุด คือการเป็นขึ้นจากตายของลาซารัส มิได้ขจัดความไม่เชื่อของพวกเขา หากกลับทำให้พวกเขาเต็มไปด้วยความมุ่งร้ายยิ่งขึ้น และบัดนี้เมื่อพระบิดาได้ตรัสแล้ว และพวกเขาจะเรียกร้องหมายสำคัญอื่นใดอีกไม่ได้ ใจของพวกเขาก็มิได้อ่อนลง และพวกเขายังคงปฏิเสธที่จะเชื่อ” Spirit of Prophecy, volume 3, 79.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ลาซารัสเป็นหมายสำคัญแห่งการเป็นขึ้นจากตาย ดังที่โยนาห์ได้แสดงเป็นภาพไว้ในท้องปลาวาฬ พระสุรเสียงของพระบิดาที่เกี่ยวเนื่องกับลาซารัสผู้เป็นขึ้นจากตายนั้น เป็นตัวแทนของการรวมกันระหว่างสภาพพระเจ้าและสภาพมนุษย์ ซึ่งแน่นอนว่าเป็นธรรมชาติของพระคริสต์ ผู้ทรงรับเอาเนื้อหนังมนุษย์ไว้กับพระองค์เอง การรวมกันของสภาพพระเจ้ากับสภาพมนุษย์นั้นเป็นธงสัญญาณของหนึ่งแสนสี่หมื่นสี่พันคน และลาซารัสเป็นหมายสำคัญแห่งฤทธิ์อำนาจของการเป็นขึ้นจากตาย ซึ่งทำให้การเชื่อมประสานระหว่างพระผู้สร้างกับสิ่งทรงสร้างสำเร็จลง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“โดยการทรงให้ลาซารัสเป็นขึ้นจากตายนั้น หลายคนถูกนำให้เชื่อในพระเยซู เป็นพระประสงค์ของพระเจ้าที่ให้ลาซารัสต้องตายและถูกวางไว้ในอุโมงค์ก่อนที่พระผู้ช่วยให้รอดจะเสด็จมาถึง การทรงให้ลาซารัสเป็นขึ้นจากตายเป็นอัศจรรย์อันยิ่งใหญ่สูงสุดของพระคริสต์ และเพราะเหตุนี้ หลายคนจึงถวายพระเกียรติแด่พระเจ้า” Manuscript Releases, volume 21, 111.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ลาซารัสได้นำหน้าในการเสด็จเข้าสู่กรุงเยรูซาเล็มอย่างมีชัย และเขาคือ “หมายสำคัญ” ที่มีชีวิตแห่งการเป็นขึ้นจากตายซึ่งโยนาห์เป็นภาพประกอบนั้น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“ลาซารัส ผู้ซึ่งร่างกายของเขาได้เห็นความเน่าเปื่อยในอุโมงค์ฝังศพ แต่บัดนี้ชื่นชมยินดีในกำลังแห่งความเป็นชายอันรุ่งโรจน์ ได้นำสัตว์ที่พระผู้ช่วยให้รอดทรงประทับนั้นไป” The Desire of Ages, 572.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การเสด็จเข้าอย่างมีชัยนั้นสอดคล้องกับการประชุมค่ายที่เอ็กซีเตอร์ ซึ่งเป็นความสำเร็จลุล่วงขั้นอัลฟาของอุปมาเรื่องหญิงพรหมจารีสิบคน และด้วยเหตุนั้นจึงเชื่อมโยง “หมายสำคัญ” ของโยนาห์และลาซารัสเข้ากับความสำเร็จลุล่วงขั้นโอเมกาและความสำเร็จลุล่วงอย่างสมบูรณ์ของการประกาศข่าวสารว่า “ดูเถิด เจ้าบ่าวเสด็จมาแล้ว!”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“ข้าพเจ้ามักถูกชี้ให้พิจารณาอุปมาเรื่องหญิงพรหมจารีสิบคน ซึ่งห้าคนมีปัญญา และอีกห้าคนโง่เขลา อุปมานี้ได้สำเร็จและจะสำเร็จตามตัวอักษรทุกประการ เพราะมีการประยุกต์ใช้เป็นพิเศษสำหรับยุคสมัยนี้ และเช่นเดียวกับข่าวสารของทูตสวรรค์องค์ที่สาม อุปมานี้ได้สำเร็จแล้วและจะยังคงเป็นความจริงสำหรับปัจจุบันจนถึงวาระสุดท้ายของกาลเวลา” Review and Herald, August 19, 1890.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โยนาห์ ลาซารัส และซามูเอล สโนว์ ซึ่งมาถึงการประชุมค่ายที่เอ็กซีเตอร์ล่าช้า สอดคล้องกับ “หมายสำคัญแห่งการล้อมเมือง” ของเอเสเคียล ลาซารัสได้นำพระคริสต์เข้าสู่กรุงเยรูซาเล็มบนหลังลา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“เบตส์เป็นหนึ่งในผู้นำคนสำคัญในการประชุมค่ายที่เอ็กซีเตอร์ (มลรัฐนิวแฮมป์เชียร์) ในเดือนสิงหาคม ค.ศ. 1844 เมื่อมีการนำเสนอ ‘เสียงร้องเที่ยงคืนที่แท้จริง’ เป็นครั้งแรก บังเอิญว่าเบตส์เป็นผู้เทศนาที่ได้รับเลือกสำหรับการนมัสการภาคเช้าในค่ายวันนั้น เขากำลังเตือนสติผู้ฟังของตนให้ซื่อสัตย์ และยืนยันกับพวกเขาอย่างสงบว่าพระเจ้ากำลังทรงทดสอบพวกเขาเท่านั้น ว่าพวกเขาอยู่ในช่วงเวลาแห่งการรอคอย และถ้อยคำในทำนองเดียวกันนั้น เมื่อซามูเอล เอส. สโนว์ ขี่ม้าเข้ามาในค่าย เมื่อเข้าไปนั่งข้างพี่สาวของตน คือ นางจอห์น เคาช์ สโนว์ได้ย้ำความเชื่อมั่นของตนอีกครั้งว่าพระคริสต์จะทรงปรากฏตามเวลาที่กำหนดไว้ นางเคาช์ซึ่งได้รับความสะเทือนใจอย่างยิ่ง ได้ทำให้ผู้ฟังทั้งหลายตกตะลึงด้วยการลุกขึ้นประกาศว่า ‘นี่คือชายผู้มีข่าวสารจากพระเจ้า!’” Leroy Froom, The Prophetic Faith of our Fathers, volume 4, 549.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ในเดือนเมษายน ค.ศ. 1521 มาร์ติน ลูเทอร์ได้เดินทางด้วยเกวียนม้าไปยังสภาแห่งวอร์มส์ ซึ่งที่นั่นเขาได้ปฏิเสธประเพณีและจารีตของพระสันตะปาปา และกล่าวว่า “เว้นแต่ข้าพเจ้าจะได้รับการชักจูงด้วยพยานหลักฐานจากพระคัมภีร์หรือด้วยเหตุผลอันแจ่มชัด… ข้าพเจ้าไม่อาจและจะไม่ถอนคำใด ๆ ทั้งสิ้น เพราะการกระทำที่ขัดต่อมโนธรรมย่อมไม่ปลอดภัยและไม่ถูกต้อง ข้าพเจ้ายืนอยู่ ณ ที่นี้ ข้าพเจ้าไม่อาจทำเป็นอย่างอื่นได้ ขอพระเจ้าทรงช่วยข้าพเจ้าด้วย อาเมน”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เช่นเดียวกับที่พวกฟาริสีได้ต่อต้านการเสด็จเข้าสู่กรุงอย่างมีชัยของพระคริสต์ บรรดาเจ้าหน้าที่ฝ่ายพระสันตะปาปาก็ได้ต่อต้านการเข้าสู่เมืองของลูเทอร์ด้วย จากนั้นลูเทอร์ได้เปลี่ยนชื่อของตน (ซึ่งเป็นสัญลักษณ์ของการประทับตรา) และถูกซ่อนไว้ขณะเขาแปลพระคัมภีร์พันธสัญญาใหม่เป็นภาษาเยอรมัน การปรากฏตัวของเขาที่สภาไดเอทแห่งวอร์มส์เป็นภาพต้นแบบของเสียงร้องเวลาเที่ยงคืน ซึ่งนำไปสู่กฤษฎีกาประหารชีวิตจากบรรดาเจ้าหน้าที่ฝ่ายศาสนจักรและรัฐในยุคนั้น อันเป็นภาพต้นแบบของกฎหมายวันอาทิตย์ ดังนั้น ภายหลังการหลบซ่อนอยู่สิบเดือนภายใต้นามว่า ‘Junker Jörg’ ภัยคุกคามจากฝ่ายผู้มีอำนาจก็ได้เปลี่ยนไป โดยส่วนใหญ่ไปเป็นปัญหาทางทหารสองประการที่ชาร์ลส์ที่ 5 ผู้เสื่อมทรามกำลังเผชิญอยู่ ภัยคุกคามทางทหารสองประการนั้นคือฝรั่งเศสและอิสลาม ซึ่งเป็นตัวแทนของพันธมิตรอธรรมเดียวกันระหว่างสังคมนิยมกับอิสลามที่กำลังเผชิญหน้ากับมวลมนุษย์ในปัจจุบัน</w:t>
      </w:r>
      <w:r>
        <w:rPr>
          <w:rFonts w:ascii="Nirmala UI" w:hAnsi="Nirmala UI" w:eastAsia="Nirmala UI" w:cs="Nirmala UI"/>
        </w:rPr>
        <w:t>।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“พระราชกิจของพระเจ้าในแผ่นดินโลก แสดงให้เห็นความคล้ายคลึงกันอย่างน่าประทับใจในทุกการปฏิรูปครั้งใหญ่หรือทุกความเคลื่อนไหวทางศาสนา ตลอดทุกยุคทุกสมัย หลักการแห่งการที่พระเจ้าทรงปฏิบัติต่อมนุษย์นั้นคงเดิมเสมอ ความเคลื่อนไหวสำคัญในปัจจุบันมีสิ่งที่สอดคล้องกันกับความเคลื่อนไหวในอดีต และประสบการณ์ของคริสตจักรในยุคก่อน ๆ ก็มีบทเรียนอันทรงคุณค่าสำหรับยุคสมัยของเราเอง” The Great Controversy, 343.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ลาซารัสได้นำลามาต้อนรับพระคริสต์เข้าสู่กรุงเยรูซาเล็ม รถม้าที่ลากโดยม้าได้นำลูเทอร์ไปยังสภาแห่งวอร์มส์ และม้าได้นำสโนว์ไปยังการประชุมค่ายที่เอ็กซีเตอร์ ดังนั้นจึงระบุว่าทั้งลาและม้า ซึ่งต่างก็เป็นสมาชิกของวงศ์ “Equidae” ในสกุล “Equus” เป็นหมายสำคัญแห่งข่าวสารแห่งเสียงร้องในเวลาเที่ยงคืน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จงเปรมปรีดิ์อย่างยิ่งเถิด โอ ธิดาแห่งศิโยน; จงโห่ร้องเถิด โอ ธิดาแห่งเยรูซาเล็ม: ดูเถิด พระราชาของท่านเสด็จมาหาท่านแล้ว: พระองค์ทรงชอบธรรม และทรงนำความรอดมา; ทรงถ่อมพระองค์ และทรงม้าลา และบนลูกลาอ่อนซึ่งเป็นลูกของลา Zechariah 9:9.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หมายสำคัญของข่าวสารเสียงร้องเวลาเที่ยงคืนคือการมาถึงของลา หรือม้า ซึ่งทั้งสองเป็นสัญลักษณ์ของศาสนาอิสลาม ผู้สื่อสารที่ทรงเลือกไว้สำหรับข่าวสารแท้แห่งเสียงร้องเวลาเที่ยงคืนได้มาถึงโดยขี่ม้า สอดคล้องกับการที่พระคริสต์เสด็จมาบนหลังลา “การล้อมเมือง” ในวาระสุดท้ายนั้นถูกทำเครื่องหมายไว้ด้วยความสำเร็จเป็นจริงของการระบุของ Ellen White ว่าเมือง Nashville จะต้องถูกโจมตีด้วย “ลูกไฟ”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เหตุใดการล้อมโจมตีจึงเริ่มต้นขึ้นที่ลูกไฟแห่งแนชวิลล์? เป็นเพราะว่าอิสลามได้รับการแทนความหมายโดยลาและม้าในพระวจนะเชิงพยากรณ์ของพระเจ้าหรือ?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สเมอร์นา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จักรพรรดิเนโรเป็นเครื่องหมายแห่งการเริ่มต้นของคริสตจักรสเมอร์นา เมื่อกรุงโรมถูกเผาในปี ค.ศ. 64 วันที่ดังกล่าวเป็นเครื่องหมายแห่งการเริ่มต้นของการข่มเหงคริสตจักรคริสเตียนซึ่งดำเนินไปตลอดช่วงเวลาสองร้อยห้าสิบปี และสิ้นสุดลงที่ประกาศกฤษฎีกาแห่งมิลานในปี ค.ศ. 313 การก่อรูปขึ้นของรูปเคารพของสัตว์ร้ายนั้นเป็นสัญลักษณ์บอกระยะอัลฟาที่นำเข้าสู่ช่วงเวลาหนึ่งซึ่งสิ้นสุดลงด้วยสัญลักษณ์บอกระยะโอเมกา อันแสดงโดยเครื่องหมายของสัตว์ร้าย ณ กฎหมายวันอาทิตย์ซึ่งจะมาถึงในไม่ช้า ช่วงเวลาดังกล่าวถูกระบุว่าเริ่มต้นด้วย “กฤษฎีกา”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“หากผู้อ่านปรารถนาจะเข้าใจบรรดาเครื่องมือที่จะถูกนำมาใช้ในการต่อสู้ซึ่งใกล้จะมาถึง เขาก็เพียงแต่ต้องติดตามบันทึกแห่งวิธีการทั้งหลายที่โรมได้ใช้เพื่อเป้าหมายเดียวกันนั้นในยุคสมัยที่ผ่านมา หากเขาปรารถนาจะรู้ว่าพวกโรมันคาทอลิกและโปรเตสแตนต์ที่เป็นอันหนึ่งอันเดียวกันจะปฏิบัติต่อบรรดาผู้ที่ปฏิเสธหลักคำสอนของพวกเขาอย่างไร ก็ให้เขาพิจารณาจิตวิญญาณซึ่งโรมได้สำแดงต่อวันสะบาโตและต่อบรรดาผู้พิทักษ์รักษาวันนั้น”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“พระราชกฤษฎีกา สภาสังคายนาทั่วไป และข้อบัญญัติของคริสตจักรซึ่งได้รับการค้ำจุนด้วยอำนาจฝ่ายโลก เป็นขั้นตอนทั้งหลายที่ทำให้เทศกาลนอกศาสนาบรรลุตำแหน่งอันทรงเกียรติในโลกคริสเตียน มาตรการสาธารณะประการแรกที่บังคับให้ถือรักษาวันอาทิตย์ คือกฎหมายที่คอนสแตนตินตราขึ้น (ค.ศ. 321; ดูหมายเหตุภาคผนวกสำหรับหน้า 53) พระราชกฤษฎีกานี้กำหนดให้ชาวเมืองหยุดพักใน ‘วันอันน่าเคารพแห่งดวงอาทิตย์’ แต่อนุญาตให้ชาวชนบทยังคงประกอบกิจการเกษตรของตนต่อไป แม้โดยแท้จริงแล้วจะเป็นกฎหมายแบบคนนอกศาสนา แต่จักรพรรดิก็ทรงบังคับใช้ภายหลังจากที่ทรงรับนับถือคริสต์ศาสนาแต่เพียงในนาม” The Great Controversy, 574.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ระราชกฤษฎีกาฉบับแรกที่เป็นเครื่องหมายแห่งการเปลี่ยนผ่านจากคริสตจักรแห่งสเมอร์นาไปสู่คริสตจักรแห่งเปอร์กามอส คือกฤษฎีกาแห่งมิลานในปี ค.ศ. 313 กฤษฎีกานั้นเป็นก้าวแรกซึ่งนำไปสู่กฎหมายวันอาทิตย์ฉบับแรกในปี ค.ศ. 321 การทำลายกรุงเยรูซาเล็มเป็นแบบจำลองของกฎหมายวันอาทิตย์ และพยานฝ่ายพยากรณ์สองประการได้ชี้ให้เห็นถึงการล้อมเมืองที่เกิดขึ้นก่อนการทำลายนั้น การล้อมทั้งสองครั้งนั้น ซึ่งเป็นภาพแทนโดยการล้อมครั้งที่สามของบาบิโลนในปี 587 ก่อน ค.ศ. และการล้อมครั้งที่สองของโรมในปี ค.ศ. 70 บ่งชี้ว่าหมายสำคัญซึ่งมาก่อนหมายสำคัญแห่งกฎหมายวันอาทิตย์นั้น คือการล้อมเมืองเชิงพยากรณ์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เนบูคัดเนสซาร์ได้เข้าล้อมเยโฮยาคิม แล้วต่อมาเยโฮยาคีน และในที่สุดเศเดคียาห์ เซสติอุสได้เข้าล้อมในปี ค.ศ. 66 และได้ทำให้หมายสำคัญที่พระเยซูทรงประทานแก่คริสตจักรนั้นสำเร็จ ดังเช่นที่การล้อมครั้งที่สามในปี 587 ก่อน ค.ศ. มีหมายสำคัญคือการตายของภรรยาของเอเสเคียล หมุดหมายที่มาก่อนการทำลายกรุงเยรูซาเล็มคือการล้อมเมือง และยังเป็น “หมายสำคัญ” ด้วย หมุดหมายที่มาก่อนกฎหมายวันอาทิตย์ของปี 321 คือประกาศแห่งมิลาน ซึ่งเป็นจุดที่การเปลี่ยนผ่านจากคริสตจักร (สเมอร์นา) ที่ไม่มีคำตำหนิ ไปสู่เปอร์กามอน ซึ่งเป็นสัญลักษณ์ของคริสตจักรที่ประนีประนอม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ฉะนั้น พระราชกฤษฎีกาแห่งมิลานจึงเป็นจุดเริ่มต้นของการล้อมเชิงพยากรณ์ และเป็นหมายสำคัญด้วย อีกทั้งยังเป็นจุดที่ขบวนการเลาดีเซียของคนหนึ่งแสนสี่หมื่นสี่พันเปลี่ยนผ่านไปสู่ขบวนการฟีลาเดลเฟียของคนหนึ่งแสนสี่หมื่นสี่พัน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ฟิลาเดลเฟียและสเมอร์นาเป็นตัวแทนของคริสตจักรเพียงสองแห่งในบรรดาคริสตจักรทั้งเจ็ดแห่งในพระธรรมวิวรณ์ซึ่งไม่มีคำตำหนิ ข้อเท็จจริงนี้จึงชี้ให้เห็นว่า การเปลี่ยนผ่านนั้นคือการเปลี่ยนผ่านจากคริสตจักรนักรบไปสู่คริสตจักรผู้มีชัย การเปลี่ยนผ่านนั้นสอดคล้องกับกฤษฎีกาแห่งมิลาน ซึ่งในการนั้นขบวนการยุคสุดท้ายของคนหนึ่งแสนสี่หมื่นสี่พันคนได้กลายเป็นคริสตจักรที่แปดนั้น ซึ่งเป็นมาจากทั้งเจ็ด ฟิลาเดลเฟียและสเมอร์นายังเป็นคริสตจักรเพียงสองแห่งที่ต่อสู้กับบรรดาผู้ที่อ้างว่าตนเป็นยิว แต่ที่จริงแล้วเป็นของธรรมศาลาของซาตาน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หลักเขตแห่งกาลเวลาในปี 313 นั้นยังสอดคล้องกับการประชุมค่ายที่เมืองเอ็กซีเตอร์ ระหว่างวันที่ 12 ถึง 17 สิงหาคม ค.ศ. 1844 อีกด้วย เมื่อการประชุมค่ายสิ้นสุดลง ข่าวสารนั้นได้แผ่กวาดไปทั่วแนวชายฝั่งตะวันออกของสหรัฐอเมริการาวกับคลื่นมหาสมุทรที่ถาโถม จนกระทั่งประตูปิดลงในวันที่ 22 ตุลาคม ค.ศ. 1844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“ดังคลื่นยักษ์แห่งกระแสน้ำขึ้น การเคลื่อนไหวนั้นได้แผ่ปกคลุมไปทั่วแผ่นดิน จากเมืองหนึ่งไปสู่อีกเมืองหนึ่ง จากหมู่บ้านหนึ่งไปสู่อีกหมู่บ้านหนึ่ง และล่วงลึกเข้าไปถึงถิ่นชนบทอันห่างไกล จนประชากรของพระเจ้าผู้เฝ้าคอยอยู่ได้ถูกปลุกให้ตื่นตัวโดยสิ้นเชิง ความคลั่งไคล้แบบสุดโต่งก็สูญหายไปต่อหน้าการประกาศนี้ ดังน้ำค้างแข็งยามเช้าตรู่ที่มลายสิ้นไปต่อหน้าดวงอาทิตย์อันกำลังขึ้น บรรดาผู้เชื่อเห็นว่าความสงสัยและความฉงนสนเท่ห์ของตนถูกขจัดออกไป และความหวังกับความกล้าหาญได้ปลุกเร้าจิตใจของพวกเขา งานนั้นปราศจากความสุดโต่งทั้งหลายซึ่งมักปรากฏอยู่เสมอเมื่อมีความตื่นเต้นเร้าทางมนุษย์โดยปราศจากอิทธิพลควบคุมของพระวจนะและพระวิญญาณของพระเจ้า ในลักษณะของมัน งานนั้นคล้ายคลึงกับช่วงเวลาแห่งการถ่อมตนและการหวนกลับมาหาองค์พระผู้เป็นเจ้า ซึ่งในหมู่ชนอิสราเอลสมัยโบราณได้ติดตามมาภายหลังข่าวสารแห่งการตักเตือนจากผู้รับใช้ของพระองค์ มันมีลักษณะเฉพาะที่บ่งชี้ถึงพระราชกิจของพระเจ้าในทุกยุคทุกสมัย แทบไม่มีความชื่นชมยินดีอย่างเคลิบเคลิ้มเลย หากแต่มีการตรวจค้นจิตใจอย่างลึกซึ้ง การสารภาพบาป และการละทิ้งโลก ภาระแห่งจิตวิญญาณที่ทุกข์ร้อนอย่างถึงที่สุดคือการเตรียมพร้อมเพื่อพบองค์พระผู้เป็นเจ้า มีการอธิษฐานอย่างพากเพียร และการถวายตัวแด่พระเจ้าอย่างหมดสิ้นโดยไม่สงวนไว้เลย” The Great Controversy, 400, 401.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การปิดประตูในวันที่ 22 ตุลาคม ค.ศ. 1844 เป็นแบบอย่างล่วงหน้าถึงกฎหมายวันอาทิตย์ซึ่งจะมาถึงในไม่ช้า และหมายสำคัญที่เกิดขึ้นก่อนการปิดประตูของวันที่ 22 ตุลาคมนั้น คือการประชุมค่ายที่เอ็กซีเตอร์ ฉะนั้น การประชุมค่ายที่เอ็กซีเตอร์จึงสอดคล้องกับประกาศแห่งมิลาน อีกทั้งยังสอดคล้องกับการเสด็จเข้าสู่กรุงอย่างมีชัยของพระคริสต์ด้วย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“เสียงร้องในยามเที่ยงคืนนั้นมิได้อาศัยการโต้แย้งเป็นสำคัญ แม้ว่าพยานหลักฐานจากพระคัมภีร์จะชัดเจนและเด็ดขาดก็ตาม หากแต่มีฤทธิ์อำนาจเร้าเร่งประกอบอยู่ด้วย ซึ่งกระทบและขับเคลื่อนจิตวิญญาณ ไม่มีความสงสัย ไม่มีการตั้งคำถาม ในคราวที่พระคริสต์เสด็จเข้าสู่กรุงเยรูซาเล็มอย่างมีชัยชนะนั้น ประชาชนซึ่งชุมนุมมาจากทุกส่วนของแผ่นดินเพื่อถือเทศกาล ต่างหลั่งไหลไปยังภูเขามะกอกเทศ และเมื่อเขาทั้งหลายเข้าร่วมกับฝูงชนที่กำลังแห่แหนพระเยซูอยู่ พวกเขาก็ได้รับแรงบันดาลใจแห่งโมงยามนั้น และช่วยกันเปล่งเสียงร้องให้ดังกึกก้องว่า ‘สาธุการแด่พระองค์ผู้เสด็จมาในพระนามแห่งองค์พระผู้เป็นเจ้า!’ [Matthew 21:9.] ในทำนองเดียวกันนั้นเอง บรรดาผู้ไม่เชื่อซึ่งหลั่งไหลไปยังการประชุมของพวกแอ๊ดเวนตีส—บางคนด้วยความอยากรู้ บางคนเพียงเพื่อเยาะเย้ย—ก็ได้รู้สึกถึงฤทธิ์อำนาจแห่งการโน้มน้าวใจซึ่งมาพร้อมกับข่าวสารที่ว่า ‘ดูเถิด เจ้าบ่าวมาแล้ว!’” Spirit of Prophecy, volume 4, 250.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กฤษฎีกาแห่งมิลานเป็นหมุดหมายแห่งการล้อมตามคำพยากรณ์ ซึ่งเนบูคัดเนสซาร์ในปี 587 ก่อนคริสตกาล และเคสติอุสในปี ค.ศ. 66 ได้เป็นแบบอย่างไว้ การล้อมทั้งสองครั้งนั้นนำไปสู่การทำลายกรุงเยรูซาเล็มในปี 586 ก่อนคริสตกาล และปี ค.ศ. 70 ตามลำดับ การล้อมของเคสติอุสสิ้นสุดลง และสามปีครึ่งต่อมา การล้อมก็กลับเริ่มขึ้นอีกภายใต้ทิตัส จึงก่อให้เกิดช่วงเวลาเชิงพยากรณ์ที่เริ่มต้นด้วยผู้ปกครองโรมันฝ่ายอัลฟาและสิ้นสุดด้วยผู้ปกครองฝ่ายโอเมกา สามปีครึ่งนั้นเป็นภาพแทนของการเหยียบย่ำกรุงเยรูซาเล็มโดยสันตะปาปา และของกฎหมายวันอาทิตย์ที่ใกล้จะมาถึง เมื่อบาดแผลมรณะของสันตะปาปาได้รับการรักษาให้หาย และนางกลับมาครอบครองอีกครั้งเป็นเวลาสามปีครึ่งเชิงสัญลักษณ์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แต่ลานซึ่งอยู่นอกพระวิหารนั้น จงเว้นเสีย อย่าวัดเลย เพราะว่าลานนั้นได้ถูกมอบให้แก่บรรดาคนต่างชาติแล้ว และเขาทั้งหลายจะเหยียบย่ำนครบริสุทธิ์อยู่สี่สิบสองเดือน วิวรณ์ 11:2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ในปี 538 และแล้วอีกครั้งหนึ่งเมื่อกฎหมายวันอาทิตย์มาถึง การเหยียบย่ำกรุงเยรูซาเล็มก็เริ่มต้นขึ้น กฎหมายวันอาทิตย์ทั้งสองนั้นถูกเป็นภาพแทนโดยปี 321 เมื่อคอนสแตนตินมหาราชทรงประกาศใช้กฎหมายวันอาทิตย์ฉบับแรก ในปี 538 สันตะปาปาได้รับอำนาจให้ข่มเหง (เหยียบย่ำ) คริสตจักรของพระเจ้าเป็นเวลาสามปีครึ่ง ดังที่เป็นภาพแทนโดยประวัติศาสตร์ตั้งแต่เซสติอุสถึงทิตัส ในปี 538 สันตะปาปาได้ประกาศใช้กฎหมายวันอาทิตย์ในการประชุมสภาออร์เลอองส์ครั้งที่สาม กฎหมายวันอาทิตย์ที่กำลังจะมาถึงในไม่ช้านี้ชี้บ่งเวลาที่สันตะปาปาได้รับอำนาจอีกครั้งให้เหยียบย่ำพระวิหาร (ข่มเหง)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ปี 313 ระบุพระราชกฤษฎีกาฉบับแรกซึ่งนำไปสู่กฎหมายวันอาทิตย์ฉบับแรกในปี 321 แล้วในปี 330 จักรวรรดิได้ถูกแบ่งออกเป็นตะวันออกและตะวันตกตามนัยเชิงพยากรณ์ จึงเป็นการกำหนดจุดจบแบบโอเมกาของช่วงที่สองแห่งการข่มเหงโดยสันตะปาปาเป็นเวลาเชิงสัญลักษณ์ “สี่สิบสอง” เดือน—ช่วงเวลาแห่งการข่มเหงและการเหยียบย่ำซึ่งเริ่มต้นขึ้นที่กฎหมายวันอาทิตย์แบบอัลฟาในสหรัฐอเมริกา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และทูตสวรรค์องค์ที่สามได้ติดตามเขาทั้งหลายมา กล่าวว่าเสียงดังว่า ถ้าผู้ใดนมัสการสัตว์ร้ายและรูปของมัน และรับเครื่องหมายของมันไว้ที่หน้าผากหรือที่มือของตน ผู้นั้นก็จะต้องดื่มเหล้าองุ่นแห่งพระพิโรธของพระเจ้า ซึ่งทรงเทลงโดยไม่เจือปนในถ้วยแห่งความกริ้วของพระองค์ และเขาจะต้องถูกทรมานด้วยไฟและกำมะถันต่อหน้าทูตสวรรค์บริสุทธิ์ทั้งหลาย และต่อพระพักตร์พระเมษโปดก และควันแห่งการทรมานของเขาทั้งหลายก็พลุ่งขึ้นตลอดไปเป็นนิตย์ และคนทั้งหลายที่นมัสการสัตว์ร้ายและรูปของมัน และผู้ใดก็ตามที่รับเครื่องหมายแห่งชื่อของมัน ย่อมไม่มีการหยุดพักทั้งกลางวันและกลางคืน นี่แหละคือความทรหดอดทนของธรรมิกชนทั้งหลาย คือบรรดาผู้ที่รักษาพระบัญญัติของพระเจ้า และความเชื่อของพระเยซู วิวรณ์ 14:9–12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ที่ราบ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ความหมายในภาษาละตินของคำว่า ‘Milan’ คือท่ามกลางที่ราบ ในท่ามกลางระหว่างตะวันออกกับตะวันตก ในปี ค.ศ. 313 คอนสแตนตินแห่งตะวันตกได้แสวงหาพันธมิตรกับลิซิเนียสแห่งตะวันออก พระราชกฤษฎีกานั้นเป็นภาพแทนของความพยายามที่จะนำตะวันออกและตะวันตกมารวมกัน และพระราชกฤษฎีกานั้นก็ได้รับการรับรองด้วยการสมรสตามสนธิสัญญา เมื่อคอนสแตนเชีย พระขนิษฐาต่างมารดาของคอนสแตนติน ได้อภิเษกสมรสกับลิซิเนียส กระนั้นก็ดี เช่นเดียวกับการสมรสตามสนธิสัญญาครั้งแรกในดาเนียลบทที่สิบเอ็ด ระหว่างราชวงศ์เซลูซิดแห่งฝ่ายเหนือกับปโตเลมีแห่งฝ่ายใต้ การสมรสนั้นถูกกำหนดไว้แล้วว่าจะล้มเหลว ดังภาษิตโบราณที่เป็นจริงว่า ‘ตะวันออกก็คือตะวันออก และตะวันตกก็คือตะวันตก และทั้งสองจะไม่มีวันมาบรรจบกัน’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ปี ‘330’ ถูกนำเสนอไว้อย่างตรงไปตรงมาในดาเนียล บทที่สิบเอ็ด ข้อที่ยี่สิบสี่ ยี่สิบเจ็ด และยี่สิบเก้า สิ่งนี้นำเอาสิบเจ็ดปีตั้งแต่ปี 313 จนถึง 330 เข้าสู่เส้นคำพยากรณ์ของดาเนียล บทที่สิบเอ็ด และโดยความจำเป็นเชิงพยากรณ์ สิ่งนี้ชี้บ่งว่าการอภิเษกสมรสตามสนธิสัญญาระหว่างตะวันออกกับตะวันตกในปี 313 นั้น เป็นภาพขนานกับการอภิเษกสมรสตามสนธิสัญญาครั้งแรกในบทเดียวกัน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“คำพยากรณ์ในพระธรรมดาเนียลบทที่สิบเอ็ดได้เกือบถึงความสำเร็จครบถ้วนแล้ว ประวัติศาสตร์ส่วนใหญ่ที่ได้เกิดขึ้นในการทำให้คำพยากรณ์นี้สำเร็จจะเกิดซ้ำอีก” Manuscript Releases, number 13, 394.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อันทิโอคัสที่ 2 ธีออส ผู้ครองราชย์ระหว่างปี 261–246 ก่อนคริสตกาล ได้ละทิ้งลาโอดีเซที่ 1 พระมเหสีองค์แรกของตน เพื่ออภิเษกสมรสกับเบเรนีซ พระธิดาของปโตเลมีที่ 2 ฟิลาเดลฟัสแห่งอียิปต์ การสมรสครั้งนี้เป็นส่วนหนึ่งของข้อตกลงสันติภาพซึ่งยุติสงครามซีเรียครั้งที่สองในปี 252 ก่อนคริสตกาล เมื่อหลังจากนั้นคอนสแตนตินได้มีชัยเหนือไลซิเนียสในปี 324 การสมรสนั้นก็สิ้นสุดลง เช่นเดียวกับการสมรสของอันทิโอคัสและเบเรนีซ ซึ่งสิ้นสุดลงเมื่อลาโอดีเซ พระมเหสีองค์แรก วางยาพิษอันทิโอคัสในปี 246 ก่อนคริสตกาล การสมรสซึ่งได้เป็นเครื่องหมายแห่งการสิ้นสุดของสงครามซีเรียครั้งที่สอง และการสังหารอันทิโอคัส และหลังจากนั้นเบเรนีซ พระโอรสของนาง และคณะชาวอียิปต์ของนาง ได้เป็นเครื่องหมายแห่งการเริ่มต้นของสงครามซีเรียครั้งที่สาม การสมรสตามสนธิสัญญาในปี 313 ได้ยุติช่วงเวลาแห่งการข่มเหงซึ่งเป็นภาพแทนโดยคริสตจักรแห่งสเมอร์นา และเริ่มต้นช่วงเวลาแห่งการประนีประนอมซึ่งเป็นภาพแทนโดยคริสตจักรแห่งเปอร์กามอส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อภิเษกสมรสในตอนต้นแห่งประวัติศาสตร์เซลูซิดเป็นแบบอย่างล่วงหน้าของการสมรสตามสนธิสัญญาในตอนปลายแห่งจักรวรรดิเซลูซิด เมื่ออันทิโอคุสมหาราชทรงยกพระราชธิดาของพระองค์ คือ คลีโอพัตราที่ 1 ให้แก่ปโตเลมีที่ 5 เอพิฟาเนส การสมรสครั้งนั้นเกิดขึ้นที่ราฟิอาในปี 193 ก่อนคริสตกาล แต่พันธมิตรก็สิ้นสุดลงในไม่ช้า ดังเช่นการสมรสตามสนธิสัญญาครั้งแรกระหว่างกษัตริย์ฝ่ายเหนือกับกษัตริย์ฝ่ายใต้ได้เป็นมาแล้ว การสมรสตามสนธิสัญญาซึ่งเป็นอัลฟาและโอเมกาของจักรวรรดิเซลูซิดนั้น เป็นแบบอย่างล่วงหน้าของการสมรสตามสนธิสัญญาที่ถูกกล่าวถึงต่อมาในประวัติศาสตร์เชิงพยากรณ์ของดาเนียลบทที่ 11 เมื่อออคตาเวียนยกออกตาเวีย ไมนอร์ น้องสาวของตนให้แก่มาร์ก แอนโทนีในปี 40 ก่อนคริสตกาล มาร์ก แอนโทนีและออคตาเวียนกำลังอยู่ในการต่อสู้ช่วงชิงอำนาจเหนือดินแดนฝ่ายตะวันออกและฝ่ายตะวันตกของโรม ซึ่งได้ปะทุขึ้นในปี 44 ก่อนคริสตกาลจากการลอบปลงพระชนม์จูเลียส ซีซาร์ สนธิสัญญาแห่งบรุนดิเซียมได้รับการสถาปนาขึ้นในการสมรสครั้งนั้นในปี 40 ก่อนคริสตกาล และแปดปีต่อมา ในปี 32 ก่อนคริสตกาล มาร์ก แอนโทนีได้หย่ากับออกตาเวียอย่างเป็นทางการ และเป็นชนวนให้เกิดยุทธการที่แอกเทียมในปี 31 ก่อนคริสตกาล ซึ่งที่นั่นทั้งมาร์ก แอนโทนีและคลีโอพัตรา (คลีโอพัตราพระองค์สุดท้ายอย่างแท้จริง) ต่างก็มาถึงจุดจบของตน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สนธิสัญญาการอภิเษกสมรสแห่งโอเมกาของจักรวรรดิเซลูซิดได้นำเสนอคลีโอพัตราองค์แรก ผู้ซึ่งเป็นแบบอย่างของคลีโอพัตราองค์สุดท้าย ซึ่งสายเชื้อสายของนางได้ก่อให้เกิดความเชื่อมโยงไปสู่สนธิสัญญาการอภิเษกสมรสเชิงพยากรณ์แห่งอัลฟาของจักรวรรดิโรมันในปี 40 ก่อนคริสตกาล การอภิเษกสมรสตามสนธิสัญญาทั้งสามครั้งนั้นเป็นแบบอย่างของการอภิเษกสมรสตามสนธิสัญญาแห่งกฤษฎีกาแห่งมิลาน กฤษฎีกาแห่งมิลานเป็นเครื่องหมายการเริ่มต้นของการล้อมเชิงพยากรณ์ เป็นสัญลักษณ์เชิงพยากรณ์ เป็นเครื่องหมายของการเปลี่ยนผ่านจากคริสตจักรอันชอบธรรมไปสู่คริสตจักรอันอธรรม ดังนั้นจึงสอดคล้องกับปริศนาแห่งสัตว์ที่แปดซึ่งมาจากเจ็ดนั้น มันเป็นเครื่องหมายของการอภิเษกสมรสตามสนธิสัญญาที่ทำให้สงครามยุติลง จนกระทั่งการหย่าร้างของการอภิเษกสมรสตามสนธิสัญญานั้น จึงเป็นเครื่องหมายของการเริ่มต้นสงคราม ในการอภิเษกสมรสของโรมันทั้งสองครั้ง การหย่าร้างเป็นชนวนให้จักรวรรดิรวมเป็นหนึ่งเดียว 313 ยังเป็นเครื่องหมายของการประชุมค่ายเอ็กซีเตอร์ ซึ่งการประกาศข่าวสารแห่งเสียงร้องเที่ยงคืนเริ่มต้นขึ้น และนำไปสู่ประตูที่ปิดลงในวันที่ 22 ตุลาคม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เราจะพิจารณาความจริงเหล่านี้ต่อไปในบทความถัดไป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ประวัติศาสตร์ที่ซ่อนเร้นของข้อที่สี่สิบ - ข้อที่ยี่สิบเก้า</dc:title>
  <dc:subject>เอเสเคียล หมายเลขสิบ</dc:subject>
  <dc:creator>Jeff Pippenger</dc:creator>
  <cp:keywords/>
  <dc:description>Generated by ArticleDigger from hidden_history\29_hidden_history.json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