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rticleTitle"/>
        <w:jc w:val="center"/>
      </w:pPr>
      <w:r>
        <w:rPr>
          <w:rFonts w:ascii="Leelawadee UI" w:hAnsi="Leelawadee UI" w:eastAsia="Leelawadee UI" w:cs="Leelawadee UI"/>
        </w:rPr>
        <w:t>ประวัติศาสตร์ที่ซ่อนเร้นของข้อพระคัมภีร์ที่สี่สิบ - ตอนที่สามสิบสาม</w:t>
      </w:r>
    </w:p>
    <w:p>
      <w:pPr>
        <w:pStyle w:val="ArticleSubtitle"/>
        <w:jc w:val="left"/>
      </w:pPr>
      <w:r>
        <w:rPr>
          <w:rFonts w:ascii="Leelawadee UI" w:hAnsi="Leelawadee UI" w:eastAsia="Leelawadee UI" w:cs="Leelawadee UI"/>
        </w:rPr>
        <w:t>เอเสเคียล ลำดับที่สิบสี่</w:t>
      </w:r>
    </w:p>
    <w:p>
      <w:pPr>
        <w:pStyle w:val="ArticleByline"/>
        <w:jc w:val="left"/>
      </w:pPr>
      <w:r>
        <w:rPr>
          <w:rFonts w:ascii="Leelawadee UI" w:hAnsi="Leelawadee UI" w:eastAsia="Leelawadee UI" w:cs="Leelawadee UI"/>
        </w:rPr>
        <w:t>Jeff Pippenger</w:t>
      </w:r>
    </w:p>
    <w:p>
      <w:pPr>
        <w:pStyle w:val="ArticleDate"/>
        <w:jc w:val="left"/>
      </w:pPr>
      <w:r>
        <w:rPr>
          <w:rFonts w:ascii="Leelawadee UI" w:hAnsi="Leelawadee UI" w:eastAsia="Leelawadee UI" w:cs="Leelawadee UI"/>
        </w:rPr>
        <w:t>2026-10-27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ในพระธรรมปฐมกาลบทที่สี่และห้า มีการเปรียบเทียบให้เห็นความแตกต่างระหว่างลำดับวงศ์ตระกูลของคาอินกับลำดับวงศ์ตระกูลของเสท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ลาเมคคนดีและลาเมคคนชั่ว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สายตระกูลทั้งสองแสดงให้เห็นความแตกต่างระหว่างผู้ที่หลงหายกับผู้ที่ได้รับความรอด และผู้สืบเชื้อสายบางคนจากทั้งสองสายตระกูลเป็นตัวแทนของ ‘สัญลักษณ์แห่งผู้สืบเชื้อสาย’ ที่คู่ขนานกันของสายตระกูลทั้งสองซึ่งตรงข้ามกัน คาอินเป็นตัวแทนของคนประเภทที่ไม่สำนึกผิดกลับใจจากบาป และเศร้าโศกเสียใจเพียงเพราะสภาพของตนเองเท่านั้น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และพระองค์ตรัสว่า เจ้าทำอะไรลงไป เสียงโลหิตของน้องชายเจ้าร้องถึงเราจากพื้นดิน บัดนี้เจ้าถูกสาปจากแผ่นดิน ซึ่งได้อ้าปากรับโลหิตของน้องชายเจ้าจากมือเจ้า เมื่อเจ้าไถพรวนดิน มันจะไม่ให้ผลผลิตอันเกิดจากกำลังของมันแก่เจ้าอีกต่อไป เจ้าจะเป็นผู้หลบหนีและพเนจรอยู่บนแผ่นดินโลก คาอินจึงทูลองค์พระผู้เป็นเจ้าว่า โทษของข้าพระองค์หนักเกินกว่าที่ข้าพระองค์จะทนได้ ดูเถิด วันนี้พระองค์ทรงขับไล่ข้าพระองค์ออกจากผืนแผ่นดิน และข้าพระองค์จะต้องหลบซ่อนจากพระพักตร์ของพระองค์ ข้าพระองค์จะเป็นผู้หลบหนีและพเนจรอยู่บนแผ่นดินโลก และใครก็ตามที่พบข้าพระองค์ก็จะฆ่าข้าพระองค์เสีย องค์พระผู้เป็นเจ้าจึงตรัสแก่เขาว่า เพราะฉะนั้น ผู้ใดก็ตามที่ฆ่าคาอิน ผู้นั้นจะต้องรับการแก้แค้นเป็นเจ็ดเท่า แล้วองค์พระผู้เป็นเจ้าทรงทำเครื่องหมายไว้บนตัวคาอิน เพื่อมิให้ใครก็ตามที่พบเขาฆ่าเขาเสีย คาอินจึงออกไปจากพระพักตร์ขององค์พระผู้เป็นเจ้า และอาศัยอยู่ในดินแดนโนด ทางตะวันออกของเอเดน ปฐมกาล 4:10–16.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คาอินเป็นตัวแทนของคนประเภทที่ไม่ยอมกลับใจ ซึ่งมุ่งสนใจแต่สภาพอันน่าเศร้าของตนเอง อันเป็นสภาพที่ตนก่อให้เกิดขึ้นด้วยการปฏิเสธที่จะขวนขวายทำความดี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แต่พระองค์มิได้พอพระทัยคาอินและเครื่องบูชาของเขา คาอินก็โกรธยิ่งนัก และสีหน้าของเขาก็บึ้งตึง พระผู้เป็นเจ้าตรัสแก่คาอินว่า เหตุใดเจ้าจึงโกรธ และเหตุใดสีหน้าของเจ้าจึงบึ้งตึง หากเจ้าทำดี เจ้าจะไม่เป็นที่ยอมรับหรือ และหากเจ้าทำไม่ดี บาปก็หมอบอยู่ที่ประตู ความปรารถนาของมันจะมุ่งมาที่เจ้า และเจ้าจะครอบงำมัน ปฐมกาล 4:5–7.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ความตายทั้งหก—อัลฟาทั้งสามและโอเมกาทั้งสาม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ในบทความก่อนหน้านี้ เราได้ระบุว่าเอโนคเป็นสัญลักษณ์ของทูตสวรรค์องค์ที่หนึ่ง ลาเมคเป็นสัญลักษณ์ของทูตสวรรค์องค์ที่สอง เมธูเสลาห์เป็นเสียงร้องในเวลาเที่ยงคืน และโนอาห์เป็นทูตสวรรค์องค์ที่สาม ลาเมคผู้สืบเชื้อสายจากเสทเสียชีวิตเมื่ออายุได้เจ็ดร้อยเจ็ดสิบเจ็ดปี ก่อนน้ำท่วมห้าปี ส่วนเมธูเสลาห์เสียชีวิตเมื่อเกิดน้ำท่วม ความตายของลาเมคตามมาด้วยความตายของเมธูเสลาห์ในอีกห้าปีต่อมา ดังนั้น ความตายของทั้งสองจึงเป็นแบบเล็งถึงความตายของภรรยาของเอเสเคียล ซึ่งตามมาด้วยความตายของเยรูซาเล็ม มเหสีของพระเมษโปดก ในอีกหนึ่งจุดห้าปี (1.5) ต่อมา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และข้าพเจ้า ยอห์น ได้เห็นนครบริสุทธิ์ คือกรุงเยรูซาเล็มใหม่ ลงมาจากสวรรค์จากพระเจ้า เตรียมพร้อมแล้วดุจเจ้าสาวที่ประดับกายไว้สำหรับสามีของตน วิวรณ์ 21:2.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ความตายแบบอัลฟาของภรรยาเอเสเคียลและลาเมค ซึ่งเชื่อมโยงกับความตายแบบโอเมกาของเยรูซาเล็มและเมธูเสลาห์ เป็นแบบเล็งถึงการสิ้นพระชนม์ของจอห์น พาลาโอโลกอส ตามมาด้วยการสิ้นพระชนม์ของคอนสแตนตินที่สิบเอ็ดบนกำแพงกรุงคอนสแตนติโนเปิลในอีกห้าปีต่อมา แนวลำดับเหตุการณ์ของลาเมคระบุช่วงเวลาห้าปี โดยมีช่วงการอพยพของสัตว์เป็นเวลาเจ็ดวันอยู่ในตอนท้าย แนวลำดับเหตุการณ์ของโรมตะวันออกแสดงถึงช่วงเวลาห้าปี และยังแสดงถึงช่วงเวลาสี่ปีภายในระยะเวลารวมห้าปีนั้นด้วย แนวลำดับเหตุการณ์ของเอเสเคียลแสดงถึงทั้งช่วงเวลาสองปีและช่วงเวลาหนึ่งจุดห้าปี (1.5) แนวลำดับเหตุการณ์ของเอเสเคียลว่าด้วยการที่บาบิโลนทำลายเยรูซาเล็มสอดคล้องกับการทำลายเยรูซาเล็มครั้งที่สองโดยโรม ตั้งแต่ปี 66 จนถึงปี 70 แนวลำดับเหตุการณ์ของการทำลายเยรูซาเล็มโดยโรมแสดงทั้งช่วงเวลาสี่ปีและช่วงเวลาสามปีครึ่ง แนวลำดับเหตุการณ์เชิงสัญลักษณ์ทั้งสี่นั้น แต่ละแนวแสดงช่วงเวลาเชิงสัญลักษณ์มิใช่เพียงหนึ่งช่วง แต่เป็นสองช่วงในคำพยานเชิงพยากรณ์ของตน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ลาเมค จอห์น พาลาโอโลกอส และภรรยาของเอเสเคียล เป็นตัวแทนของหลักหมายอัลฟาของช่วงเวลาหนึ่งที่สิ้นสุดลงด้วยความตายอันเป็นโอเมกา แนวลำดับเหตุการณ์สองแนวจากทั้งหมดสามแนวแสดงถึงการปิดล้อมที่สิ้นสุดลงด้วยความตายของบุคคลคู่เทียบในแต่ละแนว ส่วนอีกแนวหนึ่งสิ้นสุดลงเมื่อสัตว์ทั้งหลายขึ้นไปบนเรือใหญ่ คู่เทียบโอเมกาทำให้น้ำท่วมโลกในสมัยโนอาห์อยู่ในแนวเดียวกับการทำลายกรุงเยรูซาเล็มและการทำลายกำแพงกรุงคอนสแตนติโนเปิล สัญลักษณ์โอเมกาทั้งสามล้วนแสดงถึงการสิ้นสุดเวลาแห่งพระกรุณาเมื่อมีการออกกฎหมายวันอาทิตย์ในอีกไม่ช้า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แน่นอนว่า ในคำพยานเรื่องเรือโนอาห์นั้นไม่มีการล้อมเมือง แต่ย่อมต้องมีทางลาดเพื่อให้เข้าไปในเรือได้ หากถือว่าทางลาดสำหรับบรรทุกขึ้นเรือนั้นเป็นภาพเล็งถึงทางลาดที่ใช้ในการล้อมเมือง พยานเกี่ยวกับความตายทั้งสามก็ล้วนชี้ถึงการล้อมเมือง สำหรับแนวลำดับเหตุการณ์ของโรมันว่าด้วยการทำลายกรุงเยรูซาเล็มระหว่างปี 66 ถึงปี 70 นั้น มีการล้อมเมืองโดยเซสติอุสในปี 66 และการล้อมเมืองครั้งที่สองโดยทิตัสในปี 70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สี่ปี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ช่วงเวลาสี่ปีซึ่งสิ้นสุดลงด้วยการล้อมกรุงคอนสแตนติโนเปิลในปี ค.ศ. 1453 แสดงถึงช่วงเวลาสี่ปีช่วงที่สองในคำพยากรณ์เกี่ยวกับอิสลามเรื่อง “ห้าเดือน” ในวิวรณ์บทที่เก้า ช่วงเวลาสี่ปีช่วงแรกในคำพยากรณ์เรื่อง “ห้าเดือน” คือตั้งแต่ปี ค.ศ. 1333 จนถึงปี ค.ศ. 1337 ในการล้อมเมืองนิโคมีเดีย การล้อมครั้งนั้นยังแสดงถึงการสิ้นสุดช่วงเวลาสามสิบแปดปีนับจากวันที่ 27 กรกฎาคม ค.ศ. 1299 ด้วย การทำลายกรุงเยรูซาเล็มสองครั้ง การทำลายกรุงคอนสแตนติโนเปิลหนึ่งครั้ง น้ำท่วมโลก และการล้อมเมืองนิโคมีเดีย เป็นพยานห้าประการถึงการทัพที่พาเนียมตั้งแต่ปี 200 ก่อนคริสตกาลจนถึงปี 198 ก่อนคริสตกาล ซึ่งจะเป็นพยานประการที่หก และยังมีพยานอื่น ๆ อีกหลายประการ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การทำลายกรุงเยรูซาเล็มทั้งสองครั้งสามารถนำมาเทียบเคียงกันได้โดยง่ายแบบ “บรรทัดซ้อนบรรทัด” เหตุการณ์น้ำท่วมโลกและแนวประวัติศาสตร์ของโรมตะวันออกนำมาเทียบเคียงกันได้โดยอาศัยเหตุการณ์ความตายอัลฟาและโอเมกาที่ทั้งสองมีร่วมกัน การทัพพาเนียมนำมาเทียบเคียงโดยเฉพาะกับแนวประวัติศาสตร์ของเอเสเคียลในปี 587 ก่อนคริสตกาล เพราะช่วงเวลาการปิดล้อมทั้งสองต่างแสดงถึงระยะเวลาสองปี พาเนียมได้รับการแสดงไว้ในดาเนียลบทที่สิบเอ็ด ข้อสิบห้า ซึ่งอยู่ก่อนข้อสิบหกที่เป็นภาพแทนของกฎหมายวันอาทิตย์ซึ่งกำลังจะมาถึงในไม่ช้า เช่นเดียวกับการทำลายกรุงเยรูซาเล็มในปี 586 ก่อนคริสตกาล และ ค.ศ. 70 ช่วงเวลาสองปีของยุทธการพาเนียมและการปิดล้อมเมืองไซดอนนำแนวประวัติศาสตร์แต่ละแนวเหล่านี้เข้าสู่ประวัติศาสตร์ที่ซ่อนอยู่ในดาเนียลบทที่สิบเอ็ด ข้อสี่สิบ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หมายสำคัญ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หลักหมายเชิงพยากรณ์ประการแรกในการล้อมกรุงเยรูซาเล็มทั้งสองคราวที่กรุงนี้ถูกทำลายแสดงถึงหมายสำคัญ; เซสติอุสในปี 66 และการเสียชีวิตของภรรยาเอเสเคียลต่างก็เป็นหมายสำคัญอัลฟา ลาเมคเป็นหลักหมายแรกเช่นกัน ดังนั้น โดยอาศัยคำพยานของพยานสองปาก ลาเมคจึงเป็นหมายสำคัญด้วย อายุ 777 ปีของเขาแสดงถึงหมายสำคัญของคริสตจักรผู้มีชัย ซึ่งประกอบด้วยองค์ประกอบสามประการ ได้แก่ ผู้เผยพระวจนะ ปุโรหิต และกษัตริย์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ยิ่งกว่านั้น เรายังได้ให้วันสะบาโตของเราแก่พวกเขา เพื่อเป็นหมายสำคัญระหว่างเรากับพวกเขา เพื่อพวกเขาจะได้รู้ว่าเราคือพระยาห์เวห์ผู้ทำให้พวกเขาบริสุทธิ์ เอเสเคียล 20:12.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300 ปี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เอโนค ผู้เป็นคนที่เจ็ดนับจากอาดัมในสายตระกูลของเสท ดำเนินกับพระเจ้าเป็นเวลา 300 ปี และถูกรับขึ้นสู่สวรรค์ ‘300’ เป็นสัญลักษณ์ของแผนภูมิปี 1843 ของผู้บุกเบิกจำนวนสามร้อยแผ่น ผู้เทศนาชาวมิลเลอไรต์จำนวนสามร้อยคนที่สอดคล้องกัน และกองทัพของกิเดโอนที่มีจำนวนสามร้อยคนด้วย เอโนค ผู้เทศนาชาวมิลเลอไรต์ และคนสามร้อยคนของกิเดโอนเป็นตัวแทนของคนหนึ่งแสนสี่หมื่นสี่พันคน แซมสันนำสุนัขจิ้งจอก 300 ตัวมาผูกเข้าด้วยกันเป็นคู่ ๆ จึงชี้ถึงจำนวน 150 และสัญลักษณ์ที่ผูกเข้าด้วยกันซึ่งมีจำนวนรวมสามร้อย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แซมสันจึงไปจับสุนัขจิ้งจอกสามร้อยตัว แล้วนำคบเพลิงมา หันหางสุนัขจิ้งจอกเข้าหากันเป็นคู่ ๆ และวางคบเพลิงไว้ตรงกลางระหว่างหางทั้งสอง เมื่อเขาจุดคบเพลิงแล้ว ก็ปล่อยสุนัขจิ้งจอกเข้าไปในทุ่งข้าวที่ยังไม่ได้เกี่ยวของชาวฟีลิสเตีย เผาผลาญทั้งกองฟ่อนข้าวและข้าวที่ยังไม่ได้เกี่ยว รวมทั้งไร่องุ่นและต้นมะกอกเทศจนหมดสิ้น ผู้วินิจฉัย 15:4, 5.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คำพยากรณ์เกี่ยวกับอิสลามที่มีระยะเวลาห้าเดือนทั้งสองเรื่องในพระธรรมวิวรณ์บทที่เก้า ระบุว่า “ไฟ” และ “หาง” เป็นลักษณะเฉพาะของอิสลาม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และข้าพเจ้าเห็นม้าและผู้ที่นั่งบนม้าเหล่านั้นในนิมิตเป็นดังนี้ คือผู้ขี่มีเกราะอกสีเพลิง สีคราม และสีเหลืองกำมะถัน หัวของม้าเหล่านั้นเหมือนหัวสิงโต และมีไฟ ควัน และกำมะถันพุ่งออกมาจากปากของมัน มนุษย์หนึ่งในสามถูกฆ่าด้วยสามสิ่งนี้ คือด้วยไฟ ด้วยควัน และด้วยกำมะถันที่พุ่งออกมาจากปากของมัน เพราะฤทธิ์ของมันอยู่ที่ปากและที่หางของมัน ด้วยว่าหางของมันเหมือนงูและมีหัว และมันใช้หางเหล่านั้นทำอันตราย วิวรณ์ 9:17–19.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ฤทธิ์อำนาจของอิสลามอยู่ทั้งในปากและในหางของพวกเขา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และพวกมันมีหางเหมือนแมงป่อง และมีเหล็กไนอยู่ที่หางของพวกมัน พวกมันมีอำนาจทำร้ายมนุษย์ได้เป็นเวลาห้าเดือน และพวกมันมีกษัตริย์ปกครองเหนือพวกมัน คือทูตสวรรค์แห่งเหวที่ไม่มีก้น ผู้มีชื่อในภาษาฮีบรูว่าอาบัดโดน แต่ในภาษากรีกมีชื่อว่าอปอลลิโยน วิวรณ์ 9:10, 11.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ฤทธิ์อำนาจของอิสลามในการทรมานและสังหารอยู่ทั้งในปากและหางของพวกมัน ซึ่งออกมาจากปากและหางของพวกมัน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เพราะฉะนั้น องค์พระผู้เป็นเจ้าจะทรงตัดทั้งหัวและหาง ทั้งกิ่งปาล์มและต้นอ้อ ออกจากอิสราเอลในวันเดียว ผู้อาวุโสและผู้มีเกียรติคือหัว ส่วนผู้เผยพระวจนะที่สอนความเท็จคือหาง เพราะบรรดาผู้นำของชนชาตินี้ทำให้พวกเขาหลงผิด และผู้ที่อยู่ภายใต้การนำของคนเหล่านั้นก็ถูกทำลาย อิสยาห์ 9:14–16.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อิสลามและอิสราเอลเชื่อมโยงกันในทางคำพยากรณ์ เนื่องจากทั้งสองต่างเป็นบุตรของอับราฮัม และในแต่ละสาย “หัว” คือ “ผู้อาวุโสและผู้มีเกียรติ” ส่วน “หาง” คือ “ผู้เผยพระวจนะที่สอนความเท็จ” สำหรับอิสลาม ผู้เผยพระวจนะในสมัยโบราณที่สอนความเท็จคือมุฮัมมัด คัมภีร์อัลกุรอานเป็นตัวแทนของความเท็จที่ขับเคลื่อนฝูงตั๊กแตนแห่งอิสลาม และผู้อาวุโสและผู้มีเกียรติคือกลุ่มผู้นำทางการเมืองของพวกเขา อิสลามถูกชี้นำโดยศิลปะการปกครองรัฐ (ปาก) ซึ่งได้รับแรงขับเคลื่อนจากความเท็จของคัมภีร์อัลกุรอาน (หาง) สุนัขจิ้งจอกสามร้อยตัวของแซมสันถูกแบ่งออกเป็นสองกลุ่ม กลุ่มละห้าเดือน ซึ่งจะทรมานและสังหารด้วยไฟ ควัน และกำมะถัน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ไฟ ควัน และกำมะถัน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ไฟ ควัน และกำมะถันมีคุณลักษณะเชิงคำพยากรณ์ของทูตสวรรค์สามองค์ สิ่งแรกและสิ่งสุดท้ายต่างเป็นรูปแบบของไฟ รากศัพท์ของคำว่า “กำมะถัน” สื่อถึงการเปล่งแสงวาบของพระเจ้า ไฟเป็นสัญลักษณ์ของข่าวสาร ควันเป็นผลที่เกิดจากข่าวสารนั้น และกำมะถันบ่งชี้ว่าเป็นข่าวสารทางศาสนา ทั้งสามสิ่งล้วนเป็นสิ่งปลอมแปลงเลียนแบบข่าวสารอันแท้จริงของทูตสวรรค์สามองค์ในวิวรณ์บทที่สิบสี่ เกราะอกเหล็กแสดงไว้ในรูปของไฟ พลอยไฮยาซินธ์ และกำมะถัน เกราะนี้เป็นสิ่งปลอมแปลงเลียนแบบทับทรวงของมหาปุโรหิต ทับทรวงของมหาปุโรหิตเป็นสัญลักษณ์แทนคนหนึ่งแสนสี่หมื่นสี่พันคนในฐานะอัญมณีที่เป็นมนุษย์สิบสองเม็ดซึ่งผสานเข้ากับพระเทวสภาพ โดยมีอูริมและทูมมิมเป็นสัญลักษณ์แทนพระเทวสภาพนั้น พลอยไฮยาซินธ์ในสมัยโบราณมีสีน้ำเงินดำเข้มหรือสีม่วงหม่น พลอยไฮยาซินธ์บนเกราะอกของอิสลามสอดคล้องกับควันที่ออกมาจากปาก (รัฐ) และหาง (ศาสนจักร) ของอิสลาม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การที่เอโนคถูกรับขึ้นสู่สวรรค์หลังจากดำเนินกับพระเจ้าเป็นเวลา 300 ปี เชื่อมโยงเลข 300 เข้ากับข่าวสารของทูตสวรรค์องค์ที่หนึ่งซึ่งมาถึงในปี ค.ศ. 1798 ข่าวสารของทูตสวรรค์องค์ที่หนึ่งนั้นได้รับฤทธิ์อำนาจในวันที่ 11 สิงหาคม ค.ศ. 1840 ด้วยการสำเร็จเป็นจริงของคำพยากรณ์เรื่องห้าเดือนในวิวรณ์บทที่เก้า ช่วงเวลาห้าเดือนทั้งสองช่วงในบทนี้เชื่อมโยงเข้าด้วยกันแบบบรรทัดต่อบรรทัด เพิ่งมีการตระหนักเมื่อไม่นานมานี้ว่า ช่วงเวลาห้าเดือนในข้อห้าและข้อสิบเป็นช่วงเวลาที่แยกจากกันสองช่วง ช่วงละหนึ่งร้อยห้าสิบปี เมื่อมีการตระหนักถึงความจริงข้อนั้น แซมสันก็ผูกสุนัขจิ้งจอกเข้าด้วยกันเป็นหนึ่งร้อยห้าสิบคู่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ในประวัติศาสตร์เชิงพยากรณ์ของแซมสัน (ซึ่งหมายถึง “ดวงอาทิตย์”) “ควัน” ที่ออกมาจากบาดาลลึกในคราวที่ยุทธการที่นีนะเวห์เป็นสัญลักษณ์แทนกุญแจนั้น ได้บดบังดวงอาทิตย์ให้มืดมิด กลุ่มมิลเลอไรต์ระบุได้อย่างถูกต้องว่า การที่ควันจากบาดาลลึกของอิสลามบดบังดวงอาทิตย์นั้น หมายถึงการบดบังข่าวประเสริฐของพระคริสต์ ซึ่งมีดวงอาทิตย์ (แซมสัน) เป็นสัญลักษณ์แทน ยังมีความเชื่อมโยงอื่น ๆ อีกหลายประการระหว่างคำพยานของแซมสันกับศาสนาอิสลามในพระธรรมวิวรณ์บทที่เก้าถึงสิบเอ็ด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เลขสามปรากฏในประวัติของแซมสัน โดยแขกในงานแต่งงานมีเวลาสามวันในการไขปริศนา แซมสันมีความเกี่ยวข้องกับสตรีสามคน ได้แก่ ภรรยาของเขาจากเมืองทิมนาห์ หญิงโสเภณี และเดไลลาห์ พระวิญญาณขององค์พระผู้เป็นเจ้าเสด็จมาเหนือแซมสันสามครั้ง คือ ครั้งที่เผชิญกับสิงโต ครั้งที่อัชเคโลน และครั้งที่เลฮี แซมสันให้คำตอบอันเป็นเท็จแก่เดไลลาห์สามครั้งก่อนจะบอกความจริง เลขสามเป็นสัญลักษณ์แทนพระเจ้าตรีเอกภาพ ตลอดจนพระเจ้าตรีเอกภาพจอมปลอมซึ่งประกอบด้วยพญานาค สัตว์ร้าย และผู้เผยพระวจนะเท็จ รวมทั้งองค์ประกอบสามส่วนของคริสตจักรผู้มีชัย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สามสิบเป็นตัวเลขของปุโรหิต และมีสหายสามสิบคนถูกนำมาร่วมงานเลี้ยงฉลองสมรสของแซมสัน จากนั้นแซมสันวางเดิมพันเป็นผ้าป่านสามสิบผืนและเสื้อผ้าสามสิบชุด หากบรรดาแขกสามารถแก้ปริศนาได้ เมื่อความลับของปริศนาของเขาถูกแพร่งพรายด้วยการทรยศ แซมสันจึงสังหารชายชาวอัชเคโลนสามสิบคนเพื่อชำระเดิมพัน จำนวนสามสิบเป็นส่วนสิบในเชิงคำพยากรณ์ของ 300 และสุนัขจิ้งจอกสามร้อยตัวที่แซมสันจับมาผูกเข้าด้วยกันเป็นหนึ่งร้อยห้าสิบคู่ ซึ่งสอดคล้องกับการที่เอโนคดำเนินกับพระเจ้าเป็นเวลาสามร้อยปีนั้น เชื่อมโยงกับคำพยากรณ์สองเรื่องเกี่ยวกับระยะเวลาห้าเดือนในวิวรณ์บทที่เก้า โดยคำพยากรณ์ทั้งสองเรื่องนี้เชื่อมโยงเข้าด้วยกันด้วยวิธีการแบบบรรทัดซ้อนบรรทัด สามร้อยเป็นส่วนสิบในเชิงคำพยากรณ์ของสามพัน และสามพันเป็นตัวแทนของชนที่เหลืออยู่ ไม่ว่าจะเป็นชนที่เหลืออยู่ฝ่ายชอบธรรม ซึ่งมีผู้ที่กลับใจเชื่อในวันเพ็นเทคอสต์เป็นตัวแทน หรือชนที่เหลืออยู่ฝ่ายอธรรม ซึ่งมีผู้ที่ถูกคนเลวีสังหารในคราวกบฏเรื่องลูกวัวทองคำเป็นตัวแทน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ทั้งการกบฏเรื่องลูกวัวทองคำและบรรดาผู้กลับใจใหม่ในวันเพ็นเทคอสต์ต่างมีจุดบรรจบกันในเชิงคำพยากรณ์อยู่ที่กฎหมายวันอาทิตย์ซึ่งกำลังจะมาถึงในไม่ช้า ชนที่เหลืออยู่กลุ่มหนึ่งเป็นตัวแทนของชนที่เหลืออยู่จากประชากรแห่งพันธสัญญาของพระเจ้า และชนที่เหลืออยู่จากบรรดาผู้ที่อยู่นอกคอกของประชากรแห่งพันธสัญญาของพระเจ้า การกล่าวถึงจำนวนสามพันครั้งแรกในคำพยานของแซมสันหมายถึงชาวยิวที่จับแซมสันเป็นเชลยเพื่อให้ชาวฟีลิสเตียพอใจ ส่วนครั้งที่สองหมายถึงชาวฟีลิสเตีย การพิพากษาเริ่มต้นที่พระนิเวศของพระเจ้า แล้วจึงถึงบรรดาคนงานในชั่วโมงที่สิบเอ็ดซึ่งยังคงอยู่ในบาบิโลน คำพยานของแซมสันยืนยันทั้งสัญลักษณ์ของจำนวนสามพันที่หมายถึงชนที่เหลืออยู่ และลำดับของกระบวนการพิพากษาด้วย เอโนคดำเนินชีวิตกับพระเจ้าเป็นเวลาสามร้อยปี จึงเป็นภาพแทนของชนที่เหลืออยู่จากประชากรแห่งพันธสัญญาของพระเจ้า ผู้ไม่ลิ้มรสความตาย ชนที่เหลืออยู่นั้นคือคนหนึ่งแสนสี่หมื่นสี่พันคน ซึ่งในพระธรรมวิวรณ์บทที่เจ็ดถูกนำมาเปรียบให้เห็นความแตกต่างกับมหาชนหมู่ใหญ่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สิบลดของ 300 คือ 30 ซึ่งเป็นสัญลักษณ์แทนปุโรหิต และยิ่งไปกว่านั้น เลขสามซึ่งเป็นสิบลดของสามสิบ เป็นสัญลักษณ์แทนพระเจ้าสามพระภาค ตลอดจนพระเจ้าสามพระภาคจอมปลอมอันประกอบด้วยพญานาค สัตว์ร้าย และผู้เผยพระวจนะเท็จ เลขสามยังเป็นสัญลักษณ์แทนการแบ่งคริสตจักรผู้มีชัยออกเป็นสามส่วน ซึ่งมีตัวแทนคือกษัตริย์ดาวิดผู้เริ่มครองราชย์เมื่อมีพระชนมายุสามสิบพรรษา ปุโรหิตโยเซฟผู้เริ่มรับใช้เมื่ออายุสามสิบปี และผู้เผยพระวจนะและปุโรหิตเอเสเคียลผู้เริ่มงานรับใช้ที่ยาวนานยี่สิบสองปีในปีที่สามสิบของวัฏจักรปีเสียงเขาสัตว์รอบที่สิบเจ็ด ในฐานะปุโรหิต เขาย่อมมีอายุสามสิบปี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องค์ประกอบเชิงสัญลักษณ์ทั้งสามซึ่งปรากฏในฐานะผู้เผยพระวจนะ ปุโรหิต และกษัตริย์ ต่างได้รับตราประทับของพระเจ้าแห่งวันสะบาโตวันที่เจ็ด ณ หลักหมายที่บ่งบอกการเริ่มต้นการปิดล้อม พยานแห่งความตายสองประการ ร่วมกับพยานรองเรื่องการทำลายกรุงเยรูซาเล็มในปี ค.ศ. 66 รวมเป็นพยานสามประการที่ยืนยันว่าหลักหมายแห่งการปิดล้อมเป็น ‘หมายสำคัญ’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หลักหมายแห่งการเปลี่ยนผ่าน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เมื่อการปิดล้อมเริ่มขึ้น คริสตจักรที่มีชัยชนะของพระเจ้าอันประกอบด้วยสามส่วนได้รับการประทับตรา โดยมีลาเมคเป็นภาพแทน การสิ้นชีวิตของภรรยาเอเสเคียลบ่งชี้ว่า ณ หลักหมายเดียวกันนั้นเอง ประชากรแห่งพันธสัญญากลุ่มเดิมถูกข้ามไปโดยสิ้นเชิง หลักหมายนี้บ่งชี้ถึงการเปลี่ยนผ่านจากเลาดีเซียไปสู่ฟีลาเดลเฟีย ซึ่งยังถูกพรรณนาเป็นภาพของคริสตจักรที่กำลังต่อสู้เปลี่ยนผ่านไปสู่คริสตจักรที่มีชัยชนะ จึงกลายเป็นคริสตจักรที่แปดซึ่งเป็นหนึ่งในทั้งเจ็ด หลักหมายนั้นในประวัติศาสตร์มิลเลอไรต์ของทูตสวรรค์องค์ที่สาม ซึ่งครอบคลุมระยะเวลาตั้งแต่วันที่ 22 ตุลาคม ค.ศ. 1844 จนถึงการกบฏในปี ค.ศ. 1863 เป็นภาพแทนของช่วงเวลาในปี ค.ศ. 1856 เมื่อทั้งเจมส์และเอลเลน ไวท์เริ่มระบุว่าขบวนการนี้เป็นแบบเลาดีเซีย ในปี ค.ศ. 1856 ขบวนการมิลเลอไรต์แบบฟีลาเดลเฟียเปลี่ยนผ่านไปเป็นขบวนการมิลเลอไรต์แบบเลาดีเซีย เจ็ดปีต่อมา ขบวนการมิลเลอไรต์แบบเลาดีเซียสิ้นสุดลง เมื่อขบวนการนี้กลายเป็นคริสตจักรเซเว่นธ์เดย์แอ๊ดเวนตีสแบบเลาดีเซีย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ปี 313 ซึ่งเป็นปีที่คริสตจักรสเมอร์นาสิ้นสุดลงและคริสตจักรเปอร์กามัมเริ่มต้นขึ้น ก็เป็นแบบเล็งถึงหลักหมายนั้นด้วยเช่นกัน เมื่อพิจารณาควบคู่กัน การเปลี่ยนผ่านในปี 1856 จากฟีลาเดลเฟียที่ชอบธรรมไปสู่เลาดีเซียที่ไม่ชอบธรรม สอดคล้องกับการเปลี่ยนผ่านจากสเมอร์นาที่ชอบธรรมไปสู่เปอร์กามัมที่ไม่ชอบธรรมในปี 313 และจุดเปลี่ยนผ่านนั้นยังบ่งชี้ด้วยว่าหลักหมายดังกล่าวเป็นหมายสำคัญ การล้อมเริ่มต้นด้วยหมายสำคัญ ตามคำยืนยันของพยานหลายปาก เมื่อขบวนการของทูตสวรรค์องค์ที่สาม ซึ่งประกอบด้วยคนหนึ่งแสนสี่หมื่นสี่พันคน ได้รับการประทับตราในเวลาที่ลาเมคสิ้นชีวิต พวกเขาก็ได้รับการประทับตราและเป็นอันหนึ่งอันเดียวกันอย่างสมบูรณ์ ขณะที่พวกเขาถูกยกขึ้นเป็นธงสัญญาณ เพราะหลักหมายแรกของโครงสร้างเชิงพยากรณ์ของการล้อมคือหมายสำคัญ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การสวรรคตของจอห์น พาลาโอโลกอสชี้ให้เห็นหลักหมายของอิสลาม เมื่อโรมตะวันออกถูกอิสลามบังคับให้ยอมอยู่ใต้อำนาจ การล้อมและการทำลายกรุงเยรูซาเล็มเป็นพยานสองประการเกี่ยวกับบาบิโลนและโรม ช่วงเวลาหนึ่งปีครึ่งของเอเสเคียลเป็นภาพแทนของชาวเลาดีเซียที่ปฏิเสธจะเห็นและได้ยินข่าวสารเตือนถึงการถูกกวาดต้อนไปเป็นเชลยของกษัตริย์แห่งทิศเหนือ หมายสำคัญของเซสติอุสเป็นภาพแทนของชาวฟีลาเดลเฟียที่หลบหนีให้พ้นจากกษัตริย์แห่งทิศเหนือ หมายสำคัญทั้งสองประการนั้นกล่าวถึงข่าวสารเชิงพยากรณ์ภายใน เช่นเดียวกับเลข 777 ของลาเมค บรรทัดซ้อนบรรทัด กลุ่มหนึ่งถูกกวาดต้อนไปเป็นเชลยในคราวการล้อม ส่วนอีกกลุ่มหนึ่งหลุดพ้นจากเงื้อมมือของกษัตริย์แห่งทิศเหนือ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การสวรรคตของจอห์น ปาลาโอโลกอสเป็นภาพแทนของข่าวสารเชิงพยากรณ์ด้านภายนอก โดยชี้ให้เห็นบทบาทของอิสลาม ณ หมุดหมายที่ผู้คนซึ่งมีลาเมคเป็นตัวแทนได้รับการประทับตรา ผู้ที่หลบหนีรอดพ้นและผู้ที่ถูกจับกุมระหว่างการล้อมและการทำลายกรุงเยรูซาเล็มเน้นย้ำให้เห็นว่า อุปนิสัยปรากฏให้เห็น ณ หมุดหมายอัลฟาของช่วงเวลาเชิงพยากรณ์แห่งการล้อมนั้น คนทั้งสองกลุ่มนี้มีลาเมคทั้งสองคนเป็นตัวแทน กลุ่มหนึ่งกล่าวคำเตือนแก่แนชวิลล์ ส่วนอีกกลุ่มหนึ่งปฏิเสธที่จะกล่าวคำเตือน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พระยาห์เวห์จึงตรัสแก่เขาว่า “เพราะฉะนั้น ผู้ใดก็ตามที่ฆ่าคาอิน ผู้นั้นจะถูกแก้แค้นเจ็ดเท่า” และพระยาห์เวห์ทรงทำเครื่องหมายไว้บนตัวคาอิน เพื่อมิให้ผู้ใดที่พบเขาฆ่าเขา ปฐมกาล 4:15.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เครื่องหมายแห่งการกบฏ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คาอินได้รับเครื่องหมายแห่งการกบฏของตน เครื่องหมายแห่งการกบฏของเขาเป็นที่เข้าใจกันว่าเป็นคำเตือนแก่มนุษยชาติว่า หากผู้ใดฆ่าคาอิน ผู้นั้นจะได้รับการพิพากษาลงโทษจากพระเจ้าเป็นเจ็ดเท่า ในแง่หนึ่ง อาจเข้าใจได้ว่าเครื่องหมายนั้นเป็นการที่พระเจ้าทรงให้ความคุ้มครองแก่คาอิน แต่ในเชิงคำพยากรณ์ เครื่องหมายนั้นสอดคล้องกับเครื่องหมายเตือนแห่งการกบฏในพระธรรมเล่มสุดท้ายของพระคัมภีร์ เครื่องหมายแห่งการกบฏของคาอินในพระธรรมปฐมกาลอันเป็นพระธรรมอัลฟา เป็นแบบเล็งถึงเครื่องหมายของสัตว์ร้ายในพระธรรมวิวรณ์อันเป็นพระธรรมโอเมกา คำเตือนที่แฝงอยู่ในเครื่องหมายของคาอินคือ พระเจ้าจะทรงปฏิเสธและพิพากษาผู้ใดก็ตามที่แสดงอุปนิสัยเช่นเดียวกับคาอินด้วยเช่นกัน เครื่องหมายบนตัวคาอินสอดคล้องกับเครื่องหมายของสัตว์ร้าย และคำเตือนนั้นเน้นย้ำพระบัญชาที่ห้ามเลียนแบบการกบฏของคาอินในการฆ่าน้องชายของตน ซึ่งในพระธรรมวิวรณ์แสดงไว้เป็นรูปของสัตว์ร้าย การเลียนแบบการกระทำของคาอินคือการสร้างรูปของคาอินขึ้น คาอินได้รับการพิพากษาในขั้นลงโทษเป็นเจ็ดเท่า และในชั่วอายุที่หกนับจากคาอิน ลาเมคระบุว่าตนได้ทำบาปซ้ำรอยบิดาของตน แต่การพิพากษาลงโทษตนจะเป็นเจ็ดคูณเจ็ดสิบเท่า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และลาเมคกล่าวแก่ภรรยาของตนว่า อาดาห์และศิลลาห์เอ๋ย จงฟังเสียงข้า บรรดาภรรยาของลาเมคเอ๋ย จงสดับถ้อยคำของข้า เพราะข้าได้ฆ่าชายคนหนึ่งเพราะเขาทำให้ข้าบาดเจ็บ และฆ่าชายหนุ่มคนหนึ่งเพราะเขาทำให้ข้าฟกช้ำ หากจะมีการแก้แค้นแทนคาอินเจ็ดเท่า ก็จะมีการแก้แค้นแทนลาเมคเจ็ดสิบเจ็ดเท่าอย่างแน่นอน ปฐมกาล 4:23, 24.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ในข้อพระคัมภีร์ก่อนหน้านี้ มีการแสดงจำนวนในรูปของการคูณเป็นครั้งแรกจากทั้งหมดเพียงสามครั้งในพระวจนะของพระเจ้า ครั้งสุดท้ายก็เป็นเช่นเดียวกับครั้งแรก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เปโตรจึงเข้ามาทูลพระองค์ว่า “ข้าแต่องค์พระผู้เป็นเจ้า เมื่อพี่น้องของข้าพระองค์ทำบาปต่อข้าพระองค์ ข้าพระองค์ควรยกโทษให้เขากี่ครั้ง? ถึงเจ็ดครั้งหรือ?” พระเยซูตรัสกับเขาว่า “เราไม่ได้บอกท่านว่าเพียงเจ็ดครั้ง แต่เจ็ดสิบคูณเจ็ดครั้ง” มัทธิว 18:21, 22.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เจ็ดสิบคูณเจ็ดเท่ากับสี่ร้อยเก้าสิบ และในประวัติศาสตร์ศักดิ์สิทธิ์มีช่วงเวลาสี่ร้อยเก้าสิบปีอยู่สามช่วง โดยแต่ละช่วงแสดงถึงระยะเวลาแห่งการทดสอบ มีการระบุช่วงเวลาสี่ร้อยเก้าสิบปีไว้สำหรับสถานบริสุทธิ์ สำหรับบรรดากษัตริย์ และสำหรับกองทัพ ช่วงเวลาสำหรับบรรดากษัตริย์เริ่มต้นเมื่อซาอูลได้รับการเจิมในปี 1097 ก่อนคริสตกาล และดำเนินต่อมาจนถึงการปิดล้อมครั้งแรกของเนบูคัดเนสซาร์ ในคราวที่ดาเนียลถูกจับไปเป็นเชลยเมื่อปี 607 ก่อนคริสตกาล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ช่วงเวลาแห่งการทดสอบสี่ร้อยเก้าสิบปีที่กำหนดไว้สำหรับสถานบริสุทธิ์ เริ่มต้นด้วยการถวายพระวิหารของซาโลมอนในปี 1006 ก่อนคริสต์ศักราช และดำเนินต่อไปจนถึงการถวายพระวิหารหลังการเนรเทศในปี 516 ก่อนคริสต์ศักราช สำหรับกองทัพนั้น ช่วงเวลาสี่ร้อยเก้าสิบปีเริ่มตั้งแต่ปี 457 ก่อนคริสต์ศักราชจนถึงปีคริสต์ศักราช 34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ลำดับที่เริ่มจากข่าวสารเตือนถึงการพิพากษาเจ็ดเท่าและเครื่องหมายของคาอิน ไปจนถึงเจ็ดสิบคูณเจ็ดเท่าของลาเมค แสดงถึงระยะเวลาแห่งการทดสอบสี่ร้อยเก้าสิบปีในเชิงสัญลักษณ์ การกบฏที่แสดงผ่านเครื่องหมายของคาอินนั้นได้รับการนำเสนอว่าทวีความรุนแรงขึ้นเป็นลำดับ สอดคล้องกับเหตุจูงพระทัยของพระเจ้าในการบันดาลให้เกิดน้ำท่วมโลก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และพระเจ้าทอดพระเนตรเห็นว่าความชั่วร้ายของมนุษย์มีมากบนแผ่นดินโลก และความคิดคำนึงทั้งปวงในใจของเขาล้วนเป็นแต่ความชั่วอยู่ตลอดเวลา และพระยาห์เวห์ทรงเสียพระทัยที่ได้ทรงสร้างมนุษย์ไว้บนแผ่นดินโลก และทรงโทมนัสในพระทัย และพระยาห์เวห์ตรัสว่า เราจะทำลายมนุษย์ที่เราได้สร้างให้หมดไปจากพื้นแผ่นดินโลก ทั้งมนุษย์ สัตว์ สัตว์เลื้อยคลาน และนกในอากาศ เพราะเราเสียใจที่ได้สร้างสิ่งเหล่านี้มา ปฐมกาล 6:5–7.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ลาเมคในชั่วอายุที่หกของคาอินถูกนำเสนอในฐานะตัวแทนของกลุ่มผู้กบฏที่มีลักษณะเด่นชัด ตรงกันข้ามกับลาเมคในเชื้อสายของเสท คำพยานของลาเมคทั้งสองต่างชี้ถึงการสิ้นสุดเวลาแห่งพระกรุณา: คนหนึ่งแสดงให้เห็นผ่านจำนวน 490 ส่วนอีกคนหนึ่งผ่านความตายของตน คำพยานทั้งสองมีสัญลักษณ์เชิงตัวเลขที่สัมพันธ์โดยตรงกับองค์ประกอบสามส่วนของคริสตจักรที่มีชัยชนะ ลาเมคในเชื้อสายของคาอินสอดคล้องกับช่วงเวลาสามช่วง ช่วงละ 490 ปี สำหรับบรรดากษัตริย์ สถานบริสุทธิ์ และกองทัพ ส่วนลาเมคในเชื้อสายของเสทมีตราประทับแห่งเลขเจ็ดสำหรับผู้เผยพระวจนะ ปุโรหิต และกษัตริย์ ลาเมคในเชื้อสายของเสทคือทูตสวรรค์องค์ที่สองในบรรดาทูตสวรรค์สามองค์แห่งวิวรณ์บทที่สิบสี่ และลาเมคในเชื้อสายของคาอินคือทูตสวรรค์องค์ที่สามซึ่งประกาศคำเตือนเรื่องสัตว์ร้าย รูปของมัน เครื่องหมาย และตัวเลขแห่งชื่อของมัน วิวรณ์บทที่สิบสี่ ข้อ 9/11 ระบุถึงบรรดาผู้ที่ได้รับคำสาปของคาอิน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และทูตสวรรค์องค์ที่สามก็ตามทูตสวรรค์เหล่านั้นมา กล่าวด้วยเสียงอันดังว่า ถ้าผู้ใดบูชาสัตว์ร้ายและรูปของมัน และรับเครื่องหมายของมันไว้ที่หน้าผากหรือที่มือของตน ผู้นั้นจะต้องดื่มเหล้าองุ่นแห่งพระพิโรธของพระเจ้า ซึ่งเทลงในถ้วยแห่งความกริ้วของพระองค์โดยมิได้เจือจาง และเขาจะถูกทรมานด้วยไฟและกำมะถันต่อหน้าบรรดาทูตสวรรค์ผู้บริสุทธิ์และต่อพระพักตร์พระเมษโปดก และควันแห่งการทรมานของพวกเขาจะลอยขึ้นไปเป็นนิตย์นิรันดร์ และบรรดาผู้ที่บูชาสัตว์ร้ายและรูปของมัน รวมทั้งทุกคนที่รับเครื่องหมายแห่งชื่อของมัน จะไม่ได้หยุดพักเลยทั้งกลางวันและกลางคืน วิวรณ์ 14:9–11.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วิวรณ์ 15:2 ระบุว่าผู้ที่ลาเมคในเชื้อสายของเสทเป็นตัวแทนนั้นคือใคร: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และข้าพเจ้าเห็นสิ่งหนึ่งดุจทะเลแก้วปนไฟ และเห็นบรรดาผู้ที่ได้ชัยชนะเหนือสัตว์ร้าย เหนือรูปจำลองของมัน เหนือเครื่องหมายของมัน และเหนือเลขชื่อของมัน ยืนอยู่บนทะเลแก้ว ถือพิณของพระเจ้า. วิวรณ์ 15:2.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ลาเมคในเชื้อสายของเสทบ่งชี้ถึงการปิดประตูด้วยความตายของเขา ลาเมคในเชื้อสายของคาอินบ่งชี้ถึงการปิดประตูเมื่อสิ้นสุดช่วงเวลาแห่งพระกรุณาสี่ร้อยเก้าสิบปี เครื่องหมายของคาอินมีไว้ให้เห็นเป็นคำเตือนให้ระวังอุปนิสัยที่แสดงคุณลักษณะหลักเชิงคำพยากรณ์สามประการ เขาปฏิเสธที่จะเข้ามานมัสการพระเจ้าตามแนวทางที่พระองค์ทรงกำหนด เขาแสดงความเดือดดาลด้วยความอิจฉาริษยาและฆ่าน้องชายของตน และประการที่สาม เขาปฏิเสธที่จะกลับใจ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คาอินได้ละเมิดพระบัญญัติสิบประการส่วนที่จารึกบนศิลาแผ่นแรก ซึ่งระบุถึงความสัมพันธ์ของมนุษยชาติกับพระเจ้า ส่วนศิลาแผ่นที่สองระบุถึงความสัมพันธ์ระหว่างมนุษย์กับมนุษย์ เครื่องหมายแห่งการกบฏของเขาบ่งชี้ว่าเขาเป็นผู้ละเมิดพระบัญญัติและไม่กลับใจ คาอินและลาเมคบ่งชี้ถึงประตูที่ปิดลงของทูตสวรรค์องค์ที่สามเมื่อกฎหมายวันอาทิตย์มาถึงในไม่ช้า เอโนค เมธูเสลาห์ ลาเมค และโนอาห์เป็นตัวแทนของประวัติศาสตร์ที่เริ่มต้นด้วยการมาถึงของทูตสวรรค์องค์แรก ซึ่งมีเอโนคเป็นตัวแทน ตามด้วยการมาถึงของลาเมคในฐานะทูตสวรรค์องค์ที่สอง การมาถึงของเมธูเสลาห์ในฐานะเสียงร้องยามเที่ยงคืนที่เสริมพลังให้แก่ข่าวสารของลาเมคในฐานะทูตสวรรค์องค์ที่สอง และจากนั้นโนอาห์ในฐานะทูตสวรรค์องค์ที่สามก็บ่งชี้ถึงประตูที่ปิดลงในเหตุการณ์น้ำท่วมโลก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ลาเมคสิ้นชีวิตห้าปีก่อนน้ำท่วมโลก และเหตุการณ์นี้บ่งชี้ถึงระยะเวลาห้าปีในเชิงสัญลักษณ์ก่อนที่ประตูจะปิดลงในคราวที่มีกฎหมายวันอาทิตย์ซึ่งกำลังจะมาถึงในไม่ช้า การประทับตราคริสตจักรที่มีชัยชนะเสร็จสมบูรณ์ ณ เวลาที่ลาเมคสิ้นชีวิตเมื่ออายุ 777 ปีนั่นเอง จากนั้น เจ็ดวันก่อนที่ประตูเรือจะถูกปิดลงโดยฤทธิ์อำนาจเหนือธรรมชาติ บรรดาสัตว์ก็เริ่มเข้าไปในเรือ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วันที่เมธูเสลาห์ตายเป็นวันแรกของเจ็ดวันนั้น คำเตือนครั้งสุดท้ายก่อนประตูจะปิดลงเป็นข่าวสารสองส่วน ได้แก่ การปรากฏให้เห็นของบรรดาสัตว์ ควบคู่กับการสำเร็จเป็นจริงของคำพยากรณ์ที่ได้ประกาศก้องมาตลอดช่วงชีวิตของบุรุษผู้มีอายุยืนยาวที่สุดในบรรดาผู้ที่เคยตายมา คำพยากรณ์นั้นอยู่ในชื่อของเมธูเสลาห์ ซึ่งมีความหมายว่า ‘เมื่อเขาตาย สิ่งนั้นจะมาถึง’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ข่าวสารเตือนครั้งสุดท้ายสำหรับมนุษยชาติต้องเป็นข่าวสารสองส่วนตามความจำเป็นแห่งคำพยากรณ์ ดังที่แสดงให้เห็นผ่านการอพยพของสัตว์ตลอดเจ็ดวัน ซึ่งเริ่มต้นด้วยการสิ้นชีวิตของเมธูเสลาห์ อันเป็นการสำเร็จตามคำพยากรณ์ของเอโนคที่ประกาศผ่านนามของบุตรชายของท่าน ช่วงเจ็ดวันแห่งการอพยพของสัตว์บ่งชี้ว่า ข่าวสารสองส่วนอันได้แก่การสิ้นชีวิตของเมธูเสลาห์และสัตว์ที่อพยพนั้น เป็นข่าวสารแห่งการประทับตราของทูตสวรรค์องค์ที่สาม พระเยซูทรงใช้จุดเริ่มต้นเป็นภาพแสดงถึงจุดสิ้นสุดเสมอ และในพระธรรมวิวรณ์ ทูตสวรรค์องค์ที่สามในวิวรณ์บทที่สิบแปดมีเสียงที่สองในข้อสี่มาร่วมสมทบ เช่นเดียวกับที่เสียงร้องยามเที่ยงคืนได้ร่วมสมทบกับข่าวสารของทูตสวรรค์องค์ที่สอง ข่าวสารเตือนครั้งสุดท้ายถูกนำเสนอในลักษณะของข่าวสารภายในและข่าวสารภายนอกเสมอ ดังที่แสดงให้เห็นผ่านความสัมพันธ์เชิงพยากรณ์ระหว่างคริสตจักรทั้งหลายกับตราประทับทั้งหลายในพระธรรมวิวรณ์ ข่าวสารเตือนครั้งสุดท้ายในดาเนียลบทที่สิบเอ็ดคือข่าวสารจากทิศเหนือและทิศตะวันออก เมธูเสลาห์และสัตว์ที่อพยพเป็นข่าวสารเตือนครั้งสุดท้ายสองส่วนในสมัยของโนอาห์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การเสียชีวิตของลาเมคซึ่งมีเลข 777 เป็นเครื่องหมายกำกับ สอดคล้องกับจุดเริ่มต้นของการล้อมเมือง อันเป็นเวลาที่ภรรยาของเอเสเคียลเสียชีวิต ณ จุดนั้นเองที่บรรดาผู้สัตย์ซื่อ ซึ่งมีเชื้อสายของเสทเป็นตัวแทน ได้รับการประทับตรา และ ณ จุดเดียวกันนั้น ผู้ที่มีเชื้อสายของคาอินเป็นตัวแทนก็ได้รับเครื่องหมายเช่นกัน เอโนคเป็นคนลำดับที่เจ็ดนับจากอาดัม และเขาเป็นตัวแทนของหลักหมายอัลฟาในช่วงเวลาหนึ่ง ซึ่งสิ้นสุดลงโดยมีเลขแปดเป็นตัวแทนของทั้งคนรุ่นสุดท้ายและคนรุ่นแรก ลาเมคทั้งสองคนบ่งชี้ถึงการสิ้นสุดเวลาแห่งพระกรุณา และการเสียชีวิตของลาเมคเป็นสัญลักษณ์ของประตูพระกรุณาที่ปิดลง ณ จุดเริ่มต้นของการล้อมเมือง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เอโนคเป็นอัลฟาแห่งประวัติศาสตร์ตามคำพยากรณ์ และด้วยความจำเป็นตามคำพยากรณ์ เขาจึงต้องชี้ให้เห็นถึงโอเมกาแห่งประวัติศาสตร์ตามคำพยากรณ์ บุคคลทั้งแปดที่เดินทางจากโลกเก่าไปสู่โลกใหม่โดยมิได้ลิ้มรสความตายเป็นตัวแทนของโอเมกานั้น เอโนคและบุคคลทั้งแปดมิได้ประสบความตายก่อนที่พวกเขาจะมาถึงแผ่นดินโลกใหม่ โลกเก่าสิ้นสุดลงในช่วงเจ็ดวันที่สัตว์ต่าง ๆ อพยพ และโลกใหม่เริ่มต้นขึ้นด้วยช่วงเจ็ดวันที่ไม่มีฝนตก จากนั้น นับตั้งแต่วันที่ 17 เป็นต้นมา ตลอดห้าเดือนมีแต่ฝนตกเท่านั้น จนกระทั่งพระเจ้าทรงยับยั้งฝนไว้เมื่อสิ้นห้าเดือนในวันที่สิบเจ็ด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ห้าเดือน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ในวิวรณ์บทที่ 9 มีพยานสองประการยืนยันระยะเวลาห้าเดือน และในบทนี้มีคำพยากรณ์เกี่ยวกับเวลาที่แตกต่างกันสามประการ ระยะเวลาห้าเดือนช่วงแรกระบุไว้ในข้อ 5 ระยะเวลาห้าเดือนช่วงที่สองอยู่ในข้อ 10 และระยะเวลาสามร้อยเก้าสิบเอ็ดปีและสิบห้าวันอยู่ในข้อ 15 ข้อ 5, 10 และ 15 ชี้ให้เห็นคำพยากรณ์เกี่ยวกับเวลาที่เกี่ยวข้องกับอิสลาม โดยมีพยานสองประการยืนยันระยะเวลาห้าเดือน ณ จุดเริ่มต้นของช่วงเวลาตามคำพยากรณ์ ทั้งข้อ 5 และข้อ 10 ต่างระบุระยะเวลาห้าเดือน ดังนั้น เมื่อพิจารณาแบบบรรทัดซ้อนบรรทัด ข้อ 5 และข้อ 10 จึงรวมกันได้สิบห้า ด้วยเหตุนี้ ระยะเวลาห้าเดือนช่วงแรกจึงเป็น 15 และระยะเวลาสามร้อยเก้าสิบเอ็ดปีและสิบห้าวันก็ระบุไว้ในข้อ 15 ลำดับและโครงสร้างของข้อ 5, 10 และ 15 ชี้ให้เห็นเลขสิบห้าสองชุด และในสองข้อแรกซึ่งรวมกันได้สิบห้านั้น มีคำพยากรณ์เกี่ยวกับระยะเวลาหนึ่งร้อยห้าสิบปีอยู่สองประการ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ข้อสิบห้าให้คำพยากรณ์เรื่องระยะเวลาสามร้อยเก้าสิบเอ็ดปีกับสิบห้าวัน พระคริสต์ทรงสอดแทรกเลขสิบห้าไว้ในข้อพระคัมภีร์สามข้อ และโดยทรงใช้ระยะเวลาตามคำพยากรณ์ที่ระบุไว้ในข้อพระคัมภีร์เหล่านั้นเอง พระองค์ทรงแยกให้เห็นความแตกต่างของเลข 15 ซึ่งแสดงด้วยการนำหมายเลขข้อห้าและข้อสิบมาบวกกัน เพื่อให้เกิดเลขสิบห้าซ้ำเป็นสองชุดเมื่อนำมาเทียบเคียงกับข้อสิบห้า จากนั้นพระคริสต์ทรงลงท้ายคำพยากรณ์ทั้งสามที่เชื่อมโยงกันด้วยระยะเวลาสิบห้าวัน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กุญแจสำคัญของบทนี้คือยุทธการที่นีนะเวห์ในปี ค.ศ. 627 ตามมาด้วยการเสียชีวิตของมุฮัมมัดในปี ค.ศ. 632 อีกห้าปีต่อมา ซึ่งเป็นจุดเริ่มต้นของคำพยากรณ์เรื่องระยะเวลาห้าเดือนครั้งแรก สิบปีหลังจากมุฮัมมัดเสียชีวิต กองทัพเปอร์เซียก็ถูกทำลายลง สอดคล้องกับคำทำนายของมุฮัมมัดที่ว่า มหาอำนาจทั้งสอง คือเปอร์เซียและโรม จะพ่ายแพ้ทั้งคู่ ดังนั้น วิวรณ์บทที่เก้าจึงเริ่มลำดับเหตุการณ์ทางประวัติศาสตร์ที่ยุทธการระหว่างเปอร์เซียกับโรม ณ นีนะเวห์ จากนั้นอีกห้าปีต่อมา มุฮัมมัดก็เสียชีวิต อันเป็นจุดเริ่มต้นของช่วงเวลาหนึ่งร้อยห้าสิบปีในข้อห้า อีกสิบปีต่อมา เปอร์เซียพ่ายแพ้ในยุทธการที่นะฮาวันด์ในปี ค.ศ. 642 อิสลามเรียกยุทธการที่นะฮาวันด์ว่า “ชัยชนะแห่งชัยชนะทั้งปวง” สิบห้าปีแรกของวิวรณ์บทที่เก้าแสดงถึงช่วงเวลาห้าปีตามด้วยสิบปี คำพยากรณ์เกี่ยวกับช่วงเวลาข้อสุดท้ายสิ้นสุดลงในวันที่ 11 สิงหาคม ค.ศ. 1840 สิบวันก่อนเหตุการณ์นั้น โจไซอาห์ ลิตช์ได้ตีพิมพ์คำทำนายฉบับปรับปรุงของเขาเกี่ยวกับการสิ้นสุดความเป็นใหญ่ของออตโตมัน ผลงานของโจไซอาห์ ลิตช์แบ่งสิบห้าวันสุดท้ายของอิสลามในวิวรณ์บทที่เก้าออกเป็นช่วงห้าวัน ตามด้วยสิบวัน เพราะพระเยซูทรงใช้จุดเริ่มต้นแสดงให้เห็นถึงจุดจบเสมอ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เราจะกล่าวถึงเรื่องเหล่านี้ต่อในบทความถัดไป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/>
    </w:pPr>
    <w:rPr>
      <w:rFonts w:ascii="Leelawadee UI" w:hAnsi="Leelawadee UI" w:eastAsia="Leelawadee UI" w:cs="Leelawadee UI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rticleTitle">
    <w:name w:val="Article Title"/>
    <w:basedOn w:val="Title"/>
    <w:pPr>
      <w:spacing w:before="0" w:after="120"/>
      <w:jc w:val="center"/>
    </w:pPr>
    <w:rPr>
      <w:rFonts w:ascii="Leelawadee UI" w:hAnsi="Leelawadee UI" w:eastAsia="Leelawadee UI" w:cs="Leelawadee UI"/>
      <w:b/>
      <w:sz w:val="40"/>
    </w:rPr>
  </w:style>
  <w:style w:type="paragraph" w:customStyle="1" w:styleId="ArticleSubtitle">
    <w:name w:val="Article Subtitle"/>
    <w:basedOn w:val="Normal"/>
    <w:pPr>
      <w:spacing w:before="0" w:after="160"/>
      <w:ind w:left="0" w:right="0" w:firstLine="0"/>
      <w:jc w:val="left"/>
    </w:pPr>
    <w:rPr>
      <w:rFonts w:ascii="Leelawadee UI" w:hAnsi="Leelawadee UI" w:eastAsia="Leelawadee UI" w:cs="Leelawadee UI"/>
      <w:i/>
      <w:sz w:val="28"/>
    </w:rPr>
  </w:style>
  <w:style w:type="paragraph" w:customStyle="1" w:styleId="ArticleByline">
    <w:name w:val="Article Byline"/>
    <w:basedOn w:val="Normal"/>
    <w:pPr>
      <w:spacing w:before="0" w:after="40"/>
      <w:jc w:val="left"/>
    </w:pPr>
    <w:rPr>
      <w:rFonts w:ascii="Leelawadee UI" w:hAnsi="Leelawadee UI" w:eastAsia="Leelawadee UI" w:cs="Leelawadee UI"/>
      <w:i/>
      <w:sz w:val="22"/>
    </w:rPr>
  </w:style>
  <w:style w:type="paragraph" w:customStyle="1" w:styleId="ArticleDate">
    <w:name w:val="Article Date"/>
    <w:basedOn w:val="Normal"/>
    <w:pPr>
      <w:spacing w:before="0" w:after="280"/>
      <w:jc w:val="left"/>
    </w:pPr>
    <w:rPr>
      <w:rFonts w:ascii="Leelawadee UI" w:hAnsi="Leelawadee UI" w:eastAsia="Leelawadee UI" w:cs="Leelawadee UI"/>
      <w:sz w:val="20"/>
    </w:rPr>
  </w:style>
  <w:style w:type="paragraph" w:customStyle="1" w:styleId="ArticleHeading">
    <w:name w:val="Article Heading"/>
    <w:basedOn w:val="Heading2"/>
    <w:pPr>
      <w:spacing w:before="240" w:after="120"/>
      <w:jc w:val="left"/>
    </w:pPr>
    <w:rPr>
      <w:rFonts w:ascii="Leelawadee UI" w:hAnsi="Leelawadee UI" w:eastAsia="Leelawadee UI" w:cs="Leelawadee UI"/>
      <w:b/>
      <w:sz w:val="26"/>
    </w:rPr>
  </w:style>
  <w:style w:type="paragraph" w:customStyle="1" w:styleId="ArticleBody">
    <w:name w:val="Article Body"/>
    <w:basedOn w:val="Normal"/>
    <w:pPr>
      <w:spacing w:before="0" w:after="160"/>
      <w:jc w:val="left"/>
    </w:pPr>
    <w:rPr>
      <w:rFonts w:ascii="Leelawadee UI" w:hAnsi="Leelawadee UI" w:eastAsia="Leelawadee UI" w:cs="Leelawadee UI"/>
      <w:sz w:val="24"/>
    </w:rPr>
  </w:style>
  <w:style w:type="paragraph" w:customStyle="1" w:styleId="ArticleScripture">
    <w:name w:val="Article Scripture"/>
    <w:basedOn w:val="Normal"/>
    <w:pPr>
      <w:spacing w:before="0" w:after="160"/>
      <w:ind w:left="504" w:right="144"/>
      <w:jc w:val="left"/>
    </w:pPr>
    <w:rPr>
      <w:rFonts w:ascii="Leelawadee UI" w:hAnsi="Leelawadee UI" w:eastAsia="Leelawadee UI" w:cs="Leelawadee UI"/>
      <w:i w:val="0"/>
      <w:sz w:val="23"/>
    </w:rPr>
  </w:style>
  <w:style w:type="paragraph" w:customStyle="1" w:styleId="ArticleQuote">
    <w:name w:val="Article Quote"/>
    <w:basedOn w:val="Normal"/>
    <w:pPr>
      <w:spacing w:before="0" w:after="160"/>
      <w:ind w:left="648" w:right="288"/>
      <w:jc w:val="left"/>
    </w:pPr>
    <w:rPr>
      <w:rFonts w:ascii="Leelawadee UI" w:hAnsi="Leelawadee UI" w:eastAsia="Leelawadee UI" w:cs="Leelawadee UI"/>
      <w:i/>
      <w:sz w:val="23"/>
    </w:rPr>
  </w:style>
  <w:style w:type="paragraph" w:customStyle="1" w:styleId="ArticleListItem">
    <w:name w:val="Article List Item"/>
    <w:basedOn w:val="Normal"/>
    <w:pPr>
      <w:spacing w:before="0" w:after="80"/>
      <w:ind w:left="576" w:right="0" w:hanging="259"/>
      <w:jc w:val="left"/>
    </w:pPr>
    <w:rPr>
      <w:rFonts w:ascii="Leelawadee UI" w:hAnsi="Leelawadee UI" w:eastAsia="Leelawadee UI" w:cs="Leelawadee UI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ประวัติศาสตร์ที่ซ่อนเร้นของข้อพระคัมภีร์ที่สี่สิบ - ตอนที่สามสิบสาม</dc:title>
  <dc:subject>เอเสเคียล ลำดับที่สิบสี่</dc:subject>
  <dc:creator>Jeff Pippenger</dc:creator>
  <cp:keywords/>
  <dc:description>Generated by ArticleDigger from hidden_history\33_hidden_history.json</dc:description>
  <cp:lastModifiedBy>ArticleDigger</cp:lastModifiedBy>
  <cp:revision>1</cp:revision>
  <dcterms:created xsi:type="dcterms:W3CDTF">2000-01-01T00:00:00Z</dcterms:created>
  <dcterms:modified xsi:type="dcterms:W3CDTF">2000-01-01T00:00:00Z</dcterms:modified>
  <cp:category>hidden_history</cp:category>
  <cp:lastPrinted>2000-01-01T00:00:00Z</cp:lastPrinted>
</cp:coreProperties>
</file>