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kitaby — ýüz birinji</w:t>
      </w:r>
    </w:p>
    <w:p>
      <w:pPr>
        <w:pStyle w:val="ArticleSubtitle"/>
        <w:jc w:val="left"/>
      </w:pPr>
      <w:r>
        <w:rPr>
          <w:rFonts w:ascii="Arial" w:hAnsi="Arial" w:eastAsia="Arial" w:cs="Arial"/>
        </w:rPr>
        <w:t>Ähdiň Habarçysy: Päklenişden Arassalaýşa çenli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Mesihiň ähti tassyklan hepdesi Onuň çokundyrylyşyndan başlap, asmandaky mukaddes ýerde Stefan daşlanan wagtynda Mesih aýaga galýança bolan döwri aňladýardy.</w:t>
      </w:r>
    </w:p>
    <w:p>
      <w:pPr>
        <w:pStyle w:val="ArticleScripture"/>
        <w:jc w:val="left"/>
      </w:pPr>
      <w:r>
        <w:rPr>
          <w:rFonts w:ascii="Times New Roman" w:hAnsi="Times New Roman" w:eastAsia="Times New Roman" w:cs="Times New Roman"/>
        </w:rPr>
        <w:t>Emma ol Mukaddes Ruhdan doly bolansoň, göge dikelip seretdi-de, Hudaýyň şöhratyny we Isanyň Hudaýyň sag tarapynda durandygyny gördi. Şeýle diýdi: Ine, men asmanlaryň açylandygyny we Ynsan Oglunyň Hudaýyň sag tarapynda durandygyny görýärin. Şonda olar gaty ses bilen gygyryp, gulaklaryny dykdylar-da, agzybirlik bilen onuň üstüne topuldylar. Ony şäherden daşyna çykaryp, daş bilen urdular; şaýatlar bolsa eşiklerini Şawul atly bir ýaş ýigidiň aýaklarynyň ýanynda goýdular. Olar Hudaýa sygynyp: «Ýa Reb Isa, ruhumy kabul et» diýip, Stefany daş bilen urýardylar. Ol dyza çöküp, gaty ses bilen şeýle gygyrdy: «Ýa Reb, bu günäni olaryň üstüne ýükleme». Şeýle diýenden soň, ol uka gitdi. Resullaryň Işleri 7:55–60.</w:t>
      </w:r>
    </w:p>
    <w:p>
      <w:pPr>
        <w:pStyle w:val="ArticleBody"/>
        <w:jc w:val="left"/>
      </w:pPr>
      <w:r>
        <w:rPr>
          <w:rFonts w:ascii="Times New Roman" w:hAnsi="Times New Roman" w:eastAsia="Times New Roman" w:cs="Times New Roman"/>
        </w:rPr>
        <w:t>Stefan daşlanan wagtynda we Mikaýyl aýaga galanda, Hoş Habar başga milletlere gitdi, çünki şol wagta çenli Hoş Habar diňe ýehudylara çäklendirilipdi.</w:t>
      </w:r>
    </w:p>
    <w:p>
      <w:pPr>
        <w:pStyle w:val="ArticleScripture"/>
        <w:jc w:val="left"/>
      </w:pPr>
      <w:r>
        <w:rPr>
          <w:rFonts w:ascii="Times New Roman" w:hAnsi="Times New Roman" w:eastAsia="Times New Roman" w:cs="Times New Roman"/>
        </w:rPr>
        <w:t>“Soňra perişde şeýle diýdi: ‘Ol köp adamlar bilen bir hepde [ýedi ýyl] üçin ähti tassyklar.’ Halasgär Öz hyzmatyna girişenden soň ýedi ýyl dowamynda Hoş Habar aýratyn-da ýehudylara wagyz edilmelidi; üç ýarym ýyl dowamynda Mesiheň Özi tarapyndan, ondan soň bolsa resullar tarapyndan. ‘Hepdäniň ortasynda Ol gurbany we sadakany bes etdirer.’ Daniel 9:27. B. e. 31-nji ýylyň ýazynda hakyky Gurban bolan Mesih Kalwariýada hödür edildi. Şonda ybadathananyň perdesi ikä ýaryldy, bu bolsa gurbanlyk gullugynyň mukaddesliginiň we ähmiýetiniň ýok bolandygyny görkezdi. Ýerdäki gurbanlygyň we sadakanyň bes bolmaly wagty gelip ýetipdi.”</w:t>
      </w:r>
    </w:p>
    <w:p>
      <w:pPr>
        <w:pStyle w:val="ArticleScripture"/>
        <w:jc w:val="left"/>
      </w:pPr>
      <w:r>
        <w:rPr>
          <w:rFonts w:ascii="Times New Roman" w:hAnsi="Times New Roman" w:eastAsia="Times New Roman" w:cs="Times New Roman"/>
        </w:rPr>
        <w:t>“Bir hepde—ýedi ýyl—miladydan soň 34-nji ýylda tamamlandy. Şondan soň, Stefanyň daşlanmagy arkaly ýewreýler Hoş Habary ret edendiklerini ahyrsoňy doly möhürlediler; yzarlama sebäpli dargadylan şägirtler ‘hemme ýere gidip, sözi wagyz edýärdiler’ (Resullaryň işleri 8:4); köp wagt geçmänkä-de, yzarlayıjy Şawul iman getirdi we butparazlara iberilen resul Pawlus boldy.” Asyrlaryň Islegi, 233.</w:t>
      </w:r>
    </w:p>
    <w:p>
      <w:pPr>
        <w:pStyle w:val="ArticleBody"/>
        <w:jc w:val="left"/>
      </w:pPr>
      <w:r>
        <w:rPr>
          <w:rFonts w:ascii="Times New Roman" w:hAnsi="Times New Roman" w:eastAsia="Times New Roman" w:cs="Times New Roman"/>
        </w:rPr>
        <w:t>34-nji ýylda mukaddes hepde (iki müň bäş ýüz ýigrimi gün) tamamlandy we gadymy Ysraýyl Hudaý tarapyndan taşlanyp, olaryň synag möhleti doly ýapyldy. Şol pursatda ähtden ýüz öwrenligi we Hudaýyň Ogluny haça çüýländigi sebäpli gadymy Ysraýyla garşy jeza Hudaýyň ýerine ýetiriji hökümine tabyn boldy. Hudaý Öz sabyr-takatly rehimdarlygynda Iýerusalimiň heläk edilmegini miladydan soňky 66-njy ýyldaky gabawdan başlap, miladydan soňky 70-nji ýyldaky weýrançylyga çenli yza goýdy.</w:t>
      </w:r>
    </w:p>
    <w:p>
      <w:pPr>
        <w:pStyle w:val="ArticleBody"/>
        <w:jc w:val="left"/>
      </w:pPr>
      <w:r>
        <w:rPr>
          <w:rFonts w:ascii="Times New Roman" w:hAnsi="Times New Roman" w:eastAsia="Times New Roman" w:cs="Times New Roman"/>
        </w:rPr>
        <w:t>Danyýlyň dokuzynjy babyndaky, Mesihe ähti tassyklan hepdesini görkezýän aýatlar, butparaz Rimiň hem («geljek hökümdar») şäheri we mukaddes ýeri weýran etjekdigini görkezýär; emma Hudaý Öz sabyrly-merhemetinde gadymy Ysraýylyň perzentlerine Hoş Habary eşitmek we öz atalarynyň olaryň arasynda Mesihiň we şägirtleriniň ýedi ýyllyk gulluk döwründe edişleri ýaly karar bermek üçin wagt berdi.</w:t>
      </w:r>
    </w:p>
    <w:p>
      <w:pPr>
        <w:pStyle w:val="ArticleScripture"/>
        <w:jc w:val="left"/>
      </w:pPr>
      <w:r>
        <w:rPr>
          <w:rFonts w:ascii="Times New Roman" w:hAnsi="Times New Roman" w:eastAsia="Times New Roman" w:cs="Times New Roman"/>
        </w:rPr>
        <w:t>Mesihiň Özi tarapyndan Iýerusalimiň heläkçiligi yglan edilenden soň, takmynan kyrk ýyl çemesi wagtlap Reb şäheriň hem-de milletiň üstüne hökmlerini gijikdirdi. Hudaýyň Öz hoş habaryny ret edenlere we Öz Ogluny öldürenlere garşy sabyrlylygy ajaýypdy. Miwesiz agaç hakyndaky tymsal Hudaýyň ýewreý milleti bilen bolan gatnaşyklaryny aňladýardy. “Ony kesiň; näme üçin ýeri biderek tutýar?” diýen buýruk çykypdy (Luka 13:7), emma ylahy rehim ony entek biraz wagt gorap saklapdy. Ýewreýleriň arasynda henizem Mesihiň häsiýetinden we işinden bihabar bolanlar köpdü. Şeýle hem çagalar ata-babalarynyň ýüz öwren mümkinçiliklerinden peýdalanmandylar we olaryň äsgermezlik eden nuruny kabul etmändiler. Resullaryň we olaryň ýoldaşlarynyň wagzy arkaly Hudaý olara nury saçdyrjakdy; olara pygamberligiň diňe Mesihiň dogluşynda we durmuşynda däl, eýsem Onuň ölüminde we direlişinde hem nähili berjaý bolandygyny görmäge rugsat beriljekdi. Çagalar ata-babalarynyň günäleri üçin höküm edilmediler; emma ata-babalaryna berlen ähli nury bilip, çagalar özlerine berlen goşmaça nury ret edenlerinde, olar ata-babalarynyň günälerine şärik boldular we özleriniň bikanunlyklarynyň ölçegini doldurdylar.</w:t>
      </w:r>
    </w:p>
    <w:p>
      <w:pPr>
        <w:pStyle w:val="ArticleScripture"/>
        <w:jc w:val="left"/>
      </w:pPr>
      <w:r>
        <w:rPr>
          <w:rFonts w:ascii="Times New Roman" w:hAnsi="Times New Roman" w:eastAsia="Times New Roman" w:cs="Times New Roman"/>
        </w:rPr>
        <w:t>Hudaýyň Iýerusalime eden sabyrly çydamy ýehudylary diňe olaryň dikbaş tutan toba etmezliginde has-da berkitdi. Olar Isanyň şägirtlerine bolan ýigrenjinde we rehimsizliginde merhemetiň iň soňky teklibini ret etdiler. Şonda Hudaý Öz goragyny olaryň üstünden çekdi hem-de Şeýtandan we onuň perişdelerinden saklaýjy güýjüni aýyrdy, şeýdip bu millet özüniň saýlap alan ýolbaşçysynyň dolandyryşyna galdy. Onuň çagalary Mesihiň özleriniň ýaman höweslerini boýun egdirmäge ukyply etjek merhemetini äsgermezlik edipdiler, indi bolsa şol höwesler ýeňiji boldy. Şeýtan janyň iň gazaply we iň pesleşen hyjuwlaryny oýardy. Adamlar pikir ýöretmeýärdiler; olar paýhasyň daşyndadylar — hyjuw we kör gazap tarapyndan dolandyrylýardylar. Olar öz rehimsizliginde şeýtany häsiýete eýe boldular. Maşgalada-da, milletde-de, iň ýokary hem iň pes gatlaklaryň arasynda-da şübhe, göriplik, ýigrenç, dawa, gozgalaň, adam öldürmek bardy. Hiç ýerde howpsuzlyk ýokdy. Dostlar we garyndaşlar biri-birine dönüklik etdiler. Ata-eneler öz çagalaryny, çagalar-da öz ata-enelerini öldürdiler. Halkyň ýolbaşçylarynyň özlerini dolandyrmaga güýji ýokdy. Gözegçiliksiz hyjuwlar olary zalymlara öwürdi. Ýehudylar bigünä Hudaý Ogluny höküm etmek üçin ýalan şaýatlygy kabul edipdiler. Indi bolsa ýalan aýyplamalar olaryň öz durmuşyny näbellilige saldy. Olar öz hereketleri bilen köp wagtdan bäri şeýle diýýärdiler: “Ysraýylyň Mukaddesini öňümizden aýyr”. Işaýa 30:11. Indi olaryň islegi ýerine ýetirildi. Hudaýdan gorky indi olary bimaza etmeýärdi. Şeýtan milletiň başyndady, iň ýokary raýatlyk we dini häkimiýetler bolsa onuň täsiriniň astyndady.” Beýik göreş, 27, 28.</w:t>
      </w:r>
    </w:p>
    <w:p>
      <w:pPr>
        <w:pStyle w:val="ArticleBody"/>
        <w:jc w:val="left"/>
      </w:pPr>
      <w:r>
        <w:rPr>
          <w:rFonts w:ascii="Times New Roman" w:hAnsi="Times New Roman" w:eastAsia="Times New Roman" w:cs="Times New Roman"/>
        </w:rPr>
        <w:t>Ähtiň Ähtiniň Ilçisi hökmünde Mesih ilki diňe ýahudiler bilen iş salyşdy. Miladydan soňky 34-nji ýylda, Istefanyň daşlanyp öldürilmeginde, hoş habar şondan soň beýleki milletlere gitdi, we Hudaýyň ýerine ýetiriji höküminiň wagty geldi, emma Hudaý Öz merhemetinde şol pursady takmynan kyrk ýyl yza süýşürdi.</w:t>
      </w:r>
    </w:p>
    <w:p>
      <w:pPr>
        <w:pStyle w:val="ArticleBody"/>
        <w:jc w:val="left"/>
      </w:pPr>
      <w:r>
        <w:rPr>
          <w:rFonts w:ascii="Times New Roman" w:hAnsi="Times New Roman" w:eastAsia="Times New Roman" w:cs="Times New Roman"/>
        </w:rPr>
        <w:t>Ähtiň ilçisi hökmünde, Malakiýanyň üçünji babyndaky pygamberligiň ýerine ýetirilmegi hökmünde, Mesih ybadathanany iki gezek arassalady. Ol muny şol döwürde etdi; bu döwür aýratynlykda hem şol wagt ýanyndan geçilip, talak berilýän äht halky üçin, hem-de şol wagt täze saýlanan halk boljaklar üçin bellenipdi. Şol wagt döwri tamamlananda, Hudaýyň ýerine ýetiriji höküm wagty başlandy. Çokundyryjy Ýahýa, Mesihiň täze saýlanan bir halky galdyryp, olar bilen äht baglaşmak işine ýol taýýarlaýan ilçi boldy.</w:t>
      </w:r>
    </w:p>
    <w:p>
      <w:pPr>
        <w:pStyle w:val="ArticleBody"/>
        <w:jc w:val="left"/>
      </w:pPr>
      <w:r>
        <w:rPr>
          <w:rFonts w:ascii="Times New Roman" w:hAnsi="Times New Roman" w:eastAsia="Times New Roman" w:cs="Times New Roman"/>
        </w:rPr>
        <w:t>Ybadathananyň iki gezek arassalanmagy Mesihiň jan ybadathanasyny arassalamak işini görkezýän täsirli sapaklar boldy. Ähtiň Habarchysy Malakiýanyň üçünji babynda birden gelende, gadymy günlerdäki ýaly sadaka döretmek maksady bilen, Lewiniň ogullaryny hem päkläp, hem-de arassalaýar.</w:t>
      </w:r>
    </w:p>
    <w:p>
      <w:pPr>
        <w:pStyle w:val="ArticleScripture"/>
        <w:jc w:val="left"/>
      </w:pPr>
      <w:r>
        <w:rPr>
          <w:rFonts w:ascii="Times New Roman" w:hAnsi="Times New Roman" w:eastAsia="Times New Roman" w:cs="Times New Roman"/>
        </w:rPr>
        <w:t>Emma Onuň gelýän gününe çydap biler? Ol peýda bolanda kim durup biler? Çünki Ol eredijiniň ody ýalydyr we geýim agardyjynyň sabyny ýalydyr. Ol kümşi erediji we päkleýji ýaly oturyp, Lawynyň ogullaryny päklär; olary altyn we kümüş ýaly arassalap-päklär, şonda olar Rebbe dogrulyk bilen sadaka getirerler. Şonda Ýahudanyň we Iýerusalimiň sadakasy Rebbe gadymy günlerdäki ýaly, öňki ýyllardaky ýaly hoş ýakar. Malaky 3:2–3.</w:t>
      </w:r>
    </w:p>
    <w:p>
      <w:pPr>
        <w:pStyle w:val="ArticleBody"/>
        <w:jc w:val="left"/>
      </w:pPr>
      <w:r>
        <w:rPr>
          <w:rFonts w:ascii="Times New Roman" w:hAnsi="Times New Roman" w:eastAsia="Times New Roman" w:cs="Times New Roman"/>
        </w:rPr>
        <w:t>Malaki kitaby, üçünji bap, ybadathana bilen baglanyşykly iki gezek arassalama bolsa, Ähtiň Habarçysy tarapyndan amala aşyrylýan Lewi ogullarynyň imanynyň kämilleşdirilmegini aňladýar. Lewi ogullarynyň imanynyň kämilleşdirilmegi altynyň arassalanmagy bilen aňladylýar.</w:t>
      </w:r>
    </w:p>
    <w:p>
      <w:pPr>
        <w:pStyle w:val="ArticleScripture"/>
        <w:jc w:val="left"/>
      </w:pPr>
      <w:r>
        <w:rPr>
          <w:rFonts w:ascii="Times New Roman" w:hAnsi="Times New Roman" w:eastAsia="Times New Roman" w:cs="Times New Roman"/>
        </w:rPr>
        <w:t>“Sanatoriýada nähilidir bir täsiri bar bolanlaryň hemmesinde Hudaýyň eradasyna laýyk gelmek, özüni peseltmek, ýüregi Mesihiň Ruhunyň gymmatly täsirine açmak bolmalydyr. Otda synalan altyn söýgini we imany aňladýar. Köp adamlar söýgüden tas mahrumdyrlar. Öz-özüne ýeterliklik olaryň uly mätäçligini görmez ýaly gözlerini kör edýär. Hudaýa her gün ýüz öwürmezden täzeden dolanmak, dini durmuşda täze, çuň, hem-de gündelik tejribä eýe bolmak babatda açyk-aýdyň zerurlyk bardyr.” Testimonies, volume 4, 558.</w:t>
      </w:r>
    </w:p>
    <w:p>
      <w:pPr>
        <w:pStyle w:val="ArticleBody"/>
        <w:jc w:val="left"/>
      </w:pPr>
      <w:r>
        <w:rPr>
          <w:rFonts w:ascii="Times New Roman" w:hAnsi="Times New Roman" w:eastAsia="Times New Roman" w:cs="Times New Roman"/>
        </w:rPr>
        <w:t>Malakynyň üçünji bölümi, hem-de ybadathananyň iki gezek arassalanyşy, Ähtiň Habarçysy tarapyndan amala aşyrylýan Lewi ogullarynyň, ýagny paýhaslylaryň içindäki bilimiň köpelmegine düşünmegiň kämilleşmegini aňladýar. Lewi ogullarynyň kämilligi kümüşiň arassalanmagy bilen şekillendirilýär.</w:t>
      </w:r>
    </w:p>
    <w:p>
      <w:pPr>
        <w:pStyle w:val="ArticleScripture"/>
        <w:jc w:val="left"/>
      </w:pPr>
      <w:r>
        <w:rPr>
          <w:rFonts w:ascii="Times New Roman" w:hAnsi="Times New Roman" w:eastAsia="Times New Roman" w:cs="Times New Roman"/>
        </w:rPr>
        <w:t>Rebbiň sözleri päk sözlerdir: ýer peçinde eredilip synagdan geçirilen, ýedi gezek saplanan kümüş kimidir. Zebur 12:6.</w:t>
      </w:r>
    </w:p>
    <w:p>
      <w:pPr>
        <w:pStyle w:val="ArticleBody"/>
        <w:jc w:val="left"/>
      </w:pPr>
      <w:r>
        <w:rPr>
          <w:rFonts w:ascii="Times New Roman" w:hAnsi="Times New Roman" w:eastAsia="Times New Roman" w:cs="Times New Roman"/>
        </w:rPr>
        <w:t>Ähtiň Ilçisi kümüş bilen altyn ýaly Lewi ogullaryny saplamalydy. Hudaýyň Sözi saplaýjydyr, çünki saplanmak aklanmak we mukaddeslenmekdir.</w:t>
      </w:r>
    </w:p>
    <w:p>
      <w:pPr>
        <w:pStyle w:val="ArticleScripture"/>
        <w:jc w:val="left"/>
      </w:pPr>
      <w:r>
        <w:rPr>
          <w:rFonts w:ascii="Times New Roman" w:hAnsi="Times New Roman" w:eastAsia="Times New Roman" w:cs="Times New Roman"/>
        </w:rPr>
        <w:t>Olary Öz hakykatyň arkaly mukaddes et: Seniň sözüň hakykatdyr. Ýuhanna 17:17.</w:t>
      </w:r>
    </w:p>
    <w:p>
      <w:pPr>
        <w:pStyle w:val="ArticleBody"/>
        <w:jc w:val="left"/>
      </w:pPr>
      <w:r>
        <w:rPr>
          <w:rFonts w:ascii="Times New Roman" w:hAnsi="Times New Roman" w:eastAsia="Times New Roman" w:cs="Times New Roman"/>
        </w:rPr>
        <w:t>Ýahýa Çokundyryjy, Malakiýanyň üçünji babyndaky ilkinji berjaý edilişde Ähtiň Habarçysy üçin ýoly taýýarlan habarçydy, we bu babatda onuň habary tebigaty boýunça dört taraplydy. Onuň işi Ähtiň Habarçysy tarapyndan amala aşyrylmaly arassalama işini kesgitlemegi öz içine alýardy, hem-de amala aşyrylan arassalama işiniň harmany syryp-süpürmek hökmünde beýan edilýändigini görkezýärdi. Ol öňki saýlanan halkyň şol wagt geçilip barylýan ýagdaýdadygyny kesgitledi. Şeýle hem ol Laodikýa habaryny Hudaýyň halkyna ýetirdi, şeýlelikde olara öz günälerini we atalarynyň günälerini görkezdi. Ol bu hakykatlaryň hemmesini “geljek gazabyň” çäginde ýerleşdirdi. Ýoly taýýarlan habarçynyň işi, geçilip barylýan halkyň bilim ulgamynda hiç haçan bilim almadyk biriniň işi bolup durýardy.</w:t>
      </w:r>
    </w:p>
    <w:p>
      <w:pPr>
        <w:pStyle w:val="ArticleScripture"/>
        <w:jc w:val="left"/>
      </w:pPr>
      <w:r>
        <w:rPr>
          <w:rFonts w:ascii="Times New Roman" w:hAnsi="Times New Roman" w:eastAsia="Times New Roman" w:cs="Times New Roman"/>
        </w:rPr>
        <w:t>Çölde suya çokundyryjy Ýahýada Reb Öz ýoluny taýýarlamak üçin Özüne bir habarçy turuzdy. Ol dünýä günäni ýazgaryp we paş edip, hiç bir gorky-duýgusy bolmazdan şaýatlyk etmelidi. Luka onuň wezipesini we işini yglan edip şeýle diýýär: “Ol Onuň öňünden Ylýas ruhy we güýji bilen gider; atalaryň ýüreklerini çagalaryna öwürmek, boýun egmeýänleri dogrularyň paýhasyna getirmek, şeýlelik bilen Reb üçin taýýarlanan bir halky taýýar etmek üçin” (Luka 1:17).</w:t>
      </w:r>
    </w:p>
    <w:p>
      <w:pPr>
        <w:pStyle w:val="ArticleScripture"/>
        <w:jc w:val="left"/>
      </w:pPr>
      <w:r>
        <w:rPr>
          <w:rFonts w:ascii="Times New Roman" w:hAnsi="Times New Roman" w:eastAsia="Times New Roman" w:cs="Times New Roman"/>
        </w:rPr>
        <w:t>“Fariseýleriň we saddukeýleriň köpüsi Ýahýanyň çokundyrylyşyna geldiler, ol hem olara ýüzlenip şeýle diýdi: «Eý, ýylanlaryň nesli, geljek gazapdan gaçyp gutulmagy size kim duýdurdy? Şeýle bolsa, toba laýyk miwe getiriň; we öz içiňizde: “Biziň atamyz Ybraýymdyr” diýip pikir etmäň; çünki men size aýdýaryn, Hudaý şu daşlardan hem Ybraýyma perzent galdyrmaga güýji ýetýändir. Indi bolsa palta hem agaçlaryň düýbüne goýlandyr; şonuň üçin gowy miwe getirmeýän her bir agaç kesilip, oda taşlanýar. Men sizi toba üçin suw bilen çokundurýaryn; emma menden soň Gelýän menden güýçlüdir, Onuň aýakgabyny götermäge men mynasyp däl; Ol sizi Mukaddes Ruh bilen hem-de ot bilen çokundyrar; Onuň elegi Öz elindedir, Ol harmanyny doly arassalap, bugdaýyny ambara ýygnar; samany bolsa öçmejek ot bilen ýakar» (Matta 3:7–12).”</w:t>
      </w:r>
    </w:p>
    <w:p>
      <w:pPr>
        <w:pStyle w:val="ArticleScripture"/>
        <w:jc w:val="left"/>
      </w:pPr>
      <w:r>
        <w:rPr>
          <w:rFonts w:ascii="Times New Roman" w:hAnsi="Times New Roman" w:eastAsia="Times New Roman" w:cs="Times New Roman"/>
        </w:rPr>
        <w:t>Ýahýanyň sesi surnaý ýaly belende galdyryldy. Onuň wezipesi şeýle boldy: «Halkyma olaryň ýazygyny, Ýakubyň öýüne bolsa olaryň günälerini görkez» (Işaýa 58:1). Ol adamlardan gelýän hiç bir ylmy-bilimi almady. Onuň mugallymlary Hudaý bilen tebigatdy. Emma Mesihiň öňünde ýoly taýýarlamak üçin, gadymy pygamberler ýaly sesini gorkman çykaryp, ahlak taýdan bozulan milleti toba çagyrjak biri zerurdy. Selected Messages, book 2, 147, 148.</w:t>
      </w:r>
    </w:p>
    <w:p>
      <w:pPr>
        <w:pStyle w:val="ArticleBody"/>
        <w:jc w:val="left"/>
      </w:pPr>
      <w:r>
        <w:rPr>
          <w:rFonts w:ascii="Times New Roman" w:hAnsi="Times New Roman" w:eastAsia="Times New Roman" w:cs="Times New Roman"/>
        </w:rPr>
        <w:t>William Miller Ähtiň Ilçisine ýol taýýarlaýan ikinji ilçidi, we Milleriň şahsyýeti hem-de işi Ýahýa Çokundyryjynyň üsti bilen nusgalanyp görkezilipdi.</w:t>
      </w:r>
    </w:p>
    <w:p>
      <w:pPr>
        <w:pStyle w:val="ArticleScripture"/>
        <w:jc w:val="left"/>
      </w:pPr>
      <w:r>
        <w:rPr>
          <w:rFonts w:ascii="Times New Roman" w:hAnsi="Times New Roman" w:eastAsia="Times New Roman" w:cs="Times New Roman"/>
        </w:rPr>
        <w:t>“William Miller tarapyndan wagyz edilen hakykaty kabul etmäge müňlerçe adam ugrukdyryldy, we Hudaýyň hyzmatkärleri Ylýasyň ruhunda we gudratynda bu habary yglan etmek üçin göterildi. Isanyň öňünden gelen Ýahýa ýaly, bu çynlakaý habary wagyz edenler hem paltyny agajyň köküne goýmagy we adamlary toba laýyk miweleri getirmäge çagyrmagy zerur bildiler.” Early Writings, 233.</w:t>
      </w:r>
    </w:p>
    <w:p>
      <w:pPr>
        <w:pStyle w:val="ArticleBody"/>
        <w:jc w:val="left"/>
      </w:pPr>
      <w:r>
        <w:rPr>
          <w:rFonts w:ascii="Times New Roman" w:hAnsi="Times New Roman" w:eastAsia="Times New Roman" w:cs="Times New Roman"/>
        </w:rPr>
        <w:t>Mesihiň döwründäki jedeljeň ýehudiler Mesih baradaky ýalan habara ynanmaga ugrukdyrylypdy. “Mesih” grekçe “Hristos” sözüniň ibranyça görnüşidir we “çalnyp saýlanan” diýmegi aňladýar.</w:t>
      </w:r>
    </w:p>
    <w:p>
      <w:pPr>
        <w:pStyle w:val="ArticleScripture"/>
        <w:jc w:val="left"/>
      </w:pPr>
      <w:r>
        <w:rPr>
          <w:rFonts w:ascii="Times New Roman" w:hAnsi="Times New Roman" w:eastAsia="Times New Roman" w:cs="Times New Roman"/>
        </w:rPr>
        <w:t>Hudaýyň ähliňiziň Rebbi bolan Isa Mesih arkaly parahatlygy wagyz edip, Ysraýyl ogullaryna iberen sözi — meniň diýýän şol sözüm — siz bilýäňiz; ol Ýahýanyň wagyz eden çokundyrylyşyndan soň, ähli Ýahudyýada yglan edildi we Jelileden başlandy; ýagny, Hudaýyň Nazaretli Isany Mukaddes Ruh we güýç bilen nähili ýaglandygyny; Ol aýlanyp, ýagşylyk edip, iblisiň ezýänleriniň hemmesine şypa berdi; çünki Hudaý Onuň bilen idi. Resullar 10:36–38.</w:t>
      </w:r>
    </w:p>
    <w:p>
      <w:pPr>
        <w:pStyle w:val="ArticleBody"/>
        <w:jc w:val="left"/>
      </w:pPr>
      <w:r>
        <w:rPr>
          <w:rFonts w:ascii="Times New Roman" w:hAnsi="Times New Roman" w:eastAsia="Times New Roman" w:cs="Times New Roman"/>
        </w:rPr>
        <w:t>“Mesih” hem-de “Hristos” hem “ýag çalnan” diýmegi aňladýar. Hristos Öz çokundyrylmagynda ýag çalnandy, şonuň üçin takyk manyda aýdanyňda, Ol çokundyrylmagyna çenli Mesih ýa-da Hristos däldi. Onuň çokundyrylmagy pygamberlik taýdan Ylham kitabyň onunjy babyndaky, 1840-njy ýylyň 11-nji awgustynda inen perişdäniň inişi bilen gabat gelýär, şeýle hem ol Ylham kitabyň on sekizinji babyndaky, 2001-nji ýylyň 11-nji sentýabrynda inen güýçli perişdäniň inişi bilen-de gabat gelýär. Bu üç pygamberlik ýolbelgisi soňky ýagynda Mukaddes Ruhuň ýüze çykmagyny kesgitleýär.</w:t>
      </w:r>
    </w:p>
    <w:p>
      <w:pPr>
        <w:pStyle w:val="ArticleBody"/>
        <w:jc w:val="left"/>
      </w:pPr>
      <w:r>
        <w:rPr>
          <w:rFonts w:ascii="Times New Roman" w:hAnsi="Times New Roman" w:eastAsia="Times New Roman" w:cs="Times New Roman"/>
        </w:rPr>
        <w:t>Dawaçyl ýahudylar Mesihiň Ysraýyl halkynyň dünýäni dolandyrjak göni manydaky ýer ýüzündäki bir patyşalygy berkarar etjekdigi baradaky nädogry düşünjä, ýalan pygamberlik habaryna ýapyşyp durdular. Bu, “parahatçylyk we rowaçlyk” wada berýän ýalan habardy.</w:t>
      </w:r>
    </w:p>
    <w:p>
      <w:pPr>
        <w:pStyle w:val="ArticleBody"/>
        <w:jc w:val="left"/>
      </w:pPr>
      <w:r>
        <w:rPr>
          <w:rFonts w:ascii="Times New Roman" w:hAnsi="Times New Roman" w:eastAsia="Times New Roman" w:cs="Times New Roman"/>
        </w:rPr>
        <w:t>William Milleriň habarynda iki sany esasy unsur bardy. Birinjisi mukaddes ýeriň tämizlenmegini kesgitleýän wagt pygamberlikleriniň ulanylmagy boldy, ikinjisi bolsa protestantlaryň ynanmaga meýilli bolan müň ýyllyk milýenium baradaky katolik düşündirişini ret etmegidi. Parahatçylyk we rowaçlyk bilen häsiýetlendirilýän müň ýyl hökmünde kesgitlenen şol ýalan milýenium garaýşy, ownuk-uşak jedellere berlen ýewreýleriň kabul eden Mesihiň patyşalygy baradaky ýalan garaýyş bilen şekillendirilipdi.</w:t>
      </w:r>
    </w:p>
    <w:p>
      <w:pPr>
        <w:pStyle w:val="ArticleBody"/>
        <w:jc w:val="left"/>
      </w:pPr>
      <w:r>
        <w:rPr>
          <w:rFonts w:ascii="Times New Roman" w:hAnsi="Times New Roman" w:eastAsia="Times New Roman" w:cs="Times New Roman"/>
        </w:rPr>
        <w:t>Şol iki şaýat, Ähtiň Habarynyň Öz ybadathanasyna birden gelmegi üçin ýol taýýarlaýan çapar taryhynyň üçünji we soňky amala aşmasynda “parahatçylyk we rowaçlyk” wada berýän galp soňky ýagmyr habaryny paş edýär. Şol galp soňky ýagmyr habary, geljek gaharyň ýetip gelýän wagtynda “gowy miwe getirmeýän her bir agajyň çapylýandygy we oda taşlanýandygy”ny yglan eden Çokundyryjy Ýahýanyň habaryna garşylykda, “parahatçylyk we howpsuzlyk” habary hökmünde tanadylýar. Şeýle hem ol, Reb gelende katolikçiligiň öwredişi ýaly müň ýyllyk parahatçylyk bolmajakdygyny, çünki Ol gelşiniň şöhle-saçmasy bilen ýer ýüzüni ýok etjekdigini Milleriň kesgitlemesi arkaly hem görkezilipdi.</w:t>
      </w:r>
    </w:p>
    <w:p>
      <w:pPr>
        <w:pStyle w:val="ArticleScripture"/>
        <w:jc w:val="left"/>
      </w:pPr>
      <w:r>
        <w:rPr>
          <w:rFonts w:ascii="Times New Roman" w:hAnsi="Times New Roman" w:eastAsia="Times New Roman" w:cs="Times New Roman"/>
        </w:rPr>
        <w:t>Siz ezýet çekýänlere bolsa, Reb Isa Öz gudratly perişdeleri bilen asmandan aýan bolanda, biziň bilen bile rahatlyk berler. Ol Hudaýy tanamaýanlardan hem-de Rebbimiz Isa Mesihiň Hoş Habaryna boýun bolmaýanlardan otly alaw içinde ar alar. Olar Rebbiň huzuryndan we Onuň gudratynyň şöhratyndan ebedilik heläkçilik bilen jezalandyrylar. 2 Selanikliler 1:7–9.</w:t>
      </w:r>
    </w:p>
    <w:p>
      <w:pPr>
        <w:pStyle w:val="ArticleBody"/>
        <w:jc w:val="left"/>
      </w:pPr>
      <w:r>
        <w:rPr>
          <w:rFonts w:ascii="Times New Roman" w:hAnsi="Times New Roman" w:eastAsia="Times New Roman" w:cs="Times New Roman"/>
        </w:rPr>
        <w:t>Ähtiň Ähtine täze saýlanan halk bilen äht baglaşmak üçin ýol taýýarlan ilkinji iki habarçy, Laodikeya Adventizminiň üçünji neslinde kemala getirilen galp “parahatçylyk we howpsuzlyk” soňky ýagmyr habarynyň, üçünji Bela arkaly şekillendirilen Yslamyň ornuny dördünji nesildäki Laodikeya Adventizmine tanatmazlyk üçin Şeýtan tarapyndan niýetlenendigini görkezýär.</w:t>
      </w:r>
    </w:p>
    <w:p>
      <w:pPr>
        <w:pStyle w:val="ArticleBody"/>
        <w:jc w:val="left"/>
      </w:pPr>
      <w:r>
        <w:rPr>
          <w:rFonts w:ascii="Times New Roman" w:hAnsi="Times New Roman" w:eastAsia="Times New Roman" w:cs="Times New Roman"/>
        </w:rPr>
        <w:t>Lewi ogullary tarapyndan wekilçilik edilýänler üçin amala aşyrylýan päkleniş işinde, Çümdüriji Ýahýadan soň gelýän Özi, elindäki garmasy bilen Öz harmanyny düýpli süpürip, ony “arassalamalydy”. Şol iş Onuň Sözi arkaly amala aşyrylýar.</w:t>
      </w:r>
    </w:p>
    <w:p>
      <w:pPr>
        <w:pStyle w:val="ArticleScripture"/>
        <w:jc w:val="left"/>
      </w:pPr>
      <w:r>
        <w:rPr>
          <w:rFonts w:ascii="Times New Roman" w:hAnsi="Times New Roman" w:eastAsia="Times New Roman" w:cs="Times New Roman"/>
        </w:rPr>
        <w:t>“‘Onuň elindäki ýelimçesi bardyr, Ol özüniň harmanyny doly arassalap, bugdaýyny ammaryna ýygnar.’ Matta 3:12. Bu arassalanma zamanalarynyň biri boldy. Hakykatyň sözleri arkaly samanyň bugdaýdan aýrylmagy bolup geçýärdi. Köpleri ýazgaryşy kabul etmek üçin aşa bihuda hem-de özlerini ak hasaplaýandyklary, pesgöwünli durmuş ýörelgesini kabul etmek üçin bolsa dünýäni aşa söýýändikleri sebäpli, Isadan ýüz öwürdiler. Häzir hem köp adam şol bir zady edýär. Häzirki wagtda-da janlar, Kapernaumdaky sinagogada bolan şol şägirtleriň synagdan geçirilişi ýaly, synagdan geçirilýär. Hakykat ýüregine ýetirilen wagty, olar öz durmuşlarynyň Hudaýyň eradasyna laýyk gelmeýändigini görýärler. Olar özlerinde doly bir özgerişligiň zerurdygyny görýärler; emma olar özünden ýüz öwürmegi talap edýän işi üstlerine almaga meýilli däldirler. Şoňa görä-de, olaryň günäleri ýüze çykarylanda gazaplanýarlar. Olar, edil şol şägirtleriň Isany taşlap gidenleri ýaly, närazy bolup gidýärler we: ‘Bu agyr sözdür; muny kim diňläp biler?’ diýýärler.” The Desire of Ages, 392.</w:t>
      </w:r>
    </w:p>
    <w:p>
      <w:pPr>
        <w:pStyle w:val="ArticleBody"/>
        <w:jc w:val="left"/>
      </w:pPr>
      <w:r>
        <w:rPr>
          <w:rFonts w:ascii="Times New Roman" w:hAnsi="Times New Roman" w:eastAsia="Times New Roman" w:cs="Times New Roman"/>
        </w:rPr>
        <w:t>Soňky ýagşyň habary Habakuk kitabynda ikinji bapdaky “jedeldir”, we samanyň däneden aýrylmagyna getirýän zat hakykatyň sözleridir. Şol aýrylyşma Ähtiň Habarçysy tarapyndan amala aşyrylýan arassalanmadyr. Millerit taryhynda Daniýel kitabynda sekizinji bap, on dördünji aýatyň habary ilki başda başa barmanda arassalanma döretdi we Habakuk kitabynda ikinji bapdaky egleniş wagtyny hem-de Matta kitabynda ýigrimi bäşinji bapdaky on gyz hakyndaky tymsaly ýüze çykardy. Gijäniň ýaryndaky Gykylygyň habary ahyrsoňy 1844-nji ýylyň 22-nji oktýabrynda ýerine ýetirilende, ol has-da uly arassalanma getirdi. Şonda Ähtiň Habarçysy duýdansyz gelip, soňky arassalama we päklemä başlady. Üç päkleýişiň we arassalanmanyň ilkinji ikisinden geçip gelen hereket üçünjisinde şowsuzlyga uçrady we 1863-nji ýylda Laodikiýanyň çölüne iberildi.</w:t>
      </w:r>
    </w:p>
    <w:p>
      <w:pPr>
        <w:pStyle w:val="ArticleBody"/>
        <w:jc w:val="left"/>
      </w:pPr>
      <w:r>
        <w:rPr>
          <w:rFonts w:ascii="Times New Roman" w:hAnsi="Times New Roman" w:eastAsia="Times New Roman" w:cs="Times New Roman"/>
        </w:rPr>
        <w:t>Milleritleriň taryhynda protestantlar ilki hakykatyň sözleri bilen arassalandylar; şondan soň bolsa birinji perişdäniň hereketi üçünji synag habarynyň gelmegi bilen arassalandy. Emma 1798-nji ýyldan 1844-nji ýyla çenli kyrk alty ýylyň dowamynda Millerit ybadathanasynyň gurluşykçylary bolanlar, on gyzyň tymsalyny kämil ýerine ýetiren bolsalar-da, 1844-nji ýylyň 22-nji oktýabrynda gelen üçünji synagdan geçip bilmediler.</w:t>
      </w:r>
    </w:p>
    <w:p>
      <w:pPr>
        <w:pStyle w:val="ArticleScripture"/>
        <w:jc w:val="left"/>
      </w:pPr>
      <w:r>
        <w:rPr>
          <w:rFonts w:ascii="Times New Roman" w:hAnsi="Times New Roman" w:eastAsia="Times New Roman" w:cs="Times New Roman"/>
        </w:rPr>
        <w:t>“Birinjii we ikinji perişdeleriň habarlary astynda Güýewi garşylamaga çykanlaryň köpüsi dünýä berilmeli bolan synagdan geçiriji iň soňky habar bolan üçünji habary ret etdiler, iň soňky çagyryş edilende hem şoňa meňzeş tutum tutuljakdyr.</w:t>
      </w:r>
    </w:p>
    <w:p>
      <w:pPr>
        <w:pStyle w:val="ArticleScripture"/>
        <w:jc w:val="left"/>
      </w:pPr>
      <w:r>
        <w:rPr>
          <w:rFonts w:ascii="Times New Roman" w:hAnsi="Times New Roman" w:eastAsia="Times New Roman" w:cs="Times New Roman"/>
        </w:rPr>
        <w:t>“Bu tymsalyň her bir aýratynlygy üns bilen öwrenilmelidir. Biz ýa akylly, ýa-da samsyk gyzlar hökmünde şekillendirilýäris.” Review and Herald, October 31, 1899.</w:t>
      </w:r>
    </w:p>
    <w:p>
      <w:pPr>
        <w:pStyle w:val="ArticleBody"/>
        <w:jc w:val="left"/>
      </w:pPr>
      <w:r>
        <w:rPr>
          <w:rFonts w:ascii="Times New Roman" w:hAnsi="Times New Roman" w:eastAsia="Times New Roman" w:cs="Times New Roman"/>
        </w:rPr>
        <w:t>1844-nji ýylyň 22-nji oktýabrynda üçünji perişdäniň gelmegi bilen başlanan pygamberlik taryhy şowsuzlyga uçrady, we ol 1863-nji ýylyň gozgalaňy bilen tamamlandy. 1850-nji ýyla çenli Uýam Waýt aşakdaky habary ýazdy.</w:t>
      </w:r>
    </w:p>
    <w:p>
      <w:pPr>
        <w:pStyle w:val="ArticleScripture"/>
        <w:jc w:val="left"/>
      </w:pPr>
      <w:r>
        <w:rPr>
          <w:rFonts w:ascii="Times New Roman" w:hAnsi="Times New Roman" w:eastAsia="Times New Roman" w:cs="Times New Roman"/>
        </w:rPr>
        <w:t>Reb maňa 26-njy ýanwarda bir görnüş berdi; men ony beýan ederin. Men Hudaýyň halkyndan käbirleriniň akylsyz hem sust halda bolandygyny gördüm; olar diňe ýarym oýandylar we biziň häzir ýaşap duran wagtymyza düşünmeýärdiler; hem-de “kir çotgaly” “adamyň” içeri girendigini, käbirleriniň bolsa süpürilip ýok edilmek howpy astynda durandygyny gördüm. Men Isadan olary halas etmegini, olary ýene biraz wagt aýamagyny we özleriniň elhenç howpuny görmäge ýol bermegini ýalbaryp haýyş etdim, şeýdip olar ebedilik üçin juda giç bolmanka taýýarlanyp bilsinler. Perişde: “Heläkçilik gudratly tüweleý ýaly gelýär” diýdi. Men perişdä bu dünýäni söýen, emläklerine baglanan, olardan üzňeleşmäge hem-de ruhy iýmitiň ýetmezçiliginden heläk bolýan aç goýunlary iýmitlendirmek üçin öz ýolunda howlukýan habarçylary goldamak maksady bilen şol emläklerini gurban etmäge islegli bolmadyk adamlara rehim etmegini we olary halas etmegini ýalbaryp haýyş etdim.</w:t>
      </w:r>
    </w:p>
    <w:p>
      <w:pPr>
        <w:pStyle w:val="ArticleScripture"/>
        <w:jc w:val="left"/>
      </w:pPr>
      <w:r>
        <w:rPr>
          <w:rFonts w:ascii="Times New Roman" w:hAnsi="Times New Roman" w:eastAsia="Times New Roman" w:cs="Times New Roman"/>
        </w:rPr>
        <w:t>“Häzirki hakykata mätäçlik çekip ölýän garyp janlary, hem-de hakykata ynanýandyklaryny aýdýan käbirleriniň Hudaýyň işini ilerletmek üçin zerur serişdeleri saklap, olaryň ölmegine ýol berýändiklerini görüp, bu görnüş maňa gaty agyr boldy, we men perişdä muny menden aýyrmagyny ýalbaryp soradym. Hudaýyň işi olaryň emläginiň bir bölegini talap edeninde, Isa gelen ýaş ýigit ýaly, [Matthew 19:16–22.] gaýgyly gidýändiklerini gördüm; hem-de tiz wagtda joşup akýan bela olaryň üstünden geçip, ähli mal-mülklerini süpürip äkitjekdigini, şondan soň bolsa ýer ýüzündäki baýlygy gurban edip, gökde hazyna toplamak üçin juda giç boljakdygyny gördüm.” Review and Herald, April 1, 1850.</w:t>
      </w:r>
    </w:p>
    <w:p>
      <w:pPr>
        <w:pStyle w:val="ArticleBody"/>
        <w:jc w:val="left"/>
      </w:pPr>
      <w:r>
        <w:rPr>
          <w:rFonts w:ascii="Times New Roman" w:hAnsi="Times New Roman" w:eastAsia="Times New Roman" w:cs="Times New Roman"/>
        </w:rPr>
        <w:t>1850-nji ýylda hapa çotgaly adam eýýäm gelipdi. 1844-nji ýylyň 22-nji oktýabrynda Ähtiň Habarçysy duýdansyz Öz ybadathanasyna gelipdi we Ol Lewiniň ogullaryny arassalamak hem-de päklemek işine başlapdy.</w:t>
      </w:r>
    </w:p>
    <w:p>
      <w:pPr>
        <w:pStyle w:val="ArticleBody"/>
        <w:jc w:val="left"/>
      </w:pPr>
      <w:r>
        <w:rPr>
          <w:rFonts w:ascii="Times New Roman" w:hAnsi="Times New Roman" w:eastAsia="Times New Roman" w:cs="Times New Roman"/>
        </w:rPr>
        <w:t>Bu gözlegi indiki makalada dowam etdireris.</w:t>
      </w:r>
    </w:p>
    <w:p>
      <w:pPr>
        <w:pStyle w:val="ArticleScripture"/>
        <w:jc w:val="left"/>
      </w:pPr>
      <w:r>
        <w:rPr>
          <w:rFonts w:ascii="Times New Roman" w:hAnsi="Times New Roman" w:eastAsia="Times New Roman" w:cs="Times New Roman"/>
        </w:rPr>
        <w:t>“Bu gün janlar synalýar we imtihana çekilýär, köpüsi Mesihi terk edenleriň basyp geçen şol bir ýolundan geçýär. Sözüň synagy bilen ýüzbe-ýüz edilende, olar ylahy Mugallymy ret edýärler. Durmuşlarynyň hakykat we dogrulyk bilen sazlaşykda däldigi sebäpli ýazgarylanda, Halasgärden ýüz öwürýärler; we olaryň karary, göwnüne degen şägirtleriň karary ýaly, hiç wagt üýtgedilmeýär. Olar indi Mesih bilen bile ýöremeýärler. Şeýlelikde şu sözler ýerine ýetýär: ‘Onuň eleği Öz elindedir, we Ol harmanyny bütinleý arassalar, bugdaýyny bolsa ammara ýygnar.’” Signs of the Times, May 15,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kitaby — ýüz birinji</dc:title>
  <dc:subject>Ähdiň Habarçysy: Päklenişden Arassalaýşa çenli</dc:subject>
  <dc:creator>Jeff Pippenger</dc:creator>
  <cp:keywords/>
  <dc:description>Generated by ArticleDigger from daniel\101_daniel.json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