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ýigrimi dördünji bölüm</w:t>
      </w:r>
    </w:p>
    <w:p>
      <w:pPr>
        <w:pStyle w:val="ArticleSubtitle"/>
        <w:jc w:val="left"/>
      </w:pPr>
      <w:r>
        <w:rPr>
          <w:rFonts w:ascii="Arial" w:hAnsi="Arial" w:eastAsia="Arial" w:cs="Arial"/>
        </w:rPr>
        <w:t>Danyýel 11:40-yň Açylmagy — Taryhy Meňzeşlikleriň we Geljekde Boljak Wakalaryň Pygamberlik Nukdaýnazaryndan Seljermesi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Biz kyrkynjy aýata ýüzlenýärkäk, Danyýel kitabynyň on birinji babyndaky gurluşy beýan etmek üçin wagt sarp edýäris. Kyrkynjy aýat, pygamberlik manysynda, Danyýel kitabynyň sekizinji babyndaky on dördünji aýatyň paralelidir; ýagny Ýahuda tiresiniň Arslany bolan Mesihiň 1798-nji ýylda açan nury Danyýel kitabynyň sekizinji baby, on dördünji aýatyna esaslanan bolsa, edil şonuň ýaly-da, Onuň 1989-njy ýylda açan nury hem kyrkynjy aýata esaslanýardy.</w:t>
      </w:r>
    </w:p>
    <w:p>
      <w:pPr>
        <w:pStyle w:val="ArticleBody"/>
        <w:jc w:val="left"/>
      </w:pPr>
      <w:r>
        <w:rPr>
          <w:rFonts w:ascii="Times New Roman" w:hAnsi="Times New Roman" w:eastAsia="Times New Roman" w:cs="Times New Roman"/>
        </w:rPr>
        <w:t>Öňki makalada belläp geçişimiz ýaly, ýöne şol ýerde anyk seretmändigimiz ýaly, “setir üstüne setir” bolan soňky ýagyn usulyny ulananymyzda, kyrkynjy aýat iki aýratyn çyzygy öňe sürýär, sebäbi ol hem birinji perişdäniň hereketi, hem-de üçünji perişdäniň hereketi üçin ahyrzamanyň wagtyny öz içine alýar.</w:t>
      </w:r>
    </w:p>
    <w:p>
      <w:pPr>
        <w:pStyle w:val="ArticleBody"/>
        <w:jc w:val="left"/>
      </w:pPr>
      <w:r>
        <w:rPr>
          <w:rFonts w:ascii="Times New Roman" w:hAnsi="Times New Roman" w:eastAsia="Times New Roman" w:cs="Times New Roman"/>
        </w:rPr>
        <w:t>Biz kyrkynjy aýatyň 1798-nji ýyldaky ahyrzaman wagtyny hem-de onuň 1989-njy ýyldaky ahyrzaman wagtyny bir ýere getirendigimizde, Daniel kitaby 8-nji bap, 14-nji aýat bilen Daniel kitaby 11-nji bap, 40-njy aýatyň gabat gelýändigini görýäris, çünki olaryň ikisi hem Ylham 14-däki üç perişdäniň pygamberlik taryhynda möhri açylan bilimi aňladýar. Olar, şeýle hem, 14-nji aýatyň Mesihe degişli, onuň ybadathana duýdansyz “görünmegi” baradaky “mareh” görnüşi bolmagy, 40-njy aýatyň bolsa iki müň bäş ýüz ýigrimi ýyllyk pygamberlik taryhynyň “çazon” görnüşi bolmagy bilen baglanyşyklydyr. Biri wagt içindäki bir nokatdyr, beýlekisi bolsa wagt döwri bolup durýar.</w:t>
      </w:r>
    </w:p>
    <w:p>
      <w:pPr>
        <w:pStyle w:val="ArticleBody"/>
        <w:jc w:val="left"/>
      </w:pPr>
      <w:r>
        <w:rPr>
          <w:rFonts w:ascii="Times New Roman" w:hAnsi="Times New Roman" w:eastAsia="Times New Roman" w:cs="Times New Roman"/>
        </w:rPr>
        <w:t>Biri ybadathananyň dikeldilişini we päklenişini, beýlekisi bolsa ybadathananyň weýran edilmegini we aýak astyna salynmagyny aňladýar. Biri iki müň üç ýüz ýyly, beýlekisi bolsa iki müň bäş ýüz ýigrimi ýyly aňladýar. Biri Ulaý derýasy bilen, beýlekisi bolsa Hiddekel derýasy bilen şekillendirilýär. Biri ynsanlygy, beýlekisi bolsa ylahylygy aňladýar. Kyrkyna aýat on dördünji aýat bilen baglanyşykda dogry düşünilse, diýseň çuň manylydyr. 1798 ylhylygyň işini, 1989 bolsa ynsanlygyň pitneçiligini aňladýar.</w:t>
      </w:r>
    </w:p>
    <w:p>
      <w:pPr>
        <w:pStyle w:val="ArticleBody"/>
        <w:jc w:val="left"/>
      </w:pPr>
      <w:r>
        <w:rPr>
          <w:rFonts w:ascii="Times New Roman" w:hAnsi="Times New Roman" w:eastAsia="Times New Roman" w:cs="Times New Roman"/>
        </w:rPr>
        <w:t>Öňki makalada biz demirgazygyň patyşasy tarapyndan üç päsgelçiligiň ýeňlip geçilişiniň beýanynyň yzygiderli görnüşde görkezilendigini anykladyk; emma beýan edilen wakalaryň hakyky ulanylyşy örän seresaplylyk bilen degişli edilmeli, çünki kyrk ikinji aýatdan başlap kyrk dördünji aýady hem öz içine almak bilen, olar aslynda kyrk birinji aýat bilen gabat gelýär; bu bolsa Amerikanyň Birleşen Ştatlarynda tizden güýje girjek ýekşenbe kanunydyr. Hut şol ýerde üç taraply birleşik amala aşýar, we hut şol ýerde “gündogar” hem-de “demirgazyk” baradaky güýçli gykylygyň habary başlanýar.</w:t>
      </w:r>
    </w:p>
    <w:p>
      <w:pPr>
        <w:pStyle w:val="ArticleBody"/>
        <w:jc w:val="left"/>
      </w:pPr>
      <w:r>
        <w:rPr>
          <w:rFonts w:ascii="Times New Roman" w:hAnsi="Times New Roman" w:eastAsia="Times New Roman" w:cs="Times New Roman"/>
        </w:rPr>
        <w:t>Daniýeliň on birinji babynda, Adventist okuwçylar ýyllaryň dowamynda Daniýeliň Rim baradaky şekillendirişlerinde belli bir usuly ulanýandygyny ykrar edip geldiler. Uriýa Smit muny *Daniel and Revelation* kitabynda belläp geçýär. Daniýel ilki bilen Rimiň dünýäniň üstünden nädip gözegçiligi ele alýandygyny görkezýär; soňra bolsa indiki aýatlarda taryhyň başyna dolanyp, syýasy basyp alyşy görkezýär hem-de şol bir taryhyň dowamynda Rimiň Hudaýyň halky bilen nähili özara gatnaşyk edýändigini beýan edýär. Ahyrsoňunda bolsa, Rimiň öz soňuna nädip gelýändigini görkezýär. Daniýeliň ulanýan esasy ýörelgesine “gaýtalap beýan etmek we giňeltmek” diýilýär.</w:t>
      </w:r>
    </w:p>
    <w:p>
      <w:pPr>
        <w:pStyle w:val="ArticleBody"/>
        <w:jc w:val="left"/>
      </w:pPr>
      <w:r>
        <w:rPr>
          <w:rFonts w:ascii="Times New Roman" w:hAnsi="Times New Roman" w:eastAsia="Times New Roman" w:cs="Times New Roman"/>
        </w:rPr>
        <w:t>Bu üç ädimli usul kyrkınjy aýatdan kyrk bäşinji aýata çenli görkezilýär. Kyrkınjy aýatdan kyrk üçünji aýata çenli aýatlar häzirki zaman Rimiň ýer ýüzüni basyp almagynyň üç ädimli işini görkezýär; soňra kyrk dördünji aýatda Daniel ýüz kyrk dört müňüň baýdagy tarapyndan şol wagtda yglan edilýän “habarlaryň” wagtyna, ýagny kyrk birinji aýata dolanýar, hem-de şonda papalyk köp kişini ýok etmek we bütinleý aradan aýyrmak üçin uly gazap bilen öňe çykýar. Soňra kyrk bäşinji aýatda we on ikinji bap, birinji aýatda, adam synag möhleti tamamlananda, papalyk deňizleriň arasynda we şöhratly mukaddes dagyň ýanynda, öz ahyryna ýetýär we oňa kömek edýän hiç kim bolmaýar.</w:t>
      </w:r>
    </w:p>
    <w:p>
      <w:pPr>
        <w:pStyle w:val="ArticleBody"/>
        <w:jc w:val="left"/>
      </w:pPr>
      <w:r>
        <w:rPr>
          <w:rFonts w:ascii="Times New Roman" w:hAnsi="Times New Roman" w:eastAsia="Times New Roman" w:cs="Times New Roman"/>
        </w:rPr>
        <w:t>Danielyň on birinji babyndaky otuzynjy aýatda, uýamyz Uaýtyň sözme-söz sitata getirip, otuz altynjy aýata çenli dowam etdirýän taryhynyň başlangyjyny görýäris; soňra bolsa şeýle ýazýar: “bu aýatlarda beýan edilenlere meňzeş wakalar bolar.” Otuzynjy we otuz birinji aýatlar, Injil pygamberliginiň degişlilikde dördünji we bäşinji patyşalyklary hökmünde butparaz Rimiň papalyk Rime geçişiniň taryhy öwrülişigini görkezýär. Otuz birinji aýat, miladynyň 538-nji ýylynda papalyk Rimiň ýeriň tagtyna nädip çykarylandygyny görkezýän taryhy suratlandyrýar.</w:t>
      </w:r>
    </w:p>
    <w:p>
      <w:pPr>
        <w:pStyle w:val="ArticleBody"/>
        <w:jc w:val="left"/>
      </w:pPr>
      <w:r>
        <w:rPr>
          <w:rFonts w:ascii="Times New Roman" w:hAnsi="Times New Roman" w:eastAsia="Times New Roman" w:cs="Times New Roman"/>
        </w:rPr>
        <w:t>Otuz birinji aýatda ilki bilen, franklaryň patyşasy Klowisiň (häzirki Fransiýa) 496-njy ýylda papalygy goldamak üçin orta çykandygy görkezilýär. Klowis soňra açyk butparazlykdan katolisizmiň gizlin butparazlygyna (aýaly Klotildanyň dini) geçdi. Soňra ol öz tagtyny papalygy ýer ýüzüniň tagtyna götermäge bagyşlady. Klowis aýatda “gollar” bilen aňladylýar, çünki ol soňra üstüne alan işi üçin öz harby güýjüniň goluny hem-de maliýe kuwwatynyň goluny bagyşlady.</w:t>
      </w:r>
    </w:p>
    <w:p>
      <w:pPr>
        <w:pStyle w:val="ArticleBody"/>
        <w:jc w:val="left"/>
      </w:pPr>
      <w:r>
        <w:rPr>
          <w:rFonts w:ascii="Times New Roman" w:hAnsi="Times New Roman" w:eastAsia="Times New Roman" w:cs="Times New Roman"/>
        </w:rPr>
        <w:t>Klowisiň ilkinji işi taryhyň barşynda Rimiň ahlaksyz zenanyna dürli görnüşli goldawlary bermäge niýetlenen, öňler butparaz bolan Ýewropanyň ähli patyşalarynyň işini aňladýardy. Klowise, ondan soň bolsa Fransiýa, Katolik ybadathanasy tarapyndan Katolik ybadathanasynyň ilkinji doglany hem-de Katolik ybadathanasynyň iň uly gyzy diýen at bilen mesh edildi. Ol Tiriň ahlaksyz zenany bilen zyna eden köp sanly patyşalaryň ilkinjisiniň nyşanydy.</w:t>
      </w:r>
    </w:p>
    <w:p>
      <w:pPr>
        <w:pStyle w:val="ArticleBody"/>
        <w:jc w:val="left"/>
      </w:pPr>
      <w:r>
        <w:rPr>
          <w:rFonts w:ascii="Times New Roman" w:hAnsi="Times New Roman" w:eastAsia="Times New Roman" w:cs="Times New Roman"/>
        </w:rPr>
        <w:t>Bu pygamberlik manysynda Klowis Ahap tarapyndan şekillendirilipdi; ol hem Izebel bilen zina edipdi (Ylham kitabynda Katolik buthanasynyň nyşany), hem-de ol on taýpanyň baş şasy bolupdy, edil Klowisiň butparaz Rimiň on şahynyň (seret: Daniel, ýedinji bap) baş nyşanyna öwrülişi ýaly. Ýewropanyň şol patyşalary ahyrsoňy ýer ýüzüniň tagtynda Wawilon jelepçesini ornaşdyrardylar. Şu manyda Ahap bilen Klowis ikisi hem ahyrzamanlarda papalyk bilen zina edýän Amerikanyň Birleşen Ştatlaryny aňladýar.</w:t>
      </w:r>
    </w:p>
    <w:p>
      <w:pPr>
        <w:pStyle w:val="ArticleBody"/>
        <w:jc w:val="left"/>
      </w:pPr>
      <w:r>
        <w:rPr>
          <w:rFonts w:ascii="Times New Roman" w:hAnsi="Times New Roman" w:eastAsia="Times New Roman" w:cs="Times New Roman"/>
        </w:rPr>
        <w:t>Ronald Reagan zynany başlady, hem-de Birleşen Milletler Guramasynyň beýleki dokuz patyşasyny-da şol bir işi etmäge mejbur etjek iň soňky prezident bolar. Reagan 1989-njy ýylda ahyrzamanyň wagtynda prezidentdi, şonuň üçin-de ol pygamberlik taýdan taryhyň iň soňky prezidentini we şol ýerde beýleki dokuz patyşanyň şol bir işi amala aşyrýandygyny görkezmelidir, çünki Isa hemişe bir zadyň ahyryny onuň başlangyjy bilen şekillendirýär. Reagan baý, giňden tanalýan köpçülikleýin habar beriş şahsyýeti bolup, özüne mahsus geýiş usuly bilen ýokary derejede tanalýardy; ol ilki Demokratik partiýadady, soň bolsa ahyrsoňy Respublikan partiýa geçdi.</w:t>
      </w:r>
    </w:p>
    <w:p>
      <w:pPr>
        <w:pStyle w:val="ArticleBody"/>
        <w:jc w:val="left"/>
      </w:pPr>
      <w:r>
        <w:rPr>
          <w:rFonts w:ascii="Times New Roman" w:hAnsi="Times New Roman" w:eastAsia="Times New Roman" w:cs="Times New Roman"/>
        </w:rPr>
        <w:t>Otuz birinji aýatda papalygy aňladýan gollar güýjüň mukaddes ýerini hapalar. Pygamberlik taýdan, butparaz Rim hem-de papalyk Rimi üçin güýjüň mukaddes ýeri Rim şäheri bolupdy. Bu, her iki Rimiň hem belli bir döwür dowamynda Rim şäherinden höküm sürenligi we Rim şäherinden höküm sürenlerinde, aslynda ýeňilmesiz bolanlygy baradaky hakykata esaslanýar.</w:t>
      </w:r>
    </w:p>
    <w:p>
      <w:pPr>
        <w:pStyle w:val="ArticleBody"/>
        <w:jc w:val="left"/>
      </w:pPr>
      <w:r>
        <w:rPr>
          <w:rFonts w:ascii="Times New Roman" w:hAnsi="Times New Roman" w:eastAsia="Times New Roman" w:cs="Times New Roman"/>
        </w:rPr>
        <w:t>Butparaz Rim, b. e. öň 31-nji ýylda bolan Aktium söweşinde özüne degişli üç ýüz altmyş ýyllyk hökümdarlygyny başlady. Daniel kitabynyň on birinji baby, ýigrimi dördünji aýaty olaryň öz hilelerini öz galasyndan, ýagny Rim şäherinden, bir “wagt” üçin öňünden düzjekdigini görkezýär. Pygamberlikdäki bir “wagt” üç ýüz altmyş ýyl diýmekdir; we Antoniý bilen Kleopatranyň ýeňlen Aktium söweşinden üç ýüz altmyş ýyl soň, Konstantin Rim şäherinden çykyp Konstantinopol şäherine göçdi, şeýlelik bilen butparaz Rimiň ýeňilmezlik döwri tamamlandy.</w:t>
      </w:r>
    </w:p>
    <w:p>
      <w:pPr>
        <w:pStyle w:val="ArticleBody"/>
        <w:jc w:val="left"/>
      </w:pPr>
      <w:r>
        <w:rPr>
          <w:rFonts w:ascii="Times New Roman" w:hAnsi="Times New Roman" w:eastAsia="Times New Roman" w:cs="Times New Roman"/>
        </w:rPr>
        <w:t>Papal Rimi üçin üçünji geografik päsgelçilik (gotlar) milady 538-nji ýylda Rim şäherinden kowulyp çykarylanda, papalyk Riminiň bir müň iki ýüz altmyş ýyl dowam eden ýokary häkimiýetli hökümdarlygy başlandy we 1798-nji ýyla çenli dowam etdi; şol ýylda papa Rim şäherinden aýryldy, şeýlelikde papalyk wagşysyna pygamberlikde aýdylan ölüm howply ýara ýetirildi, indiki ýylda bolsa, 1799-njy ýylda, şol papa (wagşynyň üstüne münen aýal) ýesirlikde öldi.</w:t>
      </w:r>
    </w:p>
    <w:p>
      <w:pPr>
        <w:pStyle w:val="ArticleBody"/>
        <w:jc w:val="left"/>
      </w:pPr>
      <w:r>
        <w:rPr>
          <w:rFonts w:ascii="Times New Roman" w:hAnsi="Times New Roman" w:eastAsia="Times New Roman" w:cs="Times New Roman"/>
        </w:rPr>
        <w:t>Papalygy aňladýan gollar (Klowis) kuwwatyň mukaddes ýerini haram etmelidi, we Konstantin şol işe şäheri pelsepe taýdan Konstantinopoldan pes derejeli bir şäher hökmünde kesgitlemek bilen başlady; şondan soň bolsa, şol taryhyň dowamynda Rimiň duşmanlary tarapyndan alnyp barlan söweş hemişe Rim Şäherine hüjüm etmäge gönükdirildi. Şeýlelikde, 476-njy ýyla çenli şäherde höküm süren hakyky rim neslinden bolan hiç kim gaýtadan bolmady; 538-nji ýyla çenli şeýle boldy, şonda şäher papalyk Rimi üçin kuwwatyň mukaddes ýerine öwrüldi.</w:t>
      </w:r>
    </w:p>
    <w:p>
      <w:pPr>
        <w:pStyle w:val="ArticleBody"/>
        <w:jc w:val="left"/>
      </w:pPr>
      <w:r>
        <w:rPr>
          <w:rFonts w:ascii="Times New Roman" w:hAnsi="Times New Roman" w:eastAsia="Times New Roman" w:cs="Times New Roman"/>
        </w:rPr>
        <w:t>Ahab, Klowis we Fransiýa Amerikanyň Birleşen Ştatlarynyň nusgasy bolup durýar, we Amerikanyň Birleşen Ştatlarynyň kuwwat mukaddesligi Amerikanyň Birleşen Ştatlarynyň Konstitusiýasydyr. Ol resminama ylahy bir resminamadyr we pygamberlik taryhynyň bir ýol görkezijisidir. Ronald Reagan 1989-a alyp barýan taryhda papalygy goldap çykyş eden wagtdan bäri, Konstitusiýa yzygiderli we barha güýçlenýän hüjümiň astynda boldy; bu edil butparaz Rimiň pese gaçyşynda we ýykylmagynda kuwwat mukaddesliginiň başyna geleni ýalydyr. Amerikanyň Birleşen Ştatlarynda ýakyn wagtda geljek ýekşenbe kanuny güýje girizilende, Konstitusiýa doly agdarylar. Reagan döwründen şol ýekşenbe kanunyna çenli bolan wagtda, biziň eramyzdan soňky 330-njy ýyldan 538-nji ýyla çenli bolan taryh gaýtalanýar. Biziň eramyzdan soňky 538-nji ýylda papalyk tagta çykaryldy, şeýlelikde şol ýekşenbe kanunynda onuň ölüm ýarasynyň bejerilmeginiň nusgasyny görkezdi.</w:t>
      </w:r>
    </w:p>
    <w:p>
      <w:pPr>
        <w:pStyle w:val="ArticleBody"/>
        <w:jc w:val="left"/>
      </w:pPr>
      <w:r>
        <w:rPr>
          <w:rFonts w:ascii="Times New Roman" w:hAnsi="Times New Roman" w:eastAsia="Times New Roman" w:cs="Times New Roman"/>
        </w:rPr>
        <w:t>Ronald Reýgandan Ýekşenbe güni baradaky kanuna çenli bolan döwür, Hudaýyň pygamberlik Sözi tarapyndan aýratyn kesgitlenen pygamberlik döwrüdir. Klowis bilen şekillendirilen “gollar” hem ozalky butparaz bolan Rim imperiýasynyň patyşalygyndan “gündelik” zady aýyrmalydy. Imperiýanyň dini iň başyndan bäri butparazdy, we Klowis aç-açan butparazlygyň dinini katolisizmiň dini bilen çalyşmak işine başlady; katolisizm bolsa diňe perde astyna salnan butparazlykdyr.</w:t>
      </w:r>
    </w:p>
    <w:p>
      <w:pPr>
        <w:pStyle w:val="ArticleBody"/>
        <w:jc w:val="left"/>
      </w:pPr>
      <w:r>
        <w:rPr>
          <w:rFonts w:ascii="Times New Roman" w:hAnsi="Times New Roman" w:eastAsia="Times New Roman" w:cs="Times New Roman"/>
        </w:rPr>
        <w:t>Amerikanyň Birleşen Ştatlary ýakynda güýje girjek ýekşenbe güni baradaky kanunyň üsti bilen papalyk häkimiýetiniň nyşanyny mejbury kabul etdiren wagty, ol protestantlyk dinini doly aradan aýyrýar; çünki “protestant” diýen sözüň ýeke-täk kesgitlemesi Rime garşy çykyş etmekdir. Eger siz Rimiň häkimiýetiniň nyşanyny kabul edýän bolsaňyz, onda siz Rime garşy çykyş edýän dälsiňiz. Amos kitabynyň üçünji babynda, üçünji aýatda, Amos şeýle bir ritorik soragy berýär: “Iki adam ylalaşman bile ýöräp bilermi?”</w:t>
      </w:r>
    </w:p>
    <w:p>
      <w:pPr>
        <w:pStyle w:val="ArticleScripture"/>
        <w:jc w:val="left"/>
      </w:pPr>
      <w:r>
        <w:rPr>
          <w:rFonts w:ascii="Times New Roman" w:hAnsi="Times New Roman" w:eastAsia="Times New Roman" w:cs="Times New Roman"/>
        </w:rPr>
        <w:t>“Amerikanyň Birleşen Ştatlarynda häzirki wagtda ybadathananyň edaralaryna we däp-dessurlaryna döwletiň goldawyny üpjün etmek ugrunda alnyp barylýan hereketlerde protestantlar papistleriň yzyny eýerýärler. Mundan-da beter, olar Papalyga Köne Dünýäde ýitiren agalygyny protestant Amerikasynda täzeden ele almak üçin gapy açýarlar.” Uly Göreş, 573.</w:t>
      </w:r>
    </w:p>
    <w:p>
      <w:pPr>
        <w:pStyle w:val="ArticleBody"/>
        <w:jc w:val="left"/>
      </w:pPr>
      <w:r>
        <w:rPr>
          <w:rFonts w:ascii="Times New Roman" w:hAnsi="Times New Roman" w:eastAsia="Times New Roman" w:cs="Times New Roman"/>
        </w:rPr>
        <w:t>508-nji ýylda butparazlyk dini döwletiň resmi dini hökmündäki ornundan aýrylanda, bu waka Pawlusyň 2 Selanikliler kitabyň ikinji babynda beýan eden we Birleşen Ştatlarda ýakyn wagtda çykjak Ýekşenbe kanunynda günäniň adamynyň aýan edilmeginden öňünden aýrylyp taşlanan saklaýjyny nyşanlaýardy. Açyk butparaz dininiň tabyn edilip, katolikligiň gizlin butparaz dinine geçişi dessine bolup geçmedi; ol taryhda Klowisiň 496-njy ýylda katoliklige öwrülmegi bilen başlanan we 508-nji ýyla çenli doly amala aşyrylan waka hökmünde bellenýär.</w:t>
      </w:r>
    </w:p>
    <w:p>
      <w:pPr>
        <w:pStyle w:val="ArticleBody"/>
        <w:jc w:val="left"/>
      </w:pPr>
      <w:r>
        <w:rPr>
          <w:rFonts w:ascii="Times New Roman" w:hAnsi="Times New Roman" w:eastAsia="Times New Roman" w:cs="Times New Roman"/>
        </w:rPr>
        <w:t>Şeýlelikde, 1989-njy ýyldan başlap Reýgan ýyllaryndan tä ýakyn wagtda çykjak ýekşenbe kanunyna çenli, hakyky protestantizm Amerikanyň Birleşen Ştatlarynda bütinleý saklanyp galar. Şol wagtda Amerikanyň Birleşen Ştatlary üçin “güýjüň mukaddes ýeri” bolan Konstitusiýa ýatyrylar, we otuz birinji aýatyň “gollarynyň” dördünji işi amala aşar; çünki “gollar” şol wagt 538-nji ýylda bolşy ýaly, papalygy ýeriň tagtyna ýerleşdirer.</w:t>
      </w:r>
    </w:p>
    <w:p>
      <w:pPr>
        <w:pStyle w:val="ArticleBody"/>
        <w:jc w:val="left"/>
      </w:pPr>
      <w:r>
        <w:rPr>
          <w:rFonts w:ascii="Times New Roman" w:hAnsi="Times New Roman" w:eastAsia="Times New Roman" w:cs="Times New Roman"/>
        </w:rPr>
        <w:t>Papalyk 538-nji ýylda tagta çykandan soň, Daniel kitabyndaky hekaýat papalygyň dünýäni nähili basyp alandygyny beýan etmekden, şol taryhda papalygyň Hudaýyň halkyny nähili yzarlanyna degişli meselä geçýär. Danieliň onunjy bapynyň on dördünji aýatynda Jabraýyl Daniela hödürlemekçi bolan görnüşiniň maksadynyň “ahyryky günlerde Hudaýyň halkynyň başyna nämeler geljekdigini” görkezmekdigini habar beripdi.</w:t>
      </w:r>
    </w:p>
    <w:p>
      <w:pPr>
        <w:pStyle w:val="ArticleScripture"/>
        <w:jc w:val="left"/>
      </w:pPr>
      <w:r>
        <w:rPr>
          <w:rFonts w:ascii="Times New Roman" w:hAnsi="Times New Roman" w:eastAsia="Times New Roman" w:cs="Times New Roman"/>
        </w:rPr>
        <w:t>Indi men saňa soňky günlerde seniň halkyňyň başyna näme geljekdigine düşündirmek üçin geldim; çünki bu görnüş entek köp günler üçindir. Daniýel 10:14.</w:t>
      </w:r>
    </w:p>
    <w:p>
      <w:pPr>
        <w:pStyle w:val="ArticleBody"/>
        <w:jc w:val="left"/>
      </w:pPr>
      <w:r>
        <w:rPr>
          <w:rFonts w:ascii="Times New Roman" w:hAnsi="Times New Roman" w:eastAsia="Times New Roman" w:cs="Times New Roman"/>
        </w:rPr>
        <w:t>Otuz ikinji aýatdan otuz altynjy aýada çenli bolan aýatlar Waý uýa tarapyndan gaýtalanjakdygy göni beýan edilen aýatlardyr, we şol aýatlar papalygyň biziň eramyz boýunça 538-nji ýylda tagta çykarylan wagtyndan başlap, 1798-nji ýylda ölüm howply ýarasyny alýança dowam eden bir müň iki ýüz altmyş ýyllyk hökümdarlygy döwründäki yzarlamany suratlandyrýar.</w:t>
      </w:r>
    </w:p>
    <w:p>
      <w:pPr>
        <w:pStyle w:val="ArticleScripture"/>
        <w:jc w:val="left"/>
      </w:pPr>
      <w:r>
        <w:rPr>
          <w:rFonts w:ascii="Times New Roman" w:hAnsi="Times New Roman" w:eastAsia="Times New Roman" w:cs="Times New Roman"/>
        </w:rPr>
        <w:t>Äht bilen baglaşyga garşy pislik edýänleri ol ýaranjaň sözler bilen azdyrar; emma öz Hudaýyny tanaýan halk güýçli bolar we beýik işleri eder. Halkyň arasynda düşünjeli bolanlar köplere öwrederler; ýöne olar uzak günler gylyçdan, otdan, ýesirlikden we talaňçylykdan heläkçilige duçar bolarlar. Olar ýykylanda, azajyk kömek bilen goldanarlar; emma köpler olara ýaranjaňlyk bilen goşularlar. Düşünjelileriň käbiri olary synap görmek, arassalamak we ak etmek üçin, ahyrzamanyň wagtyna çenli ýykylarlar; çünki bu heniz bellenen wagta degişlidir. Patyşa öz islegine görä hereket eder; ol özüni beýgeldip, her bir hudaýdan ýokary tutar, hudaýlaryň Hudaýyna garşy geň zatlar sözlär we gahar tamam bolýança rowaçlanar; çünki kesgitlenen zat hökman ýerine ýetirilmelidir. Daniýel 11:32–36.</w:t>
      </w:r>
    </w:p>
    <w:p>
      <w:pPr>
        <w:pStyle w:val="ArticleBody"/>
        <w:jc w:val="left"/>
      </w:pPr>
      <w:r>
        <w:rPr>
          <w:rFonts w:ascii="Times New Roman" w:hAnsi="Times New Roman" w:eastAsia="Times New Roman" w:cs="Times New Roman"/>
        </w:rPr>
        <w:t>Aýatlar Garaňky Asyrlaryň yzarlanyşyny beýan edýär, otuz altynjy aýat bolsa papalygyň, Hudaýyň Ysraýylyň demirgazyk patyşalygyna garşy ilkinji gazabynyň 1798-nji ýylda amala aşmagyna çenli üstünlik gazanjagyny soňra görkezýär. Daniel ilki bilen papalygyň ýeriň tagtyna nähili ýerleşdirilendigini, soňra papalygyň Hudaýyň halky bilen nähili gatnaşyga girendigini, ondan soň bolsa papalygyň ahyrky ýykylşyny görkezdi. Danieliň on birinji babyndaky kyrkynjy aýatdan kyrk üçünji aýada çenli papalygyň dünýäni nähili gözegçilige alýandygy görkezilýär, soňra kyrk dördünji aýat onuň Hudaýyň ahyrzamandaky halkyny nähili yzarlýandygyny görkezýär, ondan soň bolsa kyrk bäşinji aýat hiç kimiň oňa kömek etmejek ýagdaýynda onuň ahyrky soňuna nähili ýetýändigini görkezýär.</w:t>
      </w:r>
    </w:p>
    <w:p>
      <w:pPr>
        <w:pStyle w:val="ArticleBody"/>
        <w:jc w:val="left"/>
      </w:pPr>
      <w:r>
        <w:rPr>
          <w:rFonts w:ascii="Times New Roman" w:hAnsi="Times New Roman" w:eastAsia="Times New Roman" w:cs="Times New Roman"/>
        </w:rPr>
        <w:t>Ýewreý dilindäki “hakykat” sözi, Ajaýyp Dilçi tarapyndan ýewreý elipbiýiniň birinji, on üçünji we soňky harplaryny bir ýere getirmek arkaly “hakykat” sözüni döretmek bilen emele getirildi. On üç gozgalaňyň nyşanydyr, birinji bolsa soňkyny aňladýar.</w:t>
      </w:r>
    </w:p>
    <w:p>
      <w:pPr>
        <w:pStyle w:val="ArticleBody"/>
        <w:jc w:val="left"/>
      </w:pPr>
      <w:r>
        <w:rPr>
          <w:rFonts w:ascii="Times New Roman" w:hAnsi="Times New Roman" w:eastAsia="Times New Roman" w:cs="Times New Roman"/>
        </w:rPr>
        <w:t>Otuz birinji aýat Mukaddes Kitabyň pygamberliklerindäki dördünji patyşalyk hökmünde butparaz Rimiň soňuny beýan edýär, otuz altynjy aýat bolsa Mukaddes Kitabyň pygamberliklerindäki bäşinji patyşalyk hökmünde papalyk Rimiň soňuny kesgitledi. Rimiň ýykylşynyň ilkinji beýany bilen Rimiň ýykylşynyň soňky beýanynyň arasynda, papalygyň başlangyç bilen ahyryň arasyndaky taryhyň dowamynda Hudaýyň millionlarça halkyny öldürmegi arkaly aňladylýan gozgalaň bar. Bu aýatlaryň ulanylyşy “hakykat” goluny göterýär.</w:t>
      </w:r>
    </w:p>
    <w:p>
      <w:pPr>
        <w:pStyle w:val="ArticleBody"/>
        <w:jc w:val="left"/>
      </w:pPr>
      <w:r>
        <w:rPr>
          <w:rFonts w:ascii="Times New Roman" w:hAnsi="Times New Roman" w:eastAsia="Times New Roman" w:cs="Times New Roman"/>
        </w:rPr>
        <w:t>Otuzdan altynjy aýatlaryň suratlandyrýan kyrkdan kyrk bäşe çenli aýatlar papalygyň ýykylmagy bilen başlanýar we papalygyň ýykylmagy bilen tamamlanýar. 1798-nji ýyldan başlap, merhemet möhletiniň tamamlanmagyna çenli uzalýan taryhyň ortasynda Häzirki Rimiň pitnesi bolup, ol ýene-de Hudaýyň halkyny öldürýär. Bu aýatlaryň ulanylyşy hem “hakykatyň” goluny göterýär, olar “hakykaty” berkarar edýän iki şaýat bolup biri-birine laýyk gelýärler, we iki setiriň ikisi hem “wahyny berkarar etjek” nyşan bolan Rimi beýan edýär.</w:t>
      </w:r>
    </w:p>
    <w:p>
      <w:pPr>
        <w:pStyle w:val="ArticleScripture"/>
        <w:jc w:val="left"/>
      </w:pPr>
      <w:r>
        <w:rPr>
          <w:rFonts w:ascii="Times New Roman" w:hAnsi="Times New Roman" w:eastAsia="Times New Roman" w:cs="Times New Roman"/>
        </w:rPr>
        <w:t>Şol döwürlerde günorta patyşasyna garşy köp adamlar aýaga galar; seniň halkyňyň zorlukçylary hem görnüşi berkarar etmek üçin özlerini beýgelderler; emma olar ýykylarlar. Daniel 11:14.</w:t>
      </w:r>
    </w:p>
    <w:p>
      <w:pPr>
        <w:pStyle w:val="ArticleBody"/>
        <w:jc w:val="left"/>
      </w:pPr>
      <w:r>
        <w:rPr>
          <w:rFonts w:ascii="Times New Roman" w:hAnsi="Times New Roman" w:eastAsia="Times New Roman" w:cs="Times New Roman"/>
        </w:rPr>
        <w:t>Danyýlyň on birinji bapda ulanýan pygamberlik hadysasy diňe otuzdan otuz altynjy aýatlarda, soňra-da kyrkdan kyrk bäşinji aýatlarda däl, ondan has giňişleýin ulanylýar. On dördünjiden on dokuzynjy aýatlara çenli butparaz Rimiň dünýäniň üstünden nädip häkimiýet alandygy görkezilýär; soňra ýigriminjiden ýigrimi dördünji aýatlara çenli butparaz Rimiň Hudaýyň halky bilen nähili çemeleşendigi beýan edilýär; ýigrimi dördünji aýatdan otuzynjy aýada çenli bolsa butparaz Rimiň ýykylmagy öňe sürülýär.</w:t>
      </w:r>
    </w:p>
    <w:p>
      <w:pPr>
        <w:pStyle w:val="ArticleBody"/>
        <w:jc w:val="left"/>
      </w:pPr>
      <w:r>
        <w:rPr>
          <w:rFonts w:ascii="Times New Roman" w:hAnsi="Times New Roman" w:eastAsia="Times New Roman" w:cs="Times New Roman"/>
        </w:rPr>
        <w:t>On dördünji aýat butparaz Rimiň başlangyjy, otuzynjy aýat bolsa butparaz Rimiň ahyrydyr. Ortada görkezilen taryhda butparaz Rim Mesihi haça çüýländigi bilen kesgitlenýär; şonuň üçin ortadaky gozgalaň bu aýatlary “hakykat” hökmünde kesgitleýär. Alfa we Omega Danyýel kitabynyň on birinji baby boýunça başdan-aýak Öz goluny goýdy.</w:t>
      </w:r>
    </w:p>
    <w:p>
      <w:pPr>
        <w:pStyle w:val="ArticleBody"/>
        <w:jc w:val="left"/>
      </w:pPr>
      <w:r>
        <w:rPr>
          <w:rFonts w:ascii="Times New Roman" w:hAnsi="Times New Roman" w:eastAsia="Times New Roman" w:cs="Times New Roman"/>
        </w:rPr>
        <w:t>Kyrkynjy aýat Ronald Reagan döwürlerinde başlanýan taryhy öz içine alýar we Amerikanyň Birleşen Ştatlarynyň Prezidenti bilen günä adamsynyň arasynda baglaşylan bileleşigi kesgitleýär. Ol belli bir döwri görkezýär; şol döwür, papalygyň ýer ýüzüniň tagtyna, edil 538-nji ýylda bolşy ýaly, çykarylmagy bilen tamamlanýar. Häzirki zaman Fransiýasy bolan franklaryň patyşasy Klowisiň Amerikanyň Birleşen Ştatlarynyň nyşany bolmagy tötänlik däldir. Klowis Reagan-yň öňden görkezmesi boldy. Reagan protestantçylygyň nyşanydy, edil Klowisiň butparazlygyň nyşany bolşy ýaly.</w:t>
      </w:r>
    </w:p>
    <w:p>
      <w:pPr>
        <w:pStyle w:val="ArticleBody"/>
        <w:jc w:val="left"/>
      </w:pPr>
      <w:r>
        <w:rPr>
          <w:rFonts w:ascii="Times New Roman" w:hAnsi="Times New Roman" w:eastAsia="Times New Roman" w:cs="Times New Roman"/>
        </w:rPr>
        <w:t>Franklaryň patyşasy Klowisiň katoliklike geçen söweşi Tolbiak söweşi (şeýle hem Zülpiş söweşi ýa-da Keln söweşi diýlip hem atlandyrylýar) bolupdy. Bu söweş biziň eramyzyň 496-njy ýylynda bolup geçdi. Şol wagt Klowis butparazdy, emma söweşiň dowamynda, öz güýçleriniň ýeňilmek howpy astyndadygy görnende, ol katolik aýalynyň uýýan hristian Hudaýyndan ýardam diläp doga etdi we eger ýeňiş gazansa, hristiançylyga geçjekdigine ant içdi. Klowis hakykatdan hem bu söweşde ýeňiş gazandy, munuň netijesinde bolsa ol hem-de onuň frank söweşijileriniň ep-esli bölegi katoliklike geçdi; bu bolsa franklaryň hristianlaşdyrylmagynda möhüm waka boldy.</w:t>
      </w:r>
    </w:p>
    <w:p>
      <w:pPr>
        <w:pStyle w:val="ArticleBody"/>
        <w:jc w:val="left"/>
      </w:pPr>
      <w:r>
        <w:rPr>
          <w:rFonts w:ascii="Times New Roman" w:hAnsi="Times New Roman" w:eastAsia="Times New Roman" w:cs="Times New Roman"/>
        </w:rPr>
        <w:t>Özüni protestant diýip yglan eden Ronald Reagan Rimiň papasy bilen gizlin bileleşik döretmäge özüniň itergisiniň, Sowet Soýuzynyň Injildäki pygamberlikde beýan edilen antikristdigine berk ynanandygydygyny mälim etdi. Reagan öňki Sowet Soýuzyna garşy göreşinde, antikristiň kimdigi baradaky öz bulaşyklygyna düşünmän, antikrist bilen birleşdi.</w:t>
      </w:r>
    </w:p>
    <w:p>
      <w:pPr>
        <w:pStyle w:val="ArticleScripture"/>
        <w:jc w:val="left"/>
      </w:pPr>
      <w:r>
        <w:rPr>
          <w:rFonts w:ascii="Times New Roman" w:hAnsi="Times New Roman" w:eastAsia="Times New Roman" w:cs="Times New Roman"/>
        </w:rPr>
        <w:t>“Söze düşünişinde bulaşýanlar, antihristiň manysyny görüp bilmeýänler, gürrüňsiz özlerini antihristiň tarapynda goýarlar.” Kress Collection, 105.</w:t>
      </w:r>
    </w:p>
    <w:p>
      <w:pPr>
        <w:pStyle w:val="ArticleBody"/>
        <w:jc w:val="left"/>
      </w:pPr>
      <w:r>
        <w:rPr>
          <w:rFonts w:ascii="Times New Roman" w:hAnsi="Times New Roman" w:eastAsia="Times New Roman" w:cs="Times New Roman"/>
        </w:rPr>
        <w:t>Amerikanyň Birleşen Ştatlary, ýerden çykýan haýwanyň iki şahynda görkezilişi ýaly, iki taraply pygamberlik nyşanydyr. Fransiýa hem, Ylham kitabyň on birinji babynda Sodom we Müsür arkaly görkezilişi ýaly, iki taraply pygamberlik nyşanydyr. Fransiýa papalygyň ilkinji doglan çagasydyr, we Amerikanyň Birleşen Ştatlaryna wekilçilik edýän Reagan bolsa, soňky günlerde Ylham kitabyň on ýedinji babyndaky on patyşanyň arasynda, 1798-nji ýyldan bäri unudylan Tir jelep aýaly bilen zyna eden birinjisi boldy. Ol ahyrzamanyň wagtynda, 1798-nji ýylda, unudyldy, emma ahyrzamanyň wagtynda, 1989-njy ýylda, ýene ýatlanyp başlaýar.</w:t>
      </w:r>
    </w:p>
    <w:p>
      <w:pPr>
        <w:pStyle w:val="ArticleBody"/>
        <w:jc w:val="left"/>
      </w:pPr>
      <w:r>
        <w:rPr>
          <w:rFonts w:ascii="Times New Roman" w:hAnsi="Times New Roman" w:eastAsia="Times New Roman" w:cs="Times New Roman"/>
        </w:rPr>
        <w:t>Fransiýanyň ýolbaşçysy Klowis 538-nji ýylda papalygyň tagta çykarylmagyna eltýän döwriň başlangyjyny alamatlandyrdy; şol ýerde papalyk soňra Orlean Maslahatynda ýekşenbe kanunyny kabul etdi. Amerikanyň Birleşen Ştatlarynyň ýolbaşçysy Reagan bolsa, ýakynda geljek ýekşenbe kanuny arkaly papalygyň ýene-de ýer ýüzüniň tagtyna çykarylmagyna alyp barýan bir döwrüň başlangyjyny alamatlandyrdy.</w:t>
      </w:r>
    </w:p>
    <w:p>
      <w:pPr>
        <w:pStyle w:val="ArticleBody"/>
        <w:jc w:val="left"/>
      </w:pPr>
      <w:r>
        <w:rPr>
          <w:rFonts w:ascii="Times New Roman" w:hAnsi="Times New Roman" w:eastAsia="Times New Roman" w:cs="Times New Roman"/>
        </w:rPr>
        <w:t>Fransiýa papalygy 538-nji ýylda tagta çykaran goşa häkimiýetdir; we Fransiýa, Napoleonyň generaly Bertýe arkaly, 1798-nji ýylda papalygy tagtdan düşürdi. Birleşen Ştatlar ahyrzamanda papalygy tagta çykarar, we on patyşanyň baş patyşasy hökmünde Birleşen Ştatlar ahyrsoňy «ony harap we ýalaňaç eder, onuň etini iýer we ony ot bilen ýakar».</w:t>
      </w:r>
    </w:p>
    <w:p>
      <w:pPr>
        <w:pStyle w:val="ArticleBody"/>
        <w:jc w:val="left"/>
      </w:pPr>
      <w:r>
        <w:rPr>
          <w:rFonts w:ascii="Times New Roman" w:hAnsi="Times New Roman" w:eastAsia="Times New Roman" w:cs="Times New Roman"/>
        </w:rPr>
        <w:t>Kyrkynjy aýat otuz birinji aýatyň taryhyny öz içine alýar hem-de papalygy ýene-de ýer ýüzüniň tagtyna çykarmak işiniň Ronald Reagan bilen başlanýan we Amerikanyň Birleşen Ştatlarynyň iň soňky prezidenti bilen tamamlanýan wagt döwri arkaly görkezilýändigini anyklaýar. Şol iň soňky prezident Reagan tarapyndan nusgalanan bolar, çünki Isa hemişe ahyry başlangyç arkaly suratlandyrýar.</w:t>
      </w:r>
    </w:p>
    <w:p>
      <w:pPr>
        <w:pStyle w:val="ArticleBody"/>
        <w:jc w:val="left"/>
      </w:pPr>
      <w:r>
        <w:rPr>
          <w:rFonts w:ascii="Times New Roman" w:hAnsi="Times New Roman" w:eastAsia="Times New Roman" w:cs="Times New Roman"/>
        </w:rPr>
        <w:t>Daniel kitabynyň on birinji babyndaky ilkinji aýatlarda şol pygamberlik taryhy beýan edilýär (ikinji aýat); şol ýerde biz Ýunanystan patyşalygynyň taryhyndan öň bolan taryhy görýäris. Ýunanystan Birleşen Milletleriň, şeýle hem Ylham kitabynyň on ýedinji babyndaky on patyşanyň bir dünýä hökümetiniň nyşanydyr. Daniel on birinji babyndaky üçünji aýat Beýik Aleksandry tanadýar, ikinji aýat bolsa soňky günlerde bir dünýä hökümetinden öň bolup geçýän taryhy aňladýar.</w:t>
      </w:r>
    </w:p>
    <w:p>
      <w:pPr>
        <w:pStyle w:val="ArticleBody"/>
        <w:jc w:val="left"/>
      </w:pPr>
      <w:r>
        <w:rPr>
          <w:rFonts w:ascii="Times New Roman" w:hAnsi="Times New Roman" w:eastAsia="Times New Roman" w:cs="Times New Roman"/>
        </w:rPr>
        <w:t>Birinji aýatda Jebraýyl diňe Medler bilen Parslaryň patyşalygynyň başlangyjynda Dariýany goldandygyny aýdýar; emma onunjy bapda Jebraýyl Daniýele gelen wagtynda Med Dariý däl-de, Pars Kyryş höküm sürýärdi. Şondan soň, Medler bilen Parslaryň patyşalygyny pygamberlik taýdan iki bölekli bir patyşalyk hökmünde açyk görnüşde biri-birine baglanyşdyrandan soň (Fransiýa bilen Amerikanyň Birleşen Ştatlary ýaly), Jebraýyl Beýik Aleksandryň bütindünýä patyşalygyndan öň gelýän taryhy beýan edip başlaýar.</w:t>
      </w:r>
    </w:p>
    <w:p>
      <w:pPr>
        <w:pStyle w:val="ArticleScripture"/>
        <w:jc w:val="left"/>
      </w:pPr>
      <w:r>
        <w:rPr>
          <w:rFonts w:ascii="Times New Roman" w:hAnsi="Times New Roman" w:eastAsia="Times New Roman" w:cs="Times New Roman"/>
        </w:rPr>
        <w:t>Indi bolsa, men saňa hakykaty görkezerin. Ine, Parsda ýene üç patyşa höküm sürer; dördünjisi bolsa olaryň hemmesinden has baý bolar; öz baýlygy arkaly eýe bolan güýji bilen ol hemmäni Ýunanystan patyşalygyna garşy gozgalar. Daniel 11:2.</w:t>
      </w:r>
    </w:p>
    <w:p>
      <w:pPr>
        <w:pStyle w:val="ArticleBody"/>
        <w:jc w:val="left"/>
      </w:pPr>
      <w:r>
        <w:rPr>
          <w:rFonts w:ascii="Times New Roman" w:hAnsi="Times New Roman" w:eastAsia="Times New Roman" w:cs="Times New Roman"/>
        </w:rPr>
        <w:t>Alfa bilen Omega hemişe bir zadyň ahyryny şol zadyň başlangyjy bilen bilelikde görkezýär, we ikinji aýat Aleksandr Makedonskiniň Gresiýa patyşalygy arkaly şekillendirilen bir dünýä hökümetiniň güýje girizilmeginden öňki taryhy beýan edýär. Ikinji aýat, soňky günleriň iki şahaly güýji hökmünde, Medler bilen Parslaryň goşa güýji we Fransiýa arkaly öňden şekillendirilen Amerikanyň Birleşen Ştatlary baradaky pygamberlik setiridir. Bu aýat soňky günlerde Amerikanyň Birleşen Ştatlarynyň prezidentlerini öňden şekillendirjek patyşalary görkezýär; olar aždarha, haýwan we ýalan pygamberden ybarat bolan üç görnüşli bir dünýä hökümetiniň öňüsyrasynda öňe çykarlar. Klowis, antihristi täzeden tagta oturtmaga alyp barýan taryhyň başlangyjyndaky ilkinji prezident hökmünde Reýgana laýyk gelýärdi.</w:t>
      </w:r>
    </w:p>
    <w:p>
      <w:pPr>
        <w:pStyle w:val="ArticleBody"/>
        <w:jc w:val="left"/>
      </w:pPr>
      <w:r>
        <w:rPr>
          <w:rFonts w:ascii="Times New Roman" w:hAnsi="Times New Roman" w:eastAsia="Times New Roman" w:cs="Times New Roman"/>
        </w:rPr>
        <w:t>Kiriň döwründen başlap, Danyýel on birde, üç patyşa bolar, olaryň yzyndan bolsa hemmesinden has baý dördünji biri geler diýilýär. Dariýus Midiýa-Pars imperiýasynyň birinji patyşasydy, Danyýel Jabraýyldan bu taryhy kabul eden wagtynda höküm sürýän Kiriň özi bolsa ikinji patyşady. Kirden soň dört patyşa gelerdi; şonuň üçin şol yzdan geljek patyşalaryň dördünjisi altynjy patyşa bolar.</w:t>
      </w:r>
    </w:p>
    <w:p>
      <w:pPr>
        <w:pStyle w:val="ArticleBody"/>
        <w:jc w:val="left"/>
      </w:pPr>
      <w:r>
        <w:rPr>
          <w:rFonts w:ascii="Times New Roman" w:hAnsi="Times New Roman" w:eastAsia="Times New Roman" w:cs="Times New Roman"/>
        </w:rPr>
        <w:t>Altynjy patyşa iň baý patyşa bolardy, we baý prezident (patyşa) hemmeleri Gresiýanyň döwletiňe garşy gozgardy. Reagan döwründen bäri prezidentler şeýle boldy: birinji Bush, Clinton, ikinji Bush, Obama; şonuň üçin altynjy we iň baý patyşa Trump bolardy. Şol patyşa (prezident) Gresiýanyň döwletini (globalistleri) “gozgardy”. Iwritçe “gozgarmak” diýen jümläniň kesgitlemesi örän manylydyr.</w:t>
      </w:r>
    </w:p>
    <w:p>
      <w:pPr>
        <w:pStyle w:val="ArticleBody"/>
        <w:jc w:val="left"/>
      </w:pPr>
      <w:r>
        <w:rPr>
          <w:rFonts w:ascii="Times New Roman" w:hAnsi="Times New Roman" w:eastAsia="Times New Roman" w:cs="Times New Roman"/>
        </w:rPr>
        <w:t>Aýatda “gozgamak” diýlip terjime edilen ýewreý sözi asyl kök bolup, “oyatmak” ýa-da “ukudan turuzmak” manysyny berýär. Kiriň yzysüre gelen dördünji hökümdar arkaly nusgalanan taryhda, beýleki ähli prezidentlerden has baý bir prezident galdyrylar we onuň güýji hem gudraty arkaly Greksiýa garşy bir “oyanma” ýüze çykarylar. Globalizm, progresiwizm we “woke-izm”-iň nyşany bolan Greksiýa, altynjy, iň baý prezidentiň taryhynda ünsi özüne çeker. Ol tutuş ýer ýüzüniň älemini progresiw “woke-izm” we ählumumy agalyk baradaky çekeleşige oýarar.</w:t>
      </w:r>
    </w:p>
    <w:p>
      <w:pPr>
        <w:pStyle w:val="ArticleBody"/>
        <w:jc w:val="left"/>
      </w:pPr>
      <w:r>
        <w:rPr>
          <w:rFonts w:ascii="Times New Roman" w:hAnsi="Times New Roman" w:eastAsia="Times New Roman" w:cs="Times New Roman"/>
        </w:rPr>
        <w:t>Iň baý prezidentiň prezidentliginde ýüze çykarylýan öňe gidýän “woke-çilik” hereketine oýanmak, hut on gyzyň oýanşy Protestant şahynda bolup geçýän şol bir wagtda, Respublika şahy bilen bolup geçýär.</w:t>
      </w:r>
    </w:p>
    <w:p>
      <w:pPr>
        <w:pStyle w:val="ArticleBody"/>
        <w:jc w:val="left"/>
      </w:pPr>
      <w:r>
        <w:rPr>
          <w:rFonts w:ascii="Times New Roman" w:hAnsi="Times New Roman" w:eastAsia="Times New Roman" w:cs="Times New Roman"/>
        </w:rPr>
        <w:t>Биз Даниел китебинин он биринчи бөлүмүнүн кыркынчы аятын изилдөөбүздү кийинки макалада улантабыз.</w:t>
      </w:r>
    </w:p>
    <w:p>
      <w:pPr>
        <w:pStyle w:val="ArticleScripture"/>
        <w:jc w:val="left"/>
      </w:pPr>
      <w:r>
        <w:rPr>
          <w:rFonts w:ascii="Times New Roman" w:hAnsi="Times New Roman" w:eastAsia="Times New Roman" w:cs="Times New Roman"/>
        </w:rPr>
        <w:t>“Imanyň we takwalygyň giňden pese gaçandygyna garamazdan, bu ybadathanalarda Mesihiň hakyky yzyna eýerijileri bar. Hudaýyň hökümleriniň ýer ýüzüne geljek iň soňky saparyndan öň, Rebbiň halkynyň arasynda ilkinji döwürlerdäki takwalygyň şeýle bir janlanmasy bolar welin, munuň ýaly zat resullaryň zamanasyndan bäri görlen däldir. Hudaýyň Ruhy we güýji Öz çagalarynyň üstüne döküler. Şol wagtda köp adamlar bu dünýäniň söýgüsi Hudaýa we Onuň sözüne bolan söýginiň ornuny eýelän şol ybadathanalardan aýrylarlar. Hudaýyň şu wagtda Rebbiň ikinji gezek gelmegine halky taýýarlamak üçin wagyz edilmegini üpjün eden şol beýik hakykatlaryny, hem ruhanylaryň, hem-de halkyň içinden köpler şatlyk bilen kabul ederler. Janlaryň duşmany bu işi böwetlemek isleýär; şeýle bir hereketiň wagty gelmezden öň, ol galp bir zat girizmek arkaly onuň öňüni almaga çalşar. Ol öz aldawçy güýjüniň astyna salyp bilýän ybadathanalarynda Hudaýyň aýratyn berekediniň dökülýän ýaly görünmegini üpjün eder; beýik dini gyzyklanma hasap edilýän zat aýan bolar. Köpçülik Hudaýyň olar üçin gudratly işleýändigine joşup begenýär, emma bu iş başga bir ruhdandyr. Dindarlyk perdesi astynda Şeýtan öz täsirini hristian dünýäsiniň üstüne ýaýratmaga synanar.” Uly jedel,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ýigrimi dördünji bölüm</dc:title>
  <dc:subject>Danyýel 11:40-yň Açylmagy — Taryhy Meňzeşlikleriň we Geljekde Boljak Wakalaryň Pygamberlik Nukdaýnazaryndan Seljermesi</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