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bir ýüz ýigrimi altynjy</w:t>
      </w:r>
    </w:p>
    <w:p>
      <w:pPr>
        <w:pStyle w:val="ArticleSubtitle"/>
        <w:jc w:val="left"/>
      </w:pPr>
      <w:r>
        <w:rPr>
          <w:rFonts w:ascii="Arial" w:hAnsi="Arial" w:eastAsia="Arial" w:cs="Arial"/>
        </w:rPr>
        <w:t>Pygamberlik Beýanynyň Üsti Açylýar: Daniýel kitabynyň on birinji baby we häzirki zaman wakalary boýunça derňew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Danyel kitabynyň on birinji babyndaky kyrkynjy aýat, ýer haýwanynyň protestant şahynyň taryhyny ýer haýwanynyň respublikan şahynyň taryhy bilen gabatlaşdyrýar. Iki şah hem 1798-nji ýylda başlanýar, we olaryň şaýatlygy Amerikanyň Birleşen Ştatlarynda tiz wagtda geljek ýekşenbe kanunyna çenli dowam edýär. Iki şaha hem her bir şahy synagdan geçirmek üçin Hudaý tarapyndan berlen iki bölekli resminama berildi. King James Mukaddes Kitaby (Köne we Täze Ähtler) ýer haýwanynyň dini şahyny synagdan geçirmek üçin berlipdi, garaşsyzlyk Jarnamasy we Amerikanyň Birleşen Ştatlarynyň Konstitusiýasy bolsa, ýer haýwanynyň syýasy şahyny synagdan geçirmek üçin berlipdi. Kyrkynjy aýat ýer haýwanynyň taryhydyr, we onuň taryhy şaýatlygy 1776-njy ýylda başlanýar; 1798-nji ýyla gelnende bolsa, ol Mukaddes Kitap pygamberliginiň altynjy patyşalygy hökmünde öz wezipesini ýerine ýetirip başlaýar.</w:t>
      </w:r>
    </w:p>
    <w:p>
      <w:pPr>
        <w:pStyle w:val="ArticleBody"/>
        <w:jc w:val="left"/>
      </w:pPr>
      <w:r>
        <w:rPr>
          <w:rFonts w:ascii="Times New Roman" w:hAnsi="Times New Roman" w:eastAsia="Times New Roman" w:cs="Times New Roman"/>
        </w:rPr>
        <w:t>Isa ahyry başlangyç arkaly görkezýär, we Amerikanyň Birleşen Ştatlarynyň soňy onuň başlangyç taryhynda şekillendirilipdir. Amerikanyň Birleşen Ştatlarynyň soňky döwri Daniel kitabynyň on birinji babyndaky ikinji aýatda şekillendirilipdir, çünki ol Ronald Regandan başlap alty prezidenti öňe sürýär. Reagan ýer ýyrtyjysynyň pygamberlik taryhynyň soňky döwründäki ilkinji prezidentdir. Şol döwür 1989-njy ýylda, ahyrzamanyň wagtynda başlandy. Emma ikinji aýat diňe Reagan, ilkinji Bush, Clinton, ikinji Bush, Obama we Trump barada söz açýar. Ýakynda geljek Ýekşenbe kanunyna çenli baryp ýetýän taryhy doldurmak üçin beýleki çyzyklar zerurdyr. 1989-njy ýyldan ýakynda geljek Ýekşenbe kanunyna çenli bolan döwür Daniel kitabynyň on birinji babyndaky ikinji aýatda aýratyn bir çyzykdyr.</w:t>
      </w:r>
    </w:p>
    <w:p>
      <w:pPr>
        <w:pStyle w:val="ArticleBody"/>
        <w:jc w:val="left"/>
      </w:pPr>
      <w:r>
        <w:rPr>
          <w:rFonts w:ascii="Times New Roman" w:hAnsi="Times New Roman" w:eastAsia="Times New Roman" w:cs="Times New Roman"/>
        </w:rPr>
        <w:t>1798-nji ýyl başlangyjy, ýekşenbe kanuny bolsa ýer ýüzüniň haýwanynyň Mukaddes Kitap pygamberliginiň altynjy patyşalygy hökmünde pygamberlik taryhynyň soňuny belleýär; 1798-nji ýyl bolsa onuň başlangyjyny belleýär. 1776-njy ýylda başlanan iki ýüz ýigrimi ýyllyk döwür ýer ýüzüniň haýwanyna degişli başga bir pygamberlik çyzygydyr; ol 1776-njy ýylda başlanýan we 1989-njy ýylda açylan möhürsüz bilimiň habary resmileşdirilen 1996-njy ýylda tamamlanýan döwri görkezýär. Şol iki ýüz ýigrimi ýyllyk döwür Amerikanyň geljegini görkezýär: onuň başynda, 1776-njy ýylda yglan edilen Ýewropa patyşalarynyň döwlet dolandyryşyndan we katolisizmiň ybadathana dolandyryşyndan garaşsyzlyk, tizden geljek ýekşenbe kanuny wagtynda aradan aýrylar. 1776-dan 1989-a çenli döwür ýer ýüzüniň haýwanynyň pygamberlik taryhynda aýratyn bir çyzykdyr.</w:t>
      </w:r>
    </w:p>
    <w:p>
      <w:pPr>
        <w:pStyle w:val="ArticleBody"/>
        <w:jc w:val="left"/>
      </w:pPr>
      <w:r>
        <w:rPr>
          <w:rFonts w:ascii="Times New Roman" w:hAnsi="Times New Roman" w:eastAsia="Times New Roman" w:cs="Times New Roman"/>
        </w:rPr>
        <w:t>508-nji ýyldan 538-nji ýyla çenli bolan otuz ýyl, papalygyň 538-nji ýylda Mukaddes Kitap pygamberliginiň bäşinji patyşalygy hökmünde döredilmeginiň öňüsyrasyndaky pygamberlik döwrüni aňladýar. Amerikanyň Birleşen Ştatlary ýakyn wagtda geljek Ýekşenbe kanunynda ýyrtyjynyň keşbini doly emele getirýär. 538-nji ýylda papalygyň döredilmegine taýýarlyk bolan otuz ýyllyk döwür, papalyk ýyrtyjysynyň keşbiniň bir düzüm bölegidir. 1798-nji ýyla alyp baran taýýarlyk döwri hem bardy; şol wagt ýer ýyrtyjysy Mukaddes Kitap pygamberliginiň altynjy patyşalygy hökmünde tagta çykdy. 1776-njy ýyldan 1798-nji ýyla çenli bolan döwür 508-nji ýyldan 538-nji ýyla çenli bolan döwre laýyk gelýär.</w:t>
      </w:r>
    </w:p>
    <w:p>
      <w:pPr>
        <w:pStyle w:val="ArticleBody"/>
        <w:jc w:val="left"/>
      </w:pPr>
      <w:r>
        <w:rPr>
          <w:rFonts w:ascii="Times New Roman" w:hAnsi="Times New Roman" w:eastAsia="Times New Roman" w:cs="Times New Roman"/>
        </w:rPr>
        <w:t>Isa bir zadyň soňuny onuň başlangyjy arkaly görkezýär; şonuň üçin 1776-dan 1798-e çenli taryhda şekillendirilen pygamberlik döwri, 508-den 538-e çenli bolan pygamberlik döwri tarapyndan tassyklanylýandygy sebäpli, iki şaýat berýär. Bu iki döwür, Mukaddes Kitap pygamberligindäki bir patyşalygyň tagta çykarylmagyndan öň gelýän belli bir pygamberlik döwrüniň bardygy baradaky hakykata iki şaýat berýär. Olar bilelikde, 1989-njy ýyldaky ahyrzaman wagtyndan Ýekşenbe kanunyna çenli bolan döwrüň 538-den we 1798-den öň geçen iki döwür bilen laýyk gelýändigini tassyklaýarlar.</w:t>
      </w:r>
    </w:p>
    <w:p>
      <w:pPr>
        <w:pStyle w:val="ArticleBody"/>
        <w:jc w:val="left"/>
      </w:pPr>
      <w:r>
        <w:rPr>
          <w:rFonts w:ascii="Times New Roman" w:hAnsi="Times New Roman" w:eastAsia="Times New Roman" w:cs="Times New Roman"/>
        </w:rPr>
        <w:t>1989-njy ýyldaky ahyrzaman döwründen, Danyýeliň on birinji babyndaky kyrk birinji aýatyň Ýekşenbe kanunyna çenli bolan pygamberlik taryhy, 508-nji ýyldan 538-nji ýyla çenli otuz ýyllyk döwür arkaly öňden nusgalanan bolupdyr; ol, şeýle hem, 1776-njy ýyldan 1798-nji ýyla çenli bolan ýigrimi iki ýyl arkaly hem nusgalanan bolupdyr.</w:t>
      </w:r>
    </w:p>
    <w:p>
      <w:pPr>
        <w:pStyle w:val="ArticleBody"/>
        <w:jc w:val="left"/>
      </w:pPr>
      <w:r>
        <w:rPr>
          <w:rFonts w:ascii="Times New Roman" w:hAnsi="Times New Roman" w:eastAsia="Times New Roman" w:cs="Times New Roman"/>
        </w:rPr>
        <w:t>Danielyň on birinji babyndaky ikinji aýat bu pygamberlik döwründäki ähli prezidentleriň içindäki iň baýy bolan Tramp gelende, onuň “gozgalaňa salar”, ýagny bütin dünýäni globalistleriň niýetlerine “oyarar” diýýändigini görkezýär; şol wagt olar dünýäniň gurluşyny, işçi dronlarynyň üstünden höküm sürýän elitleriň iki gatly ulgamyna öwürmäge synanyşýarlar. Özleriniň atlandyryşy ýaly “uly täzeden düzmek” diýen işiň birinji ileri tutulýan wezipesi, orta synpy ýok etmekdir; munuň maksady, taryhda Mariýa Antuanetta ýaly taryhy şahsyýetler bilen şekillendirilýän elitleriň, onuň näzik çöreklerini öndürýän pes gatlaklardan üzňeleşdirilip, goralyp saklanmagydyr.</w:t>
      </w:r>
    </w:p>
    <w:p>
      <w:pPr>
        <w:pStyle w:val="ArticleBody"/>
        <w:jc w:val="left"/>
      </w:pPr>
      <w:r>
        <w:rPr>
          <w:rFonts w:ascii="Times New Roman" w:hAnsi="Times New Roman" w:eastAsia="Times New Roman" w:cs="Times New Roman"/>
        </w:rPr>
        <w:t>Globalistleriň dini täze döwür ruhyçalygydyr; olaryň “woke-izm” hem-de Dürlülik, Deňlik we Inklýuziýa pelsepeleri, muňa Kritiki Irk Nazaryýetiniň bozulyp-zaýalanan ideologiýasy, üstesine-de ýalandan “ylym” diýlip atlandyrylýan ählumumy maýylama baradaky taglymat, hem-de olaryň nesil gyryjy ilat gözegçiligine gönükdirilen gizlin tagallalary goşulanda, Trump taryha gelip, bütin älemi Gresiýa garşy “gozgalaňa getirmek” üçin peýda bolanda, bu zatlar aç-açan mälim boldy.</w:t>
      </w:r>
    </w:p>
    <w:p>
      <w:pPr>
        <w:pStyle w:val="ArticleBody"/>
        <w:jc w:val="left"/>
      </w:pPr>
      <w:r>
        <w:rPr>
          <w:rFonts w:ascii="Times New Roman" w:hAnsi="Times New Roman" w:eastAsia="Times New Roman" w:cs="Times New Roman"/>
        </w:rPr>
        <w:t>Trampyň 2016-njy ýylda peýda bolmagy, Matta ýigrimi bäşdäki gyzlaryň oýanyşyny öňünden gowşatmak üçin Şeýtan tarapyndan düzülen galp oýanyşyň (gozgalaňyň) gelendigini aňladýar. Globalistler, dünýä sahnasynda bolsun ýa-da Amerikanyň Birleşen Ştatlarynyň içinde bolsun, pygamberlik taýdan aždarha hökmünde beýan edilýär. Olar on patyşadyr, dünýä bankirleridir, global milliarder söwdagärlerdir, erkin masonlardyr we beýleki gizlin jemgyýetlerdir.</w:t>
      </w:r>
    </w:p>
    <w:p>
      <w:pPr>
        <w:pStyle w:val="ArticleBody"/>
        <w:jc w:val="left"/>
      </w:pPr>
      <w:r>
        <w:rPr>
          <w:rFonts w:ascii="Times New Roman" w:hAnsi="Times New Roman" w:eastAsia="Times New Roman" w:cs="Times New Roman"/>
        </w:rPr>
        <w:t>Globalist ajdarha güýjeleri kanun söweşinde (kanunlar arkaly alnyp barylýan söweşde) ýöriteleşenlerdir, çünki Şeýtan köplenç Hudaýyň Sözüniň hukuk delillerinde beýan edilýär. Hudaý Özüne wepaly bolanlary, takwa ýaşaýanlaryň hemişe ýüzbe-ýüz bolýan yzarlanmasy barada öňünden duýduranda, olaryň şaýatlyk etmek üçin ýurduň kazyýetleriniň öňüne alnyp gidiljekdigini wada berdi. Şeýtan, häzirki wagtda Trumpizm tarapyndan galjyrylan ýurtda giňden ýaýran bozulyp giden kazylaryň, bozulyp giden Baş prokurorlaryň nyşanydyr; şol bozulyp giden kazyýetler we aklawçylar bolsa taryhyň dowamynda Şeýtanyň esasy nyşany bolan pitneçi we anarhiýany öňe sürýän hem-de öndürýän guramalary hemişe goldaýarlar.</w:t>
      </w:r>
    </w:p>
    <w:p>
      <w:pPr>
        <w:pStyle w:val="ArticleBody"/>
        <w:jc w:val="left"/>
      </w:pPr>
      <w:r>
        <w:rPr>
          <w:rFonts w:ascii="Times New Roman" w:hAnsi="Times New Roman" w:eastAsia="Times New Roman" w:cs="Times New Roman"/>
        </w:rPr>
        <w:t>Sowet Soýuzy pygamberlik taýdan aždarhanyň bir nyşanydy, çünki beýleki zatlaryň hatarynda, Fyrownyň hudaýsızlygy aždarhanyň esasy häsiýetleriniň biridir. Kyrkynjy aýatdaky günortanyň patyşasy, ibranyça “negew” sözüniň patyşasydyr; bu söz Müsür diýmegi aňladýar we şol aýatda “günorta” diýip terjime edilýär. Fyrown 1798-nji ýylda “ahyryzaman döwründe” günortanyň patyşasy bolan Fransiýanyň hudaýsızlygynyň, şeýle hem 1989-njy ýylda “ahyryzaman döwründe” Sowet Soýuzynyň bibliýa nyşanydyr. Ikisi-de aždarha güýçleridi, we ikisi-de butparaz Rimiň aždarha patyşalygyndan gelip çykdy.</w:t>
      </w:r>
    </w:p>
    <w:p>
      <w:pPr>
        <w:pStyle w:val="ArticleBody"/>
        <w:jc w:val="left"/>
      </w:pPr>
      <w:r>
        <w:rPr>
          <w:rFonts w:ascii="Times New Roman" w:hAnsi="Times New Roman" w:eastAsia="Times New Roman" w:cs="Times New Roman"/>
        </w:rPr>
        <w:t>Amerikanyň Birleşen Ştatlary soňky günlerde dinden çykan protestantçylygyň nyşanydyr, papalyk bolsa ýeriň tagtyna gaýdyp barýarka ýeňip geçýän üç päsgelçiligiň birinjisini ýeňmek üçin dinden çykan protestantçylyk bilen Sowet Soýuzynyň aždarhasynyň arasyndaky göreşi ussatlyk bilen ulanypdy. Indiki päsgelçilik bolsa dinden çykan protestantçylygyň özidir; ony hem ol ýakynda çykjak ýekşenbe güni baradaky kanun arkaly boýun egdirer.</w:t>
      </w:r>
    </w:p>
    <w:p>
      <w:pPr>
        <w:pStyle w:val="ArticleBody"/>
        <w:jc w:val="left"/>
      </w:pPr>
      <w:r>
        <w:rPr>
          <w:rFonts w:ascii="Times New Roman" w:hAnsi="Times New Roman" w:eastAsia="Times New Roman" w:cs="Times New Roman"/>
        </w:rPr>
        <w:t>Prezident Trampyň güýji we kuwwaty, globalizmiň howplary barada oýanşy başlatdy; bu bolsa ajdarha bilen imandan çykan protestantizmiň arasyndaky bütindünýä göreşine çenli güýçlenip gitdi. Papalyk hem şol bir iki güýjüň — ajdarhanyň we imandan çykan protestantizmiň — arasyndaky göreşi, edil ilkinji geografik päsgelçiligi ýykmak üçin edişi ýaly, ikinji geografik päsgelçiligi ýykmak üçin gurşawy döretmek maksady bilen ulanýar. Ine, Birleşen Milletler Guramasynyň ýedinji patyşalygynyň (ajdarha güýji bolan) ýakynda geljek ýekşenbe kanunynda näme sebäpden öz patyşalygyny haýwana şeýle çalt tabşyrýandygynyň mantygy şondadyr. Muny edýär, sebäbi ol 1989-njy ýyldan bäri ýeňlen duşman bolup gelýär.</w:t>
      </w:r>
    </w:p>
    <w:p>
      <w:pPr>
        <w:pStyle w:val="ArticleBody"/>
        <w:jc w:val="left"/>
      </w:pPr>
      <w:r>
        <w:rPr>
          <w:rFonts w:ascii="Times New Roman" w:hAnsi="Times New Roman" w:eastAsia="Times New Roman" w:cs="Times New Roman"/>
        </w:rPr>
        <w:t>Bu, bir derejede, papalygyň 1989-njy ýylda Sowet Soýuzynyň ajdarhasyny ýykmak üçin ulanan göreşiniň edil şonuň özi, emma häzirki wagtda progressiw wokizmiň mürtet protestantizmiň MAGAçylygyna garşy alyp barýan göreşi, ajdarhany däl-de, mürtet protestantizmi ýeňmek üçin niýetlenendir. Bu söweş düýp manysynda 2016-njy ýylda başlandy, soňra bolsa 2020-nji ýylda, Mukaddes Ýazgylarda ýalançylygyň atasy diýlip atlandyrylýan ajdarha saýlawy ogurlady, şeýlelikde syýasy taýdan Trampy hem-de respublikan MAGA hereketini “öldürdi”. Ylhamyň on birinji babynda düýpsüz guýudan çykan wagşy haýwan, ýagny ateizmiň wagşy haýwany, iki şaýady öldürdi, olar bolsa tä täzeden janlanýançalar köçede ýatdylar. William Milleriň düzgünleri pygamberlik nyşanlarynyň birden köp ulanylyşynyň bardygyny görkezýär.</w:t>
      </w:r>
    </w:p>
    <w:p>
      <w:pPr>
        <w:pStyle w:val="ArticleBody"/>
        <w:jc w:val="left"/>
      </w:pPr>
      <w:r>
        <w:rPr>
          <w:rFonts w:ascii="Times New Roman" w:hAnsi="Times New Roman" w:eastAsia="Times New Roman" w:cs="Times New Roman"/>
        </w:rPr>
        <w:t>Häzir biz ýer haýwanyny öz jemine getirýän aždahanyň hem-de mürtet protestantizmiň göreşine garap durka, şol iki şaýat ýer haýwanynyň iki şahy bolup durýar. Respublikaçy şahy 2020-nji ýylda, atasy ýalançylaryň atasy bolan şol Mukaddes Kitapdaky güýjüň eli bilen öldürildi. Biz şu häzirki taryhy döwürde hut şol göreşiň jümmüşindediris. Daniýel 11-iň kyrk birinji aýatynda ýakynda geljek Ýekşenbe güni baradaky kanun mejbury edilýär, ylhamyň şaýatlygyna görä bolsa, şol şeýtani işi amala aşyrjak güýç mürtet protestantizm bolar.</w:t>
      </w:r>
    </w:p>
    <w:p>
      <w:pPr>
        <w:pStyle w:val="ArticleScripture"/>
        <w:jc w:val="left"/>
      </w:pPr>
      <w:r>
        <w:rPr>
          <w:rFonts w:ascii="Times New Roman" w:hAnsi="Times New Roman" w:eastAsia="Times New Roman" w:cs="Times New Roman"/>
        </w:rPr>
        <w:t>“Amerikanyň Birleşen Ştatlarynyň protestantlary, Spiritualizmiň elini tutmak üçin ellerini uçurymyň aňyrsyna ilkinji bolup uzadarlar; olar Rim häkimiýeti bilen el ele bermek üçin düýpsüz çuňlugyň üstünden uzanarlar; we şu üç esse birleşigiň täsiri astynda bu ýurt wyždan hukuklaryny aýak astyna almakda Rimiň yzyna düşer.” Beýik Jedel, 588.</w:t>
      </w:r>
    </w:p>
    <w:p>
      <w:pPr>
        <w:pStyle w:val="ArticleBody"/>
        <w:jc w:val="left"/>
      </w:pPr>
      <w:r>
        <w:rPr>
          <w:rFonts w:ascii="Times New Roman" w:hAnsi="Times New Roman" w:eastAsia="Times New Roman" w:cs="Times New Roman"/>
        </w:rPr>
        <w:t>Adamzat wakalarynyň çylşyrymly özara täsiri 2016-njy ýylda başlanan göreşde şekillendirilýär. Şol göreşiň içindäki güýçlere dogry baha bermek üçin, dünýäni Armageddona alyp barýan üç güýjüň hersiniň nämäni aňladýandygyny anyk bilmek möhümdir, çünki olaryň hersiniň özboluşly pygamberlik aýratynlyklary bar. Ylham kitaby elmydama aždarhanyň yzygiderliligini saklaýar, onuň yzyndan ýyrtyjy haýwan gelýär, onuň yzynam ýalan pygamber eýeleýär; şonuň üçin biz ilki aždarhanyň, soňra ýyrtyjy haýwanyň, iň soňunda bolsa dönük protestantçylygyň ýalan pygamberiniň pygamberlik aýratynlyklaryny kesgitlemäge başlarys.</w:t>
      </w:r>
    </w:p>
    <w:p>
      <w:pPr>
        <w:pStyle w:val="ArticleBody"/>
        <w:jc w:val="left"/>
      </w:pPr>
      <w:r>
        <w:rPr>
          <w:rFonts w:ascii="Times New Roman" w:hAnsi="Times New Roman" w:eastAsia="Times New Roman" w:cs="Times New Roman"/>
        </w:rPr>
        <w:t>Ösüşçi demokratlar Birleşen Ştatlardakı dinden dönük protestantlar däldir; olar globalizmiñ hem-de aždahanyñ pygamberlikdäki wekilleridir. Ýakynda giriziljek ýekşenbe kanunyndan ozal, Respublikalyklar partiýasy pygamberlik kyssasyny berjaý etmek üçin häkimiýete gaýtadan gelmelidir. Aždaha güýjüniň nyşany bolan Faraon hem-de Mesihiň döwründäki butparaz Rimniň aždaha güýji soňky günlerde aždaha güýjüniň, Musanyň döwründe we Mesihiň döwründe bolşy ýaly, çagalary öldürmegi öňe sürýän güýçdigine iki şaýat berýär.</w:t>
      </w:r>
    </w:p>
    <w:p>
      <w:pPr>
        <w:pStyle w:val="ArticleBody"/>
        <w:jc w:val="left"/>
      </w:pPr>
      <w:r>
        <w:rPr>
          <w:rFonts w:ascii="Times New Roman" w:hAnsi="Times New Roman" w:eastAsia="Times New Roman" w:cs="Times New Roman"/>
        </w:rPr>
        <w:t>Soňky günler ýüz kyrk dört müňüň günleridir; olar Musanyň hem-de Guzynyň aýdymyny aýdýarlar. Musanyň hem Guzynyň taryhynda aždarha güýji bäbekleri öldürmäge çalyşdy. Olar muny etdiler, çünki Şeýtan Rebbiň azat ediji Musa bilen Halasgär Mesihi tizden-tiz döretjekdigini bilýärdi. Soňky günlerde aždarha wagtynyň gysga galandygyny bilýändigi üçin uly gazap bilen aşak inýär; we ýüz kyrk dört müňüň arasynda bolmaga dalaşgär bolanlary ýok etmek maksady bilen, çagalaryň öldürilmegini öňe sürýän hut şol aždarha güýjüdir. Progressiw, globalist, sosialist Demokratlar ýakyn wagtda geljek Ýekşenbe kanunynda ýüze çykjak üç taraply bileleşigi üpjün etmekde “öňdäki” bolanlar däldir, çünki Demokratlar ýalan pygamber däl-de, aždarha güýjüdir.</w:t>
      </w:r>
    </w:p>
    <w:p>
      <w:pPr>
        <w:pStyle w:val="ArticleScripture"/>
        <w:jc w:val="left"/>
      </w:pPr>
      <w:r>
        <w:rPr>
          <w:rFonts w:ascii="Times New Roman" w:hAnsi="Times New Roman" w:eastAsia="Times New Roman" w:cs="Times New Roman"/>
        </w:rPr>
        <w:t>“Hudaýyň kanunynyň bozulmagy arkaly papalygyň guramasyny mejbury ornaşdyrýan perman bilen milletimiz özüni doly dogrulykdan aýrar. Protestantizm öz elini uçurymyň aňyrsyndan uzadyp, Rim häkimiýetiniň elini tutanda, elini jülgäniň üstünden uzadyp, Ruhçulyk bilen elleşende, şu üç taraplaýyn birleşigiň täsiri astynda ýurdumyz öz Konstitusiýasynyň protestant we respublika dolandyryşy hökmündäki her bir ýörelgesini ret edip, papalyk ýalanlarynyň we azgynlyklarynyň ýaýradylmagy üçin şert döredende, şonda biz Şeýtanyň ajaýyp işleriniň wagtynyň gelendigini we ahyryň golaýdygyny bilip bileris.” Testimonies, 5-nji tom, 451.</w:t>
      </w:r>
    </w:p>
    <w:p>
      <w:pPr>
        <w:pStyle w:val="ArticleBody"/>
        <w:jc w:val="left"/>
      </w:pPr>
      <w:r>
        <w:rPr>
          <w:rFonts w:ascii="Times New Roman" w:hAnsi="Times New Roman" w:eastAsia="Times New Roman" w:cs="Times New Roman"/>
        </w:rPr>
        <w:t>Dünýäni Armageddona alyp barýan üç güýjüň her biriniň pygamberlik häsiýetleri Hudaýyň Sözünde anyk bellenip görkezilendir. Aždarha güýji, Hudaýyň Musa we Mesih arkaly nusgalanan bir halky dikeltmegi niýet edýän döwründe, bäbekleriň öldürilmegini höweslendirýän kanunlary öňe sürýär. Ýakyn wagtda Amerikanyň Birleşen Ştatlarynda çykjak ýekşenbe kanunyndan soň dünýä sahnasynda gaýtalanjak şol bir göreşiň öň ýanynda we oňa nusga bolup hyzmat edýän Amerikanyň Birleşen Ştatlarynyň içindäki göreşde, liberal demokratlar ажdarha güýjüdir. Aždarha ýalanlaryň atasydyr, we liberal progressiw globalistler ýalan sözlemek bilen meşhurdyrlar.</w:t>
      </w:r>
    </w:p>
    <w:p>
      <w:pPr>
        <w:pStyle w:val="ArticleScripture"/>
        <w:jc w:val="left"/>
      </w:pPr>
      <w:r>
        <w:rPr>
          <w:rFonts w:ascii="Times New Roman" w:hAnsi="Times New Roman" w:eastAsia="Times New Roman" w:cs="Times New Roman"/>
        </w:rPr>
        <w:t>Näme üçin siz Meniň sözleýşime düşünmeýärsiňiz? Çünki siz Meniň sözümi eşidip bilmeýärsiňiz. Siz ataňyz bolan iblisdeňiz, ataňyzyň höweslerini ýerine ýetirmek isleýärsiňiz. Ol başdan bäri adam öldüriji bolupdy we hakykatda durmady, sebäbi onda hakykat ýokdur. Ol ýalan sözlände, özküsinden sözleýär; çünki ol ýalançydyr we ýalanyň atasydyr. Ýahýa 8:43, 44.</w:t>
      </w:r>
    </w:p>
    <w:p>
      <w:pPr>
        <w:pStyle w:val="ArticleBody"/>
        <w:jc w:val="left"/>
      </w:pPr>
      <w:r>
        <w:rPr>
          <w:rFonts w:ascii="Times New Roman" w:hAnsi="Times New Roman" w:eastAsia="Times New Roman" w:cs="Times New Roman"/>
        </w:rPr>
        <w:t>Iblis, ýagny Şeýtan we aždarha, başdan bäri adam öldüriji (abort), hem-de ýalançydy. Jedelleşýän ýahudiler Pilat bilen dawalaşanlarynda, olar batyrgaýlyk bilen özleriniň Sezardan başga patyşasynyň ýokdugyny yglan etdiler; Sezar bolsa butparaz Rimiň nyşanydyr, ol hem aždarha häkimiýetidir.</w:t>
      </w:r>
    </w:p>
    <w:p>
      <w:pPr>
        <w:pStyle w:val="ArticleScripture"/>
        <w:jc w:val="left"/>
      </w:pPr>
      <w:r>
        <w:rPr>
          <w:rFonts w:ascii="Times New Roman" w:hAnsi="Times New Roman" w:eastAsia="Times New Roman" w:cs="Times New Roman"/>
        </w:rPr>
        <w:t>“Şeýlelikde, aždarha ilki bilen Şeýtany aňladýan bolsa-da, ikinji derejeli manyda ol butparaz Rim imperiýasynyň nyşanydyr.” The Great Controversy, 439.</w:t>
      </w:r>
    </w:p>
    <w:p>
      <w:pPr>
        <w:pStyle w:val="ArticleBody"/>
        <w:jc w:val="left"/>
      </w:pPr>
      <w:r>
        <w:rPr>
          <w:rFonts w:ascii="Times New Roman" w:hAnsi="Times New Roman" w:eastAsia="Times New Roman" w:cs="Times New Roman"/>
        </w:rPr>
        <w:t>Käbirleri häzirki zaman ýewreýleriniň liberal globalistler bolmagyna geň galýarlar, sebäbi globalistler häzirki zaman ýewreýlerine şeýle bir ýigrenç saklaýarlar ahyryn? Munuň sebäbi, olaryň butparaz Rimiň patyşasyny özleriniň ýeke-täk patyşasy hökmünde saýlap alandyklarydyr. Ýewreý neslinde köpüsiniň akyllydygyna garamazdan, olaryň Mesihi özleriniň patyşasy hökmünde ret etmek baradaky gadymy saýlawy olary aždarhanyň sürüsiniň içine gulplap goýdy.</w:t>
      </w:r>
    </w:p>
    <w:p>
      <w:pPr>
        <w:pStyle w:val="ArticleScripture"/>
        <w:jc w:val="left"/>
      </w:pPr>
      <w:r>
        <w:rPr>
          <w:rFonts w:ascii="Times New Roman" w:hAnsi="Times New Roman" w:eastAsia="Times New Roman" w:cs="Times New Roman"/>
        </w:rPr>
        <w:t>Emma olar: «Ýok et Ony, ýok et Ony, haça çüýläň Ony». Pilat olara diýdi: «Men siziň Patyşaňyzy haça çüýläýinmi?» Baş ruhanylar jogap berdiler: «Sezardan başga patyşamyz ýok». Ýahýa 19:15.</w:t>
      </w:r>
    </w:p>
    <w:p>
      <w:pPr>
        <w:pStyle w:val="ArticleBody"/>
        <w:jc w:val="left"/>
      </w:pPr>
      <w:r>
        <w:rPr>
          <w:rFonts w:ascii="Times New Roman" w:hAnsi="Times New Roman" w:eastAsia="Times New Roman" w:cs="Times New Roman"/>
        </w:rPr>
        <w:t>Ýewropanyň patyşalary papalyk üçin yzarlamany amala aşyrdylar, we Ylhamyň on ýedinji babyndaky on patyşa Guzynyň garşysyna uruş etmelidirler, olar muny Onuň yzyna eýerijilerini öldürmek arkaly edýärler.</w:t>
      </w:r>
    </w:p>
    <w:p>
      <w:pPr>
        <w:pStyle w:val="ArticleScripture"/>
        <w:jc w:val="left"/>
      </w:pPr>
      <w:r>
        <w:rPr>
          <w:rFonts w:ascii="Times New Roman" w:hAnsi="Times New Roman" w:eastAsia="Times New Roman" w:cs="Times New Roman"/>
        </w:rPr>
        <w:t>Bular Guzynyň garşysyna uruş ederler, emma Guzy olary ýeňer; çünki Ol rebleriň Rebidir we patyşalaryň Patyşasydyr; hem-de Onuň bilen bile bolanlar çagyrylan, saýlanan we wepaly bolanlardyr. Ylham 17:14.</w:t>
      </w:r>
    </w:p>
    <w:p>
      <w:pPr>
        <w:pStyle w:val="ArticleBody"/>
        <w:jc w:val="left"/>
      </w:pPr>
      <w:r>
        <w:rPr>
          <w:rFonts w:ascii="Times New Roman" w:hAnsi="Times New Roman" w:eastAsia="Times New Roman" w:cs="Times New Roman"/>
        </w:rPr>
        <w:t>Aždaha güýjüniň pygamberlik häsiýetleri olaryň bäbekleriň hem-de soňky günlerde mesihçileriň, haçda we butparaz Rimiň taryhyndaky Kolizeýde görkezilişi ýaly, “öz elleri bilen” öldürilmegini amala aşyrýanlar bolup durýandygyny görkezýär. Garaňky asyrlarda papalyk Rimi üçin ganly gyrgynçylyklary amala aşyrmak maksady bilen inkwizisiýany ulanandylar hem şol aždaha patyşalarydy. Olar bäbekleri öldürýänlerdir we iň öňdäki ýalançylardyr. Adolf Gitler köpçülikleýin adam öldürijiniň, şeýle hem ýalançynyň häzirki zaman nyşanydyr. Gitler sosial-demokratdy.</w:t>
      </w:r>
    </w:p>
    <w:p>
      <w:pPr>
        <w:pStyle w:val="ArticleBody"/>
        <w:jc w:val="left"/>
      </w:pPr>
      <w:r>
        <w:rPr>
          <w:rFonts w:ascii="Times New Roman" w:hAnsi="Times New Roman" w:eastAsia="Times New Roman" w:cs="Times New Roman"/>
        </w:rPr>
        <w:t>Progressiw liberallar Milli Sosialist Nemes Işçiler Partiýasynyň, köplenç faşistik partiýa diýlip tanalýan guramanyň ýolbaşçysy bolan Adolf Gitleriň yzyndan ýöreýärler. Onuň ýolbaşçylygy astynda faşistik partiýa totalitar režimi amala aşyrdy we Holokosty hem goşmak bilen san-sajaksyz wagşyçylyklar üçin jogapkär boldy. Gitleriň partiýasy köplenç aşa milletçilik, jynsparazlyk, ýehudylara garşy duşmançylyk we awtoritarizm bilen baglanyşdyrylýar. Ikinji Jahan urşy döwründe faşistik Germaniýada Propaganda ministri bolan Iosif Gebbels şeýle diýdi: “Eger ýeterlik derejede uly bir ýalany aýdyp, ony gaýtalap dursaňyz, adamlar ahyrsoňy oňa ynanyp başlarlar.”</w:t>
      </w:r>
    </w:p>
    <w:p>
      <w:pPr>
        <w:pStyle w:val="ArticleBody"/>
        <w:jc w:val="left"/>
      </w:pPr>
      <w:r>
        <w:rPr>
          <w:rFonts w:ascii="Times New Roman" w:hAnsi="Times New Roman" w:eastAsia="Times New Roman" w:cs="Times New Roman"/>
        </w:rPr>
        <w:t>Häzirki döwürde öňe gidişçi liberal demokratlar tarapyndan giňden ýaýradylýan adaty ýalanlaryň biri, häzirki zaman Respublikalaçylar partiýasynyň konserwatiw sag ganatynyň Gitleriň döwrüniň nasistleri bilen nusgalandyrylandygy hakdaky pikirdir. Olaryň galp taryhy beýanaty Gitleriň partiýasyny öz döwrüniň iň sagçy partiýasy hökmünde dogry kesgitleýär, emma olar hemişe şu hakykaty gizleýärler: Gitler diňe öz başlangyç syýasy göreşlerinde onuň çepçi duşmanlary bolan kommunistlere garanyňda sagçy bolupdy. Amerikanyň Birleşen Ştatlarynyň syýasy spektrinde Respublikalaçylar, gürrüňsiz, Demokratlardan sagdadylar, ýöne Gitleriň nasistik Germaniýasyna mahsus bolan beýleki ähli häsiýetler Demokratlar partiýasynyň pygamberlik häsiýetlerini aňladýar.</w:t>
      </w:r>
    </w:p>
    <w:p>
      <w:pPr>
        <w:pStyle w:val="ArticleBody"/>
        <w:jc w:val="left"/>
      </w:pPr>
      <w:r>
        <w:rPr>
          <w:rFonts w:ascii="Times New Roman" w:hAnsi="Times New Roman" w:eastAsia="Times New Roman" w:cs="Times New Roman"/>
        </w:rPr>
        <w:t>Mukaddes Kitap, olary syýasy spektrdäki sag ýa-da çep tarapyň süýşýän ölçegi bilen däl-de, miweleri boýunça tanajagyňyzy bildirýär. Gitleriň taryhyndaky aşa milletçilik MAGA hereketiniň watançylygyny häsiýetlendirmeýär. Gitleriň aşa milletçiligi onuň özüni “ussat jyns” diýip kesgitlän topar bilen baglanyşdyrylmagy arkaly häsiýetlendirilýärdi, we bu Amerikanyň Birleşen Ştatlarynyň içinde hem-de dünýäde iki derejeli synp ulgamyny döretmäge gönükdirilen globalistleriň tagallalaryny görkezýär. Elbetde, globalistler şol ulgamda özlerini ýokary derejede, Gitleriň “ussat jynsy” bilen aňladylýan derejede görýärler.</w:t>
      </w:r>
    </w:p>
    <w:p>
      <w:pPr>
        <w:pStyle w:val="ArticleBody"/>
        <w:jc w:val="left"/>
      </w:pPr>
      <w:r>
        <w:rPr>
          <w:rFonts w:ascii="Times New Roman" w:hAnsi="Times New Roman" w:eastAsia="Times New Roman" w:cs="Times New Roman"/>
        </w:rPr>
        <w:t>Ýalan sözlemek, projeksiýa etmek we aýyplamak sungaty aždarhanyň häsiýetidir; bu usulyň nusgawy mysaly bolsa, hakykatda özüňiň tutýan garaýyşlaryňy we amala aşyrýan hereketleriňi başga birine ýöňkemekdir. Bu gün Amerikada we umuman dünýäde bu gündelik bolup geçýän ýagdaýdyr, hem-de bu iblisiň bir sypatydyr, çünki ol “doganlaryň aýyplaýjysydyr”.</w:t>
      </w:r>
    </w:p>
    <w:p>
      <w:pPr>
        <w:pStyle w:val="ArticleScripture"/>
        <w:jc w:val="left"/>
      </w:pPr>
      <w:r>
        <w:rPr>
          <w:rFonts w:ascii="Times New Roman" w:hAnsi="Times New Roman" w:eastAsia="Times New Roman" w:cs="Times New Roman"/>
        </w:rPr>
        <w:t>Beýik aždarha — Iblis we Şeýtan diýlip atlandyrylýan, bütin dünýäni azdyrýan şol gadymy ýylan — aşak taşlandy; ol ýere taşlandy, onuň perişdeleri hem onuň bilen birlikde taşlandy. Soňra men asmanda beýik bir sesiň şeýle diýýänini eşitdim: «Indi gutulyş, gudrat, Hudaýymyzyň şalygy we Onuň Mesihiniň häkimiýeti geldi. Çünki doganlarymyzyň üstünden Hudaýymyzyň huzurynda gije-gündiz aýyplaýan aýyplaýjy aşak taşlandy». Ylham 12:9, 10.</w:t>
      </w:r>
    </w:p>
    <w:p>
      <w:pPr>
        <w:pStyle w:val="ArticleBody"/>
        <w:jc w:val="left"/>
      </w:pPr>
      <w:r>
        <w:rPr>
          <w:rFonts w:ascii="Times New Roman" w:hAnsi="Times New Roman" w:eastAsia="Times New Roman" w:cs="Times New Roman"/>
        </w:rPr>
        <w:t>Gitleriň Germaniýasy, biziň döwrümiziň progressiw globalistleriniň pygamberlik taýdan paraleli bolup, maksatly propaganda maşynyna eýe bolupdy; edil şu günüň progressiw liberalçylary hem şeýle. Hut şol ýerde Nasistik Germaniýada propaganda ministri bolan Jozef Gebbels tarapyndan kesgitlenen uly ýalanlaryň gaýtalanyp durmagy, häzirki wagtda-da ýer ýüzüniň dürli aragatnaşyk kanallarynda kompýuterleşdirilen algoritmleriň matematiki takyklygy bilen gaýtalanýar. (CNN, MSNBC, BBC, NPR, Google, Facebook we ş.m.).</w:t>
      </w:r>
    </w:p>
    <w:p>
      <w:pPr>
        <w:pStyle w:val="ArticleBody"/>
        <w:jc w:val="left"/>
      </w:pPr>
      <w:r>
        <w:rPr>
          <w:rFonts w:ascii="Times New Roman" w:hAnsi="Times New Roman" w:eastAsia="Times New Roman" w:cs="Times New Roman"/>
        </w:rPr>
        <w:t>Reýhstag ýangyny Germaniýanyň taryhynda Ikinji jahan urşuna çenli bolan döwürde möhüm waka boldy. Ol öňe gidiji liberal globalistleriň bir dünýä hökümetini amala aşyrmak ugrundaky synanyşyklarynda ulanan ýalanlarynyň nusgawy beýanyny berýär. Bu waka 1933-nji ýylyň 27-nji fewralynyň gijesinde bolup geçdi; şol wagt Berlindäki, German parlamentiniň ýerleşýän Reýhstag binasyna (2020-nji ýylyň 6-njy ýanwaryndaky ABŞ-nyň Kapitoliý binalaryna meňzeş) ot berildi.</w:t>
      </w:r>
    </w:p>
    <w:p>
      <w:pPr>
        <w:pStyle w:val="ArticleBody"/>
        <w:jc w:val="left"/>
      </w:pPr>
      <w:r>
        <w:rPr>
          <w:rFonts w:ascii="Times New Roman" w:hAnsi="Times New Roman" w:eastAsia="Times New Roman" w:cs="Times New Roman"/>
        </w:rPr>
        <w:t>Ýangyn otlama hökmünde hasaba alyndy we ol Adolf Gitleriň hem-de Hermann Göringiň ýolbaşçylygyndaky nasist hökümetine Reýhstag ýangyny hakyndaky kararyň kabul edilmegini öňe sürmek üçin bahana berdi. Germaniýanyň Prezidenti Paul fon Hindenburg tarapyndan gol çekilen bu karar raýat azatlyklaryny togtatdy hem-de syýasy garşydaşlary tussag etmäge we gabaw astynda saklamaga ýol açdy. Bu, nasist häkimiýetiniň jemlenmeginde we Germaniýada demokratik edaralaryň kem-kemden ýykylmagynda möhüm ädim boldy.</w:t>
      </w:r>
    </w:p>
    <w:p>
      <w:pPr>
        <w:pStyle w:val="ArticleBody"/>
        <w:jc w:val="left"/>
      </w:pPr>
      <w:r>
        <w:rPr>
          <w:rFonts w:ascii="Times New Roman" w:hAnsi="Times New Roman" w:eastAsia="Times New Roman" w:cs="Times New Roman"/>
        </w:rPr>
        <w:t>Şol ot, dogruçyl taryhçylaryň köpüsiniň ykrar edişi ýaly, Gitleriň adamlary tarapyndan ýakylypdy; ol 2020-nji ýylyň 6-njy ýanwarynda bolup geçen wakalary we ondan soňra, aýratyn-da progressiw liberalaryň öwüp goldaýan Black Life Matters bilen Antifa hereketleriniň getiren bidüzgünçiligi we weýrançylygy bilen deňeşdirilende, Konstitusiýada ýerleşýän ýörelgelere doly laýyklykda rugsat edilen zatlardan başga hiç zat etmeýänleriň konstitusion hukuklarynyň ýok edilmegini nusgalady. 6-njy ýanwar aždarhanyň miwesidir, we ol Gitleriň Germaniýasynyň nasistleri tarapyndan nusgalanypdy.</w:t>
      </w:r>
    </w:p>
    <w:p>
      <w:pPr>
        <w:pStyle w:val="ArticleBody"/>
        <w:jc w:val="left"/>
      </w:pPr>
      <w:r>
        <w:rPr>
          <w:rFonts w:ascii="Times New Roman" w:hAnsi="Times New Roman" w:eastAsia="Times New Roman" w:cs="Times New Roman"/>
        </w:rPr>
        <w:t>Amerikanyň Birleşen Ştatlarynda sosialist Demokratlar Trampy gaýta-gaýta Gitleriň nyşany hökmünde görkezýärler, çünki olaryň hereket edýän ýörelgesi şudur: ýeterlik derejede uly ýalan aýtsaň we ony özleriniň media propaganda enjamy arkaly üznüksiz gaýtalap dursaň, Mariýa Antuanettanyň daýhan gullukçylary ahyrsoňy oňa ynanarlar.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Birleşiň, eý halklar, emma çym-çytyr bolarsyňyz; gulak asyň, eý uzak ýurtlaryň hemmesi: bil guşanyň, emma çym-çytyr bolarsyňyz; bil guşanyň, emma çym-çytyr bolarsyňyz. Geňeş ediň, emma ol puja çykar; söz aýdyň, emma ol berkarar bolmaz; çünki Hudaý biziň bilendir. Çünki Reb maňa güýçli eli bilen şeýle diýdi we bu halkyň ýolunda ýöremezligimi tabşyrdy: «Bu halkyň “Dildüwşük” diýýänleriniň hemmesine siz hem “Dildüwşük” diýmäň; olaryň gorkýan zadyndan gorkmaň, howsala düşmäň. Hökmürowan Rebbi mukaddes biliň; goý, Ol siziň gorkyňyz bolsun, goý, Ol siziň dehşetiňiz bolsun. Ol mukaddes bir pena bolar; emma Ysraýylyň iki öýi üçin büdredýän daş, päsgel berýän gaýa, Iýerusalim ýaşaýjylary üçin duzak hem tor bolar. Olaryň arasynda köpüsi büdreýär, ýykylýar, döwülýär, duzaga düşýär we tutulýar. Şaýatlygy daň, kanuny meniň şägirtlerimiň arasynda möhürle». Işaýa 8:9–16.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bir ýüz ýigrimi altynjy</dc:title>
  <dc:subject>Pygamberlik Beýanynyň Üsti Açylýar: Daniýel kitabynyň on birinji baby we häzirki zaman wakalary boýunça derňew</dc:subject>
  <dc:creator>Jeff Pippenger</dc:creator>
  <cp:keywords/>
  <dc:description>Generated by ArticleDigger from daniel\126_daniel.json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