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dokuzynjy bölüm</w:t>
      </w:r>
    </w:p>
    <w:p>
      <w:pPr>
        <w:pStyle w:val="ArticleSubtitle"/>
        <w:jc w:val="left"/>
      </w:pPr>
      <w:r>
        <w:rPr>
          <w:rFonts w:ascii="Arial" w:hAnsi="Arial" w:eastAsia="Arial" w:cs="Arial"/>
        </w:rPr>
        <w:t>Pygamberlik ähmiýetini açyp görkezmek: Respublikan şah we ahyrky hereketler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Biz Danyýel 11-nji babyň kyrkynjy aýatyny gözden geçirýäris we Respublikançylygyň şahasy bilen baglanyşykly kyrkynjy aýatyň pygamberlik setirine ýüzlenýäris. Biz bu ulanylyşy 1989-njy ýylda gelen ahyrzamanyň wagtynyň esasynda goýýarys. Ol setir 1989-njy ýyldan ýakyn wagtda geljek Ýekşenbe kanunyna çenli bolan taryhy aňladýar we 508-nji ýyldan 538-nji ýyla çenli bolan pygamberlik döwri bilen nusgalaşdyrylýar; şol döwürde papalyk ilkinji gezek häkimiýetlendirildi we Orlean Geňeşinde Ýekşenbe kanunyny güýje girizdi. Şeýle hem ol, Mesihiň doglan gününden Onuň çokundyrylmagyna çenli bolan setir bilen nusgalaşdyrylýar.</w:t>
      </w:r>
    </w:p>
    <w:p>
      <w:pPr>
        <w:pStyle w:val="ArticleBody"/>
        <w:jc w:val="left"/>
      </w:pPr>
      <w:r>
        <w:rPr>
          <w:rFonts w:ascii="Times New Roman" w:hAnsi="Times New Roman" w:eastAsia="Times New Roman" w:cs="Times New Roman"/>
        </w:rPr>
        <w:t>Şeýle-de biz şol setirlere Daniel on birinji bapnyň ikinji aýatynda tapylýan pygamberlik taryhynyň setirini hem goşýarys. Ol ýerde biz 1989-njy ýyldaky soňky zamanyň başlanmagyndan soň Amerikanyň Birleşen Ştatlarynyň altynjy prezidentiniň, 2016-njy ýylyň saýlawynda aýatyň aýdyşy ýaly, ähli Grek ýurdunyň (globalizmiň) älemini “gohalaňa salýan” (oýarýan) Donald Trumpdygyny görýäris.</w:t>
      </w:r>
    </w:p>
    <w:p>
      <w:pPr>
        <w:pStyle w:val="ArticleBody"/>
        <w:jc w:val="left"/>
      </w:pPr>
      <w:r>
        <w:rPr>
          <w:rFonts w:ascii="Times New Roman" w:hAnsi="Times New Roman" w:eastAsia="Times New Roman" w:cs="Times New Roman"/>
        </w:rPr>
        <w:t>Soňra biz, 1989-njy ýyldan bäri dünýäni synag möhletiniň tamamlanmagyna, ýagny Armageddon bolan Gudratygüýçli Hudaýyň beýik gününiň söweşine alyp barýan aždarhanyň, wagşy haýwanyň we ýalan pygamberiň üç taraplaýyn birleşigini düzýän üç güýje degişli pygamberlik aýratynlyklaryny gözden geçirip başladyk. Biz bu pygamberlik aýratynlyklaryny, Ylhamyň on üçünji babyndaky ýerden çykan wagşy haýwanyň respublikan şahynyň syýasy häsiýetlerini kesgitlemek üçin göz öňünde tutýarys. Respublikançylygyň we protestantçylygyň iki şahy, Danieliň sekizinji babynda Midiýa-Parsyň goçundaky iki şah bilen şekillendirilipdi.</w:t>
      </w:r>
    </w:p>
    <w:p>
      <w:pPr>
        <w:pStyle w:val="ArticleScripture"/>
        <w:jc w:val="left"/>
      </w:pPr>
      <w:r>
        <w:rPr>
          <w:rFonts w:ascii="Times New Roman" w:hAnsi="Times New Roman" w:eastAsia="Times New Roman" w:cs="Times New Roman"/>
        </w:rPr>
        <w:t>Soňra men gözlerimi ýokary galdyrdym-da, gördüm, ine, derýanyň öňünde iki şahly bir goç durdy; iki şahy hem beýikdi, emma bir şahy beýlekisinden beýikdi, has beýigi bolsa soň çykdy. Daniel 8:3.</w:t>
      </w:r>
    </w:p>
    <w:p>
      <w:pPr>
        <w:pStyle w:val="ArticleBody"/>
        <w:jc w:val="left"/>
      </w:pPr>
      <w:r>
        <w:rPr>
          <w:rFonts w:ascii="Times New Roman" w:hAnsi="Times New Roman" w:eastAsia="Times New Roman" w:cs="Times New Roman"/>
        </w:rPr>
        <w:t>Madyýa–Pars iki taraply güýçdi; Fransiýa hem Fransuz rewolýusiýasy döwründe şeýle boldy we Amerika Birleşen Ştatlary-da şeýledir. Amerika Birleşen Ştatlarynyň iki şahasy Respublikançylyk we Protestantçylykdyr, emma iki şahaly ýer ýyrtyjysy başlangyjynda guzyýa meňzeş ýyrtyjydan ahyrynda aždaha ýaly gepleýän ýyrtyja öwrülýär. Şahyň iki pygamberlik çyzygy Daniel kitaby, on birinji bap, kyrkynjy aýatda biri-birine ugurdaş gidýär, we olar bilelikde garalanda ikisi hem ahyrzaman wagtynda, 1798-de başlanýar. Şahalar aýry-aýrylykda derňelende, Protestantçylyk şahasy pygamberlik taýdan ahyrzaman wagty, 1798 bilen baglanyşdyrylýar, Respublikançylyk şahasy bolsa ahyrzaman wagty, 1989 bilen baglanyşdyrylýar.</w:t>
      </w:r>
    </w:p>
    <w:p>
      <w:pPr>
        <w:pStyle w:val="ArticleBody"/>
        <w:jc w:val="left"/>
      </w:pPr>
      <w:r>
        <w:rPr>
          <w:rFonts w:ascii="Times New Roman" w:hAnsi="Times New Roman" w:eastAsia="Times New Roman" w:cs="Times New Roman"/>
        </w:rPr>
        <w:t>Iki şah hem, Mesihiň döwründäki Saddukeýler bilen Fariseýlerden düzülen Sinedrion arkaly nusgalanan görnüşde, iki taraply häsiýete eýedir. Saddukeýler liberaldylar, Fariseýler bolsa konserwatiwdi, we olar aç-açan duşman bolsalar-da, haça garşy Mesihiň garşysyna birleşdiler. Ýakyn wagtda çykjak ýekşenbe kanunynda mürtet Protestantizmiň hem, mürtet Respublikaçanlygyň hem iki şahy Mesihiň wepaly ýedinji gün Sabatyny tutýanlarynyň garşysyna ybadathana-döwlet gatnaşyklaryny döreder; emma iki şah ýer ýyrtyjysynyň taryhynyň dowamynda öňe gitdigiçe, şol şahlaryň her birinde Saddukeýleriň liberalizmi we Fariseýleriň konserwatizmi arkaly görkezilen içerki jedel bardyr.</w:t>
      </w:r>
    </w:p>
    <w:p>
      <w:pPr>
        <w:pStyle w:val="ArticleBody"/>
        <w:jc w:val="left"/>
      </w:pPr>
      <w:r>
        <w:rPr>
          <w:rFonts w:ascii="Times New Roman" w:hAnsi="Times New Roman" w:eastAsia="Times New Roman" w:cs="Times New Roman"/>
        </w:rPr>
        <w:t>Biz häzir Respublikançylygyň şahy barada pikir edýäris, indi bolsa Demokratik partiýanyň öz gözbaşyny Birleşen Ştatlaryň taryhynyň iň ilkinji başlanýan döwürlerine çenli yzarlap bolýandygyna üns bereliň. Ol 1828-nji ýylda döredildi, emma onuň syýasy gözbaşlary Tomas Jefferson we Jeýms Madison bilen baglanyşyklydy. Midiýa-Parsynyň iki şahynyň şaýatlygyna görä, Respublikan partiýa 1854-nji ýylda, Demokratik partiýanyň gulçulygy goldaýan tutumyna garşylykda döredildi. Şonuň üçin ol Daniel kitabynyň sekizinji babyndaky “has beýik” şahdy, çünki ol iň soňunda ýokary galan şahdy.</w:t>
      </w:r>
    </w:p>
    <w:p>
      <w:pPr>
        <w:pStyle w:val="ArticleBody"/>
        <w:jc w:val="left"/>
      </w:pPr>
      <w:r>
        <w:rPr>
          <w:rFonts w:ascii="Times New Roman" w:hAnsi="Times New Roman" w:eastAsia="Times New Roman" w:cs="Times New Roman"/>
        </w:rPr>
        <w:t>Respublikaçylaryň şahyrynyň goşa tebigaty barada aýdylanda, ilki bilen Demokratik partiýa ýüze çykdy, soňra bolsa Respublikaçy partiýa ýüze çykdy. Respublikaçy partiýanyň döremegine sebäp bolan mesele, onuň gulçulyga garşy duruşynyň Demokratik partiýanyň gulçulygy goldaýan duruşyna garşy goýulmagy boldy. Iki şahyryň hem umumy mowzugy syýasy ýa-da ruhy gulçulykdyr. Şonuň üçin 1863-nji ýyl iki şahyr üçin hem öwrülişik nokady boldy. 1863-nji ýylda Respublikaçy şahyr gullara azatlyk yglan etdi, Demokratik partiýanyň bolsa şol azatlyga garşylygy diňe resmi Respublikaçy partiýanyň däl, eýsem ABŞ-nyň Graždanlyk urşunyň hem ýüze çykmagyna getirdi. 1776-njy ýylda Amerikanyň Birleşen Ştatlary gepledi we hem Ýewropa patyşalarynyň (Döwlet dolandyryşy), hem-de papanyň (Ybadathana dolandyryşy) gulçulygyny ret etdi. Soňra 1789-njy ýylda, Konstitusiýa güýje girende, Amerikanyň Birleşen Ştatlary gepledi. Ýer jandary papalyk we patyşalyk häsiýetli Ýewropa yzarlamasynyň “silini ýuwdup” gutardy.</w:t>
      </w:r>
    </w:p>
    <w:p>
      <w:pPr>
        <w:pStyle w:val="ArticleScripture"/>
        <w:jc w:val="left"/>
      </w:pPr>
      <w:r>
        <w:rPr>
          <w:rFonts w:ascii="Times New Roman" w:hAnsi="Times New Roman" w:eastAsia="Times New Roman" w:cs="Times New Roman"/>
        </w:rPr>
        <w:t>Ýylan aýaldan soň, ony sil alyp gitmek üçin, agzyndan sil ýaly suw goýberdi. Emma ýer aýala kömek etdi: ýer öz agzyny açdy-da, aždarhanyň agzyndan çykarylan sili ýuwutdy. Şonda aždarha aýala gazaplandy we onuň neberesiniň galanyna garşy söweş etmäge gitdi; olar Hudaýyň tabşyryklaryny berjaý edýärler we Isa Mesihiň şaýatlygyna eýedirler. Ylham 12:15–17.</w:t>
      </w:r>
    </w:p>
    <w:p>
      <w:pPr>
        <w:pStyle w:val="ArticleBody"/>
        <w:jc w:val="left"/>
      </w:pPr>
      <w:r>
        <w:rPr>
          <w:rFonts w:ascii="Times New Roman" w:hAnsi="Times New Roman" w:eastAsia="Times New Roman" w:cs="Times New Roman"/>
        </w:rPr>
        <w:t>Soňra, 1798-nji ýylda Amerikanyň Birleşen Ştatlary Mukaddes Kitap pygamberliginiň altynjy patyşalygy hökmünde dünýä inende, Amerikanyň Birleşen Ştatlary ýene-de gepledi; şeýle etmek bilen, ol öz ahyrynda näme geplejekdigini ýazga geçirdi, çünki Isa hemişe soňuny başlangyç arkaly görkezýär. Ýer haýwany ýakynda geljek ýekşenbe kanuny wagtynda aždarha ýaly geplemelidir, we şeýle edende, ol Mukaddes Kitap pygamberliginiň altynjy patyşalygy bolmagyny bes edýär. Onuň 1798-nji ýylda Mukaddes Kitap pygamberliginiň bir patyşalygy hökmünde başlangyjynda näme gepleýşi, onuň aždarha ýaly gepleýän wagtynda ýene-de näme geplejekdigini aňladýar.</w:t>
      </w:r>
    </w:p>
    <w:p>
      <w:pPr>
        <w:pStyle w:val="ArticleBody"/>
        <w:jc w:val="left"/>
      </w:pPr>
      <w:r>
        <w:rPr>
          <w:rFonts w:ascii="Times New Roman" w:hAnsi="Times New Roman" w:eastAsia="Times New Roman" w:cs="Times New Roman"/>
        </w:rPr>
        <w:t>1798-nji ýylyň immigrasiýa kanunlary “Daşary ýurtlular we Pitne Kanunlary” diýlip atlandyrylýar we olar 1798-nji ýylda Amerikanyň Birleşen Ştatlarynyň Kongresi tarapyndan kabul edilip, Prezident Jon Adams tarapyndan kanun hökmünde gol çekilen dört kanundan ybaratdy. Bu kanunlar, esasan, Amerikanyň Birleşen Ştatlarynda ýaşaýan daşary ýurtlular (ýadalar) bilen bagly meselelere degişlidi we şol döwürdäki immigrasiýa işine ep-esli täsir etdi. Şol dört kanun şeýle boldy:</w:t>
      </w:r>
    </w:p>
    <w:p>
      <w:pPr>
        <w:pStyle w:val="ArticleBody"/>
        <w:jc w:val="left"/>
      </w:pPr>
      <w:r>
        <w:rPr>
          <w:rFonts w:ascii="Times New Roman" w:hAnsi="Times New Roman" w:eastAsia="Times New Roman" w:cs="Times New Roman"/>
        </w:rPr>
        <w:t>1798-nji ýylyň raýatlyk kabul etmek hakyndaky kanuny: Bu kanun immigrantlaryň ABŞ-nyň raýatlary bolmagy üçin ýaşaýyş möhletine bolan talaby bäş ýyldan on dört ýyla çenli uzaltdy. Ol immigrantlaryň raýat bolmagyny we syýasy işe gatnaşmagyny has kynlaşdyrdy.</w:t>
      </w:r>
    </w:p>
    <w:p>
      <w:pPr>
        <w:pStyle w:val="ArticleBody"/>
        <w:jc w:val="left"/>
      </w:pPr>
      <w:r>
        <w:rPr>
          <w:rFonts w:ascii="Times New Roman" w:hAnsi="Times New Roman" w:eastAsia="Times New Roman" w:cs="Times New Roman"/>
        </w:rPr>
        <w:t>Daşary ýurtly dostlar hakyndaky kanun: Bu kanun parahatçylyk döwründe Amerikanyň Birleşen Ştatlarynyň parahatçylygy we howpsuzlygy üçin «howply» hasap edilen islendik raýatlygy bolmadyk adamyň Prezident tarapyndan ýurtdan çykarylmagyna rugsat berýärdi. Ol daşary ýurtlulary ýurtdan çykarmak babatda Prezidente giň ygtyýar berýärdi.</w:t>
      </w:r>
    </w:p>
    <w:p>
      <w:pPr>
        <w:pStyle w:val="ArticleBody"/>
        <w:jc w:val="left"/>
      </w:pPr>
      <w:r>
        <w:rPr>
          <w:rFonts w:ascii="Times New Roman" w:hAnsi="Times New Roman" w:eastAsia="Times New Roman" w:cs="Times New Roman"/>
        </w:rPr>
        <w:t>Daşary ýurt duşmanlary baradaky Kanun: Bu kanun uruş döwründe Prezidente duşman döwletiň islendik erkek raýatyny tussag etmek, göz astynda saklamak we ýurtdan çykarmak ygtyýaryny berýärdi. Ol esasan duşman ýurtlardan bolup biljek içalylar ýa-da weýrançylyk edijiler üçin niýetlenipdi.</w:t>
      </w:r>
    </w:p>
    <w:p>
      <w:pPr>
        <w:pStyle w:val="ArticleBody"/>
        <w:jc w:val="left"/>
      </w:pPr>
      <w:r>
        <w:rPr>
          <w:rFonts w:ascii="Times New Roman" w:hAnsi="Times New Roman" w:eastAsia="Times New Roman" w:cs="Times New Roman"/>
        </w:rPr>
        <w:t>Pitneçilik baradaky Kanun: Göni manyda immigrasiýa bilen bagly bolmasa-da, Pitneçilik baradaky Kanun Amerikanyň Birleşen Ştatlarynyň hökümetine, Kongresine ýa-da Prezidentine garşy olary abraýdan düşürmek ýa-da olaryň mertebesine zeper ýetirmek niýeti bilen galp, masgaralaýjy ýa-da ýaman niýetli beýannamalary çap etmegi jenaýat diýip yglan etdi. Bu kanun syýasy başgaça pikirlenmäni we tankydy basyp ýatyrmak üçin ulanyldy.</w:t>
      </w:r>
    </w:p>
    <w:p>
      <w:pPr>
        <w:pStyle w:val="ArticleBody"/>
        <w:jc w:val="left"/>
      </w:pPr>
      <w:r>
        <w:rPr>
          <w:rFonts w:ascii="Times New Roman" w:hAnsi="Times New Roman" w:eastAsia="Times New Roman" w:cs="Times New Roman"/>
        </w:rPr>
        <w:t>1798-nji ýylda Amerikanyň Birleşen Ştatlarynyň altynjy patyşalyk hökmünde başynda kabul edilen «Alien and Sedition Acts» kanunlarynyň mazmuny Donald Trampyň we onuň MAGA goldawçylarynyň niýetini açyk görkezýär. Bu kanun şol «birinji» gepleýiş bolupdy, we ýer haýwany öz «soňunda» aždarha ýaly gepleýän wagtynda, kanunlar örän meňzeş bolar. Häzirki taryhy döwrüň şertleriniň bu kanunlaryň gaýtalanmagy üçin esas bolan mantygy doly şöhlelendirmegi, Mesihiň Alfa we Omega hökmündäki golydyr. 1863-nji ýylda ýer haýwanynyň «gepleýşiniň» ortasynda ilkinji Respublikan prezidentiň Azatlyk Jarnamasy boldy.</w:t>
      </w:r>
    </w:p>
    <w:p>
      <w:pPr>
        <w:pStyle w:val="ArticleBody"/>
        <w:jc w:val="left"/>
      </w:pPr>
      <w:r>
        <w:rPr>
          <w:rFonts w:ascii="Times New Roman" w:hAnsi="Times New Roman" w:eastAsia="Times New Roman" w:cs="Times New Roman"/>
        </w:rPr>
        <w:t>Azatlyk Jarnamasy Graždanlyk urşunyň edil ortasyny belläp geçdi; şonuň üçin hem ýewreýçe “hakykat” sözüniň kesgitlemesi ýer haýwanynyň gepleýşiniň üç ýolbelgisinde tapylýar. Ýewreý elipbiýiniň ilkinji harpy soňky harp bilen birdir, on üçünji harp bolsa pitneçiligiň nyşanydyr.</w:t>
      </w:r>
    </w:p>
    <w:p>
      <w:pPr>
        <w:pStyle w:val="ArticleBody"/>
        <w:jc w:val="left"/>
      </w:pPr>
      <w:r>
        <w:rPr>
          <w:rFonts w:ascii="Times New Roman" w:hAnsi="Times New Roman" w:eastAsia="Times New Roman" w:cs="Times New Roman"/>
        </w:rPr>
        <w:t>Şu pursatda 1863-nji ýylyň hem-de şol ýerde görkezilen gozgalaňyň, Respublika şahynyň syýasy gozgalaňy ýüze çykarýan şol bir döwründe, Protestantlyk şah bilen şekillendirilen Laodikiýa Adwentist ybadathanasında-da ýerine ýetendigini göz öňünde tutmak gerek. Protestantlyk şahyň iki taraplaýyn häsiýeti Filadelfiýa Adwentist hereketiniň Laodikiýa Adwentist ybadathanasyna geçmegi bilen ýüze çykaryldy, Respublika şahynyň iki taraplaýyn häsiýeti bolsa Demokratik partiýanyň gulçulygy goldaýan garaýşynyň netijesinde gulçulyga garşy Respublikan partiýanyň we ilkinji Respublikan prezidenti döreden jedelde ýüze çykaryldy.</w:t>
      </w:r>
    </w:p>
    <w:p>
      <w:pPr>
        <w:pStyle w:val="ArticleBody"/>
        <w:jc w:val="left"/>
      </w:pPr>
      <w:r>
        <w:rPr>
          <w:rFonts w:ascii="Times New Roman" w:hAnsi="Times New Roman" w:eastAsia="Times New Roman" w:cs="Times New Roman"/>
        </w:rPr>
        <w:t>Ilkinji Respublikan prezidenti “hakykat” atly üç basgançakly pygamberlik goluň ortasynda ýerleşdirilýär. Şonuň üçin-de ol birinji döwriň soňy hem-de ikinji döwriň başlangyjy bolup durýar; edil haçyň Mesihiň Öz şahsy hyzmatynyň üç ýarym ýylynyň soňy bolşy ýaly, şeýle hem Onuň şägirtleriniň şahsyýetinde dowam eden üç ýarym ýyllyk hyzmatynyň başlangyjy bolşy ýaly. Onuň şahsy hyzmatynyň başlangyjy, simwolik taýdan Onuň ölümini aňladan çokundyrylmasynda boldy, we şol döwür Onuň ölümi bilen tamamlandy. Onuň ölümi, Onuň şägirdi Stefanyň ölümi bilen tamamlanan şägirtleriniň hyzmatyny başlatdy.</w:t>
      </w:r>
    </w:p>
    <w:p>
      <w:pPr>
        <w:pStyle w:val="ArticleBody"/>
        <w:jc w:val="left"/>
      </w:pPr>
      <w:r>
        <w:rPr>
          <w:rFonts w:ascii="Times New Roman" w:hAnsi="Times New Roman" w:eastAsia="Times New Roman" w:cs="Times New Roman"/>
        </w:rPr>
        <w:t>1798-nji ýylda «Daşary ýurtlular we Pitneçilik hakyndaky kanunlaryň» «gürlemegi» bir döwrüň başlangyjy boldy; şol döwür «Azat ediş Proklamasiýasynyň» «gürlemegi» bilen tamamlandy. Azat ediş Proklamasiýasy ABŞ-nyň aagdarha ýaly «gürlemegi» bilen tamamlanjak ikinji döwrüň başlangyjyny belläp berdi. 1863-nji ýylda «gürlän» prezident ilkinji Respublikan prezidentdi; şonuň üçin soňky prezident hem Respublikan bolar.</w:t>
      </w:r>
    </w:p>
    <w:p>
      <w:pPr>
        <w:pStyle w:val="ArticleBody"/>
        <w:jc w:val="left"/>
      </w:pPr>
      <w:r>
        <w:rPr>
          <w:rFonts w:ascii="Times New Roman" w:hAnsi="Times New Roman" w:eastAsia="Times New Roman" w:cs="Times New Roman"/>
        </w:rPr>
        <w:t>Ylhamyň on dördünji babyndaky üç perişde tarapyndan emele getirilen iki hereket bar. Birinji we ikinji perişdeleriň habarlary 1863-nji ýylda pitne edip, resmi Ybadathana öwrülen Millerit hereketi tarapyndan yglan edildi. Isa bir zadyň soňuny hemişe şol zadyň başlangyjy arkaly şekillendirýär. Üçünji perişdäniň hereketi, ýagny Ylhamyň on sekizinji babyndaky gudratly perişde hem bolup durýan şol hereket, üç perişdäniň iki hereketiniň iň soňkusydyr. 1798-nji ýylda hakyky protestant şahy hökmünde hereket bolup başlan zat 1863-nji ýyldaky pitne arkaly Ybadathana öwrüldi; ýer ýüzüniň haýwanynyň taryhy hem ýakyn wagtda geljek ýekşenbe kanuny bilen tamamlananda, 1863-nji ýyldaky pitneçi Ybadathana ýene resmi däl bir herekete öwrüler, çünki hereket hökmünde başlanan zat hereket hökmünde tamamlanýar.</w:t>
      </w:r>
    </w:p>
    <w:p>
      <w:pPr>
        <w:pStyle w:val="ArticleBody"/>
        <w:jc w:val="left"/>
      </w:pPr>
      <w:r>
        <w:rPr>
          <w:rFonts w:ascii="Times New Roman" w:hAnsi="Times New Roman" w:eastAsia="Times New Roman" w:cs="Times New Roman"/>
        </w:rPr>
        <w:t>Protestant şahygyň başynda we ahyryndaky geçişlerinde, bir hereket Ybadathana öwrülýär, soňra bolsa ahyrda täzeden hereket ýagdaýyna gaýdýar. Ilkinji geçiş nokadynda, ýagny başynda, Filadelfiýa Laodikiýa öwrüldi; ahyrdaky geçiş nokadynda bolsa, Laodikiýa täzeden Filadelfiýa öwrülýär.</w:t>
      </w:r>
    </w:p>
    <w:p>
      <w:pPr>
        <w:pStyle w:val="ArticleBody"/>
        <w:jc w:val="left"/>
      </w:pPr>
      <w:r>
        <w:rPr>
          <w:rFonts w:ascii="Times New Roman" w:hAnsi="Times New Roman" w:eastAsia="Times New Roman" w:cs="Times New Roman"/>
        </w:rPr>
        <w:t>Respublikan şah üçin geçiş nokady Respublikan partiýany döreden Graždan urşuna alyp baran taryh boldy. Protestant şah üçin geçiş nokady 1856-dan 1863-e çenli bolan döwürdi; bu, Respublikan şah üçin hem hut şol bir geçiş taryhydy. 1854-nji ýylda esaslandyrylan gulçulyga garşy Respublikan partiýasynyň ilkinji milli gurultaýy 1856-njy ýylda geçirildi. Protestant şah üçin pitne nyşany bir Ybadathananyň kanuny taýdan guramaçylykly düzülmegidi. Respublikan şah üçin bolsa gulçulygy goldaýan Demokratik partiýa pitneniň nyşanydyr.</w:t>
      </w:r>
    </w:p>
    <w:p>
      <w:pPr>
        <w:pStyle w:val="ArticleBody"/>
        <w:jc w:val="left"/>
      </w:pPr>
      <w:r>
        <w:rPr>
          <w:rFonts w:ascii="Times New Roman" w:hAnsi="Times New Roman" w:eastAsia="Times New Roman" w:cs="Times New Roman"/>
        </w:rPr>
        <w:t>Üçünji perişde 2001-nji ýylyň 11-nji sentýabrynda ikinji gezek Kadeşe dolandy we on gyzyň tymsalynyň pygamberlik gurluşynda Ybadathana döwründen herekete geçiş başlandy. Birinji lapykeçlik on gyzyň tymsalynyň ahyrky we kämil ýerine ýetmesinde 2020-nji ýylyň 18-nji iýulynda bolup geçdi, we şol ýylyň özünde, soňky zamanyň 1989-njy ýyldaky başyndan bäri altynjy prezident bolan, Gresiýanyň älemini “gozgalaňa getirmeli” bolan prezident, syýasy taýdan “öldüriji ýara” aldy; edil ilkinji Respublikaçy prezidentiň göni manyda öldüriji ýara alşy ýaly.</w:t>
      </w:r>
    </w:p>
    <w:p>
      <w:pPr>
        <w:pStyle w:val="ArticleBody"/>
        <w:jc w:val="left"/>
      </w:pPr>
      <w:r>
        <w:rPr>
          <w:rFonts w:ascii="Times New Roman" w:hAnsi="Times New Roman" w:eastAsia="Times New Roman" w:cs="Times New Roman"/>
        </w:rPr>
        <w:t>Soňky ýagşyň ölçegli dökülmesi 2001-nji ýylyň 11-nji sentýabrynda başlandy we ol ýakyn wagtda geljek Ýekşenbe kanunyna çenli dowam edýär; şol ýerde soňky ýagyş ondan soň ölçegsiz dökülýär. Soňky ýagyş ýokardan gelýän güýjüdir, we Uayt uýamyz ýokardan bir güýjüň inip gelýän döwründe aşakdan şeýtany bir güýjüň ýokary galjakdygyny gaýtalap görkezýär. Ylham kitabynda Şeýtanyň düýpsüz çukurundan ýokary çykýan üç şeýtany güýç bar. Yslam 2001-nji ýylyň 11-nji sentýabrynda düýpsüz çukurdan ýokary galdy; bu dokuzynjy bapdaky birinji Hasratyň düýpsüz çukurundan çykan tüsse bilen laýyklykda boldy.</w:t>
      </w:r>
    </w:p>
    <w:p>
      <w:pPr>
        <w:pStyle w:val="ArticleScripture"/>
        <w:jc w:val="left"/>
      </w:pPr>
      <w:r>
        <w:rPr>
          <w:rFonts w:ascii="Times New Roman" w:hAnsi="Times New Roman" w:eastAsia="Times New Roman" w:cs="Times New Roman"/>
        </w:rPr>
        <w:t>Bäşinji perişde surnaý çaldy, men asmanyň ýer ýüzüne ýykylyp düşen bir ýyldyzyny gördüm; oňa tükeniksiz çuňlugyň guýusynyň açary berildi. Ol tükeniksiz çuňlugyň guýusyny açdy; şonda guýudan uly pejiň tüssäsi dek bir tüsse çykdy; guýynyň tüssäsi sebäpli gün hem howa garaldy. Tüsseden ýer ýüzüne çekirtgeler çykdy; olara ýer ýüzüniň içýanlarynyň güýji ýaly güýç berildi. Olara ýer ýüzüniň otlaryna-da, hiç bir ýaşyl zada-da, hiç bir agaja-da zyýan ýetirmezlik, diňe maňlaýlarynda Hudaýyň möhri bolmadyk adamlara zyýan ýetirmek buýruldy. Ylham 9:1–4.</w:t>
      </w:r>
    </w:p>
    <w:p>
      <w:pPr>
        <w:pStyle w:val="ArticleBody"/>
        <w:jc w:val="left"/>
      </w:pPr>
      <w:r>
        <w:rPr>
          <w:rFonts w:ascii="Times New Roman" w:hAnsi="Times New Roman" w:eastAsia="Times New Roman" w:cs="Times New Roman"/>
        </w:rPr>
        <w:t>Üçünji hasratyň Yslamy 2001-nji ýylyň 11-nji sentýabrynda, birinji hasratda nyşanlanyşy ýaly, gelip ýetende, Hudaýyň möhri bolanlara zyýan ýetirip bilmedi; şeýlelik bilen bu ýüz kyrk dört müňüň möhürlenişiniň başlangyjyny görkezýär. Möhürlenişiň tamamlanmagy bolsa, tiz wagtda Amerikanyň Birleşen Ştatlarynda çykjak ýekşenbe kanunynda bolýar; hut şol ýerde ölüm ýarasyny alyp, soň unudylyp gidilen deňiz janawary düýpsüz çukurdAN çykyp, ýediden bolan sekizinji patyşalyk bolýar.</w:t>
      </w:r>
    </w:p>
    <w:p>
      <w:pPr>
        <w:pStyle w:val="ArticleScripture"/>
        <w:jc w:val="left"/>
      </w:pPr>
      <w:r>
        <w:rPr>
          <w:rFonts w:ascii="Times New Roman" w:hAnsi="Times New Roman" w:eastAsia="Times New Roman" w:cs="Times New Roman"/>
        </w:rPr>
        <w:t>Gören ýyrtyjyň bardy, emma indi ýok; ol düýpsüz çuňlukdan ýokary çykar we heläklige gider. Ýer ýüzünde ýaşaýanlar, dünýäniň düýbi tutulaly bäri atlary ýaşaýyş kitabyna ýazylmadyklar, bardy, emma indi ýok, şeýle-de bolsa bardyr diýlen şol ýyrtyjyny görenlerinde haýran galarlar. Ylham 17:8.</w:t>
      </w:r>
    </w:p>
    <w:p>
      <w:pPr>
        <w:pStyle w:val="ArticleBody"/>
        <w:jc w:val="left"/>
      </w:pPr>
      <w:r>
        <w:rPr>
          <w:rFonts w:ascii="Times New Roman" w:hAnsi="Times New Roman" w:eastAsia="Times New Roman" w:cs="Times New Roman"/>
        </w:rPr>
        <w:t>144 müňiň dördüsiniň möhrlenmeginiň pygamberlik döwri düýpsüz çuňlukdan ýokary galýan bir häkimiýet bilen başlady we düýpsüz çuňlukdan ýokary galýan bir häkimiýet bilen tamamlanar. Şol taryhyň ortasynda ateizmiň haýwany, “woke” aždarha häkimiýeti hem iki şaýady öldürmek üçin düýpsüz çuňlukdan ýokary galýar. Alfa we Omega Öz goluny bu taryhyň üstünde goýdy.</w:t>
      </w:r>
    </w:p>
    <w:p>
      <w:pPr>
        <w:pStyle w:val="ArticleScripture"/>
        <w:jc w:val="left"/>
      </w:pPr>
      <w:r>
        <w:rPr>
          <w:rFonts w:ascii="Times New Roman" w:hAnsi="Times New Roman" w:eastAsia="Times New Roman" w:cs="Times New Roman"/>
        </w:rPr>
        <w:t>Olar öz şaýatlyklaryny tamamlanlarynda, düýpsüz çuňlukdan çykýan wagşy haýwan olara garşy uruş açar, olary ýeňer we öldürer. Olaryň jesetleri ruhy manyda Sodom we Müsür diýlip atlandyrylýan, şeýle hem Rebimiziň haça çüýlenen beýik şäheriniň köçesinde ýatar. Halklardan, tirelerden, dillerden we milletlerden bolanlar olaryň jesetlerini üç gün ýarym görerler, we olaryň jesetleriniň mazarlara goýulmagyna ýol bermezler. Ýerde ýaşaýanlar olaryň üstünden şatlanarlar, şatlyk ederler we biri-birine sowgat ibererler; çünki bu iki pygamber ýerde ýaşaýanlara azap beripdi. Üç gün ýarymdan soňra bolsa, Hudaýdan gelen ýaşaýyş Ruhy olaryň içine girdi, we olar aýaklarynyň üstünde dik durdular; olary görenleriň üstüne bolsa uly gorky indi. Ylham 11:7–11.</w:t>
      </w:r>
    </w:p>
    <w:p>
      <w:pPr>
        <w:pStyle w:val="ArticleBody"/>
        <w:jc w:val="left"/>
      </w:pPr>
      <w:r>
        <w:rPr>
          <w:rFonts w:ascii="Times New Roman" w:hAnsi="Times New Roman" w:eastAsia="Times New Roman" w:cs="Times New Roman"/>
        </w:rPr>
        <w:t>2020-nji ýylda Respublikan we hakyky Protestan şahlary öldürildi. Olaryň biri ateizmiň syýasy ajdarha güýji tarapyndan, beýlekisi bolsa ateizmiň ruhy ajdarha güýji tarapyndan öldürüldi. Soňra olar üç ýarym gün hökmünde şekillendirilen bir döwrüň dowamynda öli boldular; şondan soň olar aýak üstünde galdylar, we ajdarha güýji hökmünde şekillendirilenleriň üstüne uly gorky indi. Häzirki wagtda progressiw demokratlaryň Donald Trumpyň syýasy gudratynyň täzeden peýda bolmagy sebäpli beýan edýän “gorkusy” pygamberligiň berjaý bolmagydyr. Future for America gullugyna eýerenleriň beýan edýän “gorkusy” bolsa gorkynyň başga bir görnüşini aňladýar.</w:t>
      </w:r>
    </w:p>
    <w:p>
      <w:pPr>
        <w:pStyle w:val="ArticleBody"/>
        <w:jc w:val="left"/>
      </w:pPr>
      <w:r>
        <w:rPr>
          <w:rFonts w:ascii="Times New Roman" w:hAnsi="Times New Roman" w:eastAsia="Times New Roman" w:cs="Times New Roman"/>
        </w:rPr>
        <w:t>“Future for America” habaryndan gorkmaly bolanlar, ýüz kyrk dört müňüň hatarynda bolmaga çagyrylanlaryň hemmesi bolan Laodikýa Adventistleridir. Emma dördünji nesilde, ýagny ýylançylar we zynahorlar neslinde ýaşaýan, tassyklanan Laodikýalylar hökmünde, olar hiç hili gorka eýe däldirler. Olaryň kabul etmeli gorkusy, adamlara: “Hudaýdan gorkuň we Oňa şöhrat beriň, çünki Onuň höküm sagady geldi” diýip buýurýan ebedi Hoş Habardyr.</w:t>
      </w:r>
    </w:p>
    <w:p>
      <w:pPr>
        <w:pStyle w:val="ArticleBody"/>
        <w:jc w:val="left"/>
      </w:pPr>
      <w:r>
        <w:rPr>
          <w:rFonts w:ascii="Times New Roman" w:hAnsi="Times New Roman" w:eastAsia="Times New Roman" w:cs="Times New Roman"/>
        </w:rPr>
        <w:t>Şol sagat ýüz kyrk dört müňüň iki şaýadynyň baýdak hökmünde ýokary galdyrylýan, edil şol bir wagtda hem Laodikýa Ybadathanasy Rebbiň agzyndan çykarylyp taşlanýan beýik ýer titremesiniň sagadydyr.</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“‘Olar öz şaýatlyklaryny tamam edenlerinde, düýpsüz çuňlukdan çykýan wagşy haýwan olar bilen söweşer, olary ýeňer we öldürer. Olaryň jesetleri beýik şäheriň köçesinde ýatar; ol şäher ruhy manyda Sodom we Müsür diýlip atlandyrylýar; Rebbimiz hem şol ýerde haça çüýlenipdi.’ [Ylham 11:7, 8.]</w:t>
      </w:r>
    </w:p>
    <w:p>
      <w:pPr>
        <w:pStyle w:val="ArticleScripture"/>
        <w:jc w:val="left"/>
      </w:pPr>
      <w:r>
        <w:rPr>
          <w:rFonts w:ascii="Times New Roman" w:hAnsi="Times New Roman" w:eastAsia="Times New Roman" w:cs="Times New Roman"/>
        </w:rPr>
        <w:t>“Bu wakalar şaýatlaryň jul geýnip şaýatlyk eden döwrüniň ahyryna golaý bir wagtda bolup geçmelidi. Papalygyň üsti bilen Şeýtan uzak wagtlap Ybadathana bilen Döwletde höküm süren häkimiýetleri dolandyryp gelipdi. Munuň gorkunç netijeleri, esasan-da, Reformasiýanyň nuruny ret eden ýurtlarda aýdyň görünýärdi. Ol ýerde ahlak taýdan pese gaçyş we bozulma ýagdaýy, ýok edilmezinden biraz öň Sodomyň ýagdaýyna, şeýle hem Musanyň günlerinde Müsürde höküm süren butparazlyga we ruhy garaňkylyga meňzeşdi.” Prophecy Ruhy, 4-nji jilt,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dokuzynjy bölüm</dc:title>
  <dc:subject>Pygamberlik ähmiýetini açyp görkezmek: Respublikan şah we ahyrky hereketler</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