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Danyýl kitaby — ýüz otuzyň birinji sany</w:t>
      </w:r>
    </w:p>
    <w:p>
      <w:pPr>
        <w:pStyle w:val="ArticleSubtitle"/>
        <w:jc w:val="left"/>
      </w:pPr>
      <w:r>
        <w:rPr>
          <w:rFonts w:ascii="Arial" w:hAnsi="Arial" w:eastAsia="Arial" w:cs="Arial"/>
        </w:rPr>
        <w:t>Amerikanyň Birleşen Ştatlarynyň pygamberlik geçişi: Altynjy patyşalykdan üç taraplaýyn bileleşige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Amerikanyň Birleşen Ştatlary tizden güýje giriziljek Ýekşenbe kanunyny mejbury durmuşa geçirende, ol Mukaddes Kitap pygamberligindäki altynjy patyşalyk bolmagyny bes eder we Häzirki Zaman Rimiň üç taraplaýyn birleşiginiň üçden bir bölegine öwrüler. Ýekşenbe kanunyny mejbury durmuşa geçirjek prezident iň soňky prezident bolar, we ol Respublikan partiýasyna degişli prezident bolar. Bu iki şaýadyň esasynda berkidilýär.</w:t>
      </w:r>
    </w:p>
    <w:p>
      <w:pPr>
        <w:pStyle w:val="ArticleBody"/>
        <w:jc w:val="left"/>
      </w:pPr>
      <w:r>
        <w:rPr>
          <w:rFonts w:ascii="Times New Roman" w:hAnsi="Times New Roman" w:eastAsia="Times New Roman" w:cs="Times New Roman"/>
        </w:rPr>
        <w:t>Ilkinji Respublikaçy prezident bolan Abraham Linkoln 1863-nji ýylda Azat ediş Jarnamasyny “aýtdy”; bu bolsa ýer ýyrtyjysynyň pygamberlik taryhyndaky “aýtmagyň” orta ýol görkezijisi boldy. Linkoln 1863-nji ýylda Azat ediş Jarnamasyny “aýdanda”, ol ilkinji Respublikaçy prezidentdi; şeýlelikde ol soňky Respublikaçy prezidenti öňden şekillendirýärdi. Abraham Linkoln ýer ýyrtyjysynyň birinji döwrüniň soňky ýol görkezijisini, şeýle hem ýer ýyrtyjysynyň ikinji döwrüniň ilkinji ýol görkezijisini aňladýar. Isa ahyry hemişe başlangyç arkaly görkezýär. Ýer ýyrtyjysy iki döwrüň soňkusynyň ahyrynda aždaha ýaly “aýdanda”, prezident Linkoln arkaly öňden şekillendirilişi ýaly, Respublikaçy prezident bolar.</w:t>
      </w:r>
    </w:p>
    <w:p>
      <w:pPr>
        <w:pStyle w:val="ArticleBody"/>
        <w:jc w:val="left"/>
      </w:pPr>
      <w:r>
        <w:rPr>
          <w:rFonts w:ascii="Times New Roman" w:hAnsi="Times New Roman" w:eastAsia="Times New Roman" w:cs="Times New Roman"/>
        </w:rPr>
        <w:t>Soňky prezidentiň respublikaçy prezident bolmagynyň ikinji şaýady, 1989-njy ýylda Ronald Reagan bilen ahyrzamanyň döwründe başlanan döwürdir. 1989-njy ýyldan ýakyn wagtda geljek Ýekşenbe kanunyna çenli bolan pygamberlik döwri, 508-den 538-e çenli bolan taryhda papalyk Rimiň tagta geçmegi üçin taýýarlyk pygamberlik döwri arkaly görkezildi. 538-nji ýylda antykristiň ygtyýarly edilmegine taýýarlyk bolan şol pygamberlik döwri, Mesihiň taýýarlygynyň otuz ýyly bilen, ýagny Onuň dogluşyndan suwa çokundyrylşyna çenli bolan döwür bilen nusgalaşdyryldy.</w:t>
      </w:r>
    </w:p>
    <w:p>
      <w:pPr>
        <w:pStyle w:val="ArticleBody"/>
        <w:jc w:val="left"/>
      </w:pPr>
      <w:r>
        <w:rPr>
          <w:rFonts w:ascii="Times New Roman" w:hAnsi="Times New Roman" w:eastAsia="Times New Roman" w:cs="Times New Roman"/>
        </w:rPr>
        <w:t>Mesihiň garşydaşy Mesihe mahsus taýýarlygyň otuz ýylyny galplaşdyran otuz ýyllyk bir taýýarlyk döwrüne eýe boldy. Mesih üçin hem, mesihiň garşydaşy üçin hem otuz ýyllyk bir taýýarlyk döwrüniň bolmagy, ýakyn wagtda geljek ýekşenbe kanunynda ölüm getiriji ýaranyň sagaldylmagy üçin bir taýýarlyk döwrüne iki şaýat berýär. Şol taýýarlyk döwri 1989-njy ýylda, ahyrzamanyň wagtynda başlady; edil Mesihe degişli taýýarlyk döwrüniň Onuň doglan pursadynda gelşi ýaly, bu bolsa Onuň pygamberlik taryhynda ahyrzamanyň wagtyny alamatlandyrdy.</w:t>
      </w:r>
    </w:p>
    <w:p>
      <w:pPr>
        <w:pStyle w:val="ArticleBody"/>
        <w:jc w:val="left"/>
      </w:pPr>
      <w:r>
        <w:rPr>
          <w:rFonts w:ascii="Times New Roman" w:hAnsi="Times New Roman" w:eastAsia="Times New Roman" w:cs="Times New Roman"/>
        </w:rPr>
        <w:t>Soňky prezidentden ozal, Daniel on birinji bapdaky ikinji aýat “galjakçy” bolan baý prezidentiň älemdarçylaryň älemini “gozgalaňa salmagyna” çenli ýetýän alty prezidentiň boljakdygyny öwredýär. Şol alty prezidentiň ilkinjisi respublikan Ronald Reagan boldy. Ronald Reagan bilen Abraham Lincoln iki şaýatlygy üpjün edýärler. 1863-nji ýylyň pitne gozgalaňynyň ýol belgisi hem-de 1989-njy ýylda başlanýan prezidentler çyzygy Amerikanyň Birleşen Ştatlarynyň ahyrky prezidentiniň häsiýetlerini anyk görkezýär.</w:t>
      </w:r>
    </w:p>
    <w:p>
      <w:pPr>
        <w:pStyle w:val="ArticleBody"/>
        <w:jc w:val="left"/>
      </w:pPr>
      <w:r>
        <w:rPr>
          <w:rFonts w:ascii="Times New Roman" w:hAnsi="Times New Roman" w:eastAsia="Times New Roman" w:cs="Times New Roman"/>
        </w:rPr>
        <w:t>Ronald Reagan birinjiniň nyşanydyr, şonuň üçin hem ol soňkyny şekillendirýär. Reagan öňki köpçülikleýin habar beriş serişdeleriniň ýyldyzy, Respublikaly bolmak üçin öwrülen öňki Demokratdy. Ol iňlis dilini öjükdiriji usulda ulanmagy bilen tanalýardy. Ol öz degişme duýgusy bilen tanalýardy. Ol özüni Protestant diýip yglan edýärdi, emma Mukaddes Kitabyň pygamberligindäki antihrist bilen ylalaşyk baglaşanda, “Protestant” diýmegiň manysyna hakykatda düşünmeýändigini görkezdi.</w:t>
      </w:r>
    </w:p>
    <w:p>
      <w:pPr>
        <w:pStyle w:val="ArticleBody"/>
        <w:jc w:val="left"/>
      </w:pPr>
      <w:r>
        <w:rPr>
          <w:rFonts w:ascii="Times New Roman" w:hAnsi="Times New Roman" w:eastAsia="Times New Roman" w:cs="Times New Roman"/>
        </w:rPr>
        <w:t>Ol Amerikany goldaýardy we syýasy taýdan gorkusyzdy. Onuň öň ýanynda häzirki zaman syýasatynyň şol döwründäki iň netijesiz prezident bolupdy, we özünden öňki şol ýolbaşçy radikal yslamyň talaplaryna baş egipdi. Belki-de, onuň aýdanlarynyň iň ähmiýetlisi we amala aşyrandygy üçin oňa degişli edilýän zat, onuň: “Jenap Gorbaçýow, bu diwary ýykyp aýyryň” diýeni boldy.</w:t>
      </w:r>
    </w:p>
    <w:p>
      <w:pPr>
        <w:pStyle w:val="ArticleBody"/>
        <w:jc w:val="left"/>
      </w:pPr>
      <w:r>
        <w:rPr>
          <w:rFonts w:ascii="Times New Roman" w:hAnsi="Times New Roman" w:eastAsia="Times New Roman" w:cs="Times New Roman"/>
        </w:rPr>
        <w:t>Donald Trump ahyrynyň nyşanydyr, şonuň üçinem ol birinji arkaly suratlandyryldy. Trump öňki media ýyldyzy, Respublikanyň agzasy bolmaga geçen öňki Demokratdy. Ol iňlis dilini öjükdiriji görnüşde ulanmagy bilen tanalýar. Ol degişme duýgusy bilen tanalýar. Ol özüni Protestant diýip yglan eden adamdyr; emma ol öz hereketleri bilen “Protestant” diýmegiň hakykatda nämäni aňladýandygyna çynlakaý düşünmeýändigini görkezdi, we ol tizden güýje girjek Ýekşenbe kanuny mahalynda Mukaddes Kitabyň pygamberligindäki antihrist bilen bileleşik döreder.</w:t>
      </w:r>
    </w:p>
    <w:p>
      <w:pPr>
        <w:pStyle w:val="ArticleBody"/>
        <w:jc w:val="left"/>
      </w:pPr>
      <w:r>
        <w:rPr>
          <w:rFonts w:ascii="Times New Roman" w:hAnsi="Times New Roman" w:eastAsia="Times New Roman" w:cs="Times New Roman"/>
        </w:rPr>
        <w:t>Ol Amerikany goldaýan we syýasy taýdan gorkusyz adamdyr. Ondan öň häzirki zaman syýasatynyň şol döwründäki iň netijesiz prezident bolupdy, we ol 2024-nji ýylda gaýtadan saýlanan mahaly, häzirki zaman syýasaty döwründe ýene-de täze iň netijesiz prezident tarapyndan öňe sürlen bolar. Iki ýagdaýda-da onuň öňküleriniň radikal yslamyň talaplaryna boýun egmek bilen tanalýandygy mälimdir. Onuň hiç haçan aýdyp geçen iň ähmiýetli sözi, hem-de amala aşyrandygy üçin oňa beriljek baha, gürrüňsiz, şudur: “Diwary guruň.”</w:t>
      </w:r>
    </w:p>
    <w:p>
      <w:pPr>
        <w:pStyle w:val="ArticleBody"/>
        <w:jc w:val="left"/>
      </w:pPr>
      <w:r>
        <w:rPr>
          <w:rFonts w:ascii="Times New Roman" w:hAnsi="Times New Roman" w:eastAsia="Times New Roman" w:cs="Times New Roman"/>
        </w:rPr>
        <w:t>Bu, Jimmy Carteriň, Barack Hussein Obamanyň we Joe Bideniň prezidentlik döwründe örän täsirli bolmandyklaryny öňe sürmek üçin aýdylýan zat däldir; diňe olaryň täsirliliginiň, Birleşen Ştatlaryň Konstitusiýasynda berkidilen ýörelgeleri — özleriniň hersiniň gorap saklamaga we goramaga kasam eden hut şol resminamasyny — ýok etmek ugrunda alyp baran işlerine esaslanandygyny, munuň bilen birlikde, Karteriň Reýganyň saýlawyna çenli Yslama zamunlary saklamaga ýol berendigini, Obamanyň Yslam dünýäsi boýunça ötünç soramak saparyny amala aşyrandygyny we radikal Yslamyň esasy bankyna azyndan bir milliard dollar nagt pul berendigini, Bideniň bolsa Yslamy goldamak baradaky ýazgysynyň sanap çykardan juda uzundygyny aňladýar.</w:t>
      </w:r>
    </w:p>
    <w:p>
      <w:pPr>
        <w:pStyle w:val="ArticleBody"/>
        <w:jc w:val="left"/>
      </w:pPr>
      <w:r>
        <w:rPr>
          <w:rFonts w:ascii="Times New Roman" w:hAnsi="Times New Roman" w:eastAsia="Times New Roman" w:cs="Times New Roman"/>
        </w:rPr>
        <w:t>Ronald Reagan “demir perde” diýlip atlandyrylýan nyşanly diwary ýykyş işini amala aşyrdy, we 1989-njy ýylyň 11-nji noýabrynda Berlin diwary şol ruhy ýeňşi anyk bir ýol belgisi bilen alamatlandyrmak üçin ýykyldy. Trump Kilise bilen Döwletiň arasyndaky aýralygyň nyşanly diwaryny ýykar, we üçünji Belä şol wakanyň anyk bir ýol belgisini üpjün eder. Şol waka üçünji Beläniň Yslamynyň gelmegi bilen başlanan ýüz kyrk dört müňüň möhürleniş döwrüni tamamlar; şol gelşem möhürleniş döwrüniň ruhy işiniň başlanandygyny kesgitlemek üçin anyk bir ýol belgisini üpjün edipdi. 2023-nji ýylyň 7-nji oktýabry ýüz kyrk dört müňüň möhürleniş wagtynyň üç anyk taryhy belgileriniň orta nokadyny üpjün etdi.</w:t>
      </w:r>
    </w:p>
    <w:p>
      <w:pPr>
        <w:pStyle w:val="ArticleBody"/>
        <w:jc w:val="left"/>
      </w:pPr>
      <w:r>
        <w:rPr>
          <w:rFonts w:ascii="Times New Roman" w:hAnsi="Times New Roman" w:eastAsia="Times New Roman" w:cs="Times New Roman"/>
        </w:rPr>
        <w:t>Möhürleniş taryhynyň ortasynda Ronald Reýgandan bäri altynjy prezident düýpsüz çukurdan çykan haýwan tarapyndan nyşanlaýyn syýasy taýdan öldürildi. Möhürleniş döwrüniň başynda düýpsüz çukurdan çykan haýwan Yslamdy; ol Muhammedi, ýalan pygamberiň nyşanyny aňladýardy. Möhürleniş döwrüniň ahyrynda düýpsüz çukurdan çykan haýwan Katolisizmiň deňiz haýwanydyr; onuň ölümli ýarasy şonda sagaldylýar. Möhürleniş döwrüniň ortasynda ýokary çykýan düýpsüz çukur haýwany ateizmiň, ýagny aždarhanyň haýwanydyr. Düýpsüz çukurdan çykan aždarha-haýwan möhürleniş döwrüniň ortasynda Ylham kitabyň on birinji babynda beýan edilýän iki şaýady öldürýär.</w:t>
      </w:r>
    </w:p>
    <w:p>
      <w:pPr>
        <w:pStyle w:val="ArticleBody"/>
        <w:jc w:val="left"/>
      </w:pPr>
      <w:r>
        <w:rPr>
          <w:rFonts w:ascii="Times New Roman" w:hAnsi="Times New Roman" w:eastAsia="Times New Roman" w:cs="Times New Roman"/>
        </w:rPr>
        <w:t>ABŞ-nyň Raýat urşy döwründäki gulçulygy goldaýan Demokratik aždarha topary sözme-söz ilkinji Respublikan prezidenti öldürdi. Raýat urşy resmi taýdan 1865-nji ýylyň 9-njy aprelinde tamamlandy, Linkoln bolsa bir hepde soň, 15-ne, ondan öňki gün atylandygyna garamazdan, aradan çykdy. Uruş ýedinji günüň Sabatynda tamamlandy, Linkoln hem ýedinji günüň Sabatynda aradan çykdy.</w:t>
      </w:r>
    </w:p>
    <w:p>
      <w:pPr>
        <w:pStyle w:val="ArticleBody"/>
        <w:jc w:val="left"/>
      </w:pPr>
      <w:r>
        <w:rPr>
          <w:rFonts w:ascii="Times New Roman" w:hAnsi="Times New Roman" w:eastAsia="Times New Roman" w:cs="Times New Roman"/>
        </w:rPr>
        <w:t>Baý we kuwwatly prezidente garşy oýarylan (öjükdirilen) globalistler 2020-nji ýylyň 3-nji noýabrynda syýasy kast etmegi amala aşyrdylar. Düýpsüz çuňlukdan çykan şol wagşy janawar, ilkinji respublikan prezidentiň hakykatdaky ölümi arkaly öňünden nusgalanan iň soňky respublikan prezidenti nyşanlaýyn öldüren aagondarha janawaryny aňladýardy. Hudaýyň Sözi dünýä onuň ölümi üstünde şatlanan soň, onuň aýak üstüne galjakdygyny aýan edýär. Häzir 2024-nji ýyl, we oňa garşy ulanylýan ähli hukuk uruşlaryna, ýalanlara, wagyz-propaganda we pullara garamazdan, Trampyň täzeden dirilendigi aýdyň görünýär.</w:t>
      </w:r>
    </w:p>
    <w:p>
      <w:pPr>
        <w:pStyle w:val="ArticleBody"/>
        <w:jc w:val="left"/>
      </w:pPr>
      <w:r>
        <w:rPr>
          <w:rFonts w:ascii="Times New Roman" w:hAnsi="Times New Roman" w:eastAsia="Times New Roman" w:cs="Times New Roman"/>
        </w:rPr>
        <w:t>Amerikanyň Birleşen Ştatlarynda ýüze çykýan we şeýlelik bilen dünýäde-de şol bir dawa-jenjeli öňünden şekillendirýän çekeleşikde, soňky ýagşyň alamatlandyrýan Hudaýyň güýji ýokardan inip gelýän wagtynda, aşakdan şeýtani bir güýç ýokary galar.</w:t>
      </w:r>
    </w:p>
    <w:p>
      <w:pPr>
        <w:pStyle w:val="ArticleBody"/>
        <w:jc w:val="left"/>
      </w:pPr>
      <w:r>
        <w:rPr>
          <w:rFonts w:ascii="Times New Roman" w:hAnsi="Times New Roman" w:eastAsia="Times New Roman" w:cs="Times New Roman"/>
        </w:rPr>
        <w:t>2001-nji ýylyň 11-nji sentýabrynyň taryhyndan başlap, Birleşen Ştatlarda ýakyn wagtda geljek ýekşenbe kanunyna çenli, üçünji Betbagtlygyň Yslamy düýpsüz çukurdan tüsse ýaly çykdy; bu bolsa şol taryhyň başynda ýanýan binalaryň tüssesini aňladýar. 2016-njy ýylda globalistleriň kommunistik “woke-izmi” iki şaýady öldürmek üçin ýokary galdy. Soňra ýakyn wagtda geljek ýekşenbe kanunynda, şol wagt ýediden bolup sekizinji haýwana öwrüljek papalyk, ölüm howply ýarasy sagaldylan wagtynda, ýeriň tagtyna ýokary galar.</w:t>
      </w:r>
    </w:p>
    <w:p>
      <w:pPr>
        <w:pStyle w:val="ArticleBody"/>
        <w:jc w:val="left"/>
      </w:pPr>
      <w:r>
        <w:rPr>
          <w:rFonts w:ascii="Times New Roman" w:hAnsi="Times New Roman" w:eastAsia="Times New Roman" w:cs="Times New Roman"/>
        </w:rPr>
        <w:t>Aşakdan gelýän güýji aňladýan haýwanlar, ýokardan gelýän güýç hökmünde ahyrky ýagşyň ýagýan döwründe, pygamberlik taýdan bir “Hakykaty” aňladýar. Tüsse ýaly ýokarlanmaly ilkinji zat, Ylham kitabynyň on sekizinji babyndaky birinji sesiň eşidilýän döwründe, üçünji Wanyň Yslamy bolup, ol ahyrky ýagşyň “ölçelip” başlanýan wagtynda ýokarlanýar. Iň soňky ýokarlanjak haýwan bolsa, Ylham kitabynyň on sekizinji babyndaky ikinji sesiň eşidilýän döwründe papalyk bolup, ol ahyrky ýagşyň ölçegsiz guýulýan wagtynda ýokarlanýar.</w:t>
      </w:r>
    </w:p>
    <w:p>
      <w:pPr>
        <w:pStyle w:val="ArticleBody"/>
        <w:jc w:val="left"/>
      </w:pPr>
      <w:r>
        <w:rPr>
          <w:rFonts w:ascii="Times New Roman" w:hAnsi="Times New Roman" w:eastAsia="Times New Roman" w:cs="Times New Roman"/>
        </w:rPr>
        <w:t>Birinjisi ahyrkysyny şekillendirýär, ortada çykýan janawar bolsa 2020-nji ýylda iki şaýady öldüren ateistik globalizmiň janawarydyr. Şol şaýatlaryň biri protestant şahydy, beýlekisi bolsa respublikan şahydy. Ateizm janawary bilen baglanyşykly gozgalaň we anarhiýa ýewreý elipbiýiniň on üçünji harpy bilen aňladylýar, hem-de düýpsüz çukurdaky şol janawar düýpsüz çukurdaky ilkinji we soňky janawarlaryň arasynda geldi; bu bolsa, ýokardan gelýän asman güýjüniň döwründe aşakdan gelýän şeýtan güýjüni kesgitleýän hakykat bolsa-da, ýewreýçe “hakykat” sözüniň kesgitlemesini emele getirýär.</w:t>
      </w:r>
    </w:p>
    <w:p>
      <w:pPr>
        <w:pStyle w:val="ArticleBody"/>
        <w:jc w:val="left"/>
      </w:pPr>
      <w:r>
        <w:rPr>
          <w:rFonts w:ascii="Times New Roman" w:hAnsi="Times New Roman" w:eastAsia="Times New Roman" w:cs="Times New Roman"/>
        </w:rPr>
        <w:t>Iki şaýat öldürilenden üç ýarym gün soň bir “orta ses” eşidilip başlady. Ol “çölde gygyrýanyň sesi”di. Şol ses Ähtiň Habarçysy üçin ýoly taýýarlaýan habarçynyň sesiniň “tamamlanşy”, hem-de erkekleri we zenanlary Karmel dagyna çagyrýan Ylýasyň sesiniň başlangyjydy.</w:t>
      </w:r>
    </w:p>
    <w:p>
      <w:pPr>
        <w:pStyle w:val="ArticleScripture"/>
        <w:jc w:val="left"/>
      </w:pPr>
      <w:r>
        <w:rPr>
          <w:rFonts w:ascii="Times New Roman" w:hAnsi="Times New Roman" w:eastAsia="Times New Roman" w:cs="Times New Roman"/>
        </w:rPr>
        <w:t>“Doganlar we uýalar, şu döwrüň ähmiýetine, häzir bolup geçýän wakalaryň manysyna sizi oýarmak üçin bir zat aýdyp bilsedim diýerdim. Men siziň ünsüňizi häzir dini azatlygy çäklendirmek ugrunda edilýän hüjümkär hereketlere çekýärin. Hudaýyň mukaddes edilen ýadygärligi ýykyldy, onuň ornunda bolsa hiç bir mukaddesligi bolmadyk galp sabat dünýäniň öňünde dur. Garaňkylygyň güýji aşakdan unsurlary gozgap durka, asmandaky Reb Hudaý asmandan güýç iberip, Özüniň janly wekillerini oýaryp, asman kanunyny beýgeltmek arkaly bu adatdan daşary ýagdaýyň öňüni alýar. Hut indi, şu pursatyň özi daşary ýurtlarda işlemek wagtymyzdyr. Dini azatlygyň ýurdy bolan Amerika, ynsaby mejbur edip we adamlary galp sabada hormat görkezmäge zorlap, papalyk bilen birleşende, ýer ýüzündäki her bir ýurduň halky onuň göreldesine eýermäge alnyp gidiler. Biziň halkymyz, elleriniň ýetýän mümkinçilikleriniň çäginde, öz güýjüniň ýetýän ähli zadyny edip, duýduryş habaryny ýaýratmak üçin entek ýarysyça-da oýanan däldir.</w:t>
      </w:r>
    </w:p>
    <w:p>
      <w:pPr>
        <w:pStyle w:val="ArticleScripture"/>
        <w:jc w:val="left"/>
      </w:pPr>
      <w:r>
        <w:rPr>
          <w:rFonts w:ascii="Times New Roman" w:hAnsi="Times New Roman" w:eastAsia="Times New Roman" w:cs="Times New Roman"/>
        </w:rPr>
        <w:t>“Asmanyň Rebbi Hudaý dünýä boýun egmezlik we günä etmek üçin Öz hökümlerini ibermezinden öň, duýduryşy bermek üçin Öz garawullaryny iberer. Habaryň has-da aýdyň wagyz edilýänçä, synag möhletini ýapmaz. Hudaýyň kanuny beýgeldilmelidir; onuň talaplary halk hakykaty goldamak ýa-da oňa garşy çykmak barada karar eder ýaly, öz hakyky, mukaddes häsiýetinde görkezilmelidir. Emma iş adalat bilen gysgaldylar. Mesihiň dogrulygy baradaky habar Rebbiň ýoluny taýýarlamak üçin ýer ýüzüniň bir ujundan beýleki ujuna çenli ýaňlanmalydyr. Bu — Hudaýyň şöhratydyr; ol üçünji perişdäniň işini tamamlaýar.” Testimonies, volume 6, 18, 19.</w:t>
      </w:r>
    </w:p>
    <w:p>
      <w:pPr>
        <w:pStyle w:val="ArticleBody"/>
        <w:jc w:val="left"/>
      </w:pPr>
      <w:r>
        <w:rPr>
          <w:rFonts w:ascii="Times New Roman" w:hAnsi="Times New Roman" w:eastAsia="Times New Roman" w:cs="Times New Roman"/>
        </w:rPr>
        <w:t>2023-nji ýylyň iýul aýynyň ahyrynda başlanan habar indi “aýdyň yglan edýär”, “duýduryşy”, “şu döwrüň möhümdigini, häzir bolup geçýän wakalaryň ähmiýetini” görkezýär. Ol “garaňkylygyň güýçlerini” anyk görkezýär; olar “aşakdan güýçleri herekete getirýärler”, şeýle hem “asmanyň Reb Hudaýynyň” 2001-nji ýylyň 11-nji sentýabrynda “ýokardan güýç iberip” başlandygyny görkezýär. Ol “Mesihiň dogrulygy baradaky habary” “ýeriň bir ujundan beýleki ujuna çenli” “ýaňlandyrýar”. Indi “oýanmagyň”, “şu döwrüň möhümdigine” oýanmagyň wagty ýetdi, çünki Hudaý indi “itaatsyzlyk we günä üçin Öz höküm-soraglaryny dünýäniň üstüne iberip” başlamaga durýar.</w:t>
      </w:r>
    </w:p>
    <w:p>
      <w:pPr>
        <w:pStyle w:val="ArticleBody"/>
        <w:jc w:val="left"/>
      </w:pPr>
      <w:r>
        <w:rPr>
          <w:rFonts w:ascii="Times New Roman" w:hAnsi="Times New Roman" w:eastAsia="Times New Roman" w:cs="Times New Roman"/>
        </w:rPr>
        <w:t>Kyrkda Daniel 11-iň kyrkynjy aýatynda ahyrzaman wagty hökmünde 1989 bilen görkezilen pygamberlik çyzygy, şol kyrkynjy aýatda ahyrzaman wagty hökmünde 1798 bilen görkezilen içki pygamberlik çyzygynyň daşky taryhyny nygtaýar. Aýatda 1989-dan başlanýan pygamberlik taryhy, papalyk Rimiň ölümli ýarasynyň sagalmagynyň üç basgançakly işini görkezýär. 1989-dan başlap, şol ýara ýakyn wagtda geljek Ýekşenbe kanuny bilen sagalýança, bu belli bir pygamberlik döwrüni aňladýar. Daniel 11-iň ikinji aýaty, 1989-da Ronald Reagan bilen başlap, Amerikanyň Birleşen Ştatlarynyň prezidentleriniň pygamberlikdäki ornuny kesgitlemek arkaly ikinji bir çyzyk goşýar. Ýekşenbe kanunyna getirýän bu pygamberlik döwri, papalygyň ilkinji gezek tagta çykyp, şol ýylyň özünde Ýekşenbe kanunyny kabul eden 508-den 538-e çenli amala aşyrylan taýýarlygyň otuz ýylynda ikinji bir şaýady hem bar.</w:t>
      </w:r>
    </w:p>
    <w:p>
      <w:pPr>
        <w:pStyle w:val="ArticleBody"/>
        <w:jc w:val="left"/>
      </w:pPr>
      <w:r>
        <w:rPr>
          <w:rFonts w:ascii="Times New Roman" w:hAnsi="Times New Roman" w:eastAsia="Times New Roman" w:cs="Times New Roman"/>
        </w:rPr>
        <w:t>Mesih otuz ýaşynda çokundyryldy we üç ýarym ýyllyk hyzmatyna başlady. Papalyk Mesihiň şeýtany garşy-galyby bolup, 508-nji ýyldan 538-nji ýyla çenli bolan otuz ýyl Mesihiň çokundyrylmagyna alyp baran ilkinji otuz ýylynyň garşy-galypydyr. Onuň üç ýarym ýyllyk hyzmaty, papalygyň dünýä öňünde Mesihiň ýaşaýyş hyzmatynyň garşy-galyby hökmünde ölüm hyzmatyny hödürlän üç ýarym pygamberlik ýyly bilen garşy-galyp edildi.</w:t>
      </w:r>
    </w:p>
    <w:p>
      <w:pPr>
        <w:pStyle w:val="ArticleBody"/>
        <w:jc w:val="left"/>
      </w:pPr>
      <w:r>
        <w:rPr>
          <w:rFonts w:ascii="Times New Roman" w:hAnsi="Times New Roman" w:eastAsia="Times New Roman" w:cs="Times New Roman"/>
        </w:rPr>
        <w:t>Öz gullugynyň ahyrynda Ol öldi, ýedinji güni guburda dynç aldy, soňra bolsa direldi. 1798-nji ýylda, papalygyň şeýtanlyk gullugynyň üç ýarym pygamberlik ýylynyň ahyrynda, papalyk ölümli ýarasyny aldy; soň bolsa, ýediden bolup durýan sekizinji hökmünde direldilýänçä, ýetmiş nyşanly ýyl dowamynda unudyldy. Mesih hepdäniň birinji güni direldi, emma yzygiderlilik boýunça birinji gün “sekizinji” gündür, hem-de ol Mesihiň ýaradan “ýedi” gününden biridir. San hökmünde sekiz “direlişi” aňladýar, we papalyk direldilýär, çünki ol Mukaddes Kitabyň pygamberliklerindäki şalyklaryň arasynda ölümli ýara alandygy anyklanan ýeke-täk şalykdyr.</w:t>
      </w:r>
    </w:p>
    <w:p>
      <w:pPr>
        <w:pStyle w:val="ArticleBody"/>
        <w:jc w:val="left"/>
      </w:pPr>
      <w:r>
        <w:rPr>
          <w:rFonts w:ascii="Times New Roman" w:hAnsi="Times New Roman" w:eastAsia="Times New Roman" w:cs="Times New Roman"/>
        </w:rPr>
        <w:t>Pawlus gadymy Ysraýyly Gyzyl deňziň içinden geçirende, munuň üsti bilen çokundyrylyşyň nyşanlaýyn beýan edilendigini görkezýär.</w:t>
      </w:r>
    </w:p>
    <w:p>
      <w:pPr>
        <w:pStyle w:val="ArticleScripture"/>
        <w:jc w:val="left"/>
      </w:pPr>
      <w:r>
        <w:rPr>
          <w:rFonts w:ascii="Times New Roman" w:hAnsi="Times New Roman" w:eastAsia="Times New Roman" w:cs="Times New Roman"/>
        </w:rPr>
        <w:t>Mundan başga-da, eý doganlar, hemmäňiziň bihabar galmagyňyzy islemesem gerek: atalarymyzyň bary buludyň astyndadylar, bary deňizden geçdiler; we bulutda-da, deňizde-de hemmesi Musa degişli bolup çokundyryldy. 1 Korinfliler 10:1, 2.</w:t>
      </w:r>
    </w:p>
    <w:p>
      <w:pPr>
        <w:pStyle w:val="ArticleBody"/>
        <w:jc w:val="left"/>
      </w:pPr>
      <w:r>
        <w:rPr>
          <w:rFonts w:ascii="Times New Roman" w:hAnsi="Times New Roman" w:eastAsia="Times New Roman" w:cs="Times New Roman"/>
        </w:rPr>
        <w:t>Ruhy Ysraýyl üçin çokundyryş dessury hakyky Ysraýyl üçin sünnet dessurynyň ornuny tutdy, we sünnet sekizinji günde ýerine ýetirilmelidi. Şonuň üçin Mesih ýediniň içinden bolan sekizinji günde direldi; papalyk hem ýediniň içinden bolan sekizinji hökmünde direldilende, ol Mesihiň çyzygyna şeýtany paralleldir. Papalygyň tagta çykarylmagy üçin taýýarlygyň otuz ýyly, Mesihiň çokundyrylmagyna, gullugyna we ölümine taýýarlyk hökmünde geçen ömrüniň otuz ýyly bilen öňden typsalandyryldy. Şol iki çyzygyň ikisi-de Mukaddes Kitap pygamberligindäki altynjy patyşalygyň ölümine eltýän döwri görkezýär. Iki çyzyk hem ýer ýyrtyjysynyň soňky döwrüni aňladýar. Mesihiň çyzygynda, Onuň dogulmagy şol taryh üçin “ahyryzaman”y belläpdi.</w:t>
      </w:r>
    </w:p>
    <w:p>
      <w:pPr>
        <w:pStyle w:val="ArticleBody"/>
        <w:jc w:val="left"/>
      </w:pPr>
      <w:r>
        <w:rPr>
          <w:rFonts w:ascii="Times New Roman" w:hAnsi="Times New Roman" w:eastAsia="Times New Roman" w:cs="Times New Roman"/>
        </w:rPr>
        <w:t>Şeýlelikde, biziň elimizde dört çyzyk bar. Kyrkynjy aýatyň 1989-njy ýyldaky ahyrzaman döwri bilen kyrk birinji aýatyň ýekşenbe kanunynyň arasyndaky döwür. Ikinji aýatyň prezidentleriň görkezilişi, şeýle hem Mesih bilen antimesih üçin taýýarlygyň otuz ýyly. Mesihiň otuz ýyly Öz çyzygynda “ahyrzaman döwründe” başlady we bu döwür Onuň dogulyşy bilen bellenipdi. 1798-nji ýyldaky ahyrzaman döwri, göni manydaky Ysraýylyň göni manydaky Wawilonda ýetmiş ýyllyk ýesirliginiň soňy bilen nusgalaşdyryldy. Şonuň üçin, Daniel on birinji babyň ikinji aýaty Dariýus bilen başlanýar, çünki Dariýus Wawilonyň ýykylmagy bilen patyşalyk etmäge başlady. 1989 ýyl kyrkynjy aýatda ahyrzaman döwrüdir, Daniel on birinji babyň ikinji aýaty hem ahyrzaman döwrüdir, we Mesihiň taýýarlygynyň otuz ýyly “ahyrzaman döwründe” başlady. Bu dört çyzygyň üçüsinde “ahyrzaman döwri” başlangyç bellik hökmünde aňsatlyk bilen kesgitlenýär.</w:t>
      </w:r>
    </w:p>
    <w:p>
      <w:pPr>
        <w:pStyle w:val="ArticleBody"/>
        <w:jc w:val="left"/>
      </w:pPr>
      <w:r>
        <w:rPr>
          <w:rFonts w:ascii="Times New Roman" w:hAnsi="Times New Roman" w:eastAsia="Times New Roman" w:cs="Times New Roman"/>
        </w:rPr>
        <w:t>Birinji perişdäniň hereketindäki we üçünji perişdäniň hereketindäki iki ýüz ýigrimi ýyldan ybarat iki hatar, iki ýüz ýigrimini adamzat bilen ylahylygyň arasyndaky baglanyşygyň nyşany hökmünde kesgitleýär. 1776-njy ýylda başlanan iki ýüz ýigrimi ýyllyk bu nyşanly baglanyşygyň başlangyjy 1996-njy ýyla alyp bardy.</w:t>
      </w:r>
    </w:p>
    <w:p>
      <w:pPr>
        <w:pStyle w:val="ArticleBody"/>
        <w:jc w:val="left"/>
      </w:pPr>
      <w:r>
        <w:rPr>
          <w:rFonts w:ascii="Times New Roman" w:hAnsi="Times New Roman" w:eastAsia="Times New Roman" w:cs="Times New Roman"/>
        </w:rPr>
        <w:t>Şol döwür Millerçi taryhynda 1611-den 1831-e çenli bolan iki ýüz ýigrimi ýyl bilen nyşanlandyryldy. 1776-njy ýylda Garaşsyzlyk Jarnamasyndan başlap, ýer ýyrtyjysynyň Mukaddes Kitap pygamberliginiň altynjy patyşalygy hökmünde tagta çykan 1798-nji ýyla çenli bolan döwür, 1996-njy ýylda tamamlanan şol iki ýüz ýigrimi ýylyň içindäki üç ýolbelginiň ilkinji ikisini aňladýar.</w:t>
      </w:r>
    </w:p>
    <w:p>
      <w:pPr>
        <w:pStyle w:val="ArticleBody"/>
        <w:jc w:val="left"/>
      </w:pPr>
      <w:r>
        <w:rPr>
          <w:rFonts w:ascii="Times New Roman" w:hAnsi="Times New Roman" w:eastAsia="Times New Roman" w:cs="Times New Roman"/>
        </w:rPr>
        <w:t>1776-njy ýyldan 1798-nji ýyla çenli bolan döwür Mukaddes Kitap pygamberliginiň altynjy şalygynyň güýçlendirilmegine alyp barýan döwri aňladýar, şonuň üçin hem ol Mesihiň we antihristiň otuz ýyllyk taýýarlyk döwri bilen gabat gelýär. Ýerden çykan haýwanyň güýçlendirilmeginden öňki döwür, ýedidendir emma sekizinji haýwan bolan üç esse birleşigiň güýçlendirilmeginden öňki döwri aňladýar. Ýedidendir emma sekizinji haýwan bolan bu sekizinji haýwan, dünýäni dolandyrýan papalygyň ikinji we soňky ýüze çykyşydyr. Papalygyň dünýäni dolandyrmagynyň ilkinji ýüze çykyşynda otuz ýyllyk taýýarlyk döwri bardy.</w:t>
      </w:r>
    </w:p>
    <w:p>
      <w:pPr>
        <w:pStyle w:val="ArticleBody"/>
        <w:jc w:val="left"/>
      </w:pPr>
      <w:r>
        <w:rPr>
          <w:rFonts w:ascii="Times New Roman" w:hAnsi="Times New Roman" w:eastAsia="Times New Roman" w:cs="Times New Roman"/>
        </w:rPr>
        <w:t>Setir-setir boýunça, 1989-njy ýylyň taryhyndan Ýekşenbe kanunyna çenli; 538-e alyp baran otuz ýylyň taryhy; Mesihiň çokundyrylmagyna alyp baran otuz ýylyň taryhy; Daniýel on birinji babyň ikinji aýatynyň taryhy, Ronald Reýgandan başlap Ýekşenbe kanunyna çenli; hem-de 1776-njy ýyldan 1798-nji ýyla çenli bolan taryh — bularyň hemmesi ahyrky günlerde şol bir taryhy aňladýar. Bu hakykat babatda aýdyň bolmak örän zerurdyr, çünki 1776-njy ýyldan başlap 1798-nji ýyla çenli bolan taryh ähli setirleri bir ýere jemläp, olary aýdyňlyga getirýän setirdir.</w:t>
      </w:r>
    </w:p>
    <w:p>
      <w:pPr>
        <w:pStyle w:val="ArticleBody"/>
        <w:jc w:val="left"/>
      </w:pPr>
      <w:r>
        <w:rPr>
          <w:rFonts w:ascii="Times New Roman" w:hAnsi="Times New Roman" w:eastAsia="Times New Roman" w:cs="Times New Roman"/>
        </w:rPr>
        <w:t>Ylhamatçylyk taryhynyň şol ugrunda, ýagny Ylham kitaby on üçünji bapdaky ýer haýwanynyň ýapylyş taryhy bolan şol döwürde, Hudaýyň halkyna hakyky protestantçylygyň şahy arkaly görkezilen içki bir ugur bar, şeýle hem respublikançylygyň şahy arkaly görkezilen daşky bir ugur bar. Her iki şahda-da pygamberlik tarapyndan beýan edilýän iki gatly göreş we jedel bar. Biz 1989-njy ýyldan Ýekşenbe kanunyna çenli bolan taryhda ýüze çykýan aždarhanyň, haýwanyň, ýalan pygamberiň we Yslamyň ylhamatçylykly böleklerini kesgitläp gelýäris.</w:t>
      </w:r>
    </w:p>
    <w:p>
      <w:pPr>
        <w:pStyle w:val="ArticleBody"/>
        <w:jc w:val="left"/>
      </w:pPr>
      <w:r>
        <w:rPr>
          <w:rFonts w:ascii="Times New Roman" w:hAnsi="Times New Roman" w:eastAsia="Times New Roman" w:cs="Times New Roman"/>
        </w:rPr>
        <w:t>Aždarhanyň pygamberlik häsiýeti şudur: ol ýalanlaryň atasydyr, ol ganhordyr, we gökde nähili bolan bolsa, ýerde-de gizlin dildüwşükleriň ýolbaşçysydyr. Onuň dini spiritizmdir. Ol häzirki döwürde “hukuk urşy” diýlip atlandyrylýan zadyň baş göreşijisidir; ol mukaddes däl aklawjydyr, doganlarymyzyň aýyplaýjysydyr, edil gökdäki kazyýetde Eýýubyň boýun bolşy we imany barada jedelleşişi ýaly, Musanyň jesedi barada jedelleşende bolşy ýaly, we şeýle hem Zekerýa kitabynyň üçünji babynda Ýeşuwanyň hapaly egin-eşiklerini çykarmak baradaky Mesihiň işine garşy jedelleşişi ýaly. Patyşalyklara höküm sürýän hem şol, özüni Hudaý hökmünde ýokary galdyrýan hem şoldur.</w:t>
      </w:r>
    </w:p>
    <w:p>
      <w:pPr>
        <w:pStyle w:val="ArticleBody"/>
        <w:jc w:val="left"/>
      </w:pPr>
      <w:r>
        <w:rPr>
          <w:rFonts w:ascii="Times New Roman" w:hAnsi="Times New Roman" w:eastAsia="Times New Roman" w:cs="Times New Roman"/>
        </w:rPr>
        <w:t>Ýyrtyjynyň dini Katoliklikdir, ol hem öz yzyna eýerijileri Hudaýyň Sözüniň üstünde boýun egilmeli diýip ynandyrýan däp-dessurlar we adatlar arkaly dünýäni aldawa salýan aýaldyr. Ol dünýäni öz jadygöýlükleri arkaly aldawa salýar; Ylham kitaby, on sekizinji bap, ýigrimi üçünji aýatda bu söz grekçe pharmakeia bolup, manysy “dermanlardyr”. Ol ýer ýüzüniň patyşalary bilen zyna edýän şol aýaldyr. Ol öli bolupdy, emma ýene-de ýaşaýan Şol Biriniň galp meňzeşidir. Ol unudylýan, soňra ýatlanýan, hem-de ýediden bolan sekizinjidir. Ol Amerikanyň Birleşen Ştatlarynyň hem keşbini ýasaýan, hem-de keşbine öwrülýän şol ýyrtyjydyr.</w:t>
      </w:r>
    </w:p>
    <w:p>
      <w:pPr>
        <w:pStyle w:val="ArticleBody"/>
        <w:jc w:val="left"/>
      </w:pPr>
      <w:r>
        <w:rPr>
          <w:rFonts w:ascii="Times New Roman" w:hAnsi="Times New Roman" w:eastAsia="Times New Roman" w:cs="Times New Roman"/>
        </w:rPr>
        <w:t>Ýalançy pygamber Hudaýyň Sözüniň inkär edýän zadyna özüni deňeýän mürtede öwrülen Protestantizmdir; Hudaýyň Sözüni inkär edýändigi sebäpli hem, Hudaýyň Sözüniň üpjün edýän güýjünden mahrumdyr. Hudaýyň Sözüniň güýji bolmazdan, özüni henizem ulumsylyk bilen Hudaýyň halky diýip atlandyrýan bir buthana ýa-da bir halk, Hudaýyň işini ýerine ýetirýän ýaly görünmek üçin raýat häkimiýetine daýanmaga mantyk taýdan mejbur bolýar. Mürtede öwrülen Protestantizm Izebel we Hirodiýa üçin aldawly tansy ýerine ýetirýän Bagalyň we Aştarotyň pygamberleridir, olar hem Hirodiýanyň gyzy Salomedir.</w:t>
      </w:r>
    </w:p>
    <w:p>
      <w:pPr>
        <w:pStyle w:val="ArticleBody"/>
        <w:jc w:val="left"/>
      </w:pPr>
      <w:r>
        <w:rPr>
          <w:rFonts w:ascii="Times New Roman" w:hAnsi="Times New Roman" w:eastAsia="Times New Roman" w:cs="Times New Roman"/>
        </w:rPr>
        <w:t>Bu üç güýç üç taraplaýyn birleşige gelýärler, emma hakykatda biri-birini ýigrenýärler. Olaryň özara garşylykdadygy baradaky hakykata düşünmezden, on patyşanyň (Birleşen Milletler Guramasy) nädip papalyga öz patyşalygyny bermäge razy boljakdygyna, şol bir bapda bolsa onuň etini iýip, ony ot bilen ýakjakdygyna düşünmek mümkin däldir. Bu güýçleriň arasyndaky garşylyk Hudaýyň pygamberlik boýunça okuwçylaryna öwredilmelidir.</w:t>
      </w:r>
    </w:p>
    <w:p>
      <w:pPr>
        <w:pStyle w:val="ArticleBody"/>
        <w:jc w:val="left"/>
      </w:pPr>
      <w:r>
        <w:rPr>
          <w:rFonts w:ascii="Times New Roman" w:hAnsi="Times New Roman" w:eastAsia="Times New Roman" w:cs="Times New Roman"/>
        </w:rPr>
        <w:t>Yslam ýedinji surnaýdyr, we üçünji hasrat hökmünde ol Hudaýyň häzirki zaman Wawilonyň üstüne höküm getirmek üçin ulanýan höküm guralydyr; edil birinji dört surnaýyň günbatar butparaz Rimiň üstüne höküm getirişi ýaly, bäşinji we altynjy surnaýlar hem papalyk Rimiň we gündogar butparaz Rimiň üstüne höküm getirdi.</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“Şu aýratyn gyzyklanma döwründe, Hudaýyň sürüsiniň goragçylary halka ruhy güýçleriň dawada durandygyny öwretmelidirler. Häzir dini dünýäde bar bolan duýgynyň şeýle güýçli dartgynlylygyny döredýän adamzat däldir. Şeýtanyň ruhy sinagogasyndan gelýän bir güýç dünýäniň dini unsurlaryna täsir edip, adamlary Şeýtanyň gazanan artykmaçlyklaryny öňe sürmek üçin aýgytly herekete turuzýar; munuň üçin ol dini dünýäni Hudaýyň Sözüni özlerine ýolgösteriji hem-de taglymatyň ýeke-täk binýady edýänlere garşy ymykly söweşe alyp barýar. Şeýtan häzir öz elinden gelýän her bir ýörelgäni we her bir güýji ýygnamak üçin ussatlyk bilen tagalla edýär, Ýehowanyň kanunynyň baglaýjy talaplaryna, aýratyn-da asmanlaryň we ýeriň Ýaradanynyň kimdigini kesgitleýän dördünji tabşyryga garşy çykmak üçin.”</w:t>
      </w:r>
    </w:p>
    <w:p>
      <w:pPr>
        <w:pStyle w:val="ArticleScripture"/>
        <w:jc w:val="left"/>
      </w:pPr>
      <w:r>
        <w:rPr>
          <w:rFonts w:ascii="Times New Roman" w:hAnsi="Times New Roman" w:eastAsia="Times New Roman" w:cs="Times New Roman"/>
        </w:rPr>
        <w:t>“Günä adamy wagtlary we kanunlary üýtgetmegi maksat edinipdir; ýöne muny başardymy? Ine, beýik mesele şu. Rim we onuň günä käsesinden içen ähli ybadathanalar, wagtlary we kanunlary üýtgetmegi maksat edinip, özlerini Hudaýdan ýokarda beýgeldipdirler we Hudaýyň beýik ýadygärligi bolan ýedinji günüň Sabatyny ýykyşdyrypdyrlar. Sabat dünýäni alty günde ýaratmakda Hudaýyň güýjüni, hem-de ýedinji günde Onuň dynç alşyny aňladyp durmalydy. ‘Şonuň üçin Ol Sabat gününi mübärekledi we ony mukaddes etdi,’ sebäbi şol günde Hudaýyň ýaradyp emele getiren ähli işlerinden Ol dynç alypdy. Beýik aldawçynyň ussatlyk bilen alyp barýan işiniň maksady Hudaýyň ornuny tutmak boldy. Wagtlary we kanunlary üýtgetmek ugrunda edýän tagallalarynda ol Hudaýa garşy we Ondan ýokarda duran bir güýji saklap galmak üçin işleýärdi.”</w:t>
      </w:r>
    </w:p>
    <w:p>
      <w:pPr>
        <w:pStyle w:val="ArticleScripture"/>
        <w:jc w:val="left"/>
      </w:pPr>
      <w:r>
        <w:rPr>
          <w:rFonts w:ascii="Times New Roman" w:hAnsi="Times New Roman" w:eastAsia="Times New Roman" w:cs="Times New Roman"/>
        </w:rPr>
        <w:t>Ine, beýik mesele şu. Ine, biri-birine garşy duran iki beýik güýç bar: Hudaýyň Şazadasy Isany Mesih; we garaňkylygyň şazadasy şeýtan. Ine, açyk çaknyşyk başlanýar. Dünýäde diňe iki topar bar, we her bir ynsan bu iki baýdagyň biriniň astynda ýerleşer: garaňkylygyň şazadasynyň baýdagynyň astynda ýa-da Isany Mesihiň baýdagynyň astynda.</w:t>
      </w:r>
    </w:p>
    <w:p>
      <w:pPr>
        <w:pStyle w:val="ArticleScripture"/>
        <w:jc w:val="left"/>
      </w:pPr>
      <w:r>
        <w:rPr>
          <w:rFonts w:ascii="Times New Roman" w:hAnsi="Times New Roman" w:eastAsia="Times New Roman" w:cs="Times New Roman"/>
        </w:rPr>
        <w:t>Hudaý Özüne wepaly we hakyky çagalaryny Öz Ruhy bilen ylhamlandyrar. Mukaddes Ruh Hudaýyň wekilidir we biziň dünýä-mizde Rebbe degişli ammar üçin wepaly hem-de hakyky bolanlary daňylara baglap ýygnajak gudratly işleyji serişde bolar. Şeýtan hem güýçli işjeňlik bilen bugdaýyň arasyndan özüniň haşal otlaryny daňylara baglap ýygnap ýör.</w:t>
      </w:r>
    </w:p>
    <w:p>
      <w:pPr>
        <w:pStyle w:val="ArticleScripture"/>
        <w:jc w:val="left"/>
      </w:pPr>
      <w:r>
        <w:rPr>
          <w:rFonts w:ascii="Times New Roman" w:hAnsi="Times New Roman" w:eastAsia="Times New Roman" w:cs="Times New Roman"/>
        </w:rPr>
        <w:t>Mesih üçin her bir hakyky ilçiniň öwredişi häzirki wagtda iň bir çuňňur, örän jogapkärli meseledir. Biz şeýle bir söweşe gatnaşýarys welin, ol ähli ebedilik üçin gutarnykly çözgüt çykarylýança hiç haçan tamamlanmaz. Isa Mesihiň her bir şägirdi bize: «Çünki biz et bilen gana garşy göreşmeýäris, eýsem hökümdarlyklara garşy, ygtyýarlara garşy, bu dünýäniň garaňkylygynyň hökümdarlaryna garşy, ýokary ýerlerdäki ruhy erbetlige garşy göreşýäris» diýen sözüň ýatladylmagyna ýol bersin. Eý, bu çaknyşykda ebedi bähbitler gatnaşýar, şonuň üçin bu meseläni çözmek üçin ýüzleý iş hem, arzan tejribe hem bolmaly däldir. «Reb tagwa adamlary synagdan halas etmegi hem-de adalatsyzlary jezalandyrylmak üçin höküm gününe çenli saklamagy bilýär…. Güýçde we gudratda has uly bolan perişdeler hem olaryň garşysyna Rebbiň huzurynda töhmetli aýyplama getirmeýärler». General Conference Daily Bulletin, 4-nji mart,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Danyýl kitaby — ýüz otuzyň birinji sany</dc:title>
  <dc:subject>Amerikanyň Birleşen Ştatlarynyň pygamberlik geçişi: Altynjy patyşalykdan üç taraplaýyn bileleşige çenli</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