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Otuz Dört-nji San</w:t>
      </w:r>
    </w:p>
    <w:p>
      <w:pPr>
        <w:pStyle w:val="ArticleSubtitle"/>
        <w:jc w:val="left"/>
      </w:pPr>
      <w:r>
        <w:rPr>
          <w:rFonts w:ascii="Arial" w:hAnsi="Arial" w:eastAsia="Arial" w:cs="Arial"/>
        </w:rPr>
        <w:t>Pygamberlik Ylhamynyň Açylyşy: 2001-nji ýylyň 11-nji sentýabryndan Amerikanyň Birleşen Ştatlarynda golaýlaşýan Ýekşenbe Kanunyna çenli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2001-nji ýylyň 11-nji sentýabryndan başlap, Amerikanyň Birleşen Ştatlarynda ýakyn wagtda çykjak ýekşenbe kanunyna çenli bolan ýüz kyrk dört müňüň möhürleniş wagty, Hudaýyň Sözüniň her bir görnüşiniň soňky günlerde berjaý edilýän pygamberlik döwrüdir.</w:t>
      </w:r>
    </w:p>
    <w:p>
      <w:pPr>
        <w:pStyle w:val="ArticleScripture"/>
        <w:jc w:val="left"/>
      </w:pPr>
      <w:r>
        <w:rPr>
          <w:rFonts w:ascii="Times New Roman" w:hAnsi="Times New Roman" w:eastAsia="Times New Roman" w:cs="Times New Roman"/>
        </w:rPr>
        <w:t>Şonuň üçin olara aýt: Hökmürowan Reb şeýle diýýär: Men bu nakyly bes ederin, ony mundan beýläk Ysraýylda nakyl edip ulanmazlar; emma olara diý: Günler golaýlady, her bir görnüşiň amala aşmagy hem. Hezekiýel 12:23.</w:t>
      </w:r>
    </w:p>
    <w:p>
      <w:pPr>
        <w:pStyle w:val="ArticleBody"/>
        <w:jc w:val="left"/>
      </w:pPr>
      <w:r>
        <w:rPr>
          <w:rFonts w:ascii="Times New Roman" w:hAnsi="Times New Roman" w:eastAsia="Times New Roman" w:cs="Times New Roman"/>
        </w:rPr>
        <w:t>Şol hatarda üçünji perişde ýene gelýär, we şeýle etmek bilen, ol 1844-nji ýylyň 22-nji oktýabrynda üçünji perişdäniň 1863-nji ýylyň pitnesine çenli gelişi bilen şekillendirilýär. 1863-nji ýylyň pitnesi gadymy Ysraýylyň Kadeşdäki ilkinji pitnesi bilen şekillendirilipdi, şonuň üçin hem Gyzyl deňzi geçmekden başlap Kadeşdäki ilkinji pitnä çenli bolan ähli taryh bilen şekillendirilýär. Kadeşdäki ilkinji pitne Kadeşdäki ikinji pitnäniň öňden görkezmesi boldy, şonuň üçin Harunyň ölüminden Kadeşdäki ikinji pitnä çenli bolan hat möhürlenişiň hatarynda gaýtalanýar.</w:t>
      </w:r>
    </w:p>
    <w:p>
      <w:pPr>
        <w:pStyle w:val="ArticleBody"/>
        <w:jc w:val="left"/>
      </w:pPr>
      <w:r>
        <w:rPr>
          <w:rFonts w:ascii="Times New Roman" w:hAnsi="Times New Roman" w:eastAsia="Times New Roman" w:cs="Times New Roman"/>
        </w:rPr>
        <w:t>Bu ýagdaý 1840-njy ýyldan 1844-nji ýyla çenli bolan Milleritleriň taryhynda gaýtalanyp görkezilýär; ol, Mesiň çokundyrylmagyndan haça çenli bolan döwür bilen nusgalanypdy, we şol hem haçdan Stefanyň daşlanmagyna çenli bolan taryhy aňladýardy. Setir üstüne setir, gadymy pygamberleriň her biri öz ýaşan günlerinden-de has köp bu döwür hakynda sözläpdir.</w:t>
      </w:r>
    </w:p>
    <w:p>
      <w:pPr>
        <w:pStyle w:val="ArticleScripture"/>
        <w:jc w:val="left"/>
      </w:pPr>
      <w:r>
        <w:rPr>
          <w:rFonts w:ascii="Times New Roman" w:hAnsi="Times New Roman" w:eastAsia="Times New Roman" w:cs="Times New Roman"/>
        </w:rPr>
        <w:t>“Gadymy pygamberleriň her biri öz döwründen has-da biziň döwrümiz üçin sözläpdir, şonuň üçin olaryň pygamberlikleri biziň üçin güýjündedir. ‘Now all these things happened unto them for ensamples: and they are written for our admonition, upon whom the ends of the world are come.’ 1 Corinthians 10:11. ‘Not unto themselves, but unto us they did minister the things, which are now reported unto you by them that have preached the gospel unto you with the Holy Ghost sent down from heaven; which things the angels desire to look into.’ 1 Peter 1:12....”</w:t>
      </w:r>
    </w:p>
    <w:p>
      <w:pPr>
        <w:pStyle w:val="ArticleScripture"/>
        <w:jc w:val="left"/>
      </w:pPr>
      <w:r>
        <w:rPr>
          <w:rFonts w:ascii="Times New Roman" w:hAnsi="Times New Roman" w:eastAsia="Times New Roman" w:cs="Times New Roman"/>
        </w:rPr>
        <w:t>Mukaddes Kitap hazinelerini şu soňky nesil üçin ýygnap, bir ýere baglap goýandyr. Ähli beýik wakalar we Köne Äht taryhynyň ähli dabaraly amallary şu soňky günlerde ýygnakda gaýtalanyp gelipdir we gaýtalanyp durandyr. Selected Messages, book 3, 338, 339.</w:t>
      </w:r>
    </w:p>
    <w:p>
      <w:pPr>
        <w:pStyle w:val="ArticleBody"/>
        <w:jc w:val="left"/>
      </w:pPr>
      <w:r>
        <w:rPr>
          <w:rFonts w:ascii="Times New Roman" w:hAnsi="Times New Roman" w:eastAsia="Times New Roman" w:cs="Times New Roman"/>
        </w:rPr>
        <w:t>“Ahyrky nesil” Petiriň saýlanan neslidir; ol ýüz kyrk dört müňdir, olar 2001-nji ýylyň 11-nji sentýabryndan başlap, tizden geljek ýekşenbe kanunyna çenli saýlanyp alynýarlar; şol ýerde bolsa baýdak hökmünde ýokary galdyrylýarlar. Hudaýyň Sözüniň “ähli”, käbiri däl, eýsem “ähli beýik wakalary we dabaraly amallary” “soňky günleriň” “ybadathanasynyň” “ahyrky neslinde” “gaýtalanýar”. Möhürleniş setirinde Mukaddes Kitabyň ähli kitaplary birleşýär we tamamlanýar.</w:t>
      </w:r>
    </w:p>
    <w:p>
      <w:pPr>
        <w:pStyle w:val="ArticleScripture"/>
        <w:jc w:val="left"/>
      </w:pPr>
      <w:r>
        <w:rPr>
          <w:rFonts w:ascii="Times New Roman" w:hAnsi="Times New Roman" w:eastAsia="Times New Roman" w:cs="Times New Roman"/>
        </w:rPr>
        <w:t>“Ylhamda Mukaddes Kitabyň ähli kitaplary duşuşýar we tamam bolýar. Ine, bu ýerde Danyýel kitabynyň üstüni ýetirýän bölegi bar. Biri pygamberlikdir; beýlekisi ylhamdyr. Möhürlenen kitap Ylham däl-de, Danyýeliň pygamberliginiň ahyrky günlere degişli bolan şol bölegidir. Perişde şeýle buýurdy: ‘Emma sen, eý Danyýel, bu sözleri ýap we kitaby ahyrzamanyň wagtyna çenli möhürle.’ Danyýel 12:4.” Resullaryň işleri, 585.</w:t>
      </w:r>
    </w:p>
    <w:p>
      <w:pPr>
        <w:pStyle w:val="ArticleBody"/>
        <w:jc w:val="left"/>
      </w:pPr>
      <w:r>
        <w:rPr>
          <w:rFonts w:ascii="Times New Roman" w:hAnsi="Times New Roman" w:eastAsia="Times New Roman" w:cs="Times New Roman"/>
        </w:rPr>
        <w:t>Soňky günler bilen baglylykda “Daniýeliň pygamberliginiň açylan bölegi” Şinar ýurdunyň iki beýik derýasynyň — Ulaý bilen Hiddekeliň — boýunda Daniýele berlen görnüşlerdir. Ol görnüşler Daniýel kitabynyň sekizinji babynyň on üçünji we on dördünji aýatlaryny hem-de on birinji babynyň kyrkynjy aýatyndan kyrk bäşinji aýatyna çenli bolan bölegini aňladýar. Ýüz kyrk dört müňüň möhürleniş wagty — bu Mesihiň, asman Baş Ruhanysy hökmünde, ahyrky nesliň saýlananlaryny ylahy we ynsanlykdan ybarat bolan gatnaşyga ebedilik möhürleýän taryhydyr. Daniýel kitabynyň on birinji babynyň kyrkynjy aýaty, ajdarhanyň, haýwanyň we ýalan pygamberiň gatnaşyklaryny kesgitleýär; olar bilelikde indi dünýäni Armageddona alyp barýarlar; bu bolsa kyrkynjy aýatyň taryhynda Mukaddes Ýazgylaryň pygamberliginiň altynjy patyşalygy hökmünde höküm sürýän ýer ýüzündäki haýwanda bolan Respublikançylygyň şahynyň taryhy arkaly şekillendirilýär. Kyrkynjy aýat, şonuň ýaly-da, şol bir taryhda, 1798-nji ýyldan ýakynda geljek Ýekşenbe kanunyna çenli başlanýan Protestantlygyň şahynyň taryhyny kesgitleýän paýhaslylar bilen akmaklaryň arasyndaky bölünişigi hem görkezýär.</w:t>
      </w:r>
    </w:p>
    <w:p>
      <w:pPr>
        <w:pStyle w:val="ArticleBody"/>
        <w:jc w:val="left"/>
      </w:pPr>
      <w:r>
        <w:rPr>
          <w:rFonts w:ascii="Times New Roman" w:hAnsi="Times New Roman" w:eastAsia="Times New Roman" w:cs="Times New Roman"/>
        </w:rPr>
        <w:t>Mukaddes Kitabyň ähli kitaplary Ylham kitabynda “duşuşýar we tamamlanýar”, we olar duşuşanda, Ylham kitaby Daniel kitabyny “kämilleşdirýär”, “kämilleşdirmek” sözi bolsa kämillige ýetirmegi aňladýar. Ylham kitabynda şekillendirilişi ýaly, ýüz kyrk dört müňüň möhürleniş döwründe, ahyrky günlerde açylan Daniel pygamberlikleri, olar Ylham kitabynyň on sekizinji babynda şekillendirilen taryh çyzygynyň üstünde setir üstüne setir bolup bir ýere getirilende, kämillige ýetirilýär; bu bap birinji aýatyňdan üçünji aýatyna çenli bolan ses bilen başlanýar we dördünji aýatyň ikinji sesi bilen tamamlanýar.</w:t>
      </w:r>
    </w:p>
    <w:p>
      <w:pPr>
        <w:pStyle w:val="ArticleBody"/>
        <w:jc w:val="left"/>
      </w:pPr>
      <w:r>
        <w:rPr>
          <w:rFonts w:ascii="Times New Roman" w:hAnsi="Times New Roman" w:eastAsia="Times New Roman" w:cs="Times New Roman"/>
        </w:rPr>
        <w:t>Danyýl kitabynda Hiddekel derýasy bilen şekillendirilen pygamberlik görüşiniň kämilligi, mukaddes ýeri we goşuny aýak astyna salýan Hudaý halkynyň duşmanlarynyň daşky görüşiniň kämilligini aňladýar. Danyýl kitabynda Ulai derýasy bilen şekillendirilen pygamberlik görüşiniň kämilligi bolsa, Mesihiň ahyrky saýlanan nesliň üstünde ylahylygy ynsanlyk bilen birleşdirmek baradaky äht wadany ýerine ýetirende, Öz halkynyň içinde peýda bolýan içki görüşiniň kämilligini aňladýar.</w:t>
      </w:r>
    </w:p>
    <w:p>
      <w:pPr>
        <w:pStyle w:val="ArticleBody"/>
        <w:jc w:val="left"/>
      </w:pPr>
      <w:r>
        <w:rPr>
          <w:rFonts w:ascii="Times New Roman" w:hAnsi="Times New Roman" w:eastAsia="Times New Roman" w:cs="Times New Roman"/>
        </w:rPr>
        <w:t>Ýer haýwanynyň respublikan şahasyna gönükdirilen möhürlenişiň taryhy, 2001-nji ýylda ýer haýwanynyň “Patriot Act”-i aýtmagy bilen başlanýar we 1798-nji ýylyň “Alien and Sedition Acts” kanunlary bilen şekillendirilen şol aýdylşyň soňy bilen tamamlanýar; bu bolsa, Ylham kitabynyň on üçünji babynda ýer haýwanynyň aždarha ýaly geplemegi hökmünde görkezilýär. 1798-nji ýylyň “Alien and Sedition Acts” kanunlary 1776-njy ýylda Garaşsyzlyk Jarnamasynyň yglan edilmegi bilen başlanan bir çyzygyň soňuny aňladýar. Şol pygamberlik taryhynyň döwrüniň ortasynda ýer haýwany 1789-njy ýylda Konstitusiýany güýje girizip gepledi.</w:t>
      </w:r>
    </w:p>
    <w:p>
      <w:pPr>
        <w:pStyle w:val="ArticleBody"/>
        <w:jc w:val="left"/>
      </w:pPr>
      <w:r>
        <w:rPr>
          <w:rFonts w:ascii="Times New Roman" w:hAnsi="Times New Roman" w:eastAsia="Times New Roman" w:cs="Times New Roman"/>
        </w:rPr>
        <w:t>1776-njy ýylyň sözlenişi Patriot Aktynyň sözlenişi bilen gabat gelýär, hem-de Alien and Sedition Acts ABŞ-da tizden geljek ýekşenbe kanunyny aňladýar. Şol taryhyň ortasynda 1789 bilen gabat gelýän başga bir sözleniş hem bolmalydyr. Ylham kitabynyň on sekizinji baby, birinji aýatdan üçünji aýada çenli bolan ilkinji ses, Nýu-Ýork şäheriniň beýik binalary ýykylan wagtynda gelýändigi aýdyň görkezilýär. Dördünji aýatyň ikinji sesi hem, edil şonuň ýaly, tizden geljek ýekşenbe kanuny hökmünde aç-açan görkezilýär. Şol sesleriň ikisi-de ylahy seslerdir, çünki olaryň ikisi-de ýer ýüzüni Öz şöhraty bilen ýagtyltmaly perişdäniň sesidir; uýamyz White şol perişdäni Ylham kitabynyň on dördünji babyndaky birinji perişde diýip kesgitleýär. Isa ilkinji perişdedi, hem-de Ol her bir zadyň ahyryny onuň başlangyjy bilen hemişe şekillendirýär; şonuň üçin Ol ýer ýüzüni Öz şöhraty bilen ýagtyldýan perişde bolan üçünji perişde hem bolup durýar.</w:t>
      </w:r>
    </w:p>
    <w:p>
      <w:pPr>
        <w:pStyle w:val="ArticleBody"/>
        <w:jc w:val="left"/>
      </w:pPr>
      <w:r>
        <w:rPr>
          <w:rFonts w:ascii="Times New Roman" w:hAnsi="Times New Roman" w:eastAsia="Times New Roman" w:cs="Times New Roman"/>
        </w:rPr>
        <w:t>Birinji perişde, şeýle hem, Ylham kitabyň onunjy babynda 1840-njy ýylyň 11-nji awgustynda aşak inýän hökmünde suratlandyrylýar; şeýlelik bilen ol 2001-nji ýylyň 11-nji sentýabrynda perişdäniň aşak inişini öňünden alamatlandyrýar. Uýamyz Waýt onunjy bapda aşak inen perişdäniň “Isa Mesihiň Özünden pes bolmadyk Şahs” bolandygyny gönüden-göni aýdýar. Ylham kitabyň on sekizinji babyndaky birinji we ikinji sesler Mesihiň sesidir. Şol taryh 1776, 1789 we 1798-nji ýyllar arkaly alamatlandyrylýar; şol wagt ýer jandary üç gezek gepledi. Ylham kitabyň on sekizinji babyndaky iki sesiň arasynda eşidilýän Mesihiň sesi, Onuň Ylham kitabyň on birinji babynda gepleýän wagtydyr.</w:t>
      </w:r>
    </w:p>
    <w:p>
      <w:pPr>
        <w:pStyle w:val="ArticleScripture"/>
        <w:jc w:val="left"/>
      </w:pPr>
      <w:r>
        <w:rPr>
          <w:rFonts w:ascii="Times New Roman" w:hAnsi="Times New Roman" w:eastAsia="Times New Roman" w:cs="Times New Roman"/>
        </w:rPr>
        <w:t>Üç gün ýarymdan soňra, olara Hudaýdan ýaşaýyş Ruhy girdi, olar hem aýak üstüne galdylar; olary görenleriň üstüne uly gorky indi. Olar asmandan özlerine şeýle diýýän güýçli bir sesi eşitdiler: «Bärik ýokary çykyň». Şeýlelikde olar bulut içinde asmana galdylar; duşmanlary hem olary gördi. Ylham 11:11, 12.</w:t>
      </w:r>
    </w:p>
    <w:p>
      <w:pPr>
        <w:pStyle w:val="ArticleBody"/>
        <w:jc w:val="left"/>
      </w:pPr>
      <w:r>
        <w:rPr>
          <w:rFonts w:ascii="Times New Roman" w:hAnsi="Times New Roman" w:eastAsia="Times New Roman" w:cs="Times New Roman"/>
        </w:rPr>
        <w:t>2023-nji ýylyň iýul aýynda gökden gelen bir ses (Mesihiň sesi) düýpsüz çuňlukdan çykan ateistik aždarha tarapyndan köçelerde öldürilen iki şaýady galdyryp başlady. Şol pursatda Amerikanyň Birleşen Ştatlarynyň Konstitusiýasy bilen baglanyşykly meseleler pygamberlik temasy boldy, çünki 1798 bilen şekillendirilýän indiki sesde Konstitusiýa doly agdarylar. 1776, 1789 we 1798-nji ýyllaryň üç ýolbelgisi hem 2001-nji ýylyň 11-nji sentýabry, 2023-nji ýylyň iýul aýy we tiz wagtda geljek Ýekşenbe kanuny hökmünde bellenen üç ylahy sese gabat gelýär.</w:t>
      </w:r>
    </w:p>
    <w:p>
      <w:pPr>
        <w:pStyle w:val="ArticleBody"/>
        <w:jc w:val="left"/>
      </w:pPr>
      <w:r>
        <w:rPr>
          <w:rFonts w:ascii="Times New Roman" w:hAnsi="Times New Roman" w:eastAsia="Times New Roman" w:cs="Times New Roman"/>
        </w:rPr>
        <w:t>Şol üç ädim üçünji waýyň üç ädimi bilen gabat gelýär; olar 2001-nji ýylyň 11-nji sentýabry, 2023-nji ýylyň 7-nji oktýabry we ýakyn wagtda geljek Ýekşenbe kanuny bilen aňladylýar; şol wagt üçünji Waý bolan ýedinji surnaý “beýik ýer titremäniň” sagadynda duýdansyz gelip ýetýär. 2023-nji ýylda ýer haýwanynyň iki şahynyň hem geçiş döwri başlandy; bu Nebukadnesaryň gizlin şekil düýşi arkaly görkezildi. Ikinji babyndaky Nebukadnesaryň düýşi diňe Hudaýyň açyp biljek syrydy, we Ol ony diňe Danieliň birinji babynda görkezilen ilkinji synagdan geçenlere açdy.</w:t>
      </w:r>
    </w:p>
    <w:p>
      <w:pPr>
        <w:pStyle w:val="ArticleBody"/>
        <w:jc w:val="left"/>
      </w:pPr>
      <w:r>
        <w:rPr>
          <w:rFonts w:ascii="Times New Roman" w:hAnsi="Times New Roman" w:eastAsia="Times New Roman" w:cs="Times New Roman"/>
        </w:rPr>
        <w:t>Birinji bapdaky ilkinji synagdan geçen Danyýel bilen üç ýigit, asman iýmitini iýmegi saýlap, Wawilonyň berhizini ret edenlerdi. Olar, Ylham kitaby onunjy bapda Ýahýa tarapyndan görkezilen, perişdäniň elindäki kiçi kitaby — ol bolsa Isa Mesihiň Özünden pes bolmadyk şahsyýetdir — alyp, onuň içindäki habary iýenlerdir. Olar, Ýahýanyň altynjy babynda asman mannasynyň tenini iýmegi we ganyny içmegi saýlanlardyr; beýleki topar bolsa muny ret edip, soň Mesihden ýüz öwrüp, ALTYNJY bap, ALTMIŞ ALTYNJY aýatda aýdylyşy ýaly, indi hiç haçan Onuň bilen ýöremediler.</w:t>
      </w:r>
    </w:p>
    <w:p>
      <w:pPr>
        <w:pStyle w:val="ArticleBody"/>
        <w:jc w:val="left"/>
      </w:pPr>
      <w:r>
        <w:rPr>
          <w:rFonts w:ascii="Times New Roman" w:hAnsi="Times New Roman" w:eastAsia="Times New Roman" w:cs="Times New Roman"/>
        </w:rPr>
        <w:t>Şol setirde Mesih Galileýada öwredýärdi; Galileýa bolsa “ilteşik” ýa-da “öwrülişik nokady” diýmekdir. Ol ýerde Ol asmandan gelen mannanyň habaryny beýan etdi; şägirtleriniň ondan iýmelidikleri ýalydy, edil Ýahýanyň Ylham kitabynyň onunjy babynda iýşi ýaly, Ezekieliň üçünji babynda iýşi ýaly we Ýeremiýanyň on bäşinji babynda iýşi ýaly. Ýahýanyň Ylham kitabynyň onunjy babynda, onuň kiçi kitaby iýen wagtynda görkezýän taryhy, 1840-dan 1844-e çenli Mileritleriň taryhyny aňladýardy; emma ol Mileritleriň taryhyndan has göni görnüşde ýüz kyrk dört müň adamyň möhürleniş döwrüni aňladýardy. Bu, Ýahýa kiçi kitaby iýmek tabşyrylanda oňa berlen görkezmeler arkaly şol babyň özünde aýdyň görünýär.</w:t>
      </w:r>
    </w:p>
    <w:p>
      <w:pPr>
        <w:pStyle w:val="ArticleScripture"/>
        <w:jc w:val="left"/>
      </w:pPr>
      <w:r>
        <w:rPr>
          <w:rFonts w:ascii="Times New Roman" w:hAnsi="Times New Roman" w:eastAsia="Times New Roman" w:cs="Times New Roman"/>
        </w:rPr>
        <w:t>Men perişdäniň ýanyna baryp, oňa: «Şol kiçijik kitaby maňa ber», diýdim. Ol maňa: «Al-da, ony iýip goýber; ol seniň garnyňy ajy eder, emma agzyňda bal dek süýji bolar» diýdi. Ylham 10:9.</w:t>
      </w:r>
    </w:p>
    <w:p>
      <w:pPr>
        <w:pStyle w:val="ArticleBody"/>
        <w:jc w:val="left"/>
      </w:pPr>
      <w:r>
        <w:rPr>
          <w:rFonts w:ascii="Times New Roman" w:hAnsi="Times New Roman" w:eastAsia="Times New Roman" w:cs="Times New Roman"/>
        </w:rPr>
        <w:t>Bu aýatda Ýohanna kiçi kitaby alyp iýmezinden ozal, onuň iýen habarynyň nähili bir tejribe döretjekdigi öňünden aýdyldy. Millerçiler özleriniň pygamberlik taryhynyň hataryndaky Ýohannanyň alamatlaýyn beýan eden zadynyň taryhy taýdan amala aşýan döwründe şol ajy-süýji tejribeleri öňünden düşünmediler. Emma ýüz kyrk dört müňlere bu öňünden habar berildi, we olar muny bilmäge borçludyrlar. Ýohanna birinji perişdäniň hereketiniň taryhyny bolsun ýa-da üçünji perişdäniň taryhyny bolsun beýan edeninde, habar iki topar ybadat edijini emele getirýär, soňra bolsa ajy lapykeçlik bilen tamamlanýar. Ýeremiýa kiçi kitaby iýende, ondan soň “masgaralaýjylaryň jemagaty” bilen gatnaşmakdan ýüz öwürdi.</w:t>
      </w:r>
    </w:p>
    <w:p>
      <w:pPr>
        <w:pStyle w:val="ArticleScripture"/>
        <w:jc w:val="left"/>
      </w:pPr>
      <w:r>
        <w:rPr>
          <w:rFonts w:ascii="Times New Roman" w:hAnsi="Times New Roman" w:eastAsia="Times New Roman" w:cs="Times New Roman"/>
        </w:rPr>
        <w:t>Men ýaňsylaýjylaryň ýygnagynda oturmadym, ne-de şatlandym; eliň sebäpli men ýalňyz oturdym, çünki Sen meni gaharlanma bilen doldurdyň. Ýermeýa 15:17.</w:t>
      </w:r>
    </w:p>
    <w:p>
      <w:pPr>
        <w:pStyle w:val="ArticleBody"/>
        <w:jc w:val="left"/>
      </w:pPr>
      <w:r>
        <w:rPr>
          <w:rFonts w:ascii="Times New Roman" w:hAnsi="Times New Roman" w:eastAsia="Times New Roman" w:cs="Times New Roman"/>
        </w:rPr>
        <w:t>Hezekil kiçi kitaby iýende, oňa diňlemejek Ysraýyl öýüniň pitneçi halkyna habary ýetirmek buýruldy.</w:t>
      </w:r>
    </w:p>
    <w:p>
      <w:pPr>
        <w:pStyle w:val="ArticleScripture"/>
        <w:jc w:val="left"/>
      </w:pPr>
      <w:r>
        <w:rPr>
          <w:rFonts w:ascii="Times New Roman" w:hAnsi="Times New Roman" w:eastAsia="Times New Roman" w:cs="Times New Roman"/>
        </w:rPr>
        <w:t>Ol maňa şeýle diýdi: Ynsan ogly, tapan zadyňy iý; şu tomary iý-de, gidip, Ysraýyl öýüne sözle.... Emma Ysraýyl öýi saňa gulak asmaz; çünki olar maňa gulak asmazlar: çünki bütin Ysraýyl öýi ýüzsüz we gatyyürekdir. Hezekiýel 3:1,7.</w:t>
      </w:r>
    </w:p>
    <w:p>
      <w:pPr>
        <w:pStyle w:val="ArticleBody"/>
        <w:jc w:val="left"/>
      </w:pPr>
      <w:r>
        <w:rPr>
          <w:rFonts w:ascii="Times New Roman" w:hAnsi="Times New Roman" w:eastAsia="Times New Roman" w:cs="Times New Roman"/>
        </w:rPr>
        <w:t>Mesih gökdäki nany, ýagny Öz tenini we Öz ganyny, Jeliledäki öz öý ýygnagyna hödürläninde, ýüz öwren topar indi Onuň bilen gaýtadan hiç haçan ýöremedi; munuň ALTYNJY bapda, ALTMIŞ ALTYNJY aýatda ýüze çykandygy bolsa, iýmegiň perişdäniň inmeginden başlanýan üç basgançakly synag işiniň ilkinjisidigini görkezýär. Ikinji synag bolsa, iki toparyň aýan edilýän ýeridir: bolsun bu Ýezekiliň ýüregi gatap giden Ysraýyl öýi bilen garşylykly goýluşy, ýa-da Adventizmiň hem başlangyjyndaky, hem ahyryndaky akylly we akylsyz gyzlaryň garşylykly ýagdaýy, ýa-da Ýeremiýanyň masgaralaýjylaryň ýygnagy bilen garşylykly goýluşy, ýa-da Daniel bilen üç wepadaryň Danieliň ikinji babyndaky Wawilonyň akyldarlary bilen garşylykly goýluşy.</w:t>
      </w:r>
    </w:p>
    <w:p>
      <w:pPr>
        <w:pStyle w:val="ArticleBody"/>
        <w:jc w:val="left"/>
      </w:pPr>
      <w:r>
        <w:rPr>
          <w:rFonts w:ascii="Times New Roman" w:hAnsi="Times New Roman" w:eastAsia="Times New Roman" w:cs="Times New Roman"/>
        </w:rPr>
        <w:t>Ýahýanyň altynjy bapdaky hatarda, Jelile gelinmegi 2001-nji ýylyň 11-nji sentýabrydyr. Eti iýmek we gany içmek baradaky habar ahyrsoňy tizden güýje girjek Ýekşenbe kanunyna alyp barýan taryhdyr. Birinji bapda Danyýel we onuň bilen bolan üç hormatlanan ýaş ýigit arkaly görkezilişi ýaly, “Adam näme iýse, şoldur”; hem-de Ýahýanyň altynjy babynda Mesihiň etini iýmegi we Onuň ganyny içmegi saýlanlar, iýen zadynyň keşbine öwrüldiler. Olar Mesihiň keşbine öwrüldiler, emma yzyna dolanyp, Mesih bilen indi ýöremeýän beýleki synp bolsa wagşy haýwanyň keşbini ýüze çykardy. Bir synp Ýaradanyň keşbi boldy, beýlekisi bolsa ýaradylyşyň keşbi. Ýahýanyň altynjy baby 2001-nji ýylyň 11-nji sentýabryna “Jelile” sözüniň manysyny hem goşýar, çünki onuň manysy “şeñňil”dir; şeýlelikde, bu şägirtler üçin öwrülişik nokadyny belleýär. Olar asman iýmitine tarap öwrülermidiler ýa-da Wawilonyň iýmitine? Pygamberlikdäki öwrülişik nokatlarynda Mesih, 2001-nji ýylda Ýere Onuň şöhraty bilen ýagtylyk berlişi ýaly, indiki döwür üçin nury äşgär edýär.</w:t>
      </w:r>
    </w:p>
    <w:p>
      <w:pPr>
        <w:pStyle w:val="ArticleScripture"/>
        <w:jc w:val="left"/>
      </w:pPr>
      <w:r>
        <w:rPr>
          <w:rFonts w:ascii="Times New Roman" w:hAnsi="Times New Roman" w:eastAsia="Times New Roman" w:cs="Times New Roman"/>
        </w:rPr>
        <w:t>Geçmişiň taryhyndan öwrenilmeli sapaklar bar; we hemmeleriň Hudaýyň häzir hem hemişe edişi ýaly şol bir ugurlar boýunça işleýändigine düşünmegi üçin üns şolara çekilýär. Onuň eli Öz işinde-de, milletleriň arasynda-da häzir hem, Hoş Habaryň ilkinji gezek Edende Adama wagyz edilen gününden bäri nähili görnüp gelen bolsa, edil şonuň ýaly görünýär.</w:t>
      </w:r>
    </w:p>
    <w:p>
      <w:pPr>
        <w:pStyle w:val="ArticleScripture"/>
        <w:jc w:val="left"/>
      </w:pPr>
      <w:r>
        <w:rPr>
          <w:rFonts w:ascii="Times New Roman" w:hAnsi="Times New Roman" w:eastAsia="Times New Roman" w:cs="Times New Roman"/>
        </w:rPr>
        <w:t>“Milletleriň we ybadathananyň taryhynda öwrülişik pursatlary bolan döwürler bar. Hudaýyň ylahy idaresinde, bu dürli çökgünlikli ýagdaýlar ýetip gelende, şol wagt üçin zerur nur berilýär. Eger ol kabul edilse, ruhy ösüş bolýar; eger ol ret edilse, onuň yz ýanyndan ruhy pese gaçyş we heläkçilik gelýär. Reb Öz Sözüniň üsti bilen geçmişde alnyp barlan we geljekde-de, hatda jemleýji çaknyşyga çenli, Şeýtanyň güýçleriniň özleriniň iň soňky haýran galdyryjy hereketini etjek wagtyna çenli dowam etjek hoş habaryň öňe ilerlediji işini açyp görkezdi.” Bible Echo, August 26, 1895.</w:t>
      </w:r>
    </w:p>
    <w:p>
      <w:pPr>
        <w:pStyle w:val="ArticleBody"/>
        <w:jc w:val="left"/>
      </w:pPr>
      <w:r>
        <w:rPr>
          <w:rFonts w:ascii="Times New Roman" w:hAnsi="Times New Roman" w:eastAsia="Times New Roman" w:cs="Times New Roman"/>
        </w:rPr>
        <w:t>Hudaý hemişe geçmiş taryhyň şol bir ugurlary boýunça işleýär we Ol hiç wagt üýtgemeýär. “Öwrülişik nokatlary” (Galileýa) bar, olar “krizislerdir”, we şol “öwrülişik nokatlarynda” “şol wagt üçin ýagtylyk berilýär.” Bir ýüz kyrk dört müňüň möhürleniş döwri üçin bolan ýagtylyk 2001-nji ýylyň 11-nji sentýabrynda başlanan krizisde berildi. Eger şol ýagtylyk “kabul edilse, ruhy ösüş bolýar; eger ol ret edilse, ruhy pese gaçyş we heläkçilik onuň yzyna düşýär.” Ýagtylyk ybadat edýänleriň iki synpyny emele getirýär. Öwrülişik nokadynyň yzyna düşýän ýagtylyk, ybadat edýänleriň iki synpyny emele getirýän habary aňladýar.</w:t>
      </w:r>
    </w:p>
    <w:p>
      <w:pPr>
        <w:pStyle w:val="ArticleBody"/>
        <w:jc w:val="left"/>
      </w:pPr>
      <w:r>
        <w:rPr>
          <w:rFonts w:ascii="Times New Roman" w:hAnsi="Times New Roman" w:eastAsia="Times New Roman" w:cs="Times New Roman"/>
        </w:rPr>
        <w:t>Danyýel kitabynyň ikinji baby birinji bapdaky iýmit synagyndan soň gelýän ikinji synagy görkezýär. Danyýeliň birinji babynyň birinji aýatynda Ýahuda ýaňy Nebukadnesar tarapyndan basylyp alnypdy; şeýlelikde ol Mukaddes Kitap pygamberliginiň ilkinji patyşalygy boldy. Bu hem milletleriň taryhynda, hem-de ybadathananyň taryhynda öwrülişik pursady bolupdy; bu uly bir krizisdi we şonda iýmit synagynyň nury berildi. Danyýel bilen üç wepadar bu synagdan geçdiler, soňra ikinji bapda hem olar ikinji synagdan geçenleri ýene-de aňlatdylar. Ikinji synag hiç bir adamyň, hatda Nebukadnesaryň özüň hem bilmeýän bir syr bilen bagly synagdy.</w:t>
      </w:r>
    </w:p>
    <w:p>
      <w:pPr>
        <w:pStyle w:val="ArticleBody"/>
        <w:jc w:val="left"/>
      </w:pPr>
      <w:r>
        <w:rPr>
          <w:rFonts w:ascii="Times New Roman" w:hAnsi="Times New Roman" w:eastAsia="Times New Roman" w:cs="Times New Roman"/>
        </w:rPr>
        <w:t>Synagyň nyşany Nebukadnesaryň düýşündäki heýkel boldy. Bu hiç kimiň bilmeýän bir heýkeli bilen baglanyşykly ýaşaýyş we ölüm synagy idi. Ol heýkel Mukaddes Kitap pygamberligindäki şalyklary tanadýardy, we Daniýeliň ýedinji hem-de sekizinji baplarynda Daniýeliň ikinji babyndaky şol bir şalyklar haýwanlar hökmünde görkezilýär. Nebukadnesaryň synagy “haýwanlaryň heýkeliniň” synagy boldy; bu bolsa ahyrky günlerde, ýüz kyrk dört müň adamyň möhürleniş döwründe bolup geçýär.</w:t>
      </w:r>
    </w:p>
    <w:p>
      <w:pPr>
        <w:pStyle w:val="ArticleBody"/>
        <w:jc w:val="left"/>
      </w:pPr>
      <w:r>
        <w:rPr>
          <w:rFonts w:ascii="Times New Roman" w:hAnsi="Times New Roman" w:eastAsia="Times New Roman" w:cs="Times New Roman"/>
        </w:rPr>
        <w:t>Soňky günlerde haýwanyň keşbiniň emele gelşi, Danyýel we üç wepaly ýigit arkaly şekillendirilen Hudaý halky üçin beýik synagdyr. Bu olaryň möhürlenmezinden öň geçmeli synagydyr; şonuň üçin bu, ýa Hudaýyň möhürini kabul edýän we Hudaýyň keşbini şöhlelendirýän bir topary, ýa-da haýwanyň möhürini kabul edýän we şonuň üçin haýwanyň keşbini şöhlelendirýän bir topary ýüze çykarýan möhürleme-synag habarydyr. Danyýel kitabyň ikinji babynda haýwanyň keşbi baradaky habar, ol durmuş bilen ölüm meselesine öwrülen taryha çenli möhürlenipdi. Nebukadnesaryň keşbine Milleritler dogry düşündiler, emma möhürleme taryhynda Nebukadnesaryň keşbi bilen baglanyşykly gizlin bir hakykat möhürden açylýar, ýöne diňe öwrülişik pursaty gelende iýilmelisi bolan habary kabul edenlere açylýar.</w:t>
      </w:r>
    </w:p>
    <w:p>
      <w:pPr>
        <w:pStyle w:val="ArticleBody"/>
        <w:jc w:val="left"/>
      </w:pPr>
      <w:r>
        <w:rPr>
          <w:rFonts w:ascii="Times New Roman" w:hAnsi="Times New Roman" w:eastAsia="Times New Roman" w:cs="Times New Roman"/>
        </w:rPr>
        <w:t>Şol iýmit, Ylham kitabynyň on sekizinji babyndaky perişde inip başlan soňky ýagşyň habarydyr, we soňky ýagşyň habary setir üstüne setir bolan usuldyr. Şol hakykaty iýmezden, haýwanyň şekiliniň emele gelşiniň gizlin habaryny görmek mümkin däldir.</w:t>
      </w:r>
    </w:p>
    <w:p>
      <w:pPr>
        <w:pStyle w:val="ArticleBody"/>
        <w:jc w:val="left"/>
      </w:pPr>
      <w:r>
        <w:rPr>
          <w:rFonts w:ascii="Times New Roman" w:hAnsi="Times New Roman" w:eastAsia="Times New Roman" w:cs="Times New Roman"/>
        </w:rPr>
        <w:t>Ellen Uaýta «haýwanyň keşbiniň synag möhleti ýapylmazdan ozal emele getiriljekdigi açyk görkezildi». Danieliň ikinji babyndaky haýwanyň keşbiniň emele gelşi baradaky habar, diňe «öwrülişik pursadynyň» yzyndan gelen taryhda, ýagtylyk şonda berlende görlen boljak keşbiň emele gelişini aňladýar. Häzir Nebukadnesaryň keşbi barada düşünilýäni, onuň diňe Mukaddes Kitap pygamberliginiň ilkinji dört patyşalygyny görkezmändigidir; ol sekiz patyşalygyň hemmesini görkezdi, we şol düşünje haýwan-keşbiniň täze bir emele gelişini ýüze çykarýar.</w:t>
      </w:r>
    </w:p>
    <w:p>
      <w:pPr>
        <w:pStyle w:val="ArticleBody"/>
        <w:jc w:val="left"/>
      </w:pPr>
      <w:r>
        <w:rPr>
          <w:rFonts w:ascii="Times New Roman" w:hAnsi="Times New Roman" w:eastAsia="Times New Roman" w:cs="Times New Roman"/>
        </w:rPr>
        <w:t>Şol hakykat sekizinji ýyrtyjynyň ýediden bolandygyny görkezýär, hem-de ilki bilen ýyrtyjynyň bir keşbini emele getirýän, ondan soňra bolsa tutuş dünýäni hem şonuň ýaly etmäge mejbur edýän Birleşen Ştatlaryň, keşbini emele getirýän şol ýyrtyjynyň pygamberlik häsiýetine eýe boljakdygyny hem aýan edýär. Şol keşbe onuň sekizinjidigi, ýagny ýedidendigı girýär; hem-de Mesihiň üç sesiniň taryhynda ol 2001-nji ýylyň 11-nji sentýabryndaky öwrülişik pursatyny, 2023-nji ýylyň sesiniň iki şaýadyň öli, guran süňklerini aýak üstüne çagyrmagyny, we Wawilondan çykmak çagyryşynyň sesini alamatlandyrýar.</w:t>
      </w:r>
    </w:p>
    <w:p>
      <w:pPr>
        <w:pStyle w:val="ArticleBody"/>
        <w:jc w:val="left"/>
      </w:pPr>
      <w:r>
        <w:rPr>
          <w:rFonts w:ascii="Times New Roman" w:hAnsi="Times New Roman" w:eastAsia="Times New Roman" w:cs="Times New Roman"/>
        </w:rPr>
        <w:t>2023-nji ýylyň sesi Nebukadnesaryň heýkeliniň syryny we onuň haçan gepleýändigini ýüze çykarýan sesdir.</w:t>
      </w:r>
    </w:p>
    <w:p>
      <w:pPr>
        <w:pStyle w:val="ArticleBody"/>
        <w:jc w:val="left"/>
      </w:pPr>
      <w:r>
        <w:rPr>
          <w:rFonts w:ascii="Times New Roman" w:hAnsi="Times New Roman" w:eastAsia="Times New Roman" w:cs="Times New Roman"/>
        </w:rPr>
        <w:t>2001-nji ýylyň 11-nji sentýabry şol ýerde başlanýan we 2020-nji ýylyň 18-nji iýulynda tamamlanýan döwri aňladýar. On birinji bapdaky ikinji sesiň döwri bolsa 2020-nji ýylyň 18-nji iýulyndan başlap, ýakyn wagtda geljek Ýekşenbe kanunyndaky üçünji sese çenli bolan döwri aňladýar. 2020-nji ýylyň 18-nji iýulynda başlanýan ikinji döwür 2020-nji ýylyň 3-nji noýabryndaky ýolbelligi hem, 2021-nji ýylyň 6-njy ýanwaryndaky ýolbelligi hem öz içine alýar; şol wagtda iki şaýady öldürenler şatlanmaga we sowgat ibermäge başladylar; şeýle hem ol 2023-nji ýylyň iýulyny öz içine alýar, şol wagtda çöldäki ses ýedinji surnaýyň duýduryşyny ýaňlandyryp başlady.</w:t>
      </w:r>
    </w:p>
    <w:p>
      <w:pPr>
        <w:pStyle w:val="ArticleBody"/>
        <w:jc w:val="left"/>
      </w:pPr>
      <w:r>
        <w:rPr>
          <w:rFonts w:ascii="Times New Roman" w:hAnsi="Times New Roman" w:eastAsia="Times New Roman" w:cs="Times New Roman"/>
        </w:rPr>
        <w:t>Biz bu barlagy indiki makalada dowam etdireris.</w:t>
      </w:r>
    </w:p>
    <w:p>
      <w:pPr>
        <w:pStyle w:val="ArticleScripture"/>
        <w:jc w:val="left"/>
      </w:pPr>
      <w:r>
        <w:rPr>
          <w:rFonts w:ascii="Times New Roman" w:hAnsi="Times New Roman" w:eastAsia="Times New Roman" w:cs="Times New Roman"/>
        </w:rPr>
        <w:t>Hezekel Kebar derýasynyň kenarlarynda demirgazyk tarapyndan gelýän ýalňyzma-ýalňyz bir tupany gördi: “uly bir bulut, öz içine dolanyp ýanan bir ot, onuň daş-töwereginde bolsa nur bardy, ortasyndan hem sähraň reňkine meňzeş bir görnüş çykýardy.” Bir-birini kesip geçýän birnäçe tigir dört janly barlyk tarapyndan herekete getirilýärdi. Bularyň ählisinden ýokarda “tagtyň meňzeşligi bardy, göýä sapfir daşynyň görnüşi ýalydy; tagtyň meňzeşliginiň üstünde-de onuň üstünde oturan adamyň görnüşine meňzeş bir keşp bardy.” “Keruplaryň içinde olaryň ganatlarynyň aşagynda adam eliniň görnüşi göründi.” Hezekel 1:4, 26; 10:8. Tigirleriň düzülişi şeýle bir çylşyrymlydy welin, ilkinji nazarda bulaşyk ýaly görünýärdi; emma olar kämil sazlaşyk içinde hereket edýärdiler. Keruplaryň ganatlarynyň aşagyndaky el tarapyndan saklanylýan we ýol görkezilýän asman barlyklary bu tigirleri herekete getirýärdiler; olaryň ýokarsynda, sapfir tagtynyň üstünde, Baky Olan bardy; tagtyň daş-töwereginde bolsa Hudaýyň rehim-şepagatynyň nyşany bolan älemgoşar bardy.</w:t>
      </w:r>
    </w:p>
    <w:p>
      <w:pPr>
        <w:pStyle w:val="ArticleScripture"/>
        <w:jc w:val="left"/>
      </w:pPr>
      <w:r>
        <w:rPr>
          <w:rFonts w:ascii="Times New Roman" w:hAnsi="Times New Roman" w:eastAsia="Times New Roman" w:cs="Times New Roman"/>
        </w:rPr>
        <w:t>Keruplaryň ganatlarynyň astyndaky eliň ýolbaşçylygynda tigir görnüşli çylşyrymly gurluşlar bolşy ýaly, adam wakalarynyň çylşyrymly akymy hem ylahy gözegçilik astyndadyr. Milletleriň dawa-jenjeli we galmagaly arasynda keruplaryň üstünde oturan hem entegem ýeriň işlerini dolandyrýar.</w:t>
      </w:r>
    </w:p>
    <w:p>
      <w:pPr>
        <w:pStyle w:val="ArticleScripture"/>
        <w:jc w:val="left"/>
      </w:pPr>
      <w:r>
        <w:rPr>
          <w:rFonts w:ascii="Times New Roman" w:hAnsi="Times New Roman" w:eastAsia="Times New Roman" w:cs="Times New Roman"/>
        </w:rPr>
        <w:t>Özlerine berlen wagt we orny yzly-yzyna eýelän milletleriň, özleriniň manysyna düşünmedik hakykatyna bilmän şaýatlyk eden taryhy, bize gepleýär. Her bir millete hem-de şu günüň her bir ynsanyna Hudaý Öz beýik meýilnamasynda bir orun belläpdir. Şu gün adamlar hem-de milletler hiç ýalňyşmaýan Zatyň elindäki dikeldiş ölçeği bilen ölçelýärler. Ählisi öz islegi bilen öz ykballaryny kesgitleýärler, Hudaý bolsa Öz maksatlarynyň amala aşmagy üçin hemmesine höküm edýär.</w:t>
      </w:r>
    </w:p>
    <w:p>
      <w:pPr>
        <w:pStyle w:val="ArticleScripture"/>
        <w:jc w:val="left"/>
      </w:pPr>
      <w:r>
        <w:rPr>
          <w:rFonts w:ascii="Times New Roman" w:hAnsi="Times New Roman" w:eastAsia="Times New Roman" w:cs="Times New Roman"/>
        </w:rPr>
        <w:t>Beýik MEN BAR-yn Öz sözüinde belläp goýan taryhy, pygamberlik zynjyryndaky halkadan halkany biri-birine baglap, geçmişdäki ebedilikden geljekdäki ebedilige çenli beýan edýär; ol bize şu gün döwürleriň geçişinde nirede durandygymyzy hem-de geljek wagtda nämä garaşylmalydygyny aýdýar. Pygamberligiň häzirki wagta çenli amala aşjakdygy öňünden aýdan ähli zatlary taryhyň sahypalarynda yzarlanyp görkezildi, şonuň üçin hem entek gelmeli bolan zatlaryň ählisiniň öz tertibi boýunça ýerine ýetjekdigine ynamly bolup bileris. Terbiýe, 177,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Otuz Dört-nji San</dc:title>
  <dc:subject>Pygamberlik Ylhamynyň Açylyşy: 2001-nji ýylyň 11-nji sentýabryndan Amerikanyň Birleşen Ştatlarynda golaýlaşýan Ýekşenbe Kanunyna çenli</dc:subject>
  <dc:creator>Jeff Pippenger</dc:creator>
  <cp:keywords/>
  <dc:description>Generated by ArticleDigger from daniel\134_daniel.json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