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otuz bäşinji bölüm</w:t>
      </w:r>
    </w:p>
    <w:p>
      <w:pPr>
        <w:pStyle w:val="ArticleSubtitle"/>
        <w:jc w:val="left"/>
      </w:pPr>
      <w:r>
        <w:rPr>
          <w:rFonts w:ascii="Arial" w:hAnsi="Arial" w:eastAsia="Arial" w:cs="Arial"/>
        </w:rPr>
        <w:t>1776, 1789 we 1798-nji ýyllaryň pygamberlik sesleri: 144,000-nyň möhürlenmegine giriş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1776, 1789 we 1798-nji ýyllaryň taryhy ýüz kyrk dört müň adamyň möhürlenişiniň taryhyny suratlandyrýar. Şol seneleriň hersinde ýerden çykan haýwan sözledi. Ýerden çykan haýwanyň üç gezek sözlemegi bilen nusgalanan şol üç ýol belgisi, 2001-nji ýylyň 11-nji sentýabrynda, 2023-nji ýylyň iýul aýynda we tizden geljek Ýekşenbe kanunynda Mesihiň üç sesi bilen utgaşýar.</w:t>
      </w:r>
    </w:p>
    <w:p>
      <w:pPr>
        <w:pStyle w:val="ArticleScripture"/>
        <w:jc w:val="left"/>
      </w:pPr>
      <w:r>
        <w:rPr>
          <w:rFonts w:ascii="Times New Roman" w:hAnsi="Times New Roman" w:eastAsia="Times New Roman" w:cs="Times New Roman"/>
        </w:rPr>
        <w:t>Rebbiň gününde Ruhda boldum, we arkamdan surnaýyň sesine meňzeş beýik bir ses eşitdim. Ylham 1:10.</w:t>
      </w:r>
    </w:p>
    <w:p>
      <w:pPr>
        <w:pStyle w:val="ArticleBody"/>
        <w:jc w:val="left"/>
      </w:pPr>
      <w:r>
        <w:rPr>
          <w:rFonts w:ascii="Times New Roman" w:hAnsi="Times New Roman" w:eastAsia="Times New Roman" w:cs="Times New Roman"/>
        </w:rPr>
        <w:t>Şol üç sesli ýolgörkezgijiň her biri üçünji waýyň gitdigiçe güýjeýän “ýaňlanşyny” görkezýär; ol şol bir wagtyň özünde ýedinji duýduryş surnaýydyr, çünki surnaý hem bir sesdir.</w:t>
      </w:r>
    </w:p>
    <w:p>
      <w:pPr>
        <w:pStyle w:val="ArticleScripture"/>
        <w:jc w:val="left"/>
      </w:pPr>
      <w:r>
        <w:rPr>
          <w:rFonts w:ascii="Times New Roman" w:hAnsi="Times New Roman" w:eastAsia="Times New Roman" w:cs="Times New Roman"/>
        </w:rPr>
        <w:t>Gygyryp aýdyp gygyr, gaýgyrma; sesiňi kerneý ýaly galdyr-da, Meniň halkyma olaryň günäsini, Ýakubyň öýüne-de olaryň etmişlerini görkez. Işaýa 58:1.</w:t>
      </w:r>
    </w:p>
    <w:p>
      <w:pPr>
        <w:pStyle w:val="ArticleBody"/>
        <w:jc w:val="left"/>
      </w:pPr>
      <w:r>
        <w:rPr>
          <w:rFonts w:ascii="Times New Roman" w:hAnsi="Times New Roman" w:eastAsia="Times New Roman" w:cs="Times New Roman"/>
        </w:rPr>
        <w:t>2001-nji ýylyň 11-nji sentýabrynda protestant şahasyna ýetirilen ses, Laodikeýa häsiýetli Adventizmi Ýeremiýanyň gadymy ýollaryna gaýtaryp çagyrýan gözegçileriň sesi boldy, emma masgaralaýjylaryň jemagaty şolarda ýöremegi ret etdi.</w:t>
      </w:r>
    </w:p>
    <w:p>
      <w:pPr>
        <w:pStyle w:val="ArticleScripture"/>
        <w:jc w:val="left"/>
      </w:pPr>
      <w:r>
        <w:rPr>
          <w:rFonts w:ascii="Times New Roman" w:hAnsi="Times New Roman" w:eastAsia="Times New Roman" w:cs="Times New Roman"/>
        </w:rPr>
        <w:t>Şeýle diýýär Reb: Ýollaryň başynda duruň, serediň, gadymy ýodalary soraň, ýagşy ýol nirededir, şonda şol ýoldan ýöräň, we janlaryňyz üçin rahatlyk taparsyňyz. Emma olar: “Biz şol ýoldan ýöremez” diýdiler. Mundan başga-da, Men siziň üstüňize gözegçiler goýdum we olara: “Surnaýyň sesine gulak asyň” diýdim. Emma olar: “Biz gulak asmarys” diýdiler. Ýermeýa 6:16, 17.</w:t>
      </w:r>
    </w:p>
    <w:p>
      <w:pPr>
        <w:pStyle w:val="ArticleBody"/>
        <w:jc w:val="left"/>
      </w:pPr>
      <w:r>
        <w:rPr>
          <w:rFonts w:ascii="Times New Roman" w:hAnsi="Times New Roman" w:eastAsia="Times New Roman" w:cs="Times New Roman"/>
        </w:rPr>
        <w:t>2023-nji ýylyň iýulynyň sesi, 2020-nji ýylyň 18-nji iýulyndaky ilkinji lapykeçlikden bäri dymyp gelen Future for America gullugynyň gaýtadan direlmegi boldy. Ýahýanyň ýakyn wagtda geljek Mesihi yglan edişi ýaly hem-de Ýustinianyň ýakyn wagtda geljek antihristy yglan edişi ýaly, Future for America Amerikanyň geljeginiň ýakyn wagtda geljek Ýekşenbe kanunynda we şol ýolbelgisinde ýedinji surnaýyň ýaňlanmagynda hemişelik üýtgedilmek üzere bolandygyny kesgitledi. Çölde jar çekýän biriniň sesi 2023-nji ýylyň iýulynyň sesi boldy.</w:t>
      </w:r>
    </w:p>
    <w:p>
      <w:pPr>
        <w:pStyle w:val="ArticleBody"/>
        <w:jc w:val="left"/>
      </w:pPr>
      <w:r>
        <w:rPr>
          <w:rFonts w:ascii="Times New Roman" w:hAnsi="Times New Roman" w:eastAsia="Times New Roman" w:cs="Times New Roman"/>
        </w:rPr>
        <w:t>Ylhamyň on sekizinji babyndaky ikinji ses, ýakyn wagtda çykjak Ýekşenbe kanuny wagtynda, ýer haýwanynyň aždaha ýaly geplemegi ýüze çykanda eşidilýär. Hut şol pursatda “eşek” üçünji gezek urulýar, şondan soň “eşek” geplejekdir. Eşek 2001-nji ýylyň 11-nji sentýabryndan gysga wagt soň, 2023-nji ýylyň 7-nji oktýabryndan soň uruldy, soňra bolsa gepleýän ýeri bolan ýakyn wagtda çykjak Ýekşenbe kanunynda ýene bir gezek urular. Bilgamyň şaýatlygynda ol perişde tarapyndan ýoldan sowuldy, şol perişde bolsa Yslamyň dört şemalini tutup durmak buýrulan dört perişdäni aňladýar; emma Ýekşenbe kanunynda Yslamyň eşegi ýedinji surnaýyň sesi bilen gepleýär, bu hem üçünji hasratdyr.</w:t>
      </w:r>
    </w:p>
    <w:p>
      <w:pPr>
        <w:pStyle w:val="ArticleBody"/>
        <w:jc w:val="left"/>
      </w:pPr>
      <w:r>
        <w:rPr>
          <w:rFonts w:ascii="Times New Roman" w:hAnsi="Times New Roman" w:eastAsia="Times New Roman" w:cs="Times New Roman"/>
        </w:rPr>
        <w:t>2020-nji ýylyň 18-nji iýulyndan bäri gijä galyp gelen Yslamyň görnüşi hut şol ýerde gepleýär, çünki şonda ol indi gijä galmaz. Ýüz kyrk dört müňüň möhürleniş döwründe köp sesler bar, we şol döwür ýakynda çykjak Ýekşenbe kanuny bilen başlanýan Hudaýyň ýerine ýetiriji höküminden öň gelýär. Hudaýyň ýerine ýetiriji hökümi ýedi perişde, ýedi käse arkaly şekillendirilýär. Şol döwür Mukaddes Ruhuň dökülip berilmegi bilen başlanýar we ol, Mukaddes Ruh dökülip berlen hem-de ot dilleri şol wakanyň şaýatlygy bolan Pentikostuň gaýtalanmagyny aňladýar. Şol wagtda dökülip berliş indi ölçeg bilen berilmeýär, çünki şonda Mukaddes Ruh ölçegsiz dökülip berilýär.</w:t>
      </w:r>
    </w:p>
    <w:p>
      <w:pPr>
        <w:pStyle w:val="ArticleScripture"/>
        <w:jc w:val="left"/>
      </w:pPr>
      <w:r>
        <w:rPr>
          <w:rFonts w:ascii="Times New Roman" w:hAnsi="Times New Roman" w:eastAsia="Times New Roman" w:cs="Times New Roman"/>
        </w:rPr>
        <w:t>Üçünji perişdäniň habarynyň yglan edilmegine goşulýan perişdäniň şöhraty bilen bütin ýer ýüzi ýagtyldylmalydyr. Bu ýerde dünýä möçberindäki gerimli we öň görlüp-eşidilmedik güýje eýe bolan bir iş öňünden aýan edilýär. 1840–44-nji ýyllaryň advent hereketi Hudaýyň gudratynyň şöhratly bir beýany boldy; birinji perişdäniň habary dünýäniň her bir missioner nokadyna ýetirildi, we käbir ýurtlarda XVI asyryň Reformasiýasyndan bäri haýsydyr bir ýurtda görleninden hem has beýik dini gyzyklanma ýüze çykdy; emma bularyň ählisi üçünji perişdäniň soňky duýduryşy astyndaky kuwwatly hereket tarapyndan geçiler.</w:t>
      </w:r>
    </w:p>
    <w:p>
      <w:pPr>
        <w:pStyle w:val="ArticleScripture"/>
        <w:jc w:val="left"/>
      </w:pPr>
      <w:r>
        <w:rPr>
          <w:rFonts w:ascii="Times New Roman" w:hAnsi="Times New Roman" w:eastAsia="Times New Roman" w:cs="Times New Roman"/>
        </w:rPr>
        <w:t>“Iş Pentikost güniňkine meňzeş bolar. Hoş Habaryň başynda Mukaddes Ruhuň dökülip berilmegi bilen, gymmatly tohumyň gögerip çykmagyna sebäp bolmak üçin “irki ýagyn” berlşi ýaly, hasylyň bişip ýetilmegi üçin onuň ahyrynda “soňky ýagyn” hem berler.” Uly göreş, 611.</w:t>
      </w:r>
    </w:p>
    <w:p>
      <w:pPr>
        <w:pStyle w:val="ArticleBody"/>
        <w:jc w:val="left"/>
      </w:pPr>
      <w:r>
        <w:rPr>
          <w:rFonts w:ascii="Times New Roman" w:hAnsi="Times New Roman" w:eastAsia="Times New Roman" w:cs="Times New Roman"/>
        </w:rPr>
        <w:t>2001-nji ýylyň 11-nji sentýabrynda ýüz kyrk dört müňüň möhürlenmegi başlandy, we Mukaddes Ruh ölçeg bilen döküldi. Bu dökülişiň ölçelmegi Pentekostuň taryhynda, Mesihiň direlişinden başlap, bir perişdäniň sözläp: «Hudaýyň Ogly, çyk öňe, Ata Seni çagyrýar» diýen ýerinde şöhlelendirildi; edil Isanyň: «Lazar, çyk öňe» diýen sözler bilen Lazary guburdan çagyrşy ýaly. 2023-nji ýylda Mesih iki şaýadyň öli, gurak süňklerine hem: «çyk öňe» diýip ýüzlendi.</w:t>
      </w:r>
    </w:p>
    <w:p>
      <w:pPr>
        <w:pStyle w:val="ArticleBody"/>
        <w:jc w:val="left"/>
      </w:pPr>
      <w:r>
        <w:rPr>
          <w:rFonts w:ascii="Times New Roman" w:hAnsi="Times New Roman" w:eastAsia="Times New Roman" w:cs="Times New Roman"/>
        </w:rPr>
        <w:t>Mesih dirilenden soň ilki Öz Atasynyň huzuryna göterildi, soňra bolsa 2001-nji ýylyň 11-nji sentýabrynda edişi ýaly aşak indi. Soň ol kem-kemden şägirtlerini nurlandyryp başlady; munuň nyşany hökmünde ilki Merýem bilen duşuşdy, soň Emmausa barýan ýolda duşan şägirtleri bilen görüşip, olara tälim berdi, şondan soň hem beýleki şägirtleriň öňünde göründi. Ahyrky göterilişinden öň kyrk günläp şägirtlere tälim berdi; ondan ýene on gün geçenden soň, olaryň hemmesi bir ylalaşykda we bir ýerde bolanda, Mukaddes Ruh ölçewe sygmaz derejede olaryň üstüne döküldi.</w:t>
      </w:r>
    </w:p>
    <w:p>
      <w:pPr>
        <w:pStyle w:val="ArticleScripture"/>
        <w:jc w:val="left"/>
      </w:pPr>
      <w:r>
        <w:rPr>
          <w:rFonts w:ascii="Times New Roman" w:hAnsi="Times New Roman" w:eastAsia="Times New Roman" w:cs="Times New Roman"/>
        </w:rPr>
        <w:t>Isa öz şägirtleri bilen duşuşanda, olara Öz ölüminden öň özlerine aýdan sözlerini ýatlatdy: Musa kanunynda, pygamberlerde we Zeburda Öz hakynda ýazylan zatlaryň hemmesiniň berjaý bolmalydygyny aýtdy. «Soňra olara Mukaddes Ýazgylara düşünmekleri üçin akyllaryny açdy we olara şeýle diýdi: Ine, şeýle ýazylgandyr, şeýle hem Mesihiň jebir çekmegi we üçünji güni ölümden direlmegi gerek bolupdyr; hem-de günäleriň ötülmegi üçin toba etmegiň Onuň adyndan ähli halklaryň arasynda, Iýerusalimden başlap wagyz edilmegi gerek bolupdyr. Siz bolsa bu zatlaryň şaýatlarysyňyz». The Desire of Ages, 804.</w:t>
      </w:r>
    </w:p>
    <w:p>
      <w:pPr>
        <w:pStyle w:val="ArticleBody"/>
        <w:jc w:val="left"/>
      </w:pPr>
      <w:r>
        <w:rPr>
          <w:rFonts w:ascii="Times New Roman" w:hAnsi="Times New Roman" w:eastAsia="Times New Roman" w:cs="Times New Roman"/>
        </w:rPr>
        <w:t>2023-nji ýylyň iýul aýynda Isanyň sesi iki öli şaýady oýardy we Musanyň kanunynda (“ýedi wagt”), pygamberlerde (Nebukadnesaryň haýwanlar baradaky şekili) hem-de Zeburlarda (Musa bilen Guzynyň başdan geçirmesi) ýazylan ähli zatlar barada Öz şägirtleriniň düşünjesini açyp başlady. Onuň öwrediş işi direlişinden başlandy we indiki kyrk günüň dowamynda barha güýçlendi. Ol iýmek baradaky haýyşy bilen başlandy.</w:t>
      </w:r>
    </w:p>
    <w:p>
      <w:pPr>
        <w:pStyle w:val="ArticleScripture"/>
        <w:jc w:val="left"/>
      </w:pPr>
      <w:r>
        <w:rPr>
          <w:rFonts w:ascii="Times New Roman" w:hAnsi="Times New Roman" w:eastAsia="Times New Roman" w:cs="Times New Roman"/>
        </w:rPr>
        <w:t>Olar şatlykdan heniz hem ynanman, haýran galyp duranlarynda, Ol olara: «Bu ýerde iýere zatlaryňyz barmy?» diýdi. Olar Oňa gowrulan balygyň bir bölegini we bal öýjüginden bir parçany berdiler. Ol muny alyp, olaryň öňünde iýdi. Soňra Ol olara şeýle diýdi: «Men heniz siziň araňyzda wagtym size aýdan sözlerim şulardyr: men hakda Musanyň kanunynda, pygamberlerde we mezmurlarda ýazylan zatlaryň hemmesi berjaý bolmalydyr». Luka 24:41–44.</w:t>
      </w:r>
    </w:p>
    <w:p>
      <w:pPr>
        <w:pStyle w:val="ArticleBody"/>
        <w:jc w:val="left"/>
      </w:pPr>
      <w:r>
        <w:rPr>
          <w:rFonts w:ascii="Times New Roman" w:hAnsi="Times New Roman" w:eastAsia="Times New Roman" w:cs="Times New Roman"/>
        </w:rPr>
        <w:t>Doga üznüksiz taryhda esasy ýolgörkeziji bellikleriň biri bolupdy; Mesihiň direlişinden soň, Onuň kyrk gün geçenden soň asmana göterilen döwrüne çenli bolan taryh Pentekosta çenli on güni galdyrdy (on synagdyr); şol wagtda Mukaddes Ruh ölçegsiz döküljekdi. Onuň direlişi, asmana göterilişi we şondan soň gaýtadan aşak inşi 2001-nji ýylyň 11-nji sentýabryny aňladýar. 2023-nji ýylyň iýuly kyrk günüň soňuny aňladýar, we 2023-nji ýylyň iýulyndan soň gelýän on gün ýakyn wagtda geljek ýekşenbe kanunyna eltýär. Şol ahyrky on günlük döwürde agzybirlik we doga ýolgörkeziji bellikdir. Agzybirlik Ýezekiliň otuz ýedinji bapdaky ilkinji pygamberligi arkaly aňladyldy, ol süňkleri, siňirleri we eti bir ýere jemledi. Ýezekiliň ikinji pygamberligi dört ýeliň demiydi, we dem doganyň nyşanydyr. Şol ahyrky on günde ýüz kyrk dört müň, Lazaryň üsti bilen nusgalanyşy ýaly, möhürlenýärler.</w:t>
      </w:r>
    </w:p>
    <w:p>
      <w:pPr>
        <w:pStyle w:val="ArticleScripture"/>
        <w:jc w:val="left"/>
      </w:pPr>
      <w:r>
        <w:rPr>
          <w:rFonts w:ascii="Times New Roman" w:hAnsi="Times New Roman" w:eastAsia="Times New Roman" w:cs="Times New Roman"/>
        </w:rPr>
        <w:t>“Bu, Onuň Betaniýa gitmegini gijikdirmeginiň sebäbi boldy. Bu iň beýik gudrat — Lazary direltmegi — Onuň işine we Öz ilahydygy baradaky talabyna Hudaýyň möhürini basmalydy.” The Desire of Ages, 529.</w:t>
      </w:r>
    </w:p>
    <w:p>
      <w:pPr>
        <w:pStyle w:val="ArticleBody"/>
        <w:jc w:val="left"/>
      </w:pPr>
      <w:r>
        <w:rPr>
          <w:rFonts w:ascii="Times New Roman" w:hAnsi="Times New Roman" w:eastAsia="Times New Roman" w:cs="Times New Roman"/>
        </w:rPr>
        <w:t>Diňe paýhasly gyzlar bu täç geýdiriji gudrat döwründe möhürlenmän, eýsem paýhassyz gyzlar hem meseläniň nädogry tarapynda möhürlenýärler.</w:t>
      </w:r>
    </w:p>
    <w:p>
      <w:pPr>
        <w:pStyle w:val="ArticleScripture"/>
        <w:jc w:val="left"/>
      </w:pPr>
      <w:r>
        <w:rPr>
          <w:rFonts w:ascii="Times New Roman" w:hAnsi="Times New Roman" w:eastAsia="Times New Roman" w:cs="Times New Roman"/>
        </w:rPr>
        <w:t>“Mesihiň täç geýdiriji gudraty — Lazarusy diriltmegi — ruhanylaryň Isadan hem-de Onuň adamlaryň üstündäki öz täsirlerini tizden-tiz ýok edip barýan ajaýyp işlerinden dünýäni saplamak baradaky tutanýerliligini berkidipdi.” Resullaryň işleri, 67.</w:t>
      </w:r>
    </w:p>
    <w:p>
      <w:pPr>
        <w:pStyle w:val="ArticleBody"/>
        <w:jc w:val="left"/>
      </w:pPr>
      <w:r>
        <w:rPr>
          <w:rFonts w:ascii="Times New Roman" w:hAnsi="Times New Roman" w:eastAsia="Times New Roman" w:cs="Times New Roman"/>
        </w:rPr>
        <w:t>Ýüz kyrk dört müň adamyň möhürlenmeginiň taryhynda tizden güýje girjek Ýekşenbe kanunyna çenli eşidilýän köp sesler “setir üstüne setir”, Hudaýyň pygamberlik Sözüniň sesleridir, we şol sesler “her bir görnüşiň ýerine ýetirişiniň” amala aşyrylýan döwründe ýaňlanýar. Olar ýedinji möhür açylanda ýaňlanýar.</w:t>
      </w:r>
    </w:p>
    <w:p>
      <w:pPr>
        <w:pStyle w:val="ArticleScripture"/>
        <w:jc w:val="left"/>
      </w:pPr>
      <w:r>
        <w:rPr>
          <w:rFonts w:ascii="Times New Roman" w:hAnsi="Times New Roman" w:eastAsia="Times New Roman" w:cs="Times New Roman"/>
        </w:rPr>
        <w:t>Ol ýedinji möhüri açanda, gökde ýarym sagat çemesi dymyşlyk boldy. Men Hudaýyň huzurynda duran ýedi perişdäni gördüm; olara ýedi surnaý berildi. Soňra başga bir perişde gelip, gurbanlyk sypasynyň ýanynda durdy; onuň elinde altyn buhurdan bardy. Oňa köp buhur berildi, ol muny ähli mukaddesleriň doga-dilegleri bilen tagtyň öňündäki altyn gurbanlyk sypasynda hödür etsin diýip. Buhuryň tüssäsi mukaddesleriň doga-dilegleri bilen bilelikde perişdäniň elinden Hudaýyň huzuryna göterildi. Soňra perişde buhurdany aldy-da, ony gurbanlyk sypasynyň ody bilen dolduryp, ýere zyňdy; şonda sesler, gümmürdi sesleri, ýyldyrymlar we ýer titremesi boldy. Ylham 8:1–5.</w:t>
      </w:r>
    </w:p>
    <w:p>
      <w:pPr>
        <w:pStyle w:val="ArticleBody"/>
        <w:jc w:val="left"/>
      </w:pPr>
      <w:r>
        <w:rPr>
          <w:rFonts w:ascii="Times New Roman" w:hAnsi="Times New Roman" w:eastAsia="Times New Roman" w:cs="Times New Roman"/>
        </w:rPr>
        <w:t>Ýedinji möhüriň açylmagy ümsümligi döretdi, çünki bu döwür ygtyýarlylygyň üýtgemegini aňladýar; mukaddes bir ygtyýarlylygyň üýtgemeginde bolsa, mydama gökde ümsümlik bolýar. Muny perişdeleriň öz aýdym-sazyny we öwgüsini bes edenlerinde haç şaýatlyk edýär. Gökdäki ümsümlik, Günäden saplanma gününiň talaplary arkaly hem tassyk edilýär, we 1844-nji ýylyň 22-nji oktýabrynda Habakkuk IKINJI bap, ÝIGRIMINJI aýat ähli ýere ümsüm bolmagy buýurdy.</w:t>
      </w:r>
    </w:p>
    <w:p>
      <w:pPr>
        <w:pStyle w:val="ArticleScripture"/>
        <w:jc w:val="left"/>
      </w:pPr>
      <w:r>
        <w:rPr>
          <w:rFonts w:ascii="Times New Roman" w:hAnsi="Times New Roman" w:eastAsia="Times New Roman" w:cs="Times New Roman"/>
        </w:rPr>
        <w:t>«Hudaýyň Öz Ogluny adamyň bagyşlanyş tapyp ýaşamagy üçin ölüme bermek bilen görkezen beýik söýgüsi we pesgöwünliligi maňa görkezildi. Maňa Adam bilen How eneden hem görkezildi; olar Äden bagynyň gözelligini we nepisligini görmäge artykmaç hukukly edilipdiler we bagdaky ähli agaçlardan iýmäge rugsat berlipdi, diňe birisinden başga. Emma ýylan How enäni synady, ol hem öz ärini synady, we ikisi-de gadagan edilen agaçdan iýdiler. Olar Hudaýyň tabşyrygyny bozup, günäkär boldular. Bu habar asmanyň içre ýaýrady, we her bir arfa dymdy. Perişdeler gamgyn boldular we Adam bilen How enäniň ýene-de ellerini uzadyp, ýaşaýyş agajyndan iýip, ebedi günäkärlere öwrülmeklerinden gorkdular. Emma Hudaý: «Men düzgün bozujylary bagdan kowaryn we keruplar hem-de ýalynly gylyç arkaly ýaşaýyş agajyna barýan ýoly goraryn, şonuň üçin adam oňa golaýlanyp, ölümsüzligi dowam etdirýän onuň miwesinden iýip bilmez» diýdi». Irki Ýazgylar, 125.</w:t>
      </w:r>
    </w:p>
    <w:p>
      <w:pPr>
        <w:pStyle w:val="ArticleBody"/>
        <w:jc w:val="left"/>
      </w:pPr>
      <w:r>
        <w:rPr>
          <w:rFonts w:ascii="Times New Roman" w:hAnsi="Times New Roman" w:eastAsia="Times New Roman" w:cs="Times New Roman"/>
        </w:rPr>
        <w:t>Günäkärlere öwrülen adamlar sebäpli asman dymdy, günäkärleri halas etmek üçin Mesihiň gany dökülende asman dymdy, hem-de Mesihiň Öz halkyndan günäni aýryp, höküm işine başlan wagty-da asman dymdy.</w:t>
      </w:r>
    </w:p>
    <w:p>
      <w:pPr>
        <w:pStyle w:val="ArticleScripture"/>
        <w:jc w:val="left"/>
      </w:pPr>
      <w:r>
        <w:rPr>
          <w:rFonts w:ascii="Times New Roman" w:hAnsi="Times New Roman" w:eastAsia="Times New Roman" w:cs="Times New Roman"/>
        </w:rPr>
        <w:t>“Mesihiň adamyň hatyrasyna ýokardaky mukaddes ýerde edýän şepagaty gutulyş meýilnamasy üçin Onuň haçdaky ölümi nähili zerur bolan bolsa, şonuň ýaly zerurdyr. Ol Öz ölümi bilen şol işi başlady; direlişinden soň bolsa ony gökde tamamlmak üçin ýokary göterildi.” Beýik göreş, 489.</w:t>
      </w:r>
    </w:p>
    <w:p>
      <w:pPr>
        <w:pStyle w:val="ArticleBody"/>
        <w:jc w:val="left"/>
      </w:pPr>
      <w:r>
        <w:rPr>
          <w:rFonts w:ascii="Times New Roman" w:hAnsi="Times New Roman" w:eastAsia="Times New Roman" w:cs="Times New Roman"/>
        </w:rPr>
        <w:t>Höküm işi 1844-nji ýylda üçünji perişdäniň gelmegi bilen başlady, emma Hudaýyň halky ebedilikde ylahylyk bilen bir bolmagyň deregine çölde ölmegi saýlady. Üçünji perişde 2001-nji ýylyň 11-nji sentýabrynda ýene geldi, we ýene-de gökde ümsümlik boldy. Soňra Ýahuda taýpasynyň Arslany perişdeler ahyrky nesliň taryhyna üçünji perişdäniň gelşini synlap duran mahaly ýedinji möhri aýyrmaga başlady.</w:t>
      </w:r>
    </w:p>
    <w:p>
      <w:pPr>
        <w:pStyle w:val="ArticleBody"/>
        <w:jc w:val="left"/>
      </w:pPr>
      <w:r>
        <w:rPr>
          <w:rFonts w:ascii="Times New Roman" w:hAnsi="Times New Roman" w:eastAsia="Times New Roman" w:cs="Times New Roman"/>
        </w:rPr>
        <w:t>Ýedi höküm perişdesi ýok ediş işine başlamaga taýýar ýagdaýda şol ýerde durýardylar, emma şol wagt ýüz kyrk dört müň möhürlenip durka, olara: «Saklan, saklan, saklan, saklan» diýlip buýruk berildi. Ygrarlylaryň goşa dogalary Pentikostdan öň geçen we kyrk günden soň başlanan on gün arkaly şekillendirilip, göge iberildi; bu bolsa Ylham kitabynyň on birinji babyndaky üç ýarym güni (çölüň nyşanyny) aňladýardy. Şondan soň iki şaýat çölden gelen ses tarapyndan Danieliň iki dogasyny berjaý etmelidikleri barada görkezme aldylar. Danieliň ikinji babyndaky doga, onda Daniel we onuň bilen birlikde bolan üç saýlanan adam Nebukadnesaryň haýwanlaryň şekili baradaky gizlin düýşüne düşünmek üçin nura dileg etdiler; hem-de dokuzynjy bapdaky Danieliň dogasy, onda Daniel ýeke özi doga edip, Lewiler kitabynyň ýigrimi altynjy babyndaky doganyň talaplaryny ýerine ýetirdi.</w:t>
      </w:r>
    </w:p>
    <w:p>
      <w:pPr>
        <w:pStyle w:val="ArticleBody"/>
        <w:jc w:val="left"/>
      </w:pPr>
      <w:r>
        <w:rPr>
          <w:rFonts w:ascii="Times New Roman" w:hAnsi="Times New Roman" w:eastAsia="Times New Roman" w:cs="Times New Roman"/>
        </w:rPr>
        <w:t>Danyýl 2-däki jemagatlyk doga pygamberlik taryhynyň daşky ugry içinde gizlenip ýatan bir gizlin syra degişli yşyk üçin edilipdi. Danyýl 9-daky hususy şahsy doga bolsa içki bir zerurlyk barada rehim-şepagat üçin edilipdi. Soňky ýagşyň ody 2001-nji ýylda inip başlanda, setir üstüne setir usulyýetine düşünýänler tarapyndan eşidilip bilinjek köp sesler bardy. Ýere zyňylýan gurbanlyk ojagynyň ody, akyldarlar bilen akylsyzlaryň soňky aýrylmagyny emele getiren habardy; şol habar şol on nyşanly günüň dowamynda ösdürildikçe, habar barha aýdyňlaşýardy.</w:t>
      </w:r>
    </w:p>
    <w:p>
      <w:pPr>
        <w:pStyle w:val="ArticleBody"/>
        <w:jc w:val="left"/>
      </w:pPr>
      <w:r>
        <w:rPr>
          <w:rFonts w:ascii="Times New Roman" w:hAnsi="Times New Roman" w:eastAsia="Times New Roman" w:cs="Times New Roman"/>
        </w:rPr>
        <w:t>Habar üçünji hasradyň barha güýjeýän krizisi hakynda bolup, Hezekiel pygamberiň otuz ýedinji babynda ilki iki şaýadyň bir ýere gelmegine, soňra bolsa olaryň kuwwatly goşun hökmünde aýaga galmagyna sebäp bolan iki pygamberlikdi. Ondan soň otuz ýedinji bapda olar bir hasa hökmünde birleşdirilýär, we bir hasa bolup birleşmek arkaly beýan edilýän bu birlik Hudaýlyk bilen adamzadyň birleşmesini aňladýar; bu bolsa bir ýüz kyrk dört müňüň möhürlenmeginiň ahyrky hereketlerinde amal edilýär.</w:t>
      </w:r>
    </w:p>
    <w:p>
      <w:pPr>
        <w:pStyle w:val="ArticleBody"/>
        <w:jc w:val="left"/>
      </w:pPr>
      <w:r>
        <w:rPr>
          <w:rFonts w:ascii="Times New Roman" w:hAnsi="Times New Roman" w:eastAsia="Times New Roman" w:cs="Times New Roman"/>
        </w:rPr>
        <w:t>2023-nji ýylyň iýul aýynda doga-dilegler ýokary galyp başlady; olar Danyýel kitabynyň dokuzynjy bapynyň we ikinji bapynyň doga-dilegleri bolupdy. Soňra sesler eşidildi, şeýle hem gürrüldiler boldy, we şondan soň ýyldyrymlar göründi. Ýyldyrym bilen gürrüldi tebigy dünýäde-de, pygamberlikde-de ýagyş bilen bilelikde bolýar. Ýagyş 2001-nji ýylyň 11-nji sentýabrynda başlandy. Ýyldyrym bilen gürrüldä ilkinji salgylanma onuň Hudaýdan gorky döretmek üçin niýetlenen habardygyny görkezýär.</w:t>
      </w:r>
    </w:p>
    <w:p>
      <w:pPr>
        <w:pStyle w:val="ArticleScripture"/>
        <w:jc w:val="left"/>
      </w:pPr>
      <w:r>
        <w:rPr>
          <w:rFonts w:ascii="Times New Roman" w:hAnsi="Times New Roman" w:eastAsia="Times New Roman" w:cs="Times New Roman"/>
        </w:rPr>
        <w:t>Üçünji gün ir bilen şeýle boldy: dagyň üstünde gök gürrüldileri we ýyldyrymlar, goýy bir bulut peýda boldy, surnaýyň sesi bolsa örän gaty eşidildi; düşelgede bolan ähli halk titreýärdi. Müsürden çykyş 19:16.</w:t>
      </w:r>
    </w:p>
    <w:p>
      <w:pPr>
        <w:pStyle w:val="ArticleBody"/>
        <w:jc w:val="left"/>
      </w:pPr>
      <w:r>
        <w:rPr>
          <w:rFonts w:ascii="Times New Roman" w:hAnsi="Times New Roman" w:eastAsia="Times New Roman" w:cs="Times New Roman"/>
        </w:rPr>
        <w:t>Ýyldyrymlar we gök gümmürdisi surnaýyň “sesi” bilen bile bolupdy. Olar ýagyş bilen bile bolýar we Hudaýyň halkyna ýol görkezmek üçin pygamberlik ädimlerini aňladýar.</w:t>
      </w:r>
    </w:p>
    <w:p>
      <w:pPr>
        <w:pStyle w:val="ArticleScripture"/>
        <w:jc w:val="left"/>
      </w:pPr>
      <w:r>
        <w:rPr>
          <w:rFonts w:ascii="Times New Roman" w:hAnsi="Times New Roman" w:eastAsia="Times New Roman" w:cs="Times New Roman"/>
        </w:rPr>
        <w:t>Bulutlar suw dökdi; asmanlar ses çykardy; Seniň oklaryň hem dört ýana uçup gitdi. Seniň gürrüldiň sesi asmanda boldy; ýyldyrymlar dünýäni ýagtylatdy; ýer sandyrap titredi. Seniň ýoluň deňizde, ýodalaryň beýik sulardadyr, aýak yzlaryň bolsa bilinmeýär. Öz halkyňy Musa bilen Harunyň eli arkaly bir sürü ýaly alyp gitdiň. Zebur 77:17–20.</w:t>
      </w:r>
    </w:p>
    <w:p>
      <w:pPr>
        <w:pStyle w:val="ArticleBody"/>
        <w:jc w:val="left"/>
      </w:pPr>
      <w:r>
        <w:rPr>
          <w:rFonts w:ascii="Times New Roman" w:hAnsi="Times New Roman" w:eastAsia="Times New Roman" w:cs="Times New Roman"/>
        </w:rPr>
        <w:t>Ýyldyrymlar we gök gürlemeleri Hudaýyň sesidir; bu ses ýagyş wagtynda eşidilýär, we şol döwürde Ol Öz ýellerini (Yslam gündogar ýelidir) Öz hazynasyndan çykarýar.</w:t>
      </w:r>
    </w:p>
    <w:p>
      <w:pPr>
        <w:pStyle w:val="ArticleScripture"/>
        <w:jc w:val="left"/>
      </w:pPr>
      <w:r>
        <w:rPr>
          <w:rFonts w:ascii="Times New Roman" w:hAnsi="Times New Roman" w:eastAsia="Times New Roman" w:cs="Times New Roman"/>
        </w:rPr>
        <w:t>Ol öz sesini çykaranda, asmanlarda suwlaryň köpüsi peýda bolýar; ol ýer ýüzüniň uçlaryndan buglary ýokary galdyrýar; ýagyş bilen ýyldyrymlary döredýär we şemaly öz hazynalaryndan çykarýar. Ýermeýa 10:13.</w:t>
      </w:r>
    </w:p>
    <w:p>
      <w:pPr>
        <w:pStyle w:val="ArticleBody"/>
        <w:jc w:val="left"/>
      </w:pPr>
      <w:r>
        <w:rPr>
          <w:rFonts w:ascii="Times New Roman" w:hAnsi="Times New Roman" w:eastAsia="Times New Roman" w:cs="Times New Roman"/>
        </w:rPr>
        <w:t>Hudaý ýolbars ýaly gygyryp sesini çykardy, şonda jogap hökmünde ýedi gümmürdi öz seslerini çykardy; şol ýedi gümmürdi Millerçi hereketiň taryhynyň dowamynda hem-de 2001-nji ýylyň 11-nji sentýabrynda, Öz hazynalaryndan gündogar şemalyny çykaryp getiren mahalynda, täzeden gelen üçünji perişdäniň hereketinde Hudaýyň aýak yzlaryny aňladýar.</w:t>
      </w:r>
    </w:p>
    <w:p>
      <w:pPr>
        <w:pStyle w:val="ArticleScripture"/>
        <w:jc w:val="left"/>
      </w:pPr>
      <w:r>
        <w:rPr>
          <w:rFonts w:ascii="Times New Roman" w:hAnsi="Times New Roman" w:eastAsia="Times New Roman" w:cs="Times New Roman"/>
        </w:rPr>
        <w:t>Ol Ýeriň çäklerinden buglary göge galdyrýar; ýagyş üçin ýyldyrymlar döredýär; şemaly Öz hazynalaryndan çykarýar. Ol Müsüriň ilkinji doglanlaryny, hem adamyňkyny, hem malyňkyny urdy. Zebur 135:7, 8.</w:t>
      </w:r>
    </w:p>
    <w:p>
      <w:pPr>
        <w:pStyle w:val="ArticleBody"/>
        <w:jc w:val="left"/>
      </w:pPr>
      <w:r>
        <w:rPr>
          <w:rFonts w:ascii="Times New Roman" w:hAnsi="Times New Roman" w:eastAsia="Times New Roman" w:cs="Times New Roman"/>
        </w:rPr>
        <w:t>Ol Müsüriň ilkinji doglanlary urulanda, Ol hazynalaryndan şemaly çykardy; Pasha baýramy haçy öňden görkezýärdi, haç bolsa öz gezeginde 1844-nji ýylda üçünji perişdäniň gelşini öňden görkezýärdi, bu hem öz gezeginde gündogar şemalynyň gününde, 2001-nji ýylyň 11-nji sentýabrynda üçünji perişdäniň gaýdyp gelşini öňden görkezýärdi.</w:t>
      </w:r>
    </w:p>
    <w:p>
      <w:pPr>
        <w:pStyle w:val="ArticleBody"/>
        <w:jc w:val="left"/>
      </w:pPr>
      <w:r>
        <w:rPr>
          <w:rFonts w:ascii="Times New Roman" w:hAnsi="Times New Roman" w:eastAsia="Times New Roman" w:cs="Times New Roman"/>
        </w:rPr>
        <w:t>Ýedi möhür bilen möhürlenen kitapdan möhürler aýrylanda, bu hakykatyň yzygiderli açylmagyny aňladýar. Ýedinji möhüriň aýrylmagy ýüz kyrk dört müňüň möhürleniş döwrüni aňladýar. Ýedi möhür bilen möhürlenen kitap ilkinji gezek agzalanda, şimşekler, gürrüldiler we sesler bardyr, emma ýer titremesi ýokdur.</w:t>
      </w:r>
    </w:p>
    <w:p>
      <w:pPr>
        <w:pStyle w:val="ArticleScripture"/>
        <w:jc w:val="left"/>
      </w:pPr>
      <w:r>
        <w:rPr>
          <w:rFonts w:ascii="Times New Roman" w:hAnsi="Times New Roman" w:eastAsia="Times New Roman" w:cs="Times New Roman"/>
        </w:rPr>
        <w:t>Tagtyň içinden ýyldyrymlar, gürrüldiler we sesler çykýardy; tagtyň öňünde bolsa ýanyp duran ýedi ot çyra bardy; bular Hudaýyň ýedi Ruhudyr. Ylham 4:5.</w:t>
      </w:r>
    </w:p>
    <w:p>
      <w:pPr>
        <w:pStyle w:val="ArticleBody"/>
        <w:jc w:val="left"/>
      </w:pPr>
      <w:r>
        <w:rPr>
          <w:rFonts w:ascii="Times New Roman" w:hAnsi="Times New Roman" w:eastAsia="Times New Roman" w:cs="Times New Roman"/>
        </w:rPr>
        <w:t>Sesleriň, ýyldyrymlaryň we gümmürdimeleriň ilkinji agzalyşynda ýagyş Mukaddes Ruh bilen, ýagny otuň ýedi çyrasy bilen şekillendirilýär, emma ýer titremegi ýokdur. Ýedinji Möhüriň aýrylýan pursatynda tizden geljek Ýekşenbe kanunynyň ýer titremesi kesgitlenýär. Ylham kitabyň dördünji baby Ýahuda taýpasynyň Arslany tarapyndan amala aşyrylan hakykatyň möhürleriniň açylyşynyň başlangyjyny görkezýär; möhürleme wagty kesgitlenende bolsa, ol şol döwriň başlangyjyny-da, ahyryny-da kesgitleýär.</w:t>
      </w:r>
    </w:p>
    <w:p>
      <w:pPr>
        <w:pStyle w:val="ArticleBody"/>
        <w:jc w:val="left"/>
      </w:pPr>
      <w:r>
        <w:rPr>
          <w:rFonts w:ascii="Times New Roman" w:hAnsi="Times New Roman" w:eastAsia="Times New Roman" w:cs="Times New Roman"/>
        </w:rPr>
        <w:t>Häzirki döwrüň başlangyjy 2001-nji ýylyň 11-nji sentýabrynda perişdäniň Öz şöhraty bilen ýeri ýagtyltmak üçin inen wagty boldy; soňra Işaýa altynjy bapda bize ýekşenbe kanuny bilen tamamlanýan, “sesler, ýyldyrymlar, gürrüldiler, ýel we ýagyş” arkaly aňladylýan habaryň görýän, emma ýyldyrymlaryň manysyna düşünip bilmejek, eşidýänem bolsalar, beýik ýertitreme olara ýetip gelýänçä seslere we gürrüldilere düşünip bilmejek bir halka wagyz edilmelidigi habar berilýär. Bir ýüz kyrk dört müňüň möhürleniş döwri — her bir görnüşiň täsiriniň berjaý edilýän döwrüdir.</w:t>
      </w:r>
    </w:p>
    <w:p>
      <w:pPr>
        <w:pStyle w:val="ArticleBody"/>
        <w:jc w:val="left"/>
      </w:pPr>
      <w:r>
        <w:rPr>
          <w:rFonts w:ascii="Times New Roman" w:hAnsi="Times New Roman" w:eastAsia="Times New Roman" w:cs="Times New Roman"/>
        </w:rPr>
        <w:t>Şol taryh sežde edýänleriň iki toparyny döredýär we äşgär edýär. Bir topar ýagyşy ykrar edýär, şonuň üçin hem ony kabul edýär, çünki olar ýyldyrymy görüp, sesleri, gürleýäni we şemaly eşidip bilýärler. Möhürleniş döwrüniň ahyrynda, ýakyn wagtda geljek Ýekşenbe kanunynyň beýik ýer titremesi, soňra Hudaýyň ýerine ýetiriji hökümlerini girizýär.</w:t>
      </w:r>
    </w:p>
    <w:p>
      <w:pPr>
        <w:pStyle w:val="ArticleScripture"/>
        <w:jc w:val="left"/>
      </w:pPr>
      <w:r>
        <w:rPr>
          <w:rFonts w:ascii="Times New Roman" w:hAnsi="Times New Roman" w:eastAsia="Times New Roman" w:cs="Times New Roman"/>
        </w:rPr>
        <w:t>Şonda Hudaýyň ybadathanasy gökde açyldy, we Onuň ybadathanasynda Ähdiniň sandygy göründi; hem ýyldyrymlar, sesler, gürrüldiler, ýer titremesi we uly doly boldy. Ylham 11:19.</w:t>
      </w:r>
    </w:p>
    <w:p>
      <w:pPr>
        <w:pStyle w:val="ArticleBody"/>
        <w:jc w:val="left"/>
      </w:pPr>
      <w:r>
        <w:rPr>
          <w:rFonts w:ascii="Times New Roman" w:hAnsi="Times New Roman" w:eastAsia="Times New Roman" w:cs="Times New Roman"/>
        </w:rPr>
        <w:t>Uly ýer titremesinde “ýyldyrymlar, sesler we gümmürtiler” “doly” hem öz içine alýar. “Dol y” möhürleniş döwrüniň başynda, ýedinji möhür açylýarka, muny etmäge taýýarlanyp duran ýedi perişde tarapyndan guýulyp başlanýan höküm-jazalary aňladýar; edil olaryň Ýerusalimiň içinden geçip, ýurtda edilýän ýigrençli işlere (daşky) we ýygnakda edilýän ýigrençli işlere (içki) ah çekip, perýat edýänleriň üstüne bellik goýjak perişdä garaşanlary ýaly.</w:t>
      </w:r>
    </w:p>
    <w:p>
      <w:pPr>
        <w:pStyle w:val="ArticleBody"/>
        <w:jc w:val="left"/>
      </w:pPr>
      <w:r>
        <w:rPr>
          <w:rFonts w:ascii="Times New Roman" w:hAnsi="Times New Roman" w:eastAsia="Times New Roman" w:cs="Times New Roman"/>
        </w:rPr>
        <w:t>“Doň,” Hudaýyň ýok ediji hökümleriniň döwrüni aňladýar; bu döwür şol wagtda Babylondan çagyrylyp çykarylýan Hudaýyň beýleki sürüsi üçin merhemet döwrüdir, we beýik mähelläniň iň soňkusy Hudaýyň sürüsine goşulanda, adamzadyň synag möhleti doly ýapylýar.</w:t>
      </w:r>
    </w:p>
    <w:p>
      <w:pPr>
        <w:pStyle w:val="ArticleScripture"/>
        <w:jc w:val="left"/>
      </w:pPr>
      <w:r>
        <w:rPr>
          <w:rFonts w:ascii="Times New Roman" w:hAnsi="Times New Roman" w:eastAsia="Times New Roman" w:cs="Times New Roman"/>
        </w:rPr>
        <w:t>Ýedinji perişde jamyny howa dökdi; şonda gökdäki ybadathanadan, tagtdan beýik bir ses çykyp: «Tamam boldy» diýdi. Soňra sesler, gümmürdi sesleri we ýyldyrymlar boldy; şeýle hem ýer ýüzünde adamlar bar bolaly bäri bolmadyk derejede gudratly we örän uly bir ýer titremesi ýüze çykdy. Uly şäher üç bölege bölündi, milletleriň şäherleri ýykyldy; beýik Babil hem Hudaýyň öňünde ýatlanyldy, oňa Öz gaharynyň gazabynyň şerabynyň käsesini bermek üçin. Ylham 16:17–19.</w:t>
      </w:r>
    </w:p>
    <w:p>
      <w:pPr>
        <w:pStyle w:val="ArticleBody"/>
        <w:jc w:val="left"/>
      </w:pPr>
      <w:r>
        <w:rPr>
          <w:rFonts w:ascii="Times New Roman" w:hAnsi="Times New Roman" w:eastAsia="Times New Roman" w:cs="Times New Roman"/>
        </w:rPr>
        <w:t>Hormatly Okuyjy: Siz sesleri we gök gürlemelerini eşidip bilýärsiňizmi? Siz ýyldyrymy görüp bilýärsiňizmi? Siz şemaly duýup bilýärsiňizmi? Tizden siz akylsyz gyzlaryň ýag diläp ýalbarýan sesini eşidersiňiz.</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Biz parahatçylyk gözledik, emma hiç hili ýagşylyk gelmedi; hem-de şypa wagtyna garaşdyk, ine, betbagtçylyk! Onuň atlarynyň paýyşlamagy Dandan eşidildi; onuň güýçlüleriniň kişňeşmesiniň sesine tutuş ýurt titredi; çünki olar gelip, ýurdy we onuň içindäki ähli zady, şäheri hem onda ýaşaýanlary ýuwdup ýok etdiler. Çünki, ine, Men araňyza ýylanlary, jadylanmaýan gadyklary ibererin, olar sizi çakarlar diýip, Reb aýdýar. Gam-gussanyň garşysyna özümi köşeşdirmek islänimde, ýüregim içimde ejizleýär. Ine, uzak ýurtda ýaşaýanlar sebäpli halkymyň gyzynyň nala sesiniň owazy: «Reb Sionda dälmi? Onuň Patyşasy onuň içinde dälmi?» «Näme üçin olar meni özleriniň oýma butlary we ýat bihuda zatlary bilen gazaba mündürdiler?» Orak möwsümi geçdi, tomus tamam boldy, emma biz gutulmadyk. Halkymyň gyzynyň ýarasy sebäpli men ýaralandym; men garaldym; haýranlyk meni gaplap aldy. Gileadda melhem ýokmy? Ol ýerde tebip ýokmy? Onda näme üçin halkymyň gyzynyň saglygy dikeldilmedi? Ýermeýa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otuz bäşinji bölüm</dc:title>
  <dc:subject>1776, 1789 we 1798-nji ýyllaryň pygamberlik sesleri: 144,000-nyň möhürlenmegine giriş</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