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otuz altynjy bölüm</w:t>
      </w:r>
    </w:p>
    <w:p>
      <w:pPr>
        <w:pStyle w:val="ArticleSubtitle"/>
        <w:jc w:val="left"/>
      </w:pPr>
      <w:r>
        <w:rPr>
          <w:rFonts w:ascii="Arial" w:hAnsi="Arial" w:eastAsia="Arial" w:cs="Arial"/>
        </w:rPr>
        <w:t>Respublikançylygyň we Protestantizmiň pygamberlik taýdan geçişi: Ölümden direlişe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2020-nji ýylda ýer jandarynyň hem Respublikaly, hem-de hakyky Protestantly şahy üçin bir geçiş başlandy. Hakyky Protestantly şah 2020-nji ýylyň 18-nji iýulynda öldürildi, Respublikaly şah bolsa 2020-nji ýylyň 3-nji noýabrynda öldürildi. Ylham kitabyň on birinji bapyna görä, üç ýarym nyşanly günden soň olar ýene-de aýaklarynyň üstünde durarlar. Olar duranda, hakyky Protestantly şah Laodikýalylardan Filadelfiýalylara geçer. Olar bir ybadathana ulgamyndan çykarylyp, bir herekete getirilen bolarlar. Olar ýedinji ybadathananyň tejribesinden alnyp, altynjy ybadathananyň tejribesine getirilen bolarlar. Olar sekizinji boldular, ýagny ýediden bolan sekizinji.</w:t>
      </w:r>
    </w:p>
    <w:p>
      <w:pPr>
        <w:pStyle w:val="ArticleBody"/>
        <w:jc w:val="left"/>
      </w:pPr>
      <w:r>
        <w:rPr>
          <w:rFonts w:ascii="Times New Roman" w:hAnsi="Times New Roman" w:eastAsia="Times New Roman" w:cs="Times New Roman"/>
        </w:rPr>
        <w:t>Adwentizmiň başyndaky hereket Filadelfiýa hereketi bolupdy, Filadelfiýa hereketi bolsa ahyrda gaýtadan dikeldilýär. Ylham kitabyň on dördünji babyndaky üç perişdäniň işi bir hereket hökmünde başlady we bir hereket hökmünde hem tamamlanar. Altynjy ýygnak bolan Filadelfiýa bilen şekillendirilen Filadelfiýa hereketi 1856-njy ýylda öldi, 2023-nji ýylyň iýul aýynyň ahyryndan başlap bolsa, indi ýediniň içinden bolan sekizinji hökmünde direldilýär.</w:t>
      </w:r>
    </w:p>
    <w:p>
      <w:pPr>
        <w:pStyle w:val="ArticleBody"/>
        <w:jc w:val="left"/>
      </w:pPr>
      <w:r>
        <w:rPr>
          <w:rFonts w:ascii="Times New Roman" w:hAnsi="Times New Roman" w:eastAsia="Times New Roman" w:cs="Times New Roman"/>
        </w:rPr>
        <w:t>Şol bir taryhyň özünde Respublikaçy şah hem şoňa meňzeş ölüm we direliş tejribesini başdan geçirýär; ahyrzamanyň wagtynda, 1989-njy ýylda, Reýgandan bäri altynjy prezident bolan şahsyýet ýediniň içinden bolan sekizinji prezidente öwrülýär. Respublikaçy şah üçin geçiş prosesi onuň mürtet protestantizmiň şahy bilen birleşmegi arkaly şekillendirilýär; bu ruhy zyna we haýwanyň şekilidir. Respublikaçy şah sekizinjä öwrülýär, ýagny ýediniň içinden bolana, çünki ol Katolisizmiň haýwanynyň şekilini aňladýar; ol bolsa Ylham kitabynyň on ýedinji babynda we Danyýel kitabynyň ikinji babynda beýan edilýän, ýedi başyň içinden bolan sekizinji başdyr.</w:t>
      </w:r>
    </w:p>
    <w:p>
      <w:pPr>
        <w:pStyle w:val="ArticleBody"/>
        <w:jc w:val="left"/>
      </w:pPr>
      <w:r>
        <w:rPr>
          <w:rFonts w:ascii="Times New Roman" w:hAnsi="Times New Roman" w:eastAsia="Times New Roman" w:cs="Times New Roman"/>
        </w:rPr>
        <w:t>Respublikançylygyň şahynyň syýasy geçişi 1776-njy ýyldan 1798-nji ýyla çenli taýýarlyk döwründe şekillendirilýär. Ol pygamberlik döwri, Nebukadnesaryň haýwanlar baradaky heýkeliniň gizlenen syrynyň möhüriniň açylmagyny tanamak üçin zerur açardyr. Ol taýýarlyk döwri hem Mesih, hem-de mesih garşy üçin otuz ýyllyk taýýarlyk döwri bilen şekillendirilýär.</w:t>
      </w:r>
    </w:p>
    <w:p>
      <w:pPr>
        <w:pStyle w:val="ArticleBody"/>
        <w:jc w:val="left"/>
      </w:pPr>
      <w:r>
        <w:rPr>
          <w:rFonts w:ascii="Times New Roman" w:hAnsi="Times New Roman" w:eastAsia="Times New Roman" w:cs="Times New Roman"/>
        </w:rPr>
        <w:t>2001-nji ýylyň 11-nji sentýabryndan ýakynda çykjak ýekşenbe kanunyna çenli bolan möhürleniş wagty her bir görnüşiň täsiriniň amala aşýan pygamberlik döwrüdir. Bu, Ylham kitabynyň on birinji babyndaky “uly ýer titremesi” sagadynda papalygyň, ýedidendir bolan sekizinji patyşalyk hökmünde, ýeriň tagtyna gaýtadan çykmagy bilen tamamlanýan döwri aňladýar. Şonuň üçin bu döwür papalygyň ilkinji gezek 538-nji ýylda tagta çykmagyndan öň bolan döwür arkaly nusgalandyrylypdyr. 538-nji ýylda papalyk Orlean Geňeşinde ýekşenbe kanunyny kabul etdi; bu taýýarlygyň otuz ýyllyk döwrüniň tamamlanandygyny görkezdi hem-de ýakynda çykjak ýekşenbe kanunyny nusgalandyrdy. Isa hiç haçan üýtgemeýär, şonuň üçin ölüm howply ýarasynyň sagalýan, ýekşenbe kanunyndan öň gelýän bir döwür bolmalydyr; edil papalygyň ilkinji gezek tagta çykarylan wagtyndaky ýaly.</w:t>
      </w:r>
    </w:p>
    <w:p>
      <w:pPr>
        <w:pStyle w:val="ArticleBody"/>
        <w:jc w:val="left"/>
      </w:pPr>
      <w:r>
        <w:rPr>
          <w:rFonts w:ascii="Times New Roman" w:hAnsi="Times New Roman" w:eastAsia="Times New Roman" w:cs="Times New Roman"/>
        </w:rPr>
        <w:t>Şol döwür 508, 533 we 538-nji ýyllaryň ýol görkezijileri bilen baglanyşykly taryhlar arkaly şekillendirilýär. 508-nji ýylda taýýarlyk döwri, ýagny papalygyň dikeldilmegi başlandy. Butparaz Rimiň dördünji patyşalygy, ýagny aždaha güýji boýun egdirilipdi, we 533-nji ýylda Ýustinian papalygy “ybadathanalaryň başy, şeýle hem bidgatçylary düzediji” diýip yglan etdi. 538-nji ýylda papalygyň häkimiýeti ele almagy üçin galan ýeke-täk zat Gotlaryň Rim şäherinden aýrylmagy bolupdy, we bu 538-nji ýylda amala aşdy. Şol otuz ýyllyk taryh çyzygy Mesihiň dogluşy bilen ugurdaş gidip, onuň yzyndan Ýahýanyň gullugy geldi, bu bolsa Isa çokundyrylanda Onuň Mesih hökmünde kuwwatlanmagyna alyp bardy.</w:t>
      </w:r>
    </w:p>
    <w:p>
      <w:pPr>
        <w:pStyle w:val="ArticleBody"/>
        <w:jc w:val="left"/>
      </w:pPr>
      <w:r>
        <w:rPr>
          <w:rFonts w:ascii="Times New Roman" w:hAnsi="Times New Roman" w:eastAsia="Times New Roman" w:cs="Times New Roman"/>
        </w:rPr>
        <w:t>Mesihiň taryhyndaky taýýarlyk döwri möhürleniş wagty bilen ugurdaş geçýär we ol Protestantlyk şahyň içki çyzygyna degişlidir, emma antimesih üçin taýýarlyk döwri Respublikan şahyň daşky çyzygyna degişlidir. Şol iki döwür 2001-nji ýylyň 11-nji sentýabrynyň, 2023-nji ýylyň 7-nji oktýabrynyň we ýakyn wagtda geljek Ýekşenbe kanunynyň iki şaýadyny berýär. Bir döwür daşky, beýlekisi bolsa ýüz kyrk dört müňüň möhürleniş wagtynyň içki şaýatlygyny nygtaýar.</w:t>
      </w:r>
    </w:p>
    <w:p>
      <w:pPr>
        <w:pStyle w:val="ArticleBody"/>
        <w:jc w:val="left"/>
      </w:pPr>
      <w:r>
        <w:rPr>
          <w:rFonts w:ascii="Times New Roman" w:hAnsi="Times New Roman" w:eastAsia="Times New Roman" w:cs="Times New Roman"/>
        </w:rPr>
        <w:t>Çöldäki ses bolup, Ähtiň Habaryçysyna ýol taýýarlaýan Ýahýanyň işi, ölüm ähtiniň habaryçysy bolan günäniň adamy üçin ýol taýýarlaýan Ýustiniýanyň permany bilen deňeşýärdi. 2023-nji ýylyň 7-nji oktýabry, ýekşenbe güni baradaky kanun 538-nji ýylda bolşy ýaly güýje girizilende näme boljagynyň duýduryşydy. 2023-nji ýylyň 7-nji oktýabry, papalyk ilkinji gezek ýeriň tagtyna oturdylmagynyň taýýarlyk döwründe 533-nji ýyla gabat gelýär. Bu, golaýda geljek ýekşenbe güni baradaky kanun bilen, 538-nji ýylda bolşy ýaly, papanyň ýene-de hem ybadathanalaryň baştutanyna, hem-de bidgatçylary düzediş edijä öwrüljekdiginiň duýduryşydyr. Şeýle hem bu, üçünji belanyň Yslam söweşiniň barha güýçlenýändiginiň duýduryşydyr.</w:t>
      </w:r>
    </w:p>
    <w:p>
      <w:pPr>
        <w:pStyle w:val="ArticleBody"/>
        <w:jc w:val="left"/>
      </w:pPr>
      <w:r>
        <w:rPr>
          <w:rFonts w:ascii="Times New Roman" w:hAnsi="Times New Roman" w:eastAsia="Times New Roman" w:cs="Times New Roman"/>
        </w:rPr>
        <w:t>Bu, Yslamy (gündogardan gelen habarlar) we papanyň gaýtadan dikeldilmegi baradaky duýduryşy (demirgazykdan gelen habarlar) kesgitleýän duýduryşdyr. Ol duýduryş soňky günlerde ýoly taýýarlaýan ilçiniň işi bilen gabat gelýär, sebäbi Ähtiň Ilçisi şondan soň ýüz kyrk dört müň bilen äht baglaşmak üçin gelmelidir.</w:t>
      </w:r>
    </w:p>
    <w:p>
      <w:pPr>
        <w:pStyle w:val="ArticleBody"/>
        <w:jc w:val="left"/>
      </w:pPr>
      <w:r>
        <w:rPr>
          <w:rFonts w:ascii="Times New Roman" w:hAnsi="Times New Roman" w:eastAsia="Times New Roman" w:cs="Times New Roman"/>
        </w:rPr>
        <w:t>Taýýarlygyň üç döwri (Mesihiň we antihristiň otuz ýyla çekýän döwri, hem-de möhürleniş wagty) 1776-njy ýyldan 1798-nji ýyla çenli bolan döwür bilen hem nusgalaşdyrylýar. Ýer ýüzüniň haýwanynyň tamamlanmagynyň, onuň Mukaddes Ýazgylardaky pygamberlikde altynjy patyşalyk hökmünde tamamlanmagyndan öň gelýän belli bir döwri bar; şonuň üçin ýer ýüzüniň haýwanynyň Mukaddes Ýazgylardaky pygamberlikde altynjy patyşalyk hökmünde başlanmagynyň hem şol patyşalygyň başlanmagyndan öň gelýän pygamberlik döwri bolmalydyr. Alfa we Omega elmydama bir zadyň soňuny, onuň başlangyjy bilen bilelikde görkezýär.</w:t>
      </w:r>
    </w:p>
    <w:p>
      <w:pPr>
        <w:pStyle w:val="ArticleBody"/>
        <w:jc w:val="left"/>
      </w:pPr>
      <w:r>
        <w:rPr>
          <w:rFonts w:ascii="Times New Roman" w:hAnsi="Times New Roman" w:eastAsia="Times New Roman" w:cs="Times New Roman"/>
        </w:rPr>
        <w:t>1776, 1789 ve 1798, 11 Eylül 2001’i, 7 Ekim 2023’ü ve yakında gelecek Pazar yasasını temsil etmektedir. 1776’dan 1798’e kadar, altıncı krallığın kurulmasına ilişkin peygamberlik hazırlığı tamamlanmıştır; tıpkı 508, 533 ve 538 yıllarının beşinci krallığın kurulmasına yönelik hazırlığı temsil etmesi gibi. Bunların aynı peygamberlik niteliklerine sahip olmaları gerekir; çünkü altıncı krallık, beşinci krallığın sureti olacaktır.</w:t>
      </w:r>
    </w:p>
    <w:p>
      <w:pPr>
        <w:pStyle w:val="ArticleBody"/>
        <w:jc w:val="left"/>
      </w:pPr>
      <w:r>
        <w:rPr>
          <w:rFonts w:ascii="Times New Roman" w:hAnsi="Times New Roman" w:eastAsia="Times New Roman" w:cs="Times New Roman"/>
        </w:rPr>
        <w:t>Mesihiň çokundyrylyşyna çenli alyp baran taýýarlygynyň otuz ýyly şol bir döwri aňladýar; çünki Mesih Öz çokundyrylyşy bilen başlap, bir hepde möhlet üçin ähti tassyklamaga gelende, Ol Öz merhemet patyşalygyny berkarar edýärdi. Şol ýedi ýylyň dowamynda Öz merhemet patyşalygyny berkarar edişinde, Ol şol patyşalygy tassyklamak üçin Öz ganyny dökdi, we şeýle etmek bilen, Öz şöhrat patyşalygyny haçan berkarar etjekdiginiň nusgasyny galdyrdy. Şol şöhrat patyşalygy Daniýel ikidäki patyşalykdyr; ol elsiz bir dagdan kesilip alnan daş hökmünde şekillendirilýär. White uýa bize şol patyşalygyň giçki ýagşyň döwründe berkarar edilýändigini habar berýär, we giçki ýagyş 2001-nji ýylyň 11-nji sentýabrynda başlandy.</w:t>
      </w:r>
    </w:p>
    <w:p>
      <w:pPr>
        <w:pStyle w:val="ArticleScripture"/>
        <w:jc w:val="left"/>
      </w:pPr>
      <w:r>
        <w:rPr>
          <w:rFonts w:ascii="Times New Roman" w:hAnsi="Times New Roman" w:eastAsia="Times New Roman" w:cs="Times New Roman"/>
        </w:rPr>
        <w:t>Soňky ýagyş päk bolanlaryň üstüne gelýär — şonda hemmeler ony öňküsi ýaly kabul ederler.</w:t>
      </w:r>
    </w:p>
    <w:p>
      <w:pPr>
        <w:pStyle w:val="ArticleScripture"/>
        <w:jc w:val="left"/>
      </w:pPr>
      <w:r>
        <w:rPr>
          <w:rFonts w:ascii="Times New Roman" w:hAnsi="Times New Roman" w:eastAsia="Times New Roman" w:cs="Times New Roman"/>
        </w:rPr>
        <w:t>“Dört melek bıraktığında, Mesih kendi krallığını kuracaktır. Geç yağmuru, ellerinden gelen her şeyi yapanlardan başkası almayacaktır. Mesih bize yardım ederdi. Herkes, Tanrı’nın lütfuyla, İsa’nın kanı aracılığıyla galip gelebilirdi. Bütün gök bu işle ilgilenmektedir. Melekler de ilgilenmektedir.” Spalding and Magan, 3.</w:t>
      </w:r>
    </w:p>
    <w:p>
      <w:pPr>
        <w:pStyle w:val="ArticleBody"/>
        <w:jc w:val="left"/>
      </w:pPr>
      <w:r>
        <w:rPr>
          <w:rFonts w:ascii="Times New Roman" w:hAnsi="Times New Roman" w:eastAsia="Times New Roman" w:cs="Times New Roman"/>
        </w:rPr>
        <w:t>2001-nji ýylyň 11-nji sentýabrynda gaharly at (Yslam) hökmünde şekillendirilýän dört ýel goýberildi, soňra bolsa ýüz kyrk dört müň möhürlenip durka saklanyp saklandy. 1776, 1789 we 1798-nji ýyllar ýüz kyrk dört müňiň möhürleniş döwrüni aňladýar, hem-de bu üç sene Mukaddes Kitabyň pygamberliklerinde görkezilen altynjy patyşalygyň esaslandyrylmagyna getiren hukuk namalaryny aňladýar. 1789-njy ýyldaky ikinji sene Amerikanyň Birleşen Ştatlarynyň Konstitusiýasyny görkezýär; şonuň üçin hem 1798-nji ýylda ýüze çykmaly bolan iki gatly güýji Konstitusiýa hökmünde tanadan habar bolupdy; edil 533-nji ýylyň 538-nji ýylda ýüze çykmaly bolan iki gatly güýjüň yglan edilişi bolşy ýaly, hem-de Ýahýa Çokundyryjy Mesihiň çokundyrylmagynda ýüze çykjak iki gatly güýji yglan edişi ýaly.</w:t>
      </w:r>
    </w:p>
    <w:p>
      <w:pPr>
        <w:pStyle w:val="ArticleBody"/>
        <w:jc w:val="left"/>
      </w:pPr>
      <w:r>
        <w:rPr>
          <w:rFonts w:ascii="Times New Roman" w:hAnsi="Times New Roman" w:eastAsia="Times New Roman" w:cs="Times New Roman"/>
        </w:rPr>
        <w:t>Mesihiň ikitaraplaýyn güýjüni emele getirýän iki güýç, hudaýlygyň ynsanlyk bilen birleşende günä etmeýändigini Onuň göreldesiniň görkezendigidi. Antimesihiň ikitaraplaýyn güýjüni emele getirýän iki güýç bolsa, onuň ybadathanalaryň başy hökmünde tagta çykarylmagy we bidgatçylary düzediji hökmünde tagta çykarylmagydy. Ýer ýüzündäki haýwanyň ikitaraplaýyn güýjüni emele getirýän iki güýç Respublikançylygyň we Protestantlygyň iki şahy bolup durýar.</w:t>
      </w:r>
    </w:p>
    <w:p>
      <w:pPr>
        <w:pStyle w:val="ArticleScripture"/>
        <w:jc w:val="left"/>
      </w:pPr>
      <w:r>
        <w:rPr>
          <w:rFonts w:ascii="Times New Roman" w:hAnsi="Times New Roman" w:eastAsia="Times New Roman" w:cs="Times New Roman"/>
        </w:rPr>
        <w:t>“‘Onuň guzynyňky ýaly iki şahasy bardy.’ Guzynyňky ýaly şahalar ýaşlygy, päkligi we mylaýymlygy aňladýar; bu häsiýetler 1798-nji ýylda pygambere ‘çykyş edip gelýän’ hökmünde görkezilen Amerikanyň Birleşen Ştatlarynyň häsiýetini örän ýerlikli suratlandyrýar. Ilkibaşda Amerika gaçyp gelen, patyşa zulumyndan we ruhany çydamsyzlygyndan pena gözlän mesihi sürgünleriň arasynda raýat we dini azatlygyň giň binýady üstünde hökümet döretmegi ýüregine düwenler köpdi. Olaryň garaýyşlary Garaşsyzlyk Jarnamasynda öz beýanyny tapdy; ol ýerde ‘ähli adamlaryň deň ýaradylany’ we olara ‘ýaşaýyş, azatlyk hem-de bagt gözlemek’ babatda aýrylmaz hukugyň berlendigi baradaky beýik hakykat yglan edilýär. Konstitusiýa bolsa halk köpçüliginiň ses bermegi bilen saýlanan wekilleriň kanunlary çykarmagyny we olary dolandyrmagyny göz öňünde tutup, halka öz-özüni dolandyrmak hukugyny kepillendirýär. Dini ynanç azatlygy hem berildi; her bir adama öz wyždanynyň buýrugyna görä Hudaýa sežde etmäge rugsat edildi. Respublikançylyk we protestantlyk bu milletiň düýpli ýörelgelerine öwrüldi. Hut şu ýörelgeler onuň güýjüniň we abadançylygynyň syrydyr. Mesihi dünýäsiniň ähli ýerindäki ezilenler we depelenenler bu ýurda gyzyklanma hem umyt bilen ýüzlendiler. Millionlarça adam onuň kenarlaryna geldiler, Amerikanyň Birleşen Ştatlary bolsa ýeriň ýüzündäki iň kuwwatly milletleriň arasynda bir derejä galdy.” Uly göreş, 441.</w:t>
      </w:r>
    </w:p>
    <w:p>
      <w:pPr>
        <w:pStyle w:val="ArticleBody"/>
        <w:jc w:val="left"/>
      </w:pPr>
      <w:r>
        <w:rPr>
          <w:rFonts w:ascii="Times New Roman" w:hAnsi="Times New Roman" w:eastAsia="Times New Roman" w:cs="Times New Roman"/>
        </w:rPr>
        <w:t>1776, 1789 we 1798 sekizinjiniň ýediden çykýandygyny nygtaýan üç taryhy aňladýar. 1776 Garaşsyzlyk Jarnamasynyň neşir edilmegini hem-de Birinji we Ikinji Kontinental Kongresleriň taryhyny aňladýar. 1789 Konstitusiýanyň neşir edilmegini we Konfederasiýa maddalarynyň taryhyny aňladýar. 1798 Daşary ýurtlular we dönüklik hakdaky kanunlaryň neşir edilmegini, şeýle hem Ýer jandarynyň Mukaddes Kitap pygamberliginiň altynjy patyşalygy hökmünde başlanmagyny aňladýar.</w:t>
      </w:r>
    </w:p>
    <w:p>
      <w:pPr>
        <w:pStyle w:val="ArticleBody"/>
        <w:jc w:val="left"/>
      </w:pPr>
      <w:r>
        <w:rPr>
          <w:rFonts w:ascii="Times New Roman" w:hAnsi="Times New Roman" w:eastAsia="Times New Roman" w:cs="Times New Roman"/>
        </w:rPr>
        <w:t>Ilkinji Kontinental Kongress 1774-nji ýylda geçirildi we Amerikanyň Birleşen Ştatlarynyň irki taryhynda möhüm ähmiýetli institut bolup, Amerikan Garaşsyzlyk urşy döwründe dolandyryjy edara hökmünde hyzmat etdi. Kontinental kongressler pygamberlik taýdan iki döwre — ilkinji kongressiň we soňky kongressiň döwürlerine — bölünýär. Ilkinji Kontinental Kongressiň iki prezidenti bolupdy we ol 1774-nji ýylyň 5-nji sentýabryndan 26-njy oktýabryna çenli Filadelfiýada ýygnandy. Peyton Randolph 5-nji sentýabrdan 22-nji oktýabra çenli mejlisiň ilkinji prezidenti boldy, ondan soň bolsa Henry Middleton 1774-nji ýylyň 26-njy oktýabryna çenli indiki bäş günüň dowamynda başlyklyk etdi.</w:t>
      </w:r>
    </w:p>
    <w:p>
      <w:pPr>
        <w:pStyle w:val="ArticleBody"/>
        <w:jc w:val="left"/>
      </w:pPr>
      <w:r>
        <w:rPr>
          <w:rFonts w:ascii="Times New Roman" w:hAnsi="Times New Roman" w:eastAsia="Times New Roman" w:cs="Times New Roman"/>
        </w:rPr>
        <w:t>Ikinji Kontinental Kongres 1775-nji ýyldan 1781-nji ýyla çenli dowam etdi. Ikinji Kontinental Kongres öz döwründe alty prezidenti boldy. Peýton Rendolf 1775-nji ýylyň 10-njy maýyndan 1775-nji ýylyň 24-nji maýyna çenli prezident hökmünde ýolbaşçylyk etdi. Ol hem Birinji, hem-de Ikinji Kontinental Kongresleriň ilkinji prezidenti boldy. Birinji we Ikinji Kontinental Kongresleriň taryhynda jemi sekiz prezident boldy.</w:t>
      </w:r>
    </w:p>
    <w:p>
      <w:pPr>
        <w:pStyle w:val="ArticleBody"/>
        <w:jc w:val="left"/>
      </w:pPr>
      <w:r>
        <w:rPr>
          <w:rFonts w:ascii="Times New Roman" w:hAnsi="Times New Roman" w:eastAsia="Times New Roman" w:cs="Times New Roman"/>
        </w:rPr>
        <w:t>Ikinji Kontinental Kongresiň ikinji prezidenti John Hancock bolup, Hancock 1775-nji ýylyň 24-nji maýyndan 1777-nji ýylyň 31-nji oktýabryna çenli başlyklyk etdi. Henry Laurens 1777-nji ýylyň 1-nji noýabryndan 1778-nji ýylyň 9-njy dekabryna çenli başlyklyk etdi. John Jay 1778-nji ýylyň 10-njy dekabryndan 1779-njy ýylyň 28-nji sentýabryna çenli başlyklyk etdi. Samuel Huntington 1779-njy ýylyň 28-nji sentýabryndan 1781-nji ýylyň 9-njy iýulyna çenli başlyklyk etdi. Thomas McKean 1781-nji ýylyň 10-njy iýulyndan 1781-nji ýylyň 4-nji noýabryna çenli başlyklyk etdi.</w:t>
      </w:r>
    </w:p>
    <w:p>
      <w:pPr>
        <w:pStyle w:val="ArticleBody"/>
        <w:jc w:val="left"/>
      </w:pPr>
      <w:r>
        <w:rPr>
          <w:rFonts w:ascii="Times New Roman" w:hAnsi="Times New Roman" w:eastAsia="Times New Roman" w:cs="Times New Roman"/>
        </w:rPr>
        <w:t>Peýton Rendolf Birinji hem-de Ikinji Kontinental Kongresleriň ikisiniň-de ilkinji prezidenti bolupdy. Bu bolsa Kontinental Kongresleriň iki döwründe sekiz prezidentlik möhletiniň bolandygyny, emma şol iki döwrüň hersiniň ilkinji prezidenti bolan adamyň bir şahs bolandygyny görkezýär. Şonuň üçin, sekiz prezidentlik möhleti bolan hem bolsa, hakykatda bary-ýogy ýedi prezident bolupdy. Ilkinji prezident prezident bolan ýedi adamyň biri bolupdy, emma Rendolf şol taryhda iki gezek baştutanlyk edendigi sebäpli, ol ýediniň içinde bolan sekizinjini hem aňladýar.</w:t>
      </w:r>
    </w:p>
    <w:p>
      <w:pPr>
        <w:pStyle w:val="ArticleBody"/>
        <w:jc w:val="left"/>
      </w:pPr>
      <w:r>
        <w:rPr>
          <w:rFonts w:ascii="Times New Roman" w:hAnsi="Times New Roman" w:eastAsia="Times New Roman" w:cs="Times New Roman"/>
        </w:rPr>
        <w:t>Kontinental Kongresleriniň taryhynda Rewolýusiýa urşy Kongres tarapyndan dolandyryldy. Şol sebäpli, Jorj Waşington şol döwürde hiç haçan prezident bolmandy, çünki ol goşunyň üstünden ilkinji Baş serkerde hökmünde bellenipdi.</w:t>
      </w:r>
    </w:p>
    <w:p>
      <w:pPr>
        <w:pStyle w:val="ArticleBody"/>
        <w:jc w:val="left"/>
      </w:pPr>
      <w:r>
        <w:rPr>
          <w:rFonts w:ascii="Times New Roman" w:hAnsi="Times New Roman" w:eastAsia="Times New Roman" w:cs="Times New Roman"/>
        </w:rPr>
        <w:t>Iki döwrüň hem ilkinji prezidenti bolmak bilen, Randolph hakyky ilkinji prezidenti, ýagny George Washingtony alamatlandyrýan iki şaýady aňladýar. Washington Randolph arkaly görkezilýär, şonuň üçin hem Randolph, Washingtonyň nyşany hökmünde, diňe bir ilkinji prezident Randolphyň pygamberlik aýratynlyklaryny däl, eýsem Randolphyň ýediden bolup, sekizinjidigini hem beýan edýär. Şeýlelikde George Washington, ilkinji prezident we ilkinji Baş Serkerde hökmünde, pygamberlik taýdan hem sekizinjidi we ýediden bolupdy.</w:t>
      </w:r>
    </w:p>
    <w:p>
      <w:pPr>
        <w:pStyle w:val="ArticleBody"/>
        <w:jc w:val="left"/>
      </w:pPr>
      <w:r>
        <w:rPr>
          <w:rFonts w:ascii="Times New Roman" w:hAnsi="Times New Roman" w:eastAsia="Times New Roman" w:cs="Times New Roman"/>
        </w:rPr>
        <w:t>Isa bir zadyň ahyryny onuň başlangyjy arkaly şekillendirýär, şonuň üçin soňky prezident we Baş serkerde sekizinji bolar, ýagny ol ýediniň biridir. Bu pygamberlik hakykaty 1776-njy ýylyň ilkinji ýolgörkezijisiniň senesi we Garaşsyzlyk Jarnamasynyň neşir edilmegi bilen şekillendirilýän Birinji we Ikinji Kontinental Kongresleriň taryhynda berkidilendir.</w:t>
      </w:r>
    </w:p>
    <w:p>
      <w:pPr>
        <w:pStyle w:val="ArticleBody"/>
        <w:jc w:val="left"/>
      </w:pPr>
      <w:r>
        <w:rPr>
          <w:rFonts w:ascii="Times New Roman" w:hAnsi="Times New Roman" w:eastAsia="Times New Roman" w:cs="Times New Roman"/>
        </w:rPr>
        <w:t>1776-njy ýylyň ýol belgisi 2001-nji ýylyň 11-nji sentýabryny we “Patriot Act” kanunyny öňden şekillendirýär; şol ýerde Amerikanyň garaşsyzlygy iňlis hukugynyň astynda däl-de, rim hukugynyň ygtyýaryna tabyn edildi. Bu, ýakyn wagtda geljek ýekşenbe kanunynda papalygyň ýene-de bir gezek ýer ýüzüniň tagtyny eýelemegine ýol taýýarlaýan pygamberlik döwrüniň başlanýandygyny alamatlandyrýar.</w:t>
      </w:r>
    </w:p>
    <w:p>
      <w:pPr>
        <w:pStyle w:val="ArticleBody"/>
        <w:jc w:val="left"/>
      </w:pPr>
      <w:r>
        <w:rPr>
          <w:rFonts w:ascii="Times New Roman" w:hAnsi="Times New Roman" w:eastAsia="Times New Roman" w:cs="Times New Roman"/>
        </w:rPr>
        <w:t>1776 tarapyndan aňladylan pygamberlik döwri bilen bolşy ýaly, bu pygamberlik döwri hem Ikinji Kontinental Kongresiň 1781-nji ýylda tamamlanmagyndan Konstitusiýanyň neşir edilmegi bilen baglanyşykly ýolbelligi kesgitleýän sene bolan 1789-njy ýyla çenli bolan taryhy aňladýardy. Şol taryhda hem sekiz prezident bardy. 1781-den 1789-njy ýyla çenli bolan taryh Konfederasiýa Maddalarynyň taryhydyr. Konfederasiýa Maddalary ilkinji Konstitusiýany aňladýardy, emma Konfederasiýa Maddalarynyň ejizligi onuň çalşyrylmagyna hem-de 1789-njy ýylda Konstitusiýanyň ratifikasiýa edilmegine getirip çykardy.</w:t>
      </w:r>
    </w:p>
    <w:p>
      <w:pPr>
        <w:pStyle w:val="ArticleBody"/>
        <w:jc w:val="left"/>
      </w:pPr>
      <w:r>
        <w:rPr>
          <w:rFonts w:ascii="Times New Roman" w:hAnsi="Times New Roman" w:eastAsia="Times New Roman" w:cs="Times New Roman"/>
        </w:rPr>
        <w:t>Şol döwürde sekiz prezident iki Kontinental Kongresiň taryhynda prezident bolmadyk ýedi prezidentden we şol ilkinji pygamberlik döwründe hem prezident bolan bir prezidentden ybaratdy. Jon Hankok ikinji Kontinental Kongresde hem, şeýle hem Konfederasiýa Maddalary bilen şekillendirilen döwürde hem hyzmat etdi. Pygamberlik derejesinde, iki Kontinental Kongresiň dowamynda diňe ýedi adam prezident bolupdy; şonuň üçin pygamberlik taýdan Jon Hankok Konfederasiýa Maddalary döwründäki sekiz adamyň biri bolupdy, emma ol öňki döwürdäki ýedi adamyň hem biri bolupdy. Şoňa görä-de, ol ýediden bolan sekizinjidi.</w:t>
      </w:r>
    </w:p>
    <w:p>
      <w:pPr>
        <w:pStyle w:val="ArticleBody"/>
        <w:jc w:val="left"/>
      </w:pPr>
      <w:r>
        <w:rPr>
          <w:rFonts w:ascii="Times New Roman" w:hAnsi="Times New Roman" w:eastAsia="Times New Roman" w:cs="Times New Roman"/>
        </w:rPr>
        <w:t>1789 bilen şekillendirilen ikinji pygamberlik döwri hem, 1776 bilen şekillendirilen birinji pygamberlik döwründe Payton Randolphyň bolşy ýaly, sekizinji bolup, ýöne şol ýediniň içinden bolan bir prezidente (Hancock) eýedi. 1789 2021-nji ýylyň 6-njy ýanwaryndaky Pelosi kazyýet işi bilen gabat gelýär we ony aňladýar.</w:t>
      </w:r>
    </w:p>
    <w:p>
      <w:pPr>
        <w:pStyle w:val="ArticleScripture"/>
        <w:jc w:val="left"/>
      </w:pPr>
      <w:r>
        <w:rPr>
          <w:rFonts w:ascii="Times New Roman" w:hAnsi="Times New Roman" w:eastAsia="Times New Roman" w:cs="Times New Roman"/>
        </w:rPr>
        <w:t>Reb Zionyň diwarlarynda gaty ses bilen gygyryp, dymman, seslerini surnaý ýaly göterip, Öz halkyna olaryň günäsini we Ýakubyň öýüne olaryň ýazygyny görkezmek üçin wepaly garawullary goýandyr. Reb hakykatyň duşmanyna dördünji buýrugyň Sabatyna garşy maksatly tagalla etmäge ýol berdi. Ol munuň arkaly soňky günler üçin synag bolan şol meselede aýgytly gyzyklanma oýarmagy niýet edinýär. Bu bolsa üçünji perişdäniň habarynyň güýç bilen yglan edilmegine ýol açar.</w:t>
      </w:r>
    </w:p>
    <w:p>
      <w:pPr>
        <w:pStyle w:val="ArticleScripture"/>
        <w:jc w:val="left"/>
      </w:pPr>
      <w:r>
        <w:rPr>
          <w:rFonts w:ascii="Times New Roman" w:hAnsi="Times New Roman" w:eastAsia="Times New Roman" w:cs="Times New Roman"/>
        </w:rPr>
        <w:t>“Hakykata ynanýan hiç kim häzirki wagtda dymmasyn. Häzirki wagtda hiç kim seresapsyz bolmaly däldir; goý, hemmeler merhemet tagtynyň öňünde öz doga-haýyşlaryny yhlas bilen beýan etsinler we: ‘Meniň adym bilen näme dileseňiz, Men şony ýerine ýetirerin’ (Ýahýa 14:13) diýen wada ýapyşyp ýalbaryp dursunlar. Häzirki wagt howply döwürdir. Eger bu öwünilýän azatlyk ýurdy öz Konstitusiýasyna degişli bolan her bir ýörelgäni gurban etmäge taýýarlanýan bolsa, dini azatlygy basyp ýatyrmak we papalyk galplygyny hem-de aldawyny mejbury ýöretmek üçin permanlar çykarýan bolsa, onda Hudaýyň halky öz doga-haýyşlaryny iman bilen Beýik Äňňä hödürlemelidir. Oňa bil baglaýanlar üçin Hudaýyň wadalarynda doly ruhlandyryş bardyr. Şahsy howp we muşakgat içine düşmek ähtimallygy ruhdan düşgünlige sebäp bolmaly däldir; tersine, bu Hudaýyň halkynyň gaýratyny we umydyny has-da güýçlendirmelidir; çünki olaryň howp wagty Hudaýyň Öz güýjüni olara has aýdyň görnüşlerde görkezýän möwsümidir.”</w:t>
      </w:r>
    </w:p>
    <w:p>
      <w:pPr>
        <w:pStyle w:val="ArticleScripture"/>
        <w:jc w:val="left"/>
      </w:pPr>
      <w:r>
        <w:rPr>
          <w:rFonts w:ascii="Times New Roman" w:hAnsi="Times New Roman" w:eastAsia="Times New Roman" w:cs="Times New Roman"/>
        </w:rPr>
        <w:t>“Biz zulumyň we muşakgatlaryň gelmegine asuda garaşyp oturmaly we betbagtçylygyň öňüni almak üçin hiç zat etmän, ellerimizi gowşuryp goýmaly däldiris. Goý, birleşen nalyşlarymyz göge göterilsin. Doga ediň we işläň, işläň we doga ediň. Emma hiç kim howlukmaç hereket etmesin. Öňküsinden hem beter ýüregiňizde ýumşak we pesgöwünli bolmalydygyňyzy öwreniň. Siz hiç kime, ne şahsy adamlara, ne-de ýygnaklara, ýazgarýan aýyplama bildirmeli dälsiňiz. Akyllar bilen Mesihiň edişi ýaly iş salyşmagy öwreniň. Kämahal ýiti sözler aýdylmaly bolýar; ýöne açyk-aýdyň hakykaty aýtmazdan öň, Hudaýyň Mukaddes Ruhunyň ýüregiňizde mesgen tutýandygyna anyk göz ýetiriň; onsoň goý, hakykat öz ýoluny kesip açsyn. Kesýän siz bolmaly dälsiňiz.” Selected Messages, book 2, 370.</w:t>
      </w:r>
    </w:p>
    <w:p>
      <w:pPr>
        <w:pStyle w:val="ArticleBody"/>
        <w:jc w:val="left"/>
      </w:pPr>
      <w:r>
        <w:rPr>
          <w:rFonts w:ascii="Times New Roman" w:hAnsi="Times New Roman" w:eastAsia="Times New Roman" w:cs="Times New Roman"/>
        </w:rPr>
        <w:t>Konstitusiýa bilen şekillendirilen taýýarlyk döwrüniň pygamberlikdäki ikinji ýol belgisi, Konstitusiýanyň indiki ýol belgide agdaryljakdygyny görkezýär. Şol ikinji ýol belgisi çokundyryjy Ýahýa tarapyndan, şeýle hem Ýustinianyň permany tarapyndan nusgalandyryldy; olaryň ikisi-de şol döwrüň içinde şekillendirilen soňky wakanyň gelşi bilen baglylykda hem ony anyklap görkezdi, hem-de duýduryş berdi. Ýahýa üçin bu, Mesihiň Öz ýaşaýyş ähtini gymmatly gany bilen tassyklap, güýç-kuwwat almagy boldy; Ýustinian üçin bolsa bu, öz ölüm ähtini şehitleriň gany bilen berkitmeli bolan antihristiň güýç-kuwwat almagy boldy.</w:t>
      </w:r>
    </w:p>
    <w:p>
      <w:pPr>
        <w:pStyle w:val="ArticleBody"/>
        <w:jc w:val="left"/>
      </w:pPr>
      <w:r>
        <w:rPr>
          <w:rFonts w:ascii="Times New Roman" w:hAnsi="Times New Roman" w:eastAsia="Times New Roman" w:cs="Times New Roman"/>
        </w:rPr>
        <w:t>1789-njy ýylda Konstitusiýa ýer haýwanynyň iki şahynyň ygtyýarly edilendigini görkezdi, we şeýle etmek bilen, 1798-nji ýylda Daşary ýurtlular we Pitne hakyndaky kanunlar arkaly şekillendirilişi ýaly, ýer haýwanynyň güýjüniň iki şahynyň ýakyn wagtda geljek ýok edilişini hem görkezdi. Iki şaýat 2020-nji ýylda köçelerde öldürilende, olar 2021-nji ýylyň 6-njy ýanwaryndaky Pelosi sud prosesleri bilen alamatlandyrylýan Konstitusiýa garşy dowamly hüjümi kesgitlediler we ondan duýdurdylar.</w:t>
      </w:r>
    </w:p>
    <w:p>
      <w:pPr>
        <w:pStyle w:val="ArticleBody"/>
        <w:jc w:val="left"/>
      </w:pPr>
      <w:r>
        <w:rPr>
          <w:rFonts w:ascii="Times New Roman" w:hAnsi="Times New Roman" w:eastAsia="Times New Roman" w:cs="Times New Roman"/>
        </w:rPr>
        <w:t>2021-nji ýylyň 6-njy ýanwary, 533-nji ýylda Ýustinianyň karary bilen nusgalanan, ýakyn wagtda geljek Ýekşenbe kanunynda papalygyň ygtyýarly edilşi baradaky duýduryşdyr. 2021-nji ýylyň 6-njy ýanwary hem, 533-nji ýyl hem, 538-nji ýylda Orlean Geňeşinde kabul edilen Ýekşenbe kanuny bilen, şeýle hem 1798-nji ýylda ýer jandarynyň ýakyn wagtda geljek Ýekşenbe kanunynda aagondarha ýaly geplemegini nusgalan Alien and Sedition Acts bilen öňden görkezilen, ýakyn wagtda geljek Ýekşenbe kanuny barada duýduryş berýär.</w:t>
      </w:r>
    </w:p>
    <w:p>
      <w:pPr>
        <w:pStyle w:val="ArticleBody"/>
        <w:jc w:val="left"/>
      </w:pPr>
      <w:r>
        <w:rPr>
          <w:rFonts w:ascii="Times New Roman" w:hAnsi="Times New Roman" w:eastAsia="Times New Roman" w:cs="Times New Roman"/>
        </w:rPr>
        <w:t>Ýekşenbe baradaky kanun kabul edilende papalygyň ölüm howply ýarasy sagaldylar, we Ylham kitabynyň on ýedinji babyndaky, ýedi kelläniň içinden bolan sekizinji kelle direler. 1798-nji ýylyň “Alien and Sedition Acts” kanunlary, ýer ýüzündäki janawaryň aždarha ýaly gepleýändigini aňladýar; ol diňe bir güne çokunmagy mejbur etmän, şondan soňra bütin dünýäni hem Ylham kitabynyň on üçünji babyndaky deňiz janawarynyň ygtyýaryny, ýagny ýedi kelläniň içinden bolan sekizinji kelle hökmünde, kabul etmäge mejbur edýär. Şonuň üçin hem, taýýarlyk döwrüniň içinde 1776, 1789 we 1798 ýyllar arkaly görkezilen üç döwriň her birinde, “sekizinjiniň, ýediden bolmagy” baradaky pygamberlik syrlylygy pygamberlik taýdan beýan edilendir.</w:t>
      </w:r>
    </w:p>
    <w:p>
      <w:pPr>
        <w:pStyle w:val="ArticleBody"/>
        <w:jc w:val="left"/>
      </w:pPr>
      <w:r>
        <w:rPr>
          <w:rFonts w:ascii="Times New Roman" w:hAnsi="Times New Roman" w:eastAsia="Times New Roman" w:cs="Times New Roman"/>
        </w:rPr>
        <w:t>Enigmäni kesgitleýän ilkinji iki ýolgörkeziji belgi (1776 we 1789) ýer ýüzüniň haýwanynyň pygamberlik taryhynyň içinde ýerine ýetirilýän tapmany görkezýär, üçünji ýolgörkeziji belgi bolsa papalyk häkimiýeti üçin ýerine ýetirilýän enigmäni kesgitleýär.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“Ýeriň ýüzünde ýaşaýanlara haýwana bir şekil ýasamalydyklaryny aýdyp.” Bu ýerde kanun çykaryjy häkimiýetiň halkyň elinde bolýan dolandyryş görnüşi aç-açan görkezilýär; bu bolsa Amerikanyň Birleşen Ştatlarynyň pygamberlikde görkezilen milletdigine örän täsirli bir subutnamadyr.</w:t>
      </w:r>
    </w:p>
    <w:p>
      <w:pPr>
        <w:pStyle w:val="ArticleScripture"/>
        <w:jc w:val="left"/>
      </w:pPr>
      <w:r>
        <w:rPr>
          <w:rFonts w:ascii="Times New Roman" w:hAnsi="Times New Roman" w:eastAsia="Times New Roman" w:cs="Times New Roman"/>
        </w:rPr>
        <w:t>“Emma ‘haýwana meňzetme’ nämedir? we ol nähili döredilmelidir? Meňzetme iki şahly haýwan tarapyndan ýasalýar we ol haýwana degişli bir meňzetmedir. Oňa haýwanyň meňzetmesi hem diýilýär. Şeýlelikde, meňzetmäniň nähilidigini we onuň nähili döredilmelidigini bilmek üçin, biz haýwanyň öz häsiýetlerini, ýagny papalygy öwrenmelidiris.</w:t>
      </w:r>
    </w:p>
    <w:p>
      <w:pPr>
        <w:pStyle w:val="ArticleScripture"/>
        <w:jc w:val="left"/>
      </w:pPr>
      <w:r>
        <w:rPr>
          <w:rFonts w:ascii="Times New Roman" w:hAnsi="Times New Roman" w:eastAsia="Times New Roman" w:cs="Times New Roman"/>
        </w:rPr>
        <w:t>Irki ýygnak Hoş Habaryň sadalygyndan ýüz öwrüp, butparaz däp-dessurlary we adatlary kabul etmek bilen bozulanda, ol Hudaýyň Ruhuny we gudratyny ýitirdi; munuň netijesinde halkyň wyždanlaryna gözegçilik etmek üçin dünýewi häkimiýetiň goldawyny gözledi. Munuň netijesi papalyk boldy, ýagny döwletiň häkimiýetine gözegçilik eden we ony öz maksatlaryny ilerletmek, aýratyn-da “bidgatçylygy” jezalandyrmak üçin ulanan bir ýygnak boldy. Amerikanyň Birleşen Ştatlarynyň haýwanyň bir şekilini emele getirmegi üçin, dini häkimiýet raýat hökümetine şeýle bir gözegçilik etmeli welin, döwletiň ygtyýary hem ýygnak tarapyndan öz maksatlaryny amala aşyrmak üçin ulanylsyn.</w:t>
      </w:r>
    </w:p>
    <w:p>
      <w:pPr>
        <w:pStyle w:val="ArticleScripture"/>
        <w:jc w:val="left"/>
      </w:pPr>
      <w:r>
        <w:rPr>
          <w:rFonts w:ascii="Times New Roman" w:hAnsi="Times New Roman" w:eastAsia="Times New Roman" w:cs="Times New Roman"/>
        </w:rPr>
        <w:t>Haçan-da ybadathana dünýewi häkimiýeti ele geçiren bolsa, öz taglymatlaryndan tapawutly pikire görä jeza bermek üçin ony ulanypdyr. Dünýewi güýçler bilen birleşmek arkaly Rimiň yzyny eýeren protestant ybadathanalary hem wyždan azatlygyny çäklendirmek isleýşini şonuň ýaly ýüze çykardylar. Muňa mysal hökmünde Angliýanyň Ybadathanasynyň garşy pikirdäkileri uzak ýyllaryň dowamynda yzarlamagy getirilýär. On altynjy we on ýedinji asyrlarda müňlerçe konformist däl ruhanylar öz ybadathanalaryndan gaçmaga mejbur boldular, hem-de köpüsi, ruhanylaram halkam, jerime, türme tussaglygy, gynamalar we şehitlik jezalaryna sezewar edildi.</w:t>
      </w:r>
    </w:p>
    <w:p>
      <w:pPr>
        <w:pStyle w:val="ArticleScripture"/>
        <w:jc w:val="left"/>
      </w:pPr>
      <w:r>
        <w:rPr>
          <w:rFonts w:ascii="Times New Roman" w:hAnsi="Times New Roman" w:eastAsia="Times New Roman" w:cs="Times New Roman"/>
        </w:rPr>
        <w:t>Irki döwürdäki ybadathananyň dünýewi hökümetiň kömegini gözlemegine elten zat dinden dönüklükdi, we bu papalygyň — haýwanyň — ösüp kemala gelmegine ýol taýýarlady. Pawlus şeýle diýdi: «Ýoldan çykma» bolar, «… we günä adamy aýan ediler». 2 Selanikliler 2:3. Şeýlelik bilen, ybadathanadaky dinden dönüklük haýwanyň şekiline ýol taýýarlajakdyr.</w:t>
      </w:r>
    </w:p>
    <w:p>
      <w:pPr>
        <w:pStyle w:val="ArticleScripture"/>
        <w:jc w:val="left"/>
      </w:pPr>
      <w:r>
        <w:rPr>
          <w:rFonts w:ascii="Times New Roman" w:hAnsi="Times New Roman" w:eastAsia="Times New Roman" w:cs="Times New Roman"/>
        </w:rPr>
        <w:t>“Mukaddes Kitap, Rebbiň gelmeginden öň, ilkinji asyrlardaky ýaly dini pese gaçyş ýagdaýynyň boljakdygyny yglan edýär. ‘Soňky günlerde howply zamanalar geler. Çünki adamlar özüni söýýän, dünýä malyna tamakin, öwünjeň, tekepbir, küpür sözleýän, ata-enä boýun egmeýän, şükür etmeýän, mukaddes däl, tebigy mähirsiz, ýaraşmaz, töhmetçi, özüni saklap bilmeýän, gazaply, ýagşylygy ýigrenýän, dönük, perwaýsyz, ulumsy, Hudaýy söýmekden lezzeti söýýän, takwalylygyň daşky keşbine eýe bolup, onuň güýjüni inkär edýän bolar.’ 2 Timothy 3:1–5. ‘Ruh aç-açan aýdýar: ahyrky zamanalarda käbirleri imandan dänip, azdyryjy ruhlara we jynlaryň taglymatlaryna gulak asarlar.’ 1 Timothy 4:1. Şeýtan ‘her dürli güýç, alamatlar we ýalan gudratlar bilen, hem-de zalymlygyň ähli aldawlary bilen’ hereket eder. Şeýle hem ‘halas bolmaklary üçin hakykatyň söýgüsini kabul etmedikleriň’ hemmesi ‘ýalana ynansynlar diýip, güýçli azgynlyga’ tabşyrylar. 2 Thessalonians 2:9–11. Hudaýsyzlygyň bu ýagdaýyna ýetilende, ilkinji asyrlardaky ýaly şol bir netijeler ýüze çykar.” Uly göreş,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otuz altynjy bölüm</dc:title>
  <dc:subject>Respublikançylygyň we Protestantizmiň pygamberlik taýdan geçişi: Ölümden direlişe çenli</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