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otuz ýedinji bölüm</w:t>
      </w:r>
    </w:p>
    <w:p>
      <w:pPr>
        <w:pStyle w:val="ArticleSubtitle"/>
        <w:jc w:val="left"/>
      </w:pPr>
      <w:r>
        <w:rPr>
          <w:rFonts w:ascii="Arial" w:hAnsi="Arial" w:eastAsia="Arial" w:cs="Arial"/>
        </w:rPr>
        <w:t>1776-njy ýyldan 2023-nji ýyla çenli ýol belgileriniň pygamberlik ähmiýetiniň üstüniň açylmagy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2001-nji ýylyň 11-nji sentýabrynda başlanýan we Amerikanyň Birleşen Ştatlarynda Ýekşenbe kanunynda tamamlanýan ýüz kyrk dört müňüň möhürleniş wagty, her bir görümiň täsiriniň berjaý edilýän döwrüdir. Şol görümleriň käbiri bütinleý Mesihiň ikinji gelişine çenli uzalýar, emma Ýekşenbe kanunyndan soň bolup geçýänleri hem möhürleniş döwrüne berk baglanykdyr. Ýüz kyrk dört müňüň möhürlenişi ebedi ähtiň kämil berjaý edilýän ýeridir. Şol döwürde Mesih Öz kanunyny Öz halkynyň ýüreklerine we aňlaryna ebedilik üçin ýazýar. Şol möhürleniş günä etmeýän hudaýlyk bilen ynsanlygyň birleşigi arkaly şekillendirilýär.</w:t>
      </w:r>
    </w:p>
    <w:p>
      <w:pPr>
        <w:pStyle w:val="ArticleBody"/>
        <w:jc w:val="left"/>
      </w:pPr>
      <w:r>
        <w:rPr>
          <w:rFonts w:ascii="Times New Roman" w:hAnsi="Times New Roman" w:eastAsia="Times New Roman" w:cs="Times New Roman"/>
        </w:rPr>
        <w:t>“Ýüz ýigrimi” atly nyşanlaýyn baglanyşyk hem dikeldişi, hem-de ylahylygyň adamzat bilen utgaşygyny aňladýar. Patyşa Ýakup Mukaddes Kitabyndan William Milleriň 1831-nji ýylda ilkinji köpçülikleýin beýanatyna çenli, hem-de soňra 1833-nji ýylda Vermont Telegraph gazetinde çap edilmegine çenli bolan iki ýüz ýigrimi ýyl, ylahylygyň adamzat bilen utgaşygyny aňladýar. Onda “hakykat”yň goly bar; bu bolsa, Ibrany elipbiýiniň birinji, on üçünji we soňky harplaryny birleşdirip, “hakykat” diýen sözi emele getiren Ajaýyp Dilçiniň döreden ibrany sözüdir. 1611-nji ýyldan, ýagny Patyşa Ýakup Mukaddes Kitabyndan, 1831-nji ýyla we Milleriň öz habaryny çap etdirmesine çenli bolan iki ýüz ýigrimi ýyl, Ajaýyp Dilçiniň goluny şöhlelendirýär.</w:t>
      </w:r>
    </w:p>
    <w:p>
      <w:pPr>
        <w:pStyle w:val="ArticleBody"/>
        <w:jc w:val="left"/>
      </w:pPr>
      <w:r>
        <w:rPr>
          <w:rFonts w:ascii="Times New Roman" w:hAnsi="Times New Roman" w:eastAsia="Times New Roman" w:cs="Times New Roman"/>
        </w:rPr>
        <w:t>Şol iki senäniň (1611 we 1831) arasynda, ahyrzamanyň wagty bolan 1798-nji ýyl, Daniel kitabyndan (King James Injili) bir habaryň möhüriniň açylmagyny aňladýar; şol habar bolsa 1831-nji ýylda Milleriň neşirine alyp baran bilim artşyny döretdi. Şeýle hem 1798-nji ýylda ahyrzamanyň wagty, paýhassyz gyzlaryň pitnesini döreden synag işiniň başlangyjyny belläp geçdi; Daniel bolsa on ikinji bapda olary erbetler diýip kesgitleýär. Şeýlelikde, 1798-nji ýyl ilkinji we soňky harpyň arasynda on üç sanyny aňladýar, çünki on üç pitnäniň nyşanydyr. 1798-nji ýyl, şeýle hem, 1776-njy ýyldan başlap 1798-nji ýyla çenli, ýagny ahyrzamanyň wagtyna çenli bolan taýýarlyk döwri bilen baglanyşýar.</w:t>
      </w:r>
    </w:p>
    <w:p>
      <w:pPr>
        <w:pStyle w:val="ArticleBody"/>
        <w:jc w:val="left"/>
      </w:pPr>
      <w:r>
        <w:rPr>
          <w:rFonts w:ascii="Times New Roman" w:hAnsi="Times New Roman" w:eastAsia="Times New Roman" w:cs="Times New Roman"/>
        </w:rPr>
        <w:t>Milleriň iki ýüz ýigrimi ýyllyk baglanyşygynda bolşy ýaly, 1776-njy ýyl hem ylahy bir neşir — Garaşsyzlyk Jarnamasy — bilen belliklenýär we 1798-nji ýylda «Alien and Sedition Acts» neşir edilmegi bilen tamamlanýan bir döwri başlaýar. Milleriň ylahylyk bilen ynsanlygyň arasyndaky nyşanly baglanyşygyny aňladýan iki ýüz ýigrimi ýyly, 1798-nji ýyl arkaly, Garaşsyzlyk Jarnamasynyň neşir edilmeginden 1798-nji ýylyň «Alien and Sedition Acts» neşir edilmegine çenli bolan taýýarlygyň ýigrimi iki ýyly bilen baglanyşýar. Ýigrimi iki, iki ýüz ýigriminiň ondan biri, ýa-da iki ýüz ýigriminiň onda biri bolup, ýigrimi iki sany hem, edil iki ýüz ýigrimi sany ýaly, ylahylygyň ynsanlyk bilen baglanyşygyny aňladýar.</w:t>
      </w:r>
    </w:p>
    <w:p>
      <w:pPr>
        <w:pStyle w:val="ArticleBody"/>
        <w:jc w:val="left"/>
      </w:pPr>
      <w:r>
        <w:rPr>
          <w:rFonts w:ascii="Times New Roman" w:hAnsi="Times New Roman" w:eastAsia="Times New Roman" w:cs="Times New Roman"/>
        </w:rPr>
        <w:t>Milleriň iki ýüz ýigrimi ýyly hakykatyň möhürini göterýär; edil şonuň ýaly, ýüz kyrk dört müňüň möhürleniş wagty hem, 1776-dan 1798-e çenli bolan taýýarlyk döwri hem şol bir möhüri göterýär, çünki ortaky sene bolan 1789 on üç koloniýa tarapyndan tassyk edilen Konstitusiýanyň neşir edilen ýylyny belleýär.</w:t>
      </w:r>
    </w:p>
    <w:p>
      <w:pPr>
        <w:pStyle w:val="ArticleBody"/>
        <w:jc w:val="left"/>
      </w:pPr>
      <w:r>
        <w:rPr>
          <w:rFonts w:ascii="Times New Roman" w:hAnsi="Times New Roman" w:eastAsia="Times New Roman" w:cs="Times New Roman"/>
        </w:rPr>
        <w:t>1798-nji ýylda ortasyna eýe bolup, 1611-nji ýylda başlap 1831-nji ýylda tamamlanan Milleriň baglanyşygy, ortasy 1789-njy ýyl bolan 1776-dan 1798-e çenli ýigrimi iki ýyllyk döwür bilen baglanyşyklydyr. Bu bäş senäniň ählisi — 1611, 1776, 1789, 1798 we 1831 — neşir işi arkaly görkezilýär. Taýýarlyk döwrüniň seneleri 1776-dan 1798-e çenli ýigrimi iki ýylyň onlugyny öz içine alýar, we şol döwür ýüz kyrk dört müňüň möhürleniş wagtyny, ýagny ylahylygyň adamzat bilen birleşdirilýän wagtyny suratlandyrýar. Milleriň iki ýüz ýigrimi ýyllyk döwri hem-de 1776-dan 1798-e çenli ýigrimi iki ýyllyk taýýarlyk döwri hem, ylahylygyň adamzat bilen baglanyşygyny aňladýar.</w:t>
      </w:r>
    </w:p>
    <w:p>
      <w:pPr>
        <w:pStyle w:val="ArticleBody"/>
        <w:jc w:val="left"/>
      </w:pPr>
      <w:r>
        <w:rPr>
          <w:rFonts w:ascii="Times New Roman" w:hAnsi="Times New Roman" w:eastAsia="Times New Roman" w:cs="Times New Roman"/>
        </w:rPr>
        <w:t>Bir ýüz kyrk dört müňüň möhürleniş wagty 2001-nji ýylyň 11-nji sentýabrynda başlandy we üçünji hasratyň Yslamy tarapyndan ruhy şöhratly ýere urulmagy bilen alamatlandyryldy. Ýigrimi iki ýyl soňra, 2023-nji ýylyň 7-nji oktýabrynda, üçünji hasratyň Yslamy nusgawy, göni manydaky şöhratly ýere ýene urdy. Ýakynda çykjak ýekşenbe kanunynda bir ýüz kyrk dört müňüň möhürlenişi tamamlanyar, we üçünji hasratyň Yslamy Amerikanyň Birleşen Ştatlaryna ýene-de urar.</w:t>
      </w:r>
    </w:p>
    <w:p>
      <w:pPr>
        <w:pStyle w:val="ArticleBody"/>
        <w:jc w:val="left"/>
      </w:pPr>
      <w:r>
        <w:rPr>
          <w:rFonts w:ascii="Times New Roman" w:hAnsi="Times New Roman" w:eastAsia="Times New Roman" w:cs="Times New Roman"/>
        </w:rPr>
        <w:t>Möhürleme döwri Yslamyň ýer jandaryna garşy edýän hüjümi bilen başlanýar we Yslamyň ýer jandaryna garşy edýän hüjümi bilen tamamlanýar. Ortada, üçünji waýyň Yslamy Ysraýyl milletine zarba urdy; ol Müqaddes Ýazgylarda Ýahuda hökmünde görkezilýär. Ýahuda Mukaddes Kitabyň gadymy, göni manydaky şöhratly ýurdydy, Birleşen Ştatlar bolsa häzirki zaman ruhy şöhratly ýurtdur.</w:t>
      </w:r>
    </w:p>
    <w:p>
      <w:pPr>
        <w:pStyle w:val="ArticleBody"/>
        <w:jc w:val="left"/>
      </w:pPr>
      <w:r>
        <w:rPr>
          <w:rFonts w:ascii="Times New Roman" w:hAnsi="Times New Roman" w:eastAsia="Times New Roman" w:cs="Times New Roman"/>
        </w:rPr>
        <w:t>Yslamyň üç urşy hem bütinleý şöhratly ýurda garşy amala aşyryldy. Birinjisi bilen soňkysy häzirki zaman ruhy şöhratly ýurda garşy boldy, ortadaky urgy bolsa gadymy göni manydaky şöhratly ýurda garşy amala aşyryldy. Ortaky ýolbelgi häzirki zaman Ysraýyl döwletine garşy edilen bir hüjüm boldy, olaryň Mesihini haça çüýlänlerinde bolsa göni manydaky Ysraýyl, ýewreý elipbiýiniň on üçünji harpynda beýan edilişi ýaly, pitne-räziliğiň nyşanyna öwrüldi.</w:t>
      </w:r>
    </w:p>
    <w:p>
      <w:pPr>
        <w:pStyle w:val="ArticleBody"/>
        <w:jc w:val="left"/>
      </w:pPr>
      <w:r>
        <w:rPr>
          <w:rFonts w:ascii="Times New Roman" w:hAnsi="Times New Roman" w:eastAsia="Times New Roman" w:cs="Times New Roman"/>
        </w:rPr>
        <w:t>1776-njy ýyldan 1798-nji ýyla çenli taýýarlyk döwri üçünji perişdäniň hereketiniň iki ýüz ýigrimi ýyly bilen hem baglanyşyklydyr; çünki 1776-njy ýylda Garaşsyzlyk Jarnamasy bilen başlanyp, 1996-njy ýyla we The Time of the End žurnalynyň neşir edilmegine çenli iki ýüz ýigrimi ýyl bolýar. Şol taryhyň ortasynda 1989-njy ýylda ahyrzamanyň wagty bolup, ol akylsyz zalym gyzlaryň pitnesini alamatlandyrýar. Şonuň üçin 1611, 1776, 1789, 1798, 1831, 1989, 1996, 2001, 2023 we ýakynda geljek Ýekşenbe kanuny — bularyň ählisi hudaýlygyň adamzat bilen birleşmegi günä etmeýändigi baradaky hakykat bilen baglanyşykly ýolbelgileridir. On ýolbelgisi, şolardan ikisi iki gezek gaýtalanýar.</w:t>
      </w:r>
    </w:p>
    <w:p>
      <w:pPr>
        <w:pStyle w:val="ArticleBody"/>
        <w:jc w:val="left"/>
      </w:pPr>
      <w:r>
        <w:rPr>
          <w:rFonts w:ascii="Times New Roman" w:hAnsi="Times New Roman" w:eastAsia="Times New Roman" w:cs="Times New Roman"/>
        </w:rPr>
        <w:t>On san synagy aňladýan sandyr, gaýtalanýan 1776 we 1798 senelerini goşanyňda bolsa, jemi on iki ýol belgisi emele gelýär; bu bir ýüz kyrk dört müňi alamatlandyrýar. Şol ýol belgileriniň ählisi 2001-nji ýylyň 11-nji sentýabryndan ýakyn wagtda geljek Ýekşenbe kanunyna çenli bolup geçýän, bir ýüz kyrk dört müňüň synagdan geçirilme işine degişlidir; şol döwürde Mesih üçünji perişdäniň işini, Öz hudaýlygyny bir ýüz kyrk dört müňüň adamzady bilen birleşdirmek arkaly tamamlaýar, olar bolsa bakylygyň galan bütin dowamynda günä etmeýärler. Elbetde, bu hakykat diňe Işaýanyň aýdyşy ýaly, “gözleri bilen görmegi, gulaklary bilen eşitmegi, ýürekleri bilen düşünmegi, ýüz öwürmegi we şypa tapmagy” saýlap alanlar tarapyndan görülip bilner.</w:t>
      </w:r>
    </w:p>
    <w:p>
      <w:pPr>
        <w:pStyle w:val="ArticleBody"/>
        <w:jc w:val="left"/>
      </w:pPr>
      <w:r>
        <w:rPr>
          <w:rFonts w:ascii="Times New Roman" w:hAnsi="Times New Roman" w:eastAsia="Times New Roman" w:cs="Times New Roman"/>
        </w:rPr>
        <w:t>1844-nji ýylyň 22-nji oktýabrynda üçünji perişde geldi, sebäbi Mesih ýüz kyrk dört müňüň möhürlenmegini ýerine ýetirmek üçin Öz ybadathanasyna duýdansyz geldi. Şonda bir topar Millerçiler Mesihiň yzyna düşüp, Iň Mukaddes ýere girdiler, ýöne şondan soň üçünji perişdäniň öňe barýan ýagtysyna eýermegini bes edip, ilkinji Kadeşiň pitnesini gaýtaladylar we hemmesi ölýänçä Laodikeýanyň çölde azaşyp gezmäge höküm edildiler.</w:t>
      </w:r>
    </w:p>
    <w:p>
      <w:pPr>
        <w:pStyle w:val="ArticleBody"/>
        <w:jc w:val="left"/>
      </w:pPr>
      <w:r>
        <w:rPr>
          <w:rFonts w:ascii="Times New Roman" w:hAnsi="Times New Roman" w:eastAsia="Times New Roman" w:cs="Times New Roman"/>
        </w:rPr>
        <w:t>Mesih birdenkä Iň Mukaddes Ýere girende, ilahilik bilen ynsanlygyň birleşmesi Onuň amala aşyrmaga taýyn bolan işini aňladýardy, we şol iş iki şaýatly Gudratly Dilçi arkaly nyşanlaýyn görkezildi. Ol şaýatlar Habakkuk bilen Ýahýa idiler. Iki kitabyň hem IKINJI baby, ÝIGIRMINJI aýatynda 1844-nji ýylyň 22-nji oktýabry görkezilýär. Olaryň biri şol senede başlanan ýaraşdyrmak işini (birlik getirmek işi) aýratyn nygtady, beýlekisi bolsa arassalanmaly bolan bir ybadathanany görkezdi.</w:t>
      </w:r>
    </w:p>
    <w:p>
      <w:pPr>
        <w:pStyle w:val="ArticleBody"/>
        <w:jc w:val="left"/>
      </w:pPr>
      <w:r>
        <w:rPr>
          <w:rFonts w:ascii="Times New Roman" w:hAnsi="Times New Roman" w:eastAsia="Times New Roman" w:cs="Times New Roman"/>
        </w:rPr>
        <w:t>Onuň birden gelen ybadathanasy gündelik (butparazlyk) hem-de harap ediji ýigrenji zat (papalyk) güýçleri tarapyndan tapdalanan ybadathana bilen aňladylýar. Ybadathana şeýle hem üç günüň içinde ýykylyp, soňra gaýtadan galdyrylan ybadathana bolan Mesihi aňladýardy. Şeýle hem ol 1798-den 1844-e çenli kyrk alty ýylyň dowamynda gurlan Milleritleriň ybadathanasyny aňladýardy. Şeýle hem ol kyrk alty hromosoma arkaly tertibe salynýan we adamyň bedeniniň genetiki düzümini kesgitleýän hem-de dolandyrýan ynsan ybadathanasyny aňladýardy. Adam bedenindäki her bir öýjügiň her iki müň bäş ýüz ýigrimi günde doly täzelenýändigi tötänden däldir.</w:t>
      </w:r>
    </w:p>
    <w:p>
      <w:pPr>
        <w:pStyle w:val="ArticleBody"/>
        <w:jc w:val="left"/>
      </w:pPr>
      <w:r>
        <w:rPr>
          <w:rFonts w:ascii="Times New Roman" w:hAnsi="Times New Roman" w:eastAsia="Times New Roman" w:cs="Times New Roman"/>
        </w:rPr>
        <w:t>Mesihiň ylahylygy adamzat bilen birleşdirmek işini beýan edýän ybadathana degişli bu ähli ylahy şekillendirmelerde, ylahylyk hemişe adamzadyň öňünden gelýär. 1611 1831-den öň gelýär. 1776 1798-den öň gelýär. 1776 1996-dan öň gelýär. 2001 2023-den öň gelýär. Millerçiler Mesihiň yzy bilen Iň Mukaddes Ýere girdiler. Başlangyçda Hudaý adamy ýaratdy.</w:t>
      </w:r>
    </w:p>
    <w:p>
      <w:pPr>
        <w:pStyle w:val="ArticleBody"/>
        <w:jc w:val="left"/>
      </w:pPr>
      <w:r>
        <w:rPr>
          <w:rFonts w:ascii="Times New Roman" w:hAnsi="Times New Roman" w:eastAsia="Times New Roman" w:cs="Times New Roman"/>
        </w:rPr>
        <w:t>Indi bolsa, möhürleniş döwrüni nusgalaýan taýýarlyk döwrüni aňladýan 1776, 1789 we 1798-nji ýyllardaky üç sany ýolgörkeziji belgä seretmegimize gaýdyp geljek. Birinji döwür 1776-njy ýyl, Garaşsyzlyk Jarnamasy we iki Kontinental Kongresiň döwri bilen görkezilýär; ikinji döwür bolsa 1789-njy ýyl, Konstitusiýa we Konfederasiýanyň Maddalarynyň 1798-nji ýyla çenli bolan döwri bilen görkezilýär.</w:t>
      </w:r>
    </w:p>
    <w:p>
      <w:pPr>
        <w:pStyle w:val="ArticleBody"/>
        <w:jc w:val="left"/>
      </w:pPr>
      <w:r>
        <w:rPr>
          <w:rFonts w:ascii="Times New Roman" w:hAnsi="Times New Roman" w:eastAsia="Times New Roman" w:cs="Times New Roman"/>
        </w:rPr>
        <w:t>Haýwanlaryň şekiliniň syry, ýagny sekizinji kelläniň ýedi kelleden bolýandygy baradaky hakykat, iki döwürde-de kesgitlenýär. Şeýle hem ol şol taryhyň üçünji ýolgörkezijisinde kesgitlenýär, emma şol ýolgörkeziji sekizinjiniň ýediden bolmagyny papalyk tarapyndan amal edilen hökmünde beýan edýär. Ilkinji iki döwür sekizinjiniň ýediden bolmagynyň Birleşen Ştatlaryň içinde amal bolmagyny görkezýär.</w:t>
      </w:r>
    </w:p>
    <w:p>
      <w:pPr>
        <w:pStyle w:val="ArticleBody"/>
        <w:jc w:val="left"/>
      </w:pPr>
      <w:r>
        <w:rPr>
          <w:rFonts w:ascii="Times New Roman" w:hAnsi="Times New Roman" w:eastAsia="Times New Roman" w:cs="Times New Roman"/>
        </w:rPr>
        <w:t>Amerikanyň Birleşen Ştatlary iki şahdan ybaratdyr; olaryň biri erkek bilen, beýlekisi bolsa aýal bilen baglanyşyklydyr. Erkek syýasy häkimiýetdir; ol Respublikan şahydyr. Aýal dini häkimiýetdir; ol Protestant şahydyr. Şonuň üçin 1776-njy ýyl we Garaşsyzlyk Jarnamasy bilen aňladylýan döwür Protestant şahyny görkezýär, çünki ylahylyk hemişe ynsanlykdan öň gelýär. 1789-njy ýyl we Konstitusiýa bilen aňladylýan döwür bolsa Respublikan şahyny görkezýär.</w:t>
      </w:r>
    </w:p>
    <w:p>
      <w:pPr>
        <w:pStyle w:val="ArticleBody"/>
        <w:jc w:val="left"/>
      </w:pPr>
      <w:r>
        <w:rPr>
          <w:rFonts w:ascii="Times New Roman" w:hAnsi="Times New Roman" w:eastAsia="Times New Roman" w:cs="Times New Roman"/>
        </w:rPr>
        <w:t>2020-nji ýylda iki şah hem häzirki zaman şeýtany, ateistik aždaha güýçleri tarapyndan öldürüldi. Hakyky Protestant şah 2020-nji ýylyň 18-nji iýulynda öldürüldi, Respublikan şah bolsa ondan soň 2020-nji ýylyň 3-nji noýabrynda öldürüldi. 2023-nji ýylda iki şaýat aýaga galdy, olaryň jesetleriniň üstünde şatlanan dünýä bolsa gorkup başlady.</w:t>
      </w:r>
    </w:p>
    <w:p>
      <w:pPr>
        <w:pStyle w:val="ArticleBody"/>
        <w:jc w:val="left"/>
      </w:pPr>
      <w:r>
        <w:rPr>
          <w:rFonts w:ascii="Times New Roman" w:hAnsi="Times New Roman" w:eastAsia="Times New Roman" w:cs="Times New Roman"/>
        </w:rPr>
        <w:t>2023-nji ýylda ýüz kyrk dört müňüň möhürlenmeginiň iň soňky işi ýer ýüzüniň taryhynyň iň soňky neslinde başlandy. Indi bolsa ebedilik üçin Hudaýylyk adamzat bilen birleşdirilýär, çünki ahyrky günleriň wepadarlary ebedilik üçin Mesihiň keşbini gaýtadan öndürýärler.</w:t>
      </w:r>
    </w:p>
    <w:p>
      <w:pPr>
        <w:pStyle w:val="ArticleBody"/>
        <w:jc w:val="left"/>
      </w:pPr>
      <w:r>
        <w:rPr>
          <w:rFonts w:ascii="Times New Roman" w:hAnsi="Times New Roman" w:eastAsia="Times New Roman" w:cs="Times New Roman"/>
        </w:rPr>
        <w:t>2023-nji ýylda ýer haýwanynyň milleti içinde dönük Ybadathanany dönük Döwlet bilen birleşdirmegiň soňky işi başlandy. Papalyk tarapyndan şekillendirilýän, dönük Döwletiň üstünden höküm sürýän dönük Ybadathanadan ybarat bolan häkimiýet gurluşy şol wagtda gurnalýardy hem-de haýwanyň keşbini gaýtadan öndürýärdi.</w:t>
      </w:r>
    </w:p>
    <w:p>
      <w:pPr>
        <w:pStyle w:val="ArticleBody"/>
        <w:jc w:val="left"/>
      </w:pPr>
      <w:r>
        <w:rPr>
          <w:rFonts w:ascii="Times New Roman" w:hAnsi="Times New Roman" w:eastAsia="Times New Roman" w:cs="Times New Roman"/>
        </w:rPr>
        <w:t>Çagyrylanlar üçin beýik synag, “sesler, ýyldyrymlar, gürrüldiler” hem-de geljek “ýer titremesi” arkaly şekillendirilişi ýaly, haýwanyň keşbiniň emele gelşini görmek synagydyr. Möhürleniş wagty her bir görüşiň öz kämil täsirini (amala aşmagyny) tapýan döwürdir. 1776-njy ýyldan 1798-nji ýyla çenli dowam eden taýýarlyk döwründe, möhürleniş wagtyny nyşanlandyrýan şol döwürde, tigirleriň içinde tigirler bardy; bu bolsa Hezekiýeliň ýüz kyrk dört müň adamyň möhürleniş wagtynda Iň Mukaddes Ýere nazar aýlanda gören görüşiniň bir bölegidir. Şol tigirleri Waýt uýa “ynsan wakalarynyň çylşyrymly özara täsirleşigi” diýip kesgitleýär. 1776-njy ýyldan 1798-nji ýyla çenli bolan taýýarlyk döwri, belläp geçilmelidiris diýlip görkezilýän şol “ynsan wakalarynyň çylşyrymly özara täsirleşikleriniň” käbirini öz içine alýardy.</w:t>
      </w:r>
    </w:p>
    <w:p>
      <w:pPr>
        <w:pStyle w:val="ArticleBody"/>
        <w:jc w:val="left"/>
      </w:pPr>
      <w:r>
        <w:rPr>
          <w:rFonts w:ascii="Times New Roman" w:hAnsi="Times New Roman" w:eastAsia="Times New Roman" w:cs="Times New Roman"/>
        </w:rPr>
        <w:t>Biri, Rewolýusion Fransiýasynyň Amerikanyň Birleşen Ştatlaryny öňden şekillendirendigine degişli hakykat bilen baglanyşyklydyr. Iki millet hem papalygy ýeriň tagtyna çykarýar, we ikisi hem ony şol ýerden aşak düşürýär. Iki millet hem şol işi amala aşyrmak üçin özleriniň harby we ykdysady güýjüni bagyş edýär. Iki millet hem birdenkä özleriniň resmi dinlerini aýryp, Katolik bolýar. Iki millet hem özleriniň berkidilen hökümetlerini agdarýan bir “ýertitremäni” başdan geçirýär. Iki milletiň taryhy 1789-njy ýyl bilen özara baglanyşyklydyr, çünki 1789-njy ýylda Fransuz Rewolýusiýasy başlady we ABŞ-nyň Konstitusiýasy güýje girdi.</w:t>
      </w:r>
    </w:p>
    <w:p>
      <w:pPr>
        <w:pStyle w:val="ArticleBody"/>
        <w:jc w:val="left"/>
      </w:pPr>
      <w:r>
        <w:rPr>
          <w:rFonts w:ascii="Times New Roman" w:hAnsi="Times New Roman" w:eastAsia="Times New Roman" w:cs="Times New Roman"/>
        </w:rPr>
        <w:t>Fransuz ynkylaby on ýyl dowam etdi. Napoleon Bonapart Fransuz ynkylabynyň soňky tapgyrlarynda häkimiýete geldi. Ol görnükli harby serkerde boldy we 1799-njy ýylyň 9-njy noýabryndaky üstünlikli döwlet agdarylyşygyndan soň Fransuz hökümetinde möhüm orun eýeledi; şol hadysa onuň Fransuz Respublikasynyň Birinji Konsuly bolmagyna getirdi.</w:t>
      </w:r>
    </w:p>
    <w:p>
      <w:pPr>
        <w:pStyle w:val="ArticleBody"/>
        <w:jc w:val="left"/>
      </w:pPr>
      <w:r>
        <w:rPr>
          <w:rFonts w:ascii="Times New Roman" w:hAnsi="Times New Roman" w:eastAsia="Times New Roman" w:cs="Times New Roman"/>
        </w:rPr>
        <w:t>1776-dan 1798-e çenli taýýarlyk döwrüniň ikinji döwründe, ýediniň hataryndan bolan, sekizinji adam (yzygiderlilik boýunça däl) Jon Hankokdy. Ol 1789 bilen (Fransuz ynkylabynyň ýyly) alamatlandyrylýan ikinji döwürdäki sekiz prezidentiň biri bolupdy. Şol sekiz prezidentiň arasynda diňe ol birinji döwürde-de, 1776 bilen alamatlandyrylýan döwürde-de prezident hökmünde baştutanlyk edipdi. Şu pygamberlik manysynda ol ýediden bolan sekizinjidi.</w:t>
      </w:r>
    </w:p>
    <w:p>
      <w:pPr>
        <w:pStyle w:val="ArticleBody"/>
        <w:jc w:val="left"/>
      </w:pPr>
      <w:r>
        <w:rPr>
          <w:rFonts w:ascii="Times New Roman" w:hAnsi="Times New Roman" w:eastAsia="Times New Roman" w:cs="Times New Roman"/>
        </w:rPr>
        <w:t>Ol ynsan döwrüniň goly bolup durýar, çünki birinji döwür ylahy döwri aňladýar; şonuň üçin hem ol iki döwri (ylahy we ynsan döwürlerini) özara baglaýjy gol bolup durýar. Onuň goly ynsan taryhynda iň giňden tanalýan goldur, we ol diňe onuň ajaýyp hatdatlyk ussatlygyny däl-de, ondan has artygyny aňladýardy.</w:t>
      </w:r>
    </w:p>
    <w:p>
      <w:pPr>
        <w:pStyle w:val="ArticleBody"/>
        <w:jc w:val="left"/>
      </w:pPr>
      <w:r>
        <w:rPr>
          <w:rFonts w:ascii="Times New Roman" w:hAnsi="Times New Roman" w:eastAsia="Times New Roman" w:cs="Times New Roman"/>
        </w:rPr>
        <w:t>Jon Hankokyň Garaşsyzlyk Jarnamasyndaky goly taryhdaky iň meşhur gol bolup durýar. Onuň uly we dabara bilen çekilen goly nyşana öwrülip, Amerikan garaşsyzlygyny hem-de Amerikan koloniýalarynyň Britan häkimiýetine garşy çykmagyny alamatlandyrdy. 1776-njy ýylda Jarnama gol çekilen mahaly Kontinental Kongresiň Prezidenti bolan Hankok, aýdylmagyna görä, adyny Korol Jorj III ony äýneksiz hem okap biler ýaly aýdyň we görnükli edip ýazypdyr; bu bolsa onuň batyrlygyny we garaşsyzlyk işine bolan ygrarlylygyny alamatlandyrýardy.</w:t>
      </w:r>
    </w:p>
    <w:p>
      <w:pPr>
        <w:pStyle w:val="ArticleBody"/>
        <w:jc w:val="left"/>
      </w:pPr>
      <w:r>
        <w:rPr>
          <w:rFonts w:ascii="Times New Roman" w:hAnsi="Times New Roman" w:eastAsia="Times New Roman" w:cs="Times New Roman"/>
        </w:rPr>
        <w:t>Henkok 1789-njy ýyl bilen şekillendirilen döwürdäki sekiz prezidentiň biridi, emma ol 1776-njy ýyl bilen şekillendirilen döwürde prezident bolan ýedi adamyň hem biridi. Garaşsyzlyk Jarnamasy gol çekilen mahalynda ol prezidentdi. Henkok öz ynsan goly arkaly bu iki döwri biri-birine baglaýar, we ol hem birinji taryhda, hem-de ikinji taryhda ýerleşýär. Birinji taryh ylahyny, ikinji taryh bolsa ynsany aňladýar; bu iki taryhy biri-birine baglaýan gol bolsa 1776-njy ýyl bilen şekillendirilen ylahy döwri 1789-njy ýyl bilen şekillendirilen ynsan döwri bilen birleşdirmek üçin ynsan guralyny ulanan Gudratly Dilçiniň goludyr.</w:t>
      </w:r>
    </w:p>
    <w:p>
      <w:pPr>
        <w:pStyle w:val="ArticleBody"/>
        <w:jc w:val="left"/>
      </w:pPr>
      <w:r>
        <w:rPr>
          <w:rFonts w:ascii="Times New Roman" w:hAnsi="Times New Roman" w:eastAsia="Times New Roman" w:cs="Times New Roman"/>
        </w:rPr>
        <w:t>Dünýä taryhynda tanalyşy boýunça Henkokyň goly bilen bäsleşip bilýän ýene diňe bir gol bar; ol hem 1789-njy ýyl we Fransuz ynkylaby bilen baglanyşykly gol bolup durýar. Bu gol öz içinde Henkokyň ýetirmegi maksat edinen şol bir hili batyrgaýlygy saklaýar we ol Fransiýanyň taryhynda duş gelýär.</w:t>
      </w:r>
    </w:p>
    <w:p>
      <w:pPr>
        <w:pStyle w:val="ArticleBody"/>
        <w:jc w:val="left"/>
      </w:pPr>
      <w:r>
        <w:rPr>
          <w:rFonts w:ascii="Times New Roman" w:hAnsi="Times New Roman" w:eastAsia="Times New Roman" w:cs="Times New Roman"/>
        </w:rPr>
        <w:t>Dünýä derejesindäki ykrar edilşi we nyşany ähmiýeti babatda, Napoleon Bonapartyň goly, taryhy we medeni taýdan başgaça bir şertlerde bolsa-da, John Hancockyň goly bilen deňeşdirip boljak derejä eýedir. Fransiýanyň görnükli harby we syýasy ýolbaşçysy bolan Napoleon, aýratyn-da Napoleon uruşlary döwründe, Ýewropa hem-de dünýä taryhynda uly yz galdyrdy. Onuň köplenç batyrgaý we özboluşly görnüşi bilen häsiýetlendirilýän goly, onuň kuwwatly täsiriniň we Ýewropa getiren düýpli özgertmeleriniň, şol sanda Napoleon Kodeksi diýlip tanalýan hukuk özgertmeleriniň nyşanyna öwrüldi.</w:t>
      </w:r>
    </w:p>
    <w:p>
      <w:pPr>
        <w:pStyle w:val="ArticleBody"/>
        <w:jc w:val="left"/>
      </w:pPr>
      <w:r>
        <w:rPr>
          <w:rFonts w:ascii="Times New Roman" w:hAnsi="Times New Roman" w:eastAsia="Times New Roman" w:cs="Times New Roman"/>
        </w:rPr>
        <w:t>Hankogyň goly, Britan häkimiýetine garşy çykmagy we Amerikanyň garaşsyzlygyny gazanmak ugrunda alnyp barlan göreşi alamatlandyryşy ýaly, Napoleonyň goly hem edermenligiň we hyjuwly maksada ymtylmagyň başga bir görnüşini — Ýewropanyň syýasy serhetlerini täzeden şekillendirmegi we Fransuz rewolýusiýasynyň ýörelgelerini ilerletmegi — aňladýar. Iki gol hem öz degişli taryhy şahsyýetleriniň öz milletleriniň ykballaryny kemala getirmekdäki ornunyň we olaryň hereketleriniň dünýä taryhyna ýetiren has giň täsirleriniň nyşanydyr.</w:t>
      </w:r>
    </w:p>
    <w:p>
      <w:pPr>
        <w:pStyle w:val="ArticleBody"/>
        <w:jc w:val="left"/>
      </w:pPr>
      <w:r>
        <w:rPr>
          <w:rFonts w:ascii="Times New Roman" w:hAnsi="Times New Roman" w:eastAsia="Times New Roman" w:cs="Times New Roman"/>
        </w:rPr>
        <w:t>Hezekiýel ýüz kyrk dört müňüň möhürleniş döwrüniň taryhynyň dowamynda ynsan wakalarynyň çylşyrymly özara täsirini aňladýan tekerleriň içindäki tekerleri göreninde, şol tekerleriň biri 1789-njy ýylda bir teker arkaly öňden nyşanlanan bolupdy; şol wagt Birleşen Ştatlaryň Konstitusiýasy — Respublika şahaly we Protestant şahaly wagşy haýwan — Müsüriň şahaly we Sodomyň şahaly Fransiýa wagşy haýwany bilen kesişipdi.</w:t>
      </w:r>
    </w:p>
    <w:p>
      <w:pPr>
        <w:pStyle w:val="ArticleBody"/>
        <w:jc w:val="left"/>
      </w:pPr>
      <w:r>
        <w:rPr>
          <w:rFonts w:ascii="Times New Roman" w:hAnsi="Times New Roman" w:eastAsia="Times New Roman" w:cs="Times New Roman"/>
        </w:rPr>
        <w:t>1789-njy ýyldan 1799-njy ýyla çenli Fransiýa düýpsüz çukurdadan çykan hudaýsyzlyk janawaryndan gözbaş alan bir “ýer titremesi” bilen sarsdyryldy. Ýüz kyrk dört müňüň möhürleniş döwründe 1789, 2020-nji ýylyň 18-nji iýulynda başlanýan döwri aňladýar; şol wagtda hudaýsyzlyk janawary hakyky protestantizmiň şahyny agdaryp öldürdi, soňra bolsa 2020-nji ýylyň 3-nji noýabrynda hudaýsyzlyk janawary respublikançylygyň şahyny hem agdaryp öldürdi. 1789-njy ýylyň tigri, 2020-nji ýylyň tigirini aňladýar; bu hem 18-nji iýul (ylahylyk) we 2020-nji ýylyň 3-nji noýabry (ynsanlyk) arkaly görkezilýär.</w:t>
      </w:r>
    </w:p>
    <w:p>
      <w:pPr>
        <w:pStyle w:val="ArticleBody"/>
        <w:jc w:val="left"/>
      </w:pPr>
      <w:r>
        <w:rPr>
          <w:rFonts w:ascii="Times New Roman" w:hAnsi="Times New Roman" w:eastAsia="Times New Roman" w:cs="Times New Roman"/>
        </w:rPr>
        <w:t>Hudaýyň goly, adamzat arkaly şekillendirilişi ýaly, dünýäniň iň meşhur iki golunda tapylýar; olaryň ikisi hem 1789 ýyl bilen baglanyşyklydyr we ikisi-de papalygy ýeriň tagtyna oturdýan hem-de ondan aýyrýan güýçleri aňladýar. 1789 ýyl, Hudaýyň hakykat goluny görkezýän üç ýol belginiň ortasy bolmak bilen, “on üç” koloniýanyň goluny we Fransuz ynkylabynyň “gozgalaňyny” özünde saklaýar.</w:t>
      </w:r>
    </w:p>
    <w:p>
      <w:pPr>
        <w:pStyle w:val="ArticleBody"/>
        <w:jc w:val="left"/>
      </w:pPr>
      <w:r>
        <w:rPr>
          <w:rFonts w:ascii="Times New Roman" w:hAnsi="Times New Roman" w:eastAsia="Times New Roman" w:cs="Times New Roman"/>
        </w:rPr>
        <w:t>1789-dan 1799-a çenli döwür Fransuz rewolýusiýasynyň taryhyny aňladýar, on sany bolsa synagy aňladýar. 1789 “hakykatyň” ilkinji harpydyr, 1799 bolsa Fransiýadaky şol döwrüň soňky harpyny aňladýar. Aralyk döwür, Fransiýanyň patyşasynyň 1793-nji ýylda jezalandyrylmagy bilen bellendi, çünki raýatlar onuň tekepbir patyşalyk häkimiýetine garşy gozgalaňa galdylar.</w:t>
      </w:r>
    </w:p>
    <w:p>
      <w:pPr>
        <w:pStyle w:val="ArticleScripture"/>
        <w:jc w:val="left"/>
      </w:pPr>
      <w:r>
        <w:rPr>
          <w:rFonts w:ascii="Times New Roman" w:hAnsi="Times New Roman" w:eastAsia="Times New Roman" w:cs="Times New Roman"/>
        </w:rPr>
        <w:t>Fransiýanyň ret eden parahatçylyk Hoş Habary hökman düýbünden ýok edilmelidi, munuň netijeleri bolsa örän elhenç bolardy. “1793-nji ýylyň 21-nji ýanwarynda, Fransiýany Reformatorlaryň yzarlanmagyna doly bagyş eden şol günüň hut özünden iki ýüz elli sekiz ýyl geçenden soň, düýbünden başga maksat bilen ýene bir ýöriş Parižiň köçelerinden geçdi.” Beýik Göreş, 230.</w:t>
      </w:r>
    </w:p>
    <w:p>
      <w:pPr>
        <w:pStyle w:val="ArticleBody"/>
        <w:jc w:val="left"/>
      </w:pPr>
      <w:r>
        <w:rPr>
          <w:rFonts w:ascii="Times New Roman" w:hAnsi="Times New Roman" w:eastAsia="Times New Roman" w:cs="Times New Roman"/>
        </w:rPr>
        <w:t>1789-njy ýyl Amerikanyň Birleşen Ştatlarynyň iki şahly haýwany üçin on üçünji harpy, Fransiýanyň iki şahly haýwany üçin bolsa birinji harpy alamatlandyrdy. Fransiýanyň orta harpy 1793-nji ýyl boldy; şol wagt Fransiýanyň patyşasynyň kellesi kesildi, hökümeti 1799-njy ýylda öz eline alanda bolsa Napoleon soňky harpy aňlatdy. 1789, 1793 we 1799 bilen görkezilen Fransiýanyň agdarylyşynyň taryhynda “hakykatyň” möhri, 1776, 1789 we 1798-den ybarat pygamberlik tigiri bilen baglanyşdyrylan bir pygamberlik tigiridir.</w:t>
      </w:r>
    </w:p>
    <w:p>
      <w:pPr>
        <w:pStyle w:val="ArticleBody"/>
        <w:jc w:val="left"/>
      </w:pPr>
      <w:r>
        <w:rPr>
          <w:rFonts w:ascii="Times New Roman" w:hAnsi="Times New Roman" w:eastAsia="Times New Roman" w:cs="Times New Roman"/>
        </w:rPr>
        <w:t>Iki taryhyň ikisinde-de adamzat taryhyndaky iň meşhur iki gol bar; şeýlelik bilen “hakykat” diýen ylahi gol iki adam goly bilen baglanyşdyrylýar. Iki tigiriň ikisi-de ýüz kyrk dört müňüň möhürleniş döwründäki on üçünji harp bilen baglanyşyklydyr; bu döwür 2020-nji ýylda iki şaýadyň öldürilmeginden başlap, olaryň 2023-nji ýylda aýaga galan wagtyna çenli dowam edýär we bu 2023-nji ýylyň 7-nji oktýabry bilen bellenýär.</w:t>
      </w:r>
    </w:p>
    <w:p>
      <w:pPr>
        <w:pStyle w:val="ArticleBody"/>
        <w:jc w:val="left"/>
      </w:pPr>
      <w:r>
        <w:rPr>
          <w:rFonts w:ascii="Times New Roman" w:hAnsi="Times New Roman" w:eastAsia="Times New Roman" w:cs="Times New Roman"/>
        </w:rPr>
        <w:t>Biz indiki makalada okuwymyzy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otuz ýedinji bölüm</dc:title>
  <dc:subject>1776-njy ýyldan 2023-nji ýyla çenli ýol belgileriniň pygamberlik ähmiýetiniň üstüniň açylmagy</dc:subject>
  <dc:creator>Jeff Pippenger</dc:creator>
  <cp:keywords/>
  <dc:description>Generated by ArticleDigger from daniel\137_daniel.json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