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Kitaby — Bir Ýüz Otuz Dokuzynjy Bölüm</w:t>
      </w:r>
    </w:p>
    <w:p>
      <w:pPr>
        <w:pStyle w:val="ArticleSubtitle"/>
        <w:jc w:val="left"/>
      </w:pPr>
      <w:r>
        <w:rPr>
          <w:rFonts w:ascii="Arial" w:hAnsi="Arial" w:eastAsia="Arial" w:cs="Arial"/>
        </w:rPr>
        <w:t>Danyýel 11:40-nyň Häzirki Syýasy Hakykatlar bilen Pygamberlik taýdan Utgaşygy: Soňky Prezidentiň Syryny Açmak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Biz Danyýel kitabynyň on birinji babyň kyrkynjy aýatynyň şol babyň birinji we ikinji aýatlary bilen sazlaşygyny gözden geçirýäris. Birinji aýat ahyrzamanyň wagtyny 1989-njy ýyl diýip kesgitleýär, kyrkynjy aýat hem ahyrzamanyň wagtyny 1989-njy ýylda, 1989-njy ýylyň 9-njy noýabrynda Berlin diwarynyň ýykylmagy bilen şekillendirilen Sowet Soýuzynyň dargamagy arkaly belleýär.</w:t>
      </w:r>
    </w:p>
    <w:p>
      <w:pPr>
        <w:pStyle w:val="ArticleBody"/>
        <w:jc w:val="left"/>
      </w:pPr>
      <w:r>
        <w:rPr>
          <w:rFonts w:ascii="Times New Roman" w:hAnsi="Times New Roman" w:eastAsia="Times New Roman" w:cs="Times New Roman"/>
        </w:rPr>
        <w:t>Ikinji aýat 1989-njy ýyldan soňra Amerikanyň Birleşen Ştatlarynyň altynjy prezidentini ähli prezidentleriň içinde iň baýy hökmünde kesgitleýär we şeýlelik bilen Donald Trampy anyk görkezýär. Şeýle etmek bilen, ol Trampyň üçünji aýatdaky Beýik Aleksandryň Gresiýa imperiýasy bolan bütin Gresiýany “gozgalaňa saljakdygyny” kesgitleýär. Üçünji we dördünji aýatlardaky grek patyşalygy Daniel kitabynyň on birinji babynda dünýä möçberindäki bir patyşalygyň nyşanydyr.</w:t>
      </w:r>
    </w:p>
    <w:p>
      <w:pPr>
        <w:pStyle w:val="ArticleBody"/>
        <w:jc w:val="left"/>
      </w:pPr>
      <w:r>
        <w:rPr>
          <w:rFonts w:ascii="Times New Roman" w:hAnsi="Times New Roman" w:eastAsia="Times New Roman" w:cs="Times New Roman"/>
        </w:rPr>
        <w:t>William Miller “taryh bilen pygamberlik sazlaşýar” diýen jümläni döretdi, we Donald Trampyň taryhy onuň diňe bir Amerikanyň Birleşen Ştatlarynyň soňky sekiz prezidentiniň iň baýy bolandygyny däl-de, eýsem Amerikanyň Birleşen Ştatlarynyň globalistleriniň hem-de bütin dünýäniň Donald Trampy şeýle bir mantyksyz ýigrenýändigini inkär edip bolmajak derejede subut edýär; bu ýigrenç şeýle derejede akyla sygmazlykdyr welin, köp adamlar ony dälihana diýip kesgitleýärler.</w:t>
      </w:r>
    </w:p>
    <w:p>
      <w:pPr>
        <w:pStyle w:val="ArticleBody"/>
        <w:jc w:val="left"/>
      </w:pPr>
      <w:r>
        <w:rPr>
          <w:rFonts w:ascii="Times New Roman" w:hAnsi="Times New Roman" w:eastAsia="Times New Roman" w:cs="Times New Roman"/>
        </w:rPr>
        <w:t>1989-njy ýyldan başlan soňky sekiz prezidentiň ilkinjisi Trampy dürli taraplardan aç-açan öňe sürdi; şeýlelikde bu, ikinji aýatda agzalýan altynjy prezidentiň ahyrsoňunda sekizinji we iň soňky prezident boljakdygyny tassyklaýar. Reýgan, sekizlik yzygiderliligiň ilkinjisi hökmünde, sekizinji we iň soňkynyň nusgasyny berdi, çünki Isa hemişe bir zadyň ahyryny şol zadyň başlangyjy arkaly görkezýär.</w:t>
      </w:r>
    </w:p>
    <w:p>
      <w:pPr>
        <w:pStyle w:val="ArticleBody"/>
        <w:jc w:val="left"/>
      </w:pPr>
      <w:r>
        <w:rPr>
          <w:rFonts w:ascii="Times New Roman" w:hAnsi="Times New Roman" w:eastAsia="Times New Roman" w:cs="Times New Roman"/>
        </w:rPr>
        <w:t>1989-njy ýylda ahyrzamanyň wagtyndaky prezident bolan Ronald Reýganyň şaýatlygy pygamberlik taýdan sekiz prezidentiň iň soňkusy boljak prezidenti aňladýar. Reýgandan soň ýedi prezident bolmalydy, çünki Birleşen Ştatlar ýakyn wagtda geljek Ýekşenbe kanuny wagtynda Mukaddes Kitap pygamberliginiň altynjy patyşalygy hökmünde bes edýär; şol Ýekşenbe kanunyna çenli bolsa, Birleşen Ştatlar ýyrtyjynyň bir keşbini emele getirýär, şol ýyrtyjy bolsa ýedi ýyrtyjydan bolan sekizinjidir. Reýgan 1989-njy ýylda ahyrzamanyň wagtyndaky ilkinji prezidentdi, iň soňkusy bolsa ýediden bolan sekizinji bolardy.</w:t>
      </w:r>
    </w:p>
    <w:p>
      <w:pPr>
        <w:pStyle w:val="ArticleBody"/>
        <w:jc w:val="left"/>
      </w:pPr>
      <w:r>
        <w:rPr>
          <w:rFonts w:ascii="Times New Roman" w:hAnsi="Times New Roman" w:eastAsia="Times New Roman" w:cs="Times New Roman"/>
        </w:rPr>
        <w:t>Reýgan 1987-nji ýylyň 12-nji iýunynda Germaniýanyň Günbatar Berlinindäki Berlin diwarynyň golaýyndaky Brandenburg derwezesinde eden çykyşynda, Sowet Soýuzynyň Kommunistik partiýasynyň Baş sekretary Mihail Gorbaçýowa ýüzlenip şeýle diýdi: “Baş sekretar Gorbaçýow, eger siz parahatçylygy isleýän bolsaňyz, eger siz Sowet Soýuzy we Gündogar Ýewropa üçin abadançylygy isleýän bolsaňyz, eger siz liberallaşdyrmagy isleýän bolsaňyz: şu derwezä geliň! Jenap Gorbaçýow, bu derwezäni açyň! Jenap Gorbaçýow, bu diwary ýykyň!” Soňky sekiz prezidentiň iň meşhur sözleriniň ilkinjisi iki ýyl soň, 1989-njy ýylyň 9-njy noýabrynda, diwaryň ýykylmagynyň amala aşmagyny alamatlandyrdy.</w:t>
      </w:r>
    </w:p>
    <w:p>
      <w:pPr>
        <w:pStyle w:val="ArticleBody"/>
        <w:jc w:val="left"/>
      </w:pPr>
      <w:r>
        <w:rPr>
          <w:rFonts w:ascii="Times New Roman" w:hAnsi="Times New Roman" w:eastAsia="Times New Roman" w:cs="Times New Roman"/>
        </w:rPr>
        <w:t>Şeýle etmek bilen, Reýganyň diwary ýykmak baradaky nygtamasy, altynjy prezident bolmak ugrunda dalaşgärlik edýän mahaly öz kampaniýasyny “diwary gurmak” wadasyna esaslandyran sekizinji prezidente ýüzlenýärdi. Soňky sekiz prezidentiň ilkinjisi diwaryň ýykylmagyna çagyrdy, we Berliniň diwary 1989-njy ýylda, ahyrzaman döwründe ýykdyryldy. Ýakyn wagtda geljek ýekşenbe kanunynda Ybadathananyň we Döwletiň arasyndaky bölünişik “diwary” 1989-njy ýyldaky başlangyçda görkezilişi ýaly ýykylar. Şol döwrüň ortasynda, globalistleri herekete getirýän altynjy prezident olaryň islemedik bir diwaryny gurmaga synanyşýar, we ol ýene-de ýediniň içinden sekizinji prezident bolanda, başga bir “diwar” hem ýykylar.</w:t>
      </w:r>
    </w:p>
    <w:p>
      <w:pPr>
        <w:pStyle w:val="ArticleBody"/>
        <w:jc w:val="left"/>
      </w:pPr>
      <w:r>
        <w:rPr>
          <w:rFonts w:ascii="Times New Roman" w:hAnsi="Times New Roman" w:eastAsia="Times New Roman" w:cs="Times New Roman"/>
        </w:rPr>
        <w:t>Sekiz prezidentiň ilkinjisi, ahyrzaman wagtyny alamatlandyran bir diwaryň ýykylyşy bilen bellendi; bu ýagdaý Daniel 11:40-da şekillendirilýär. Sekiz prezidentiň soňkysy bolsa, ýüz kyrk dört müňüň möhürleniş döwrüniň soňuny alamatlandyrýan bir “diwaryň” ýykylyşy bilen bellendi; bu ýagdaý Daniel 11:41-de şekillendirilýär.</w:t>
      </w:r>
    </w:p>
    <w:p>
      <w:pPr>
        <w:pStyle w:val="ArticleBody"/>
        <w:jc w:val="left"/>
      </w:pPr>
      <w:r>
        <w:rPr>
          <w:rFonts w:ascii="Times New Roman" w:hAnsi="Times New Roman" w:eastAsia="Times New Roman" w:cs="Times New Roman"/>
        </w:rPr>
        <w:t>Prezident Reagan öňki Demokrat bolup, soňra Respublikan boldy; ol öňki media ýyldyzy, aýdyň sözleýşi bilen tanalýan, çuňňur degişme duýgusy bolan adam, maliýe taýdan konserwatiw syýasatçy bolup, Waşington, D.C.-däki guruluşa garşy kampaniýa alyp bardy. Şeýle-de bolsa, Reaganyň ýurduň paýtagtynda berk ornaşan guruluşa (batgalyga) garşy ilkinji kampaniýasyndaky ritorikasyna garamazdan, ol öz kabinet wezipesine çenli şol döwre çenli häzirki zaman prezidentleriniň islendik birinden has ýokary göterimde tassyklanan globalist syýasatçylary bellemegi bilen tamamlady. Hatda ol globalist taryhyna degişli maşgala kökleri ep-esli geçmişe uzaýan adam bolan ilkinji Jorj Buşy hem öz Wise-prezidenti hökmünde saýlap alar derejä çenli gitdi.</w:t>
      </w:r>
    </w:p>
    <w:p>
      <w:pPr>
        <w:pStyle w:val="ArticleBody"/>
        <w:jc w:val="left"/>
      </w:pPr>
      <w:r>
        <w:rPr>
          <w:rFonts w:ascii="Times New Roman" w:hAnsi="Times New Roman" w:eastAsia="Times New Roman" w:cs="Times New Roman"/>
        </w:rPr>
        <w:t>Tramp, özüniň “batgalyk” diýip atlandyran düzümleýin ulgamy arassalamagy wada edip saýlaw kampaniýasyny alyp bardy, emma ýakyn hyzmatdaşlyk etmek üçin saýlan adamlary baradaky görkezijileri onuň iň uly gowşak tarapyny ýüze çykarýar. Şol adamlaryň tas hemmesi Trampyň şeýle tutanýerli garşy çykýan “batgalygynyň” wekilleridi. Tramp, Reýgan ýaly, öňki demokratdan respublikaçylyga geçen, ozalky media ýyldyzy, söz ussatlygy bilen tanalýan, çuňňur degişme duýgusy bolan we maliýe babatda konserwatiw adamdy.</w:t>
      </w:r>
    </w:p>
    <w:p>
      <w:pPr>
        <w:pStyle w:val="ArticleBody"/>
        <w:jc w:val="left"/>
      </w:pPr>
      <w:r>
        <w:rPr>
          <w:rFonts w:ascii="Times New Roman" w:hAnsi="Times New Roman" w:eastAsia="Times New Roman" w:cs="Times New Roman"/>
        </w:rPr>
        <w:t>Amerikanyň Birleşen Ştatlarynyň soňky prezidenti papalygyň şekili (haýwanyň şekili) Amerikanyň Birleşen Ştatlarynda döredilen wagtyndaky prezident bolar. Şonuň üçin 1989-njy ýyldan bäri sekizinji we soňky prezident aždarha güýjüne garşy bir uruş bilen bagly bolar; çünki papalyk ilki aždarha bilen uzak hem süýrençli bir urşuň dowamynda 538-nji ýylda bir aždarha güýji tarapyndan tagta çykaryldy, soňra 1798-nji ýylda şol bir aždarha güýji tarapyndan tagtdan agdaryldy, hem-de ýedinji patyşalygyny papalyga bermäge razy bolan on patyşa tarapyndan şekillendirilýän aždarha güýji arkaly ýene-de tagta çykarylar; şondan soň bolsa, olar ony ot bilen ýakyp, etini iýenlerinde we ol kömek etjek hiç kim bolmazdan öz ahyryna baranda, papalyk haýwany tagtdan agdararlar.</w:t>
      </w:r>
    </w:p>
    <w:p>
      <w:pPr>
        <w:pStyle w:val="ArticleBody"/>
        <w:jc w:val="left"/>
      </w:pPr>
      <w:r>
        <w:rPr>
          <w:rFonts w:ascii="Times New Roman" w:hAnsi="Times New Roman" w:eastAsia="Times New Roman" w:cs="Times New Roman"/>
        </w:rPr>
        <w:t>Sekizinji bolmaly prezident, ýagny ýediniň birinden bolan prezident, aždarha güýjüne garşy alnyp barylýan uruşa hem gatnaşýan prezident bolar. Ol uruş altynjy we iň baý prezident bütin globalistik aždarha güýçlerini gozgalaňa getirende aýan edilýär. 1989-njy ýyldan başlan sekiz ahyrky prezidentiň ikisi aradan çykdy; şonuň bilen aždarha güýjüne garşy urşa gatnaşyp biljek mümkin bolan alty prezident galýar.</w:t>
      </w:r>
    </w:p>
    <w:p>
      <w:pPr>
        <w:pStyle w:val="ArticleBody"/>
        <w:jc w:val="left"/>
      </w:pPr>
      <w:r>
        <w:rPr>
          <w:rFonts w:ascii="Times New Roman" w:hAnsi="Times New Roman" w:eastAsia="Times New Roman" w:cs="Times New Roman"/>
        </w:rPr>
        <w:t>Şol alty mümkinçiligiň dördüsi aç-açan aždaha güýji bilen goldanýan globalistlerdir. Altynyň birisi, kakasy ýaly, özüni Respublikan diýip ykrar edýär, emma ol diňe ady boýunça Respublikan bolup, kakasy ýaly globalist aždaha güýjüniň wekili bolup durýar. Diridäki şol alty prezidentiň arasynda diňe biri aýdyň görnüşde globalist däldir, we ol globalistleri gozgaýan prezidentdir. Ol soňky sekiz prezidentiň arasynda papalygyň keşbiniň bir alamatyny—ýagny aždaha güýjüne garşy alnyp barylýan urşa gatnaşmak babatda—ýerine ýetirip biljek ýeke-täk adamdyr.</w:t>
      </w:r>
    </w:p>
    <w:p>
      <w:pPr>
        <w:pStyle w:val="ArticleBody"/>
        <w:jc w:val="left"/>
      </w:pPr>
      <w:r>
        <w:rPr>
          <w:rFonts w:ascii="Times New Roman" w:hAnsi="Times New Roman" w:eastAsia="Times New Roman" w:cs="Times New Roman"/>
        </w:rPr>
        <w:t>Ilkinji Respublikan prezident hut şu meseläniň özüne degişli Mukaddes Ýazgylardan ABŞ-nyň Graždançylyk urşy barada bir aýaty meşhur şekilde sitata getirdi.</w:t>
      </w:r>
    </w:p>
    <w:p>
      <w:pPr>
        <w:pStyle w:val="ArticleScripture"/>
        <w:jc w:val="left"/>
      </w:pPr>
      <w:r>
        <w:rPr>
          <w:rFonts w:ascii="Times New Roman" w:hAnsi="Times New Roman" w:eastAsia="Times New Roman" w:cs="Times New Roman"/>
        </w:rPr>
        <w:t>Emma Isa olaryň pikirlerini bilip, olara şeýle diýdi: Öz-özüne garşy bölünen her bir patyşalyk weýrançylyga uçrar; öz-özüne garşy bölünen her bir şäher ýa-da öý durup bilmez. Eger Şeýtan Şeýtany kowýan bolsa, onda ol öz-özüne garşy bölünendir; onda onuň patyşalygy nädip durar? Eger men jynlary Beelzebubyň güýji bilen kowýan bolsam, onda siziň ogullaryňyz olary kimiň güýji bilen kowýarlar? Şonuň üçin olar siziň kazylaryňyz bolarlar. Emma men jynlary Hudaýyň Ruhy bilen kowýan bolsam, onda Hudaýyň Patyşalygy size gelip ýetendir. Matta 12:25–28.</w:t>
      </w:r>
    </w:p>
    <w:p>
      <w:pPr>
        <w:pStyle w:val="ArticleBody"/>
        <w:jc w:val="left"/>
      </w:pPr>
      <w:r>
        <w:rPr>
          <w:rFonts w:ascii="Times New Roman" w:hAnsi="Times New Roman" w:eastAsia="Times New Roman" w:cs="Times New Roman"/>
        </w:rPr>
        <w:t>Grekiýa ýurduny gozgalaňa salan iň baý prezidente garşy äždarhanyň alyp barýan söweşi diňe Donald Trump bilen globalistleriň arasynda bolup biler, çünki diri bolup biljek beýleki bäş prezidentiň ählisi Amerikanyň bähbitlerine garşy globalistdirler. Linkoln öňki aýatlara salgylanyp, milleti gulçulygy goldaýan we gulçulyga garşy durýan iki lagere bölünmegini beýan edeninde, ol gulçulygy goldaýan demokratlara hem-de gulçulyga garşy respublikanlara ýüzlenýärdi; şeýle etmek bilen-de, ol soňky günleriň globalist demokratlar bilen, MAGAçylyk hereketi arkaly soňky respublikan prezidentiň öjükdirýän, özüniň hem wekilçilik edip ýolbaşçylyk edýän urşuna ýüzlenýärdi.</w:t>
      </w:r>
    </w:p>
    <w:p>
      <w:pPr>
        <w:pStyle w:val="ArticleBody"/>
        <w:jc w:val="left"/>
      </w:pPr>
      <w:r>
        <w:rPr>
          <w:rFonts w:ascii="Times New Roman" w:hAnsi="Times New Roman" w:eastAsia="Times New Roman" w:cs="Times New Roman"/>
        </w:rPr>
        <w:t>Ilkinji Respublikaçy prezident hökmünde Linkoln soňky Respublikaçy prezidenti alamatlandyrýar. Soňky prezident, şeýle hem, 1989-njy ýylda ahyrzamanyň wagtyndaky Respublikaçy prezident arkaly hem şekillendirilýär. Bu iki şaýat özleriniň alamatlandyrýan prezidentiniň Respublikaçydygyny görkezýärler. 1989-njy ýylda ahyrzamanyň wagtyndaky Respublikaçy prezident diňe bir Respublikaçy bolman, eýsem soňky sekiz prezidentiň ilkinjisidi. Soňky prezident, şeýle hem, ilkinji prezident we ilkinji Ýaragly Güýçleriň Baş serkerdesi bolan Jorj Waşington arkaly hem alamatlandyrylan bolar.</w:t>
      </w:r>
    </w:p>
    <w:p>
      <w:pPr>
        <w:pStyle w:val="ArticleBody"/>
        <w:jc w:val="left"/>
      </w:pPr>
      <w:r>
        <w:rPr>
          <w:rFonts w:ascii="Times New Roman" w:hAnsi="Times New Roman" w:eastAsia="Times New Roman" w:cs="Times New Roman"/>
        </w:rPr>
        <w:t>Öz gezeginde, Waşington 1776-njy ýyl bilen alamatlandyrylan döwürde ilkinji prezident tarapyndan öňden nusgalandyrylypdy; şol ilkinji prezident (Peyton Randolph) bolsa ýedi adam tarapyndan görkezilen sekiz döwürüň dowamynda hyzmat eden ýedi adamyň biridi. Randolph sekiziň ilkinjisidi, şonuň üçin ol sekiziň ilkinjisi bolan Reagan-a wekilçilik edýärdi, hem-de ol ýediniň içinden çykan sekizinjidi. Şonuň üçin Randolph Waşingtona (ilkinji prezidente), Linkolna (ilkinji Respublikan prezidente), Reagan-a (soňky sekizligiň ilkinji prezidentine) hem-de 1989-njy ýyldan soňky sekizinji prezidente wekilçilik edýärdi; ol pygamberlik zerurlygyna görä ýediniň içinden çykan sekizinji bolmalydy.</w:t>
      </w:r>
    </w:p>
    <w:p>
      <w:pPr>
        <w:pStyle w:val="ArticleBody"/>
        <w:jc w:val="left"/>
      </w:pPr>
      <w:r>
        <w:rPr>
          <w:rFonts w:ascii="Times New Roman" w:hAnsi="Times New Roman" w:eastAsia="Times New Roman" w:cs="Times New Roman"/>
        </w:rPr>
        <w:t>Waşington, şeýle hem, 1789-njy ýyl arkaly şekillendirilen taryhda prezident bolan Jon Hankok tarapyndan timsallaşdyrylar; ol hem, Randolph ýaly, ýediniň içinden bolan sekizinjidi. Randolph Waşingtony timsallaşdyrypdy; şonuň üçin Hankok Randolph bilen ýediniň içinden bolan sekizinji hökmünde gabat gelende, Hankok 1989-dan soňky sekizinji prezidenti aňladýar; ol hem pygamberlik zerurlygyna görä, ýediniň içinden bolan sekizinji bolardy.</w:t>
      </w:r>
    </w:p>
    <w:p>
      <w:pPr>
        <w:pStyle w:val="ArticleBody"/>
        <w:jc w:val="left"/>
      </w:pPr>
      <w:r>
        <w:rPr>
          <w:rFonts w:ascii="Times New Roman" w:hAnsi="Times New Roman" w:eastAsia="Times New Roman" w:cs="Times New Roman"/>
        </w:rPr>
        <w:t>Randolf, Henkok, Waşington, Linkoln we Reýgan — hemmesi iň soňky prezidentiň nyşanydyr. Şol şaýatlaryň ikisi iň soňky prezidentiň respublikaçy boljakdygyny tassyklaýar. Ikisi bolsa iň soňky prezidentiň sekizinjidigini, ýagny ýediden bolandygyny tassyklaýar. 1989-njy ýylda ahyrzamanyň döwründen soňky sekiz prezidentiň bäş diri prezidenti, diňe Trampyň aždarha güýji bilen urşa gatnaşmaga syýasy ideologiýa eýedigini görkezýär.</w:t>
      </w:r>
    </w:p>
    <w:p>
      <w:pPr>
        <w:pStyle w:val="ArticleBody"/>
        <w:jc w:val="left"/>
      </w:pPr>
      <w:r>
        <w:rPr>
          <w:rFonts w:ascii="Times New Roman" w:hAnsi="Times New Roman" w:eastAsia="Times New Roman" w:cs="Times New Roman"/>
        </w:rPr>
        <w:t>Linkolnyň öňünden Demokrat Jeýms Býukenen prezident bolupdy; dogruçyl taryhçylar ony Amerikanyň irki taryhynda iň netijesiz prezident hökmünde kesgitleýärler, onuň netijesiz ýolbaşçylygy bolsa düýp manysynda ABŞ-nyň Graždanlyk urşunyň döremegine getirdi. Linkoln entek kasam kabul etmänkä, günorta ştatlar eýýäm bileleşikden bölünip çykmaga başlapdylar, Linkoln prezident wezipesine girişeninden bary-ýogy bir aý soň bolsa ilkinji oklar atyldy. Býukenen Linkolnyň çözmäge mejbur bolan urşuny döreden hereketleri herekete getirdi.</w:t>
      </w:r>
    </w:p>
    <w:p>
      <w:pPr>
        <w:pStyle w:val="ArticleBody"/>
        <w:jc w:val="left"/>
      </w:pPr>
      <w:r>
        <w:rPr>
          <w:rFonts w:ascii="Times New Roman" w:hAnsi="Times New Roman" w:eastAsia="Times New Roman" w:cs="Times New Roman"/>
        </w:rPr>
        <w:t>Reýganyň öňünden häzirki döwrüň iň netijesiz prezidenti geçipdi. Demokrat Karter Eýranda ýerleşen radikal yslama dogry çemeleşip bilmezligi bilen Birleşen Ştatlary utandyrdy.</w:t>
      </w:r>
    </w:p>
    <w:p>
      <w:pPr>
        <w:pStyle w:val="ArticleBody"/>
        <w:jc w:val="left"/>
      </w:pPr>
      <w:r>
        <w:rPr>
          <w:rFonts w:ascii="Times New Roman" w:hAnsi="Times New Roman" w:eastAsia="Times New Roman" w:cs="Times New Roman"/>
        </w:rPr>
        <w:t>Trampdan öň demokrat bolan Obama gelipdi; ol medeni, syýasy we ykdysady taýdan bölünişikleri bilkastlaýyn başlatdy, we şondan bäri olar diňe artmak bilen boldy. Onuň netijesiz ýolbaşçylygy hem Buchanan, hem-de Carter arkaly häsiýetlendirildi, emma onuň ýolbaşçylyk eden taryhy döwründe Baş akym metbugaty eýýäm Adolph Hitleriň Jemgyýetçiligi Maglumatlandyrmak we Wagyz-nesihat boýunça Reýh ministrligine ugurdaş görnüşde özüni görkezmäge başlapdy. Obamanyň Amerikanyň Birleşen Ştatlarynyň jemgyýetçilik, syýasy, maliýe we dini edaralaryna garşy hüjümleri, görmek islemedikleriň öňünde, ört-basdy edildi, we Konstitusiýany goramaga ant içen bir adam hökmünde onuň netijesizligi üns bilen gizlenildi. Obama Eýranda ýerleşýän radikal yslamy dogry beýan edip bilmezligi bilen Amerikanyň Birleşen Ştatlaryny utandyrdy.</w:t>
      </w:r>
    </w:p>
    <w:p>
      <w:pPr>
        <w:pStyle w:val="ArticleBody"/>
        <w:jc w:val="left"/>
      </w:pPr>
      <w:r>
        <w:rPr>
          <w:rFonts w:ascii="Times New Roman" w:hAnsi="Times New Roman" w:eastAsia="Times New Roman" w:cs="Times New Roman"/>
        </w:rPr>
        <w:t>Tramp 2024-nji ýylda gaýtadan saýlanan wagtynda, ol 1989-njy ýylda Reýgandan bäri sekizinji prezident hökmünde, ýene-de bir gezek globalist, aždaha tarapyndan güýçlendirilýän demokratyň yzy bilen geler; ol häzirki wagtda taryhdaky iň netijesiz prezident hökmünde täji eýeläp, Eýranda ýerleşýän radikal Yslam meselesini çözmäge synanyşýarka Birleşen Ştatlary gaýta-gaýta masgara etdi, emma häzirki zaman Esasy Akym Köpçülikleýin Habarlary (Reýhiň Jemgyýetçilik Magaryf we Propaganda Ministrligi bilen häsiýetlendirilşi ýaly) şol äşgär hakykaty ýene-de gizlemäge çalyşýar.</w:t>
      </w:r>
    </w:p>
    <w:p>
      <w:pPr>
        <w:pStyle w:val="ArticleBody"/>
        <w:jc w:val="left"/>
      </w:pPr>
      <w:r>
        <w:rPr>
          <w:rFonts w:ascii="Times New Roman" w:hAnsi="Times New Roman" w:eastAsia="Times New Roman" w:cs="Times New Roman"/>
        </w:rPr>
        <w:t>Reýgan wezipesine girişende, Eýranda ýerleşýän radikal yslam bilen baglanyşykly çözüwini tapmadyk bir krizis Demokratik prezident tarapyndan çözülmän galdyrylypdy. Reýgan dessine Amerika Birleşen Ştatlary bilen Eýran arkaly wekilçilik edilýän radikal yslamyň arasyndaky dartgynlyklaryň ugruny tersine öwürmek üçin çäreleri gördi. Tramp wezipesine girişende, ýene-de Eýranda ýerleşýän radikal yslam bilen baglanyşykly çözüwini tapmadyk bir krizis diňe bir çözülmän galdyrylman, eýsem Demokratik prezident tarapyndan maliýeleşdirilipdi. Tramp dessine Amerika Birleşen Ştatlary bilen Eýran arkaly wekilçilik edilýän radikal yslamyň arasyndaky dartgynlyklaryň ugruny tersine öwürmek üçin çäreleri gördi. Häzirki Demokratik prezident Tramp tarapyndan gazanylan ähli öňegidişligi tersine öwürdi, we dünýäniň bütin özi indi Baýdeniň netijesiz ýolbaşçylygy zerarly üçünji jahan urşuna çekilýär.</w:t>
      </w:r>
    </w:p>
    <w:p>
      <w:pPr>
        <w:pStyle w:val="ArticleBody"/>
        <w:jc w:val="left"/>
      </w:pPr>
      <w:r>
        <w:rPr>
          <w:rFonts w:ascii="Times New Roman" w:hAnsi="Times New Roman" w:eastAsia="Times New Roman" w:cs="Times New Roman"/>
        </w:rPr>
        <w:t>Bu diňe bir Karteriň netijesizligi we Obamanyň Yslamy ilerletmegi bilen görkezilen Yslam bilen bagly işi däl, eýsem Respublikaly prezidentiň çözmeli bolan urşy başlamagynda Býukeneniň amala aşyran işi hem berjaý edýär.</w:t>
      </w:r>
    </w:p>
    <w:p>
      <w:pPr>
        <w:pStyle w:val="ArticleBody"/>
        <w:jc w:val="left"/>
      </w:pPr>
      <w:r>
        <w:rPr>
          <w:rFonts w:ascii="Times New Roman" w:hAnsi="Times New Roman" w:eastAsia="Times New Roman" w:cs="Times New Roman"/>
        </w:rPr>
        <w:t>Ilkinji Respublikan prezidentde bolşy ýaly, Trump 2020-nji ýylyň saýlawynda globalist aždarha güýçleri tarapyndan syýasy taýdan öldürildi. Ol köçede öli hasaplanýarka, Vahiy kitabynyň on birinji babynda pygamberlik edilişi ýaly, ýer ýüzüniň haýwanynyň globalistleri we bütin dünýäniň globalistleri şatlyk edip başladylar.</w:t>
      </w:r>
    </w:p>
    <w:p>
      <w:pPr>
        <w:pStyle w:val="ArticleScripture"/>
        <w:jc w:val="left"/>
      </w:pPr>
      <w:r>
        <w:rPr>
          <w:rFonts w:ascii="Times New Roman" w:hAnsi="Times New Roman" w:eastAsia="Times New Roman" w:cs="Times New Roman"/>
        </w:rPr>
        <w:t>Olar öz şaýatlygyny tamamlanlarynda, düýpsüz çuňlukdan çykan wagşy janawar olar bilen söweş eder, olary ýeňer we öldürer. Olaryň jesetleri ruhy manyda Sodom we Müsür diýlip atlandyrylýan, şeýle hem Rebbimiziň haça çüýlenen beýik şäheriniň köçesinde ýatar. Halklardan, tirelerden, dillerden we milletlerden bolanlar olaryň jesetlerine üç ýarym gün serederler we olaryň jesetleriniň gabrara goýulmagyna ýol bermezler. Ýer ýüzünde ýaşaýanlar olaryň üstünden şatlanyp, şady-horram bolarlar we birek-birege sowgat ibererler; çünki bu iki pygamber ýer ýüzünde ýaşaýanlary azaplapdy. Üç ýarym günden soň bolsa, Hudaýdan gelen ýaşaýyş Ruhy olaryň içine girdi, olar aýaklarynyň üstünde galdylar; olary görenleriň üstüne bolsa uly gorky indi. Ylham 11:7–11.</w:t>
      </w:r>
    </w:p>
    <w:p>
      <w:pPr>
        <w:pStyle w:val="ArticleBody"/>
        <w:jc w:val="left"/>
      </w:pPr>
      <w:r>
        <w:rPr>
          <w:rFonts w:ascii="Times New Roman" w:hAnsi="Times New Roman" w:eastAsia="Times New Roman" w:cs="Times New Roman"/>
        </w:rPr>
        <w:t>Biz indi 2024-nji ýyla geldik; bu ýerde Trump aýaklarynyň üstünde durandyr, 2021-nji ýylyň 6-njy ýanwaryndan bäri şatlyk edip, baýram edip gelen aždaha dünýäsi bolsa indi “uly gorky” bilen ýüzbe-ýüz bolýandyr. Esasy Akym Mediýasy (MSM) howsala düşendir. Olaryň özleriniň gaýtalap aýdýan tezisleri, köne rok-n-roll aýdymynda aýdylyşy ýaly, “özleriniň patyşa saýlan argyn garry adamy” Trumpyň görkezijilerine ýeterlik derejede golaý saklap biljek ukybynyň ýokdugy baradaky aladalaryny ýüze çykaryp başlady. Esasy Akym Mediýasy häzirki wagtda wagyz-nesihat enjamy hökmünde, Gitleriň döwründäki Reýhiň Jemgyýetçilik Magaryfy we Wagyz-nesihat ministrligi nähili bolan bolsa, şonça-da şeýledir.</w:t>
      </w:r>
    </w:p>
    <w:p>
      <w:pPr>
        <w:pStyle w:val="ArticleBody"/>
        <w:jc w:val="left"/>
      </w:pPr>
      <w:r>
        <w:rPr>
          <w:rFonts w:ascii="Times New Roman" w:hAnsi="Times New Roman" w:eastAsia="Times New Roman" w:cs="Times New Roman"/>
        </w:rPr>
        <w:t>Bu hakykat munuň başgaça bolmagynyň islendik matematiki mümkinçiliginden daşda, gaýtalap-gaýtalap subut edildi. Ählumumyçylaryň täze bir propaganda tezisi jemgyýete giňden girizilen her gezeginde, aždahanyň propaganda maşynasy tarapyndan dolandyrylýan dürli aragatnaşyk ugurlarynyň şol hadysany ýa-da beýleki meseläni beýan edişlerinde sözüň-sözüne deň gelýän birmeňzeş sözlemleri ulanýandygy gaýtalap resminamalaşdyryldy.</w:t>
      </w:r>
    </w:p>
    <w:p>
      <w:pPr>
        <w:pStyle w:val="ArticleBody"/>
        <w:jc w:val="left"/>
      </w:pPr>
      <w:r>
        <w:rPr>
          <w:rFonts w:ascii="Times New Roman" w:hAnsi="Times New Roman" w:eastAsia="Times New Roman" w:cs="Times New Roman"/>
        </w:rPr>
        <w:t>Eger sizleriň haýsydyr biri “telefon” diýlip atlandyrylýan, kämahal bolsa “hytaý pyşyrdylary” diýilýän gadymy çagalar oýnuny bilýän bolsaňyz, onda bilýäňiz: adamlar tegelek bolup oturanda we oýun dowam edende, birinji adam indiki adamyň gulagyna pyşyrdap aýdýar, soňra şol pyşyrdy tegelegiň daşyndan gaýtalanyp geçirilýär, şeýlelikde tegelegiň aýlanyp geçen ilkinji pyşyrdysy, hökmany suratda, başdaky pyşyrdynyň aňladan many-syndan tapawutly bir zada öwrülýär. Şeýle-de bolsa, Esasy Akym Köpçülikleýin Habarlary özüne eýerýänleriň, bu ýurtdaky we bütin dünýä ýüzündäki her bir žurnalistiň haýsydyr bir mesele ýa-da waka babatda aždarhanyň garaýşyny beýan etmek üçin nähilidir bir ýol bilen şol bir sözleri we söz düzümlerini saýlaýandygyna ynanmagyna garaşýar. “Žurnalist” diýlip atlandyrylýan ýüzlerçe adam şol bir waka seretdi-de, diňe bir şol bir netijä gelmän, eýsem wakany beýan etmek üçin hut meňzeş sözleri we söz düzümlerini saýlady.</w:t>
      </w:r>
    </w:p>
    <w:p>
      <w:pPr>
        <w:pStyle w:val="ArticleBody"/>
        <w:jc w:val="left"/>
      </w:pPr>
      <w:r>
        <w:rPr>
          <w:rFonts w:ascii="Times New Roman" w:hAnsi="Times New Roman" w:eastAsia="Times New Roman" w:cs="Times New Roman"/>
        </w:rPr>
        <w:t>Häzirki wagtda biziň seredip duran zadymyz globalistleriň propaganda enjamyna garşy edilen hüjüm däl; bu diňe şu wagt Ýer ýüzünde bolup geçýän ruhy söweşiň pygamberlik häsiýetleriniň birini kesgitlemekdir. Mesihiň döwründe ýehudiler özleriniň Mesihini ret edip, ahyrsoňy Sezary özlerine patyşa hökmünde aç-açan saýladylar. Şol jedelli döwürde baş ruhany Mesihi öldürmek üçin şeýtany häsiýetli we nädogry pikir ýöretmelere esaslanýan bir delil öňe sürdi, emma şol bir wagtyň özünde ol dogry hem bolup çykdy.</w:t>
      </w:r>
    </w:p>
    <w:p>
      <w:pPr>
        <w:pStyle w:val="ArticleScripture"/>
        <w:jc w:val="left"/>
      </w:pPr>
      <w:r>
        <w:rPr>
          <w:rFonts w:ascii="Times New Roman" w:hAnsi="Times New Roman" w:eastAsia="Times New Roman" w:cs="Times New Roman"/>
        </w:rPr>
        <w:t>Şolaryň biri, şol ýyl baş ruhany bolan Kaýpas olara diýdi: «Siz asla hiç zat bilmersiňiz; bütin halk heläk bolman, halk üçin bir adamyň ölmeginiň biziň üçin peýdalydygyny hem oýlanmaýarsyňyz». Ol muny öz-özünden aýtmady; eýsem şol ýyl baş ruhany bolany üçin, Isanyň şol millet üçin ölmelidigini pygamberlik etdi; diňe şol millet üçin däl, eýsem, çar tarapa dargadylan Hudaýyň çagalaryny hem bir ýere jemlemek üçin. Ýahýa 11:49–52.</w:t>
      </w:r>
    </w:p>
    <w:p>
      <w:pPr>
        <w:pStyle w:val="ArticleBody"/>
        <w:jc w:val="left"/>
      </w:pPr>
      <w:r>
        <w:rPr>
          <w:rFonts w:ascii="Times New Roman" w:hAnsi="Times New Roman" w:eastAsia="Times New Roman" w:cs="Times New Roman"/>
        </w:rPr>
        <w:t>Kaýafa Mesihi urmak üçin bir mantygy oýlap tapýardy we şeýle etmek bilen, aslynda dogry bir öňden aýdymy hem beýan edýärdi. Ol Mesihiň adamzadyň gurbanlygy bolmalydygyna ynanmaýardy; ol diňe Ony öldürmek isleýärdi. Aždarha güýjüniň esasy habar beriş serişdeleri häzir Tramp babatda hem şoňa meňzeş bir işi amala aşyrýar. Olar ilatyň içine şeýle bir gorky siňdirmäge çalyşýarlar: eger Tramp gaýtadan saýlansa, onda ol Adolf Gitler ýaly diktatora öwrüler. Demokratlar gulçulygy goldaýan bir partiýadyr we olaryň, diňe nemes däl, eýsem bütindünýä propaganda maşynyny hem öz içine alýan nasistik partiýanyň häsiýetleri bar; emma olar Tramp saýlansa demokratiýanyň ýatyryljakdygyny we Trampyň Adolf Gitler ýaly diktator boljakdygyny öňe sürýärler.</w:t>
      </w:r>
    </w:p>
    <w:p>
      <w:pPr>
        <w:pStyle w:val="ArticleBody"/>
        <w:jc w:val="left"/>
      </w:pPr>
      <w:r>
        <w:rPr>
          <w:rFonts w:ascii="Times New Roman" w:hAnsi="Times New Roman" w:eastAsia="Times New Roman" w:cs="Times New Roman"/>
        </w:rPr>
        <w:t>Bu, hut Hudaýyň Sözüniň Amerikanyň Birleşen Ştatlarynyň soňky prezidenti barada anyk görkezýän zadydyr; emma baş akym köpçülikleýin habar beriş serişdeleri, aždahanyň ruhlandyran Kaýapas ýaly, özleriniň öňe sürýän pikirleriniň pygamberlikdigine we hakykatdan-da amala aşjakdygyna düşünmeýärler.</w:t>
      </w:r>
    </w:p>
    <w:p>
      <w:pPr>
        <w:pStyle w:val="ArticleScripture"/>
        <w:jc w:val="left"/>
      </w:pPr>
      <w:r>
        <w:rPr>
          <w:rFonts w:ascii="Times New Roman" w:hAnsi="Times New Roman" w:eastAsia="Times New Roman" w:cs="Times New Roman"/>
        </w:rPr>
        <w:t>“Ýurdumyz howp astyndadyr. Onuň kanun çykaryjylarynyň Protestantizmiň ýörelgelerinden şeýle derejede ýüz öwrüp, Rimçi dönükligine goldaw berjek wagty golaýlap gelýär. Hudaýyň şeýle ajaýyp işler edip, olary papalyk zulumynyň eziji boýuntyrygyndan gutulmaga güýçlendiren halky milli bir hereket arkaly Rimiň bozuk ynanjyna kuwwat berer, we şeýlelikde diňe bir iteklemä garaşyp, täzeden rehimsizlige we despotizme başlamak üçin garaşýan zalymlygy oýarar. Biz eýýäm bu döwre çalt ädimler bilen golaýlaşýarys.” The Spirit of Prophecy, volume 4, 410.</w:t>
      </w:r>
    </w:p>
    <w:p>
      <w:pPr>
        <w:pStyle w:val="ArticleBody"/>
        <w:jc w:val="left"/>
      </w:pPr>
      <w:r>
        <w:rPr>
          <w:rFonts w:ascii="Times New Roman" w:hAnsi="Times New Roman" w:eastAsia="Times New Roman" w:cs="Times New Roman"/>
        </w:rPr>
        <w:t>Amerikanyň Birleşen Ştatlaryndaky Demokratlaryň bozulyp-zaýalanan düzüm böleklerini, hakykatda bolsa globalistler bolan özlerini Respublikaçy diýip atlandyrýanlary, hem-de dünýäniň progressiw globalistlerini görkezýänimde, okaýjynyň mende Respublikaçylar partiýasyna ýa-da Donald Trampa haýsydyr bir syýasy meýilduşlyk bar diýen pikire gelmegi mümkindigine düşünýärin. Bu meseläniň hakykaty mundan örän daşdadyr: ahyrky prezident, hut Esasy Köpçülikleýin Habara Beriş Serişdeleriniň öňünden aýdşy ýaly, diktatora öwrülmelidir; emma olar özleriniň näme hakda öňünden aýdýandyklaryny Kaýafanyň bilşi ýaly-da bilmeýärler. Biz diňe Ezekieliň tigirleriň içindäki tigirleri arkaly şekillendirilen, “adamzat wakalarynyň çylşyrymly özara täsirine” degişli pygamberlik dinamikalaryny kesgitleýäris.</w:t>
      </w:r>
    </w:p>
    <w:p>
      <w:pPr>
        <w:pStyle w:val="ArticleBody"/>
        <w:jc w:val="left"/>
      </w:pPr>
      <w:r>
        <w:rPr>
          <w:rFonts w:ascii="Times New Roman" w:hAnsi="Times New Roman" w:eastAsia="Times New Roman" w:cs="Times New Roman"/>
        </w:rPr>
        <w:t>Biz bu gözlegi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Kitaby — Bir Ýüz Otuz Dokuzynjy Bölüm</dc:title>
  <dc:subject>Danyýel 11:40-nyň Häzirki Syýasy Hakykatlar bilen Pygamberlik taýdan Utgaşygy: Soňky Prezidentiň Syryny Açmak</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