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kyrk ikinji</w:t>
      </w:r>
    </w:p>
    <w:p>
      <w:pPr>
        <w:pStyle w:val="ArticleSubtitle"/>
        <w:jc w:val="left"/>
      </w:pPr>
      <w:r>
        <w:rPr>
          <w:rFonts w:ascii="Arial" w:hAnsi="Arial" w:eastAsia="Arial" w:cs="Arial"/>
        </w:rPr>
        <w:t>Haýwanyň Keşbiniň Döreýşi: Aýanlykly Syýahatyň Üsti Açyldy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Hudaýyň halky möhürlenmezden ozal geçmeli bolan beýik synag — haýwanyň şekiliniň emele gelmegidir. Şol emele geliş 2001-nji ýylyň 11-nji sentýabryndan başlap, Amerikanyň Birleşen Ştatlarynda ýekşenbe kanunyna çenli dowam edýär. Bu pygamberlik döwri ýüz kyrk dört müňüň möhürleniş wagtyny, şeýle hem her bir Mukaddes Kitap görnüşiniň kämil ýerine ýetirişini tapýan döwri aňladýar. Şol döwürde hakyky protestant şah arassalanyp, ebedilik üçin Mesihiň keşbini şöhlelendirer, çünki Mesih protestantdyr.</w:t>
      </w:r>
    </w:p>
    <w:p>
      <w:pPr>
        <w:pStyle w:val="ArticleScripture"/>
        <w:jc w:val="left"/>
      </w:pPr>
      <w:r>
        <w:rPr>
          <w:rFonts w:ascii="Times New Roman" w:hAnsi="Times New Roman" w:eastAsia="Times New Roman" w:cs="Times New Roman"/>
        </w:rPr>
        <w:t>“Mesih protestantdy. Ol özlerine garşy Hudaýyň nesihatyny ret eden ýehudy halkynyň şekilparaz ybadatyna garşy çykdy. Ol olara ynsanlaryň buýruklaryny taglymat ornunda öwredýändiklerini hem-de özlerini başgaça görkezýän ikiýüzlülerdiklerini aýtdy. Akardylan mazarlar ýaly, daşyndan görmegeýdiler, emma içleri haramlykdan we çüýreklikden doludy. Reformatorlaryň başlangyjy Mesih bilen resullara çenli uzaýar. Olar şekillerden we däp-dessurlardan ybarat bolan dinden çykyp, özlerini ondan aýyrdylar. Lýuter we onuň yzyna eýerenler reformirlenen dini oýlap tapmadylar. Olar ony diňe Mesih bilen resullaryň hödürleýşi ýaly kabul etdiler. Mukaddes Ýazgy bize ýeterlik ýol görkeziji hökmünde berilýär; emma papa we onuň hyzmatkärleri ony halkdan aýyrýarlar, sanki ol nälet ýaly, çünki ol olaryň özlerini başgaça görkezmelerini paş edýär we olaryň butparazlygyny ýazgarýar.” Review and Herald, 1886-njy ýylyň 1-nji iýuny.</w:t>
      </w:r>
    </w:p>
    <w:p>
      <w:pPr>
        <w:pStyle w:val="ArticleBody"/>
        <w:jc w:val="left"/>
      </w:pPr>
      <w:r>
        <w:rPr>
          <w:rFonts w:ascii="Times New Roman" w:hAnsi="Times New Roman" w:eastAsia="Times New Roman" w:cs="Times New Roman"/>
        </w:rPr>
        <w:t>Möhürleme döwründe protestant şahasy päklenýär we arassalanýar. Şol bir döwürde dinden çykan Respublikan şahasy dinden çykan protestantlar bilen birleşýär; şeýlelikde, ybadathana bilen döwletiň utgaşmasy bolan güýç şahasyny emele getirýär. Şondan soň ýerden çykan haýwanyň iki şahasy haýwanyň şekili we Mesihiň şekili bolýar. Dinden çykyş şahasy bozuk ybadathananyň bozuk döwlet bilen iki taraplaýyn gatnaşygy, dogrulyk şahasy bolsa Ylahylygyň adamzat bilen iki taraplaýyn gatnaşygydyr.</w:t>
      </w:r>
    </w:p>
    <w:p>
      <w:pPr>
        <w:pStyle w:val="ArticleBody"/>
        <w:jc w:val="left"/>
      </w:pPr>
      <w:r>
        <w:rPr>
          <w:rFonts w:ascii="Times New Roman" w:hAnsi="Times New Roman" w:eastAsia="Times New Roman" w:cs="Times New Roman"/>
        </w:rPr>
        <w:t>Ondan soň janawaryň şekili dünýäde kemala getirilýär, we ol iki taraply bir janawardyr; ol bir Döwlet (Birleşen Milletler Guramasy) arkaly şekillendirilendir, we bu Döwlet ýer janawarynyň mürtede öwrülen protestantizmini on kellesiniň başlyk kellesi hökmünde kabul edendir. Şol janawaryň üstünde haramzadalaryň enesi bolan aýal, on patyşaly janawaryň üstünden höküm sürýär. Onuň münýän janawary, Hirodyň Hirodiýanyň gyzy Salome bilen eden gan garym ruhy zynasy arkaly görkezilişi ýaly, Ybadathana bilen Döwletiň utgaşmasydyr. Janawaryň üstünden höküm sürýän aýalyň onuň bilen bolan gatnaşygy hem Ybadathana bilen Döwletiň utgaşmasydyr; dünýä möçberli janawary, ýagny Birleşen Milletler Guramasyny düzýän patyşalar bilen Rimiň jelep aýalynyň bikanun gatnaşygy şonuň nyşanydyr. Bütin dünýäniň üstüne zor bilen ýörediljek janawaryň şekilinde her bir millet gatnaşar, ähli bozulyp-giden güýçler birleşer.</w:t>
      </w:r>
    </w:p>
    <w:p>
      <w:pPr>
        <w:pStyle w:val="ArticleScripture"/>
        <w:jc w:val="left"/>
      </w:pPr>
      <w:r>
        <w:rPr>
          <w:rFonts w:ascii="Times New Roman" w:hAnsi="Times New Roman" w:eastAsia="Times New Roman" w:cs="Times New Roman"/>
        </w:rPr>
        <w:t>“Ylham 17:13–14 sitata getirilýär. ‘Bular bir pikirde bolar.’ Ähliumumy birleşik bagy, bir beýik sazlaşyk, Şeýtanyň güýçleriniň bir konfederasiýasy bolar. ‘Öz güýçlerini we kuwwatlaryny haýwana bererler.’ Şeýlelikde, geçmişde Rimçilik däp-dessurlaryna we dini dabaralaryna laýyk gelmekden ýüz öwürmäge het edip bilenleri yzarlap gelen papalyk tarapyndan nähili ýüze çykan bolsa, şonuň ýaly-da dini azatlyga, wyždanyň görkezmesine görä Hudaýa ybadat etmek erkinligine garşy şol bir özbaşymaçylykly, zulumkär güýç aýan bolýar.</w:t>
      </w:r>
    </w:p>
    <w:p>
      <w:pPr>
        <w:pStyle w:val="ArticleScripture"/>
        <w:jc w:val="left"/>
      </w:pPr>
      <w:r>
        <w:rPr>
          <w:rFonts w:ascii="Times New Roman" w:hAnsi="Times New Roman" w:eastAsia="Times New Roman" w:cs="Times New Roman"/>
        </w:rPr>
        <w:t>“Soňky günlerde alnyp baryljak söweşde, Rebbiň halkyna garşy çykyş etmek üçin, Ýehowanyň kanunyna wepalylykdan ýüz öwren ähli bozulan güýçler birleşer. Bu söweşde dördünji buýrugyň Sabaty esasy jedel meselesi bolar; çünki Sabat baradaky buýrukda beýik Kanun Beriji Özüni asmanyň we ýeriň Ýaradujysy hökmünde tanadýar.” The Seventh-day Adventist Bible Commentary, volume 8, 983.</w:t>
      </w:r>
    </w:p>
    <w:p>
      <w:pPr>
        <w:pStyle w:val="ArticleBody"/>
        <w:jc w:val="left"/>
      </w:pPr>
      <w:r>
        <w:rPr>
          <w:rFonts w:ascii="Times New Roman" w:hAnsi="Times New Roman" w:eastAsia="Times New Roman" w:cs="Times New Roman"/>
        </w:rPr>
        <w:t>Bütin dünýäni gurşap alýan haýwanyň şekili bilen baglanyşykly pitnäniň “ähliumumy” bolmagy we onuň “Ýehowanyň kanunyna wepalylykdan ýüz öwüren ähli çüýrük güýçleri” aňladýandygy, Amerikanyň Birleşen Ştatlarynyň içinde haýwanyň şekiliniň emele gelmeginiň ýüz öwren ähli çüýrük güýçleriň birleşmegini aňladýandygyny görkezýär. Amerikanyň Birleşen Ştatlarynyň protestantlary 1844-nji ýylda birinji perişdäniň habaryny ret edenlerinde ýüz öwürdiler, Laodikýa Adventizmi bolsa 1863-nji ýylda ýüz öwürdi. Ýüz öwren Protestantizm we Laodikýa Adventizmi, ýalançy pygamber tarapyndan aldanyp, öz patyşalygynyň ýarysyny tabşyrýan Respublikançylygyň şahyndaky syýasy toparlar bilen bilelikde, “birleşik bagyny” emele getirerler.</w:t>
      </w:r>
    </w:p>
    <w:p>
      <w:pPr>
        <w:pStyle w:val="ArticleBody"/>
        <w:jc w:val="left"/>
      </w:pPr>
      <w:r>
        <w:rPr>
          <w:rFonts w:ascii="Times New Roman" w:hAnsi="Times New Roman" w:eastAsia="Times New Roman" w:cs="Times New Roman"/>
        </w:rPr>
        <w:t>Haýwanyň dünýä ýüzündäki keşbinde ýeri aldaýan hut ýalan pygamberdir. Amerikanyň Birleşen Ştatlarynyň çäginde döreýän haýwanyň keşbinde-de mukaddes däl, ýöne birleşen “Şeýtanyň güýçleriniň konfederasiýasyny” emele getirýän ýalan pygamber hem hökman “ýalan pygamber” bolmalydyr. Haýwanyň dünýä ýüzündäki keşbi iki taraplydyr, emma şol bir wagtyň özünde üç taraplaýyn birleşikdir. Aždarhanyň, haýwanyň we ýalan pygamberiň şol üç taraplaýyn birleşigi dünýäni Armagedona eltýär. Ilki Amerikanyň Birleşen Ştatlarynyň içinde emele gelen haýwanyň keşbinde hem üç taraplaýyn birleşik bolmalydyr; ol şol bir wagtda iki taraply bolan bir haýwandyr. Haýwanyň iki keşbinde-de iki taraply häsiýet ybadathana bilen döwletiň birleşmegidir, bu gatnaşyga bolsa ybadathana gözegçilik edýär.</w:t>
      </w:r>
    </w:p>
    <w:p>
      <w:pPr>
        <w:pStyle w:val="ArticleBody"/>
        <w:jc w:val="left"/>
      </w:pPr>
      <w:r>
        <w:rPr>
          <w:rFonts w:ascii="Times New Roman" w:hAnsi="Times New Roman" w:eastAsia="Times New Roman" w:cs="Times New Roman"/>
        </w:rPr>
        <w:t>Üç esse birleşme haýwanlaryň iki şekilinde-de görkezilmelidir, emma Ylham kitabynda aždarhanyň, haýwanyň we ýalan pygamberiň iki görnüşde ýüze çykyşy bardyr. Bütindünýä haýwan şekiliniň üç esse gurluşy ruhyýetçilik (aždarha), katoliklik (haýwan) we dinden çykan protestantçylyk (ýalan pygamber) arkaly görkezilýär. Şol üçüsiniň her birinde diňe bir dini unsur (ruhyýetçilik, katoliklik we dinden çykan protestantçylyk) bolman, eýsem syýasy unsur hem bardyr. Aždarha (dürli görnüşlerindäki sosializm), haýwan (monarhiýa) we ýalan pygamber (respublika hökmünde başlanýar, demokratiýa hökmünde tamamlanýar).</w:t>
      </w:r>
    </w:p>
    <w:p>
      <w:pPr>
        <w:pStyle w:val="ArticleBody"/>
        <w:jc w:val="left"/>
      </w:pPr>
      <w:r>
        <w:rPr>
          <w:rFonts w:ascii="Times New Roman" w:hAnsi="Times New Roman" w:eastAsia="Times New Roman" w:cs="Times New Roman"/>
        </w:rPr>
        <w:t>Amerikanyň Birleşen Ştatlarynda birleşýän üçtaraplaýyn birleşik, edil bütindünýä haýwan şekili ýaly, ýalan pygamber tarapyndan mejbury birleşdirilýär (aldanýar). Ylham kitabynda düýpsüz çukurdan çykýan üç sany ýüz dönderen güýjüň üsti bilen kesgitlenýän başga bir üçtaraplaýyn birleşik hem bardyr. Katoliklik on ýedinji bapda düýpsüz çukurdan çykýar, we ol düýpsüz çukurdan çykýan üçtaraplaýyn birleşigiň haýwanydyr.</w:t>
      </w:r>
    </w:p>
    <w:p>
      <w:pPr>
        <w:pStyle w:val="ArticleScripture"/>
        <w:jc w:val="left"/>
      </w:pPr>
      <w:r>
        <w:rPr>
          <w:rFonts w:ascii="Times New Roman" w:hAnsi="Times New Roman" w:eastAsia="Times New Roman" w:cs="Times New Roman"/>
        </w:rPr>
        <w:t>Seniň gören wagşy haýwanň bardy, indi ýokdur; ol düýpsüz çuňlukdan çykyp, heläkçilige gider; ýer ýüzünde ýaşaýanlar — atlary dünýäniň ýaradylyşyndan bäri ýaşaýyş kitabynda ýazylmadyklar — öň bardy, indi ýok, emma ýene-de bardyr diýen şol wagşy haýwany görenlerinde haýran galarlar. Ylham 17:8.</w:t>
      </w:r>
    </w:p>
    <w:p>
      <w:pPr>
        <w:pStyle w:val="ArticleBody"/>
        <w:jc w:val="left"/>
      </w:pPr>
      <w:r>
        <w:rPr>
          <w:rFonts w:ascii="Times New Roman" w:hAnsi="Times New Roman" w:eastAsia="Times New Roman" w:cs="Times New Roman"/>
        </w:rPr>
        <w:t>Ateizmiň aždarha güýji on birinji bapda düýpsüz çuňlukdan çykýar.</w:t>
      </w:r>
    </w:p>
    <w:p>
      <w:pPr>
        <w:pStyle w:val="ArticleScripture"/>
        <w:jc w:val="left"/>
      </w:pPr>
      <w:r>
        <w:rPr>
          <w:rFonts w:ascii="Times New Roman" w:hAnsi="Times New Roman" w:eastAsia="Times New Roman" w:cs="Times New Roman"/>
        </w:rPr>
        <w:t>Olar öz şaýatlygyny tamamlanyndan soň, düýpsüz çuňlukdan çykýan wagşy haýwan olara garşy söweş açar, olary ýeňer we öldürer. Ylham 11:7.</w:t>
      </w:r>
    </w:p>
    <w:p>
      <w:pPr>
        <w:pStyle w:val="ArticleBody"/>
        <w:jc w:val="left"/>
      </w:pPr>
      <w:r>
        <w:rPr>
          <w:rFonts w:ascii="Times New Roman" w:hAnsi="Times New Roman" w:eastAsia="Times New Roman" w:cs="Times New Roman"/>
        </w:rPr>
        <w:t>Yslamyň ýalan pygamberi dokuzynjy bapda düýpsüz çuňlukdan çykýar.</w:t>
      </w:r>
    </w:p>
    <w:p>
      <w:pPr>
        <w:pStyle w:val="ArticleScripture"/>
        <w:jc w:val="left"/>
      </w:pPr>
      <w:r>
        <w:rPr>
          <w:rFonts w:ascii="Times New Roman" w:hAnsi="Times New Roman" w:eastAsia="Times New Roman" w:cs="Times New Roman"/>
        </w:rPr>
        <w:t>Bäşinji perişde surna çaldy, men asmandan ýere gaçan bir ýyldyzy gördüm; oňa düýpsüz çukuryň açary berildi. Ol düýpsüz çukury açdy; çukurdan uly pejiň tüssäsi ýaly tüsse çykdy; çukuryň tüssäsi sebäpli gün hem howa garaldy. Tüsseden ýeriň ýüzüne çekirtgeler çykdy; olara ýerdäki içýanlaryň güýji ýaly güýç berildi. Ylham 9:1–3.</w:t>
      </w:r>
    </w:p>
    <w:p>
      <w:pPr>
        <w:pStyle w:val="ArticleBody"/>
        <w:jc w:val="left"/>
      </w:pPr>
      <w:r>
        <w:rPr>
          <w:rFonts w:ascii="Times New Roman" w:hAnsi="Times New Roman" w:eastAsia="Times New Roman" w:cs="Times New Roman"/>
        </w:rPr>
        <w:t>Asmandan ýykylyp, düýpsüz çukury açan ýyldyz ýalan pygamber Muhammetdi; ol çukury açanda, «çekirtgeler» hökmünde şekillendirilen Yslamyň söweşijilerini ahyrky günleriň pygamberlik beýanatyna girizdi. Düýpsüz çukuryň üç taraplaýyn birleşiginde bir aždarha (ateizm), bir haýwan (katoliklik) we bir ýalan pygamber (Yslam) bardyr. Bütindünýä haýwan şekilinde bolsa, ýalan pygamber imandan dänen protestantlykdyr. Şol ýalan pygamber Salomeniň azdyryjy tansy ýa-da Karmel dagyndaky Bagal pygamberleriniň tansy arkaly bütin dünýäni aldýar. Ylham kitabynyň on üçünji babynda ol haýwanyň gözi alnynda edýän gudratlary arkaly dünýäni aldýar. Aldawyň şol simwoliki şekillendirişleri ykdysady gorkuzyp talap etmegiň we harby güýjüň täsirini aňladýar.</w:t>
      </w:r>
    </w:p>
    <w:p>
      <w:pPr>
        <w:pStyle w:val="ArticleScripture"/>
        <w:jc w:val="left"/>
      </w:pPr>
      <w:r>
        <w:rPr>
          <w:rFonts w:ascii="Times New Roman" w:hAnsi="Times New Roman" w:eastAsia="Times New Roman" w:cs="Times New Roman"/>
        </w:rPr>
        <w:t>Ol beýik alamatlar görkezýär, hatda adamlaryň gözüniň alnynda asmandan ýere ot inderýär. Şeýle-de, oňa haýwanyň öňünde görkezmäge ygtyýar berlen gudratlar arkaly ýer ýüzünde ýaşaýanlary azdyrýar we ýer ýüzünde ýaşaýanlara gylyçdan ýaralanyp-da diri galan haýwana bir şekil ýasamagy aýdýar. Oňa haýwanyň şekiline jan bermäge-de ygtyýar berildi; şeýlelikde haýwanyň şekili hem geplärdi, hem-de haýwanyň şekiline sežde etmejekleriň hemmesiniň öldürilmegini üpjün ederdi. Şeýle-de, ol hemmelere — kiçä-de, uluga-da, baý-a-da, garyba-da, azat-a-da, gul-a-da — sag ellerine ýa-da maňlaýlaryna bir tagma kabul etdirýärdi; şeýlelikde, şol tagmany ýa-da haýwanyň adyny, ýa-da onuň adynyň sanyny götermeýän hiç kim satyn alyp-da, satyp-da bilmezdi. Ylham 13:13–17.</w:t>
      </w:r>
    </w:p>
    <w:p>
      <w:pPr>
        <w:pStyle w:val="ArticleBody"/>
        <w:jc w:val="left"/>
      </w:pPr>
      <w:r>
        <w:rPr>
          <w:rFonts w:ascii="Times New Roman" w:hAnsi="Times New Roman" w:eastAsia="Times New Roman" w:cs="Times New Roman"/>
        </w:rPr>
        <w:t>Ýalan pygamber bilen baglanyşykly bolan azdyrma we gudratlar hakykatda ykdysadyýet arkaly ýüze çykarylýan güýji («hiç kim satyn alyp-da, satyp-da bilmez») we harby gudraty («öldürilmelidir») aňladýar. Mukaddes Kitapda yslamyň ýalan pygamberi, yslamyň milletleri gaharlanmaga we iztirapa salmakdaky işini aňladýar. Olar gaharlamak we iztirapa salmak işini uruş arkaly amala aşyrýarlar, we Mukaddes Kitap olaryň urşunyň öz gezeginde ykdysady betbagtçylyk döredýändigini görkezýär. Yslamyň urşy we şondan soňky ykdysady çökgünlik Amerikanyň Birleşen Ştatlarynda «Ýehowanyň kanunyna wepalylykdan ýüz öwren ähli bozuk güýçleri» bir ýere jemleýän meseledir.</w:t>
      </w:r>
    </w:p>
    <w:p>
      <w:pPr>
        <w:pStyle w:val="ArticleBody"/>
        <w:jc w:val="left"/>
      </w:pPr>
      <w:r>
        <w:rPr>
          <w:rFonts w:ascii="Times New Roman" w:hAnsi="Times New Roman" w:eastAsia="Times New Roman" w:cs="Times New Roman"/>
        </w:rPr>
        <w:t>Haçda sadukiler we fariseyler, hakyky protestant şahyny haça çüýlemek üçin bir ýere jemlenip, Ýehowanyň kanunyna bolan wepalylykdan doly “dönüklik etdiler”. Mesihi ret etmekleri bilen, ýalan Mesihi aňladýan Barabasy saýladylar. “Bar” ogul diýmekdir, “Abba” bolsa ata diýmekdir. Barabas “Atanyň Ogly” diýmekdir. Mesih ähli pygamberleriň iň beýigidi, Barabas bolsa ýalan pygamberiň nyşanydy.</w:t>
      </w:r>
    </w:p>
    <w:p>
      <w:pPr>
        <w:pStyle w:val="ArticleBody"/>
        <w:jc w:val="left"/>
      </w:pPr>
      <w:r>
        <w:rPr>
          <w:rFonts w:ascii="Times New Roman" w:hAnsi="Times New Roman" w:eastAsia="Times New Roman" w:cs="Times New Roman"/>
        </w:rPr>
        <w:t>Ýüz kyrk dört müňüň möhürleniş döwründe, ýerden çykan haýwanyň iki şahy özleriniň pygamberlikdäki ahyrky ýüze çykyş nokadyna gelýär. Olaryň biri Mesihiň keşbini, beýlekisi bolsa haýwanyň keşbini aňladýar. Bu iki şahyň ýüze çykýan taryhynda, dönük protestantizm 2001-nji ýylda kabul edilen Patriot Akty bilen ýakyn wagtda geljek Ýekşenbe kanunyna tarap öz ýoluna başlady. Şol ýolbelligi Garaşsyzlyk Jarnamasy bilen gabat gelýär; ol başlangyjynda guzy ýaly gepledi, çünki ol protestantizmiň patyşa häkimiýetine we papalyk dolandyryşyna garşy nägileligini beýan etdi. Onuň ahyrynda gabat gelýän ýolbelligi (Patriot Akt) bolsa protestantizmiň basylyp ýatyrylmagyny beýan edýär.</w:t>
      </w:r>
    </w:p>
    <w:p>
      <w:pPr>
        <w:pStyle w:val="ArticleBody"/>
        <w:jc w:val="left"/>
      </w:pPr>
      <w:r>
        <w:rPr>
          <w:rFonts w:ascii="Times New Roman" w:hAnsi="Times New Roman" w:eastAsia="Times New Roman" w:cs="Times New Roman"/>
        </w:rPr>
        <w:t>Möhürleniş wagtynda iki şahlaryň ýolagçylygynyň ikinji ýol görkezijisi başlangyçda Konstitusiýa arkaly şekillendirilipdi; şol Konstitusiýa iki häkimiýetiň bölünmegini kanunlaşdyrýardy, we hut şol hem ýer haýwanynyň güýjüdir. Şol ýol görkezijisi ahyrky wagtda öz paralleline 2021-nji ýylyň 6-njy ýanwaryndaky diňlenişikleriň “Kenguru kazyýetinde” ýetdi; ol ýerde Konstitusiýanyň esasy artykmaçlyklary syýasy bähbit üçin bir gyra goýuldy.</w:t>
      </w:r>
    </w:p>
    <w:p>
      <w:pPr>
        <w:pStyle w:val="ArticleBody"/>
        <w:jc w:val="left"/>
      </w:pPr>
      <w:r>
        <w:rPr>
          <w:rFonts w:ascii="Times New Roman" w:hAnsi="Times New Roman" w:eastAsia="Times New Roman" w:cs="Times New Roman"/>
        </w:rPr>
        <w:t>Iki şahlynyň soňky ýolunda ýerleşýän iň soňky ýol belgisi, ýakynda geljek Ýekşenbe kanunydyr; onuň başlangyjynda bu ýagdaý “Alien and Sedition Acts” bilen öňden nyşanlanypdy. Şeýlelikde, başlangyç taryhynyň üç ýol belgisi, Guzynyň (1776) arkaly görkezilen garaşsyzlykdan we azatlykdan — hakykatdan azat bolmagyň ýeke-täk ýoludyr — aždahanyň gulçulygyna (1798) geçişi kesgitledi.</w:t>
      </w:r>
    </w:p>
    <w:p>
      <w:pPr>
        <w:pStyle w:val="ArticleBody"/>
        <w:jc w:val="left"/>
      </w:pPr>
      <w:r>
        <w:rPr>
          <w:rFonts w:ascii="Times New Roman" w:hAnsi="Times New Roman" w:eastAsia="Times New Roman" w:cs="Times New Roman"/>
        </w:rPr>
        <w:t>Möhürleme döwrüniň üç sany bellik nokady ýalan pygamber bolan ýer haýwanynyň soňky syýahatyny kesgitleýär. Şol syýahat baýdak ýokary galdyrylanda we şonda köpler: «Geliň, biz Rebbiň dagyna, Ýakubyň Hudaýynyň öýüne çykalyň; Ol bize Öz ýollaryny öwrider, biz hem Onuň ýodalarynda ýöräris. Çünki kanun Siondan çykar, Rebbiň sözi hem Iýerusalimden» diýjek wagtlarynda, Iýerusalimde tamamlanýar.</w:t>
      </w:r>
    </w:p>
    <w:p>
      <w:pPr>
        <w:pStyle w:val="ArticleBody"/>
        <w:jc w:val="left"/>
      </w:pPr>
      <w:r>
        <w:rPr>
          <w:rFonts w:ascii="Times New Roman" w:hAnsi="Times New Roman" w:eastAsia="Times New Roman" w:cs="Times New Roman"/>
        </w:rPr>
        <w:t>Ýer haýwanynyň soňky üç ädimli sapary, Iýerusalime barýan ýalan pygamberiň saparydyr. Hakyky Pygamber gelip, Iýerusalime girende, ol eşege atlanyp girdi. Ýer haýwany hem Iýerusalime “eşege” atlanyp girýär, çünki ýalan pygamber hökmünde (ýer haýwany) ol Bilgam arkaly şekillendirilýär. Bilgam şöhrat we baýlyk gözläp, hakyky pygamber bolmak çagyrylyşyndan ýüz öwürdi we “Ýehowanyň kanunyna bolan wepalylykdan dinden döndi.” Ol Hudaýyň halkyna nälet okamaga gatnaşmagy ýüregine düwdi; edil şonuň ýaly, Amerika Birleşen Ştatlary hem ýakyn wagtda çykjak ýekşenbe kanunynda şeýle eder.</w:t>
      </w:r>
    </w:p>
    <w:p>
      <w:pPr>
        <w:pStyle w:val="ArticleBody"/>
        <w:jc w:val="left"/>
      </w:pPr>
      <w:r>
        <w:rPr>
          <w:rFonts w:ascii="Times New Roman" w:hAnsi="Times New Roman" w:eastAsia="Times New Roman" w:cs="Times New Roman"/>
        </w:rPr>
        <w:t>Bilgamyň syýahaty eşege münüp amala aşyryldy, we syýahatynyň dowamynda Bilgamyň eşeginiň Bilgama üç gezek agyry salandygy görkezilýär. Birinji gezek eşek ýoldan sowuldy.</w:t>
      </w:r>
    </w:p>
    <w:p>
      <w:pPr>
        <w:pStyle w:val="ArticleScripture"/>
        <w:jc w:val="left"/>
      </w:pPr>
      <w:r>
        <w:rPr>
          <w:rFonts w:ascii="Times New Roman" w:hAnsi="Times New Roman" w:eastAsia="Times New Roman" w:cs="Times New Roman"/>
        </w:rPr>
        <w:t>Eşek Rebbiň perişdesiniň ýolda durandygyny, elinde hem gylyjynyň çekilip tutulandygyny gördi; şonda eşek ýoldan sowulyp meýdana girdi. Balam ony ýola salmak üçin eşegi urdy. Sanlar 22:23.</w:t>
      </w:r>
    </w:p>
    <w:p>
      <w:pPr>
        <w:pStyle w:val="ArticleBody"/>
        <w:jc w:val="left"/>
      </w:pPr>
      <w:r>
        <w:rPr>
          <w:rFonts w:ascii="Times New Roman" w:hAnsi="Times New Roman" w:eastAsia="Times New Roman" w:cs="Times New Roman"/>
        </w:rPr>
        <w:t>2001-nji ýylyň 11-nji sentýabrynda, üçünji hasratyň Yslamy, Mukaddes Kitap pygamberligindäki ýabany arap eşegi, Bilgamy ýoldan sowdy; çünki Nýu-Ýork şäheriniň beýik binalary ýykylanda, bu milletleriň we ybadathananyň taryhynda “öwrülişik nokady” boldy. Ýolda duran perişde, şol wagtda ýer ýüzüni Öz şöhraty bilen ýagtylandyrmak üçin inen gudratly perişde idi. Eşek ýene-de Bilgama hasrat getirerdi.</w:t>
      </w:r>
    </w:p>
    <w:p>
      <w:pPr>
        <w:pStyle w:val="ArticleScripture"/>
        <w:jc w:val="left"/>
      </w:pPr>
      <w:r>
        <w:rPr>
          <w:rFonts w:ascii="Times New Roman" w:hAnsi="Times New Roman" w:eastAsia="Times New Roman" w:cs="Times New Roman"/>
        </w:rPr>
        <w:t>Emma Rebbiň perişdesi üzüm baglarynyň ýolunda durdy; bu tarapda-da diwar bardy, o tarapda-da diwar bardy. Eşek Rebbiň perişdesini görende, diwara gyslyp baryp, Bilgamyň aýagyny diwara gysdy; şonda ol ýene-de ony urdy. Sanlar 22:24, 25.</w:t>
      </w:r>
    </w:p>
    <w:p>
      <w:pPr>
        <w:pStyle w:val="ArticleBody"/>
        <w:jc w:val="left"/>
      </w:pPr>
      <w:r>
        <w:rPr>
          <w:rFonts w:ascii="Times New Roman" w:hAnsi="Times New Roman" w:eastAsia="Times New Roman" w:cs="Times New Roman"/>
        </w:rPr>
        <w:t>2001-nji ýylyň 11-nji sentýabryndan soň, Hudaýyň halky üzümçiligiň aýdysynyň habaryny (Işaýa, ýigrimi ýedinji bap) aýtmalydy; häzirki wagtda Bilgam hut şol ýerde dur, bu tarapynda bir “diwar”, beýleki tarapynda hem bir “diwar” bar. Amerikanyň Birleşen Ştatlarynyň günorta serhedindäki diwar meselesi üçünji we ahyrky ýolgörkeziji bellikde “Ybadathana bilen Döwletiň arasyny bölýän diwaryň” ýykylmagyndan öň gelýän meseledir. Günorta serheddäki “diwar” meselesi Bilgamyň “aýagynyň” gysylýan ýeridir, sebäbi immigrasiýa baradaky içerki uruş Graždan urşunyň gaýtalanmagynyň öňüsyrasynda ýer ýüzüniň haýwanyny biri-birine garşy duran iki topara bölüp başlaýar.</w:t>
      </w:r>
    </w:p>
    <w:p>
      <w:pPr>
        <w:pStyle w:val="ArticleBody"/>
        <w:jc w:val="left"/>
      </w:pPr>
      <w:r>
        <w:rPr>
          <w:rFonts w:ascii="Times New Roman" w:hAnsi="Times New Roman" w:eastAsia="Times New Roman" w:cs="Times New Roman"/>
        </w:rPr>
        <w:t>Iki diwaryň arasyndaky taryh, 1789-njy ýyldan 1798-nji ýyla çenli Konstitusiýanyň ýol belgisi bilen şekillendirilen taryhdyr; ol bolsa 2015-nji ýylyň taryhynyň nusgasy bolup, şol ýylda Trump prezident wezipesine dalaşgärligini yglan edip, “diwary gurmak” meselesine aýratyn ünsi çekdi; bu ýagdaý tizden güýje girjek ýekşenbe kanuny bilen Kilise bilen Döwletiň arasyndaky aýrylyş diwarynyň aýrylmagyna çenli dowam eder.</w:t>
      </w:r>
    </w:p>
    <w:p>
      <w:pPr>
        <w:pStyle w:val="ArticleBody"/>
        <w:jc w:val="left"/>
      </w:pPr>
      <w:r>
        <w:rPr>
          <w:rFonts w:ascii="Times New Roman" w:hAnsi="Times New Roman" w:eastAsia="Times New Roman" w:cs="Times New Roman"/>
        </w:rPr>
        <w:t>2001-nji ýylyň 11-nji sentýabryndan soň, Bilgam bilen şekillendirilýän ýer ýyrtyjysy bölünip başlady. Bilgamyň iki diwarynyň bölünişi, ýer ýyrtyjysynyň iki şahynyň ikisiniň içinde iki toparyň aýrylyşygyny aňladýar; bu bolsa 2016-njy ýylda Trampyň saýlanmagy, 2020-nji ýylda iki şaýadyň ölümü, 2021-nji ýylyň 6-njy ýanwaryndaky Pelosi kazyýet işleri, 2023-nji ýylda iki şaýadyň direlmegi we 2023-nji ýylyň 7-nji oktýabrynda eşegiň Bilgamy maýyp etmegi bilen görkezilýär.</w:t>
      </w:r>
    </w:p>
    <w:p>
      <w:pPr>
        <w:pStyle w:val="ArticleBody"/>
        <w:jc w:val="left"/>
      </w:pPr>
      <w:r>
        <w:rPr>
          <w:rFonts w:ascii="Times New Roman" w:hAnsi="Times New Roman" w:eastAsia="Times New Roman" w:cs="Times New Roman"/>
        </w:rPr>
        <w:t>Bileýamyň syýahatynyň iň soňky ýol belgisi eşegiň «gürleýän» wagtydyr; bu bolsa ýakyn wagtda geljek Ýekşenbe kanunynda, Birleşen Ştatlaryň aždaha ýaly gürleýän ýerinde, Ylham on sekizinji bapdaky perişdäniň ikinji gezek gürleýän ýerinde we Habakugyň gijä galan görnüşiniň gürleýän ýerindedir. Gijä galan görnüş üçünji waýyň Yslamy baradaky görnüşdi, ol hem ýakyn wagtda geljek Ýekşenbe kanunynda öz wagşy hereketleri bilen ýabany eşek ýaly gürleýär.</w:t>
      </w:r>
    </w:p>
    <w:p>
      <w:pPr>
        <w:pStyle w:val="ArticleScripture"/>
        <w:jc w:val="left"/>
      </w:pPr>
      <w:r>
        <w:rPr>
          <w:rFonts w:ascii="Times New Roman" w:hAnsi="Times New Roman" w:eastAsia="Times New Roman" w:cs="Times New Roman"/>
        </w:rPr>
        <w:t>Rebbiň perişdesi öňe geçip, saga-da, çepe-de sowulmaga ýol bolmadyk dar ýerde durdy. Eşek Rebbiň perişdesini görende, Bilgamyň aşagynda çökdi. Şonda Bilgamyň gahary tutaşdy, ol eşegi hasa bilen urdy. Reb eşegiň agzyny açdy, ol Bilgama şeýle diýdi: «Meni üç gezek urar ýaly, saňa näme etdim?» Bilgam eşege diýdi: «Çünki sen meni masgaraladyň; elimde gylyç bolan bolsady, häzir seni öldürerdim». Eşek Bilgama diýdi: «Men şu güne çenli hemişe münen, öz eşegiň dälmi? Men saňa garşy beýle etmegi haçan-da bolsa endik etdimmi?» Ol: «Ýok» diýdi. Şondan soň Reb Bilgamyň gözlerini açdy, ol ýolda duran Rebbiň perişdesini we onuň elinde ýalaňaç gylyjyny gördi; ol başyny egdi we ýüzin ýykyldy. Sanlar 22:26–31.</w:t>
      </w:r>
    </w:p>
    <w:p>
      <w:pPr>
        <w:pStyle w:val="ArticleBody"/>
        <w:jc w:val="left"/>
      </w:pPr>
      <w:r>
        <w:rPr>
          <w:rFonts w:ascii="Times New Roman" w:hAnsi="Times New Roman" w:eastAsia="Times New Roman" w:cs="Times New Roman"/>
        </w:rPr>
        <w:t>Amerikanyň Birleşen Ştatlary, dünýäni aldap, wagşy haýwanyň bütindünýä keşbini dikeltmäge mejbur edýän galp pygamberdir. Wagşy haýwanyň keşbiniň Amerikanyň Birleşen Ştatlarynyň içinde emele gelýän wagty bolan döwürde, Amerikanyň Birleşen Ştatlary Bilgamyň eşegi bilen şekillendirilen galp pygamber tarapyndan göterilýär. Ýüz kyrk dört müňüň möhürleniş döwründe, Amerikanyň Birleşen Ştatlaryndaky şol ähli bozulmuş güýçleri ýygnap, olary ybadathana bilen döwletiň arasyndaky gatnaşyga getirmäge mejbur edýän galp pygamber üçünji hasratyň Yslamydyr.</w:t>
      </w:r>
    </w:p>
    <w:p>
      <w:pPr>
        <w:pStyle w:val="ArticleBody"/>
        <w:jc w:val="left"/>
      </w:pPr>
      <w:r>
        <w:rPr>
          <w:rFonts w:ascii="Times New Roman" w:hAnsi="Times New Roman" w:eastAsia="Times New Roman" w:cs="Times New Roman"/>
        </w:rPr>
        <w:t>Ol öz işini uruş arkaly we şol urşuň netijesinde ýüze çykarylýan ykdysady çöküş arkaly amala aşyrýar. Şol iki aýratynlyk, düýpsüz çukuryň ýalan pygamberi tarapyndan Amerikanyň Birleşen Ştatlarynda edilen işi gaýtalanda, Amerikanyň Birleşen Ştatlarynyň ýalan pygamberiniň bütin dünýäni mejbur etmek üçin ulanýan şol bir güýçleridir.</w:t>
      </w:r>
    </w:p>
    <w:p>
      <w:pPr>
        <w:pStyle w:val="ArticleBody"/>
        <w:jc w:val="left"/>
      </w:pPr>
      <w:r>
        <w:rPr>
          <w:rFonts w:ascii="Times New Roman" w:hAnsi="Times New Roman" w:eastAsia="Times New Roman" w:cs="Times New Roman"/>
        </w:rPr>
        <w:t>Amerikanyň Birleşen Ştatlary häzir 1798-nji ýylyň Alien and Sedition Acts kanunlarynyň ýüregi bolan diwar (immigrasiýa) meselesi bilen, ýakynda güýje girjek ýekşenbe güni baradaky kanunda bütinleý aýryljak ybadathana bilen döwletiň aýrylyşygynyň diwarynyň arasynda dur. Amerikanyň Birleşen Ştatlary eýýäm maliýe taýdan maýyp edilendir, çünki onuň milli bergisi dikeldip bolmajak derejä ýetendir. Aždarha güýji häzirki wagtda ýalan maliýe çaklamasyny direýär, emma bu baýlygyň çap maşyny arkaly öndürilýändigini öňe sürýän ýalandyr; ahyrsoňy, aždarha Mukaddes Kitap pygamberliginiň ýalançysydyr. Ol öz ýalanyny Gitleriň meşhur propaganda maşynynyň häzirki zaman şekili arkaly ýaýradýar; şeýlelikde Alien and Sedition Acts kanunlarynyň dördünji elementiniň gaýtalanmagy üçin mantygy esaslandyrýar, ol bolsa prezidente onuň pikirlerine garşy çykýan islendik köpçülikleýin habar beriş serişdesini ýapmak ygtyýaryny berýärdi.</w:t>
      </w:r>
    </w:p>
    <w:p>
      <w:pPr>
        <w:pStyle w:val="ArticleBody"/>
        <w:jc w:val="left"/>
      </w:pPr>
      <w:r>
        <w:rPr>
          <w:rFonts w:ascii="Times New Roman" w:hAnsi="Times New Roman" w:eastAsia="Times New Roman" w:cs="Times New Roman"/>
        </w:rPr>
        <w:t>Isa hemişe bir zadyň soňuny başga bir zadyň başlangyjy arkaly suratlandyrýar. Amerikanyň Birleşen Ştatlaryndaky haýwanyň şekili, bütin dünýä möçberindäki haýwanyň şekiliniň şol bir pygamberlik häsiýetlerine eýe bolmalydyr, we şeýle-de bolýar; emma ýer haýwanynyň ýalan pygamberiniň içindäki bozuldyrylan bileleşigi emele getirýän aldaw, Yslamyň ýalan pygamberidir. Bilgam bilen eşek ikisi hem ýalan pygamberleriň nyşanlarydyr. Ýüz kyrk dört müň adamyň möhürlenişiniň taryhy, düýpsüz çukuryň üç güýjüniň taryhydyr. Düýpsüz çukurdan çykan Yslam 2001-nji ýylyň 11-nji sentýabrynyň ilkinji ýol belgisine öwrülýär. Düýpsüz çukuryň ateizmi 2020-nji ýylda iki şaýady öldürmek üçin turýar, we düýpsüz çukuryň katolisizmi ýakyn wagtda geljek ýekşenbe kanunynda öz ölüminden soň täzeden turýar.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Dünýä gowulaşmaýar. Erbet adamlar we aldawçylar has-da erbetleşerler, özleri aldanyp, başgalary hem aldarlar. Ýeke-täk hakyky Hudaýyň şahsy beýany bolan, ýagşylygy, rehimdarlygy we ýadawsyz söýgini Özünde jemlän, ýüregi ynsan hasratyna hemişe duýgur bolan Hudaýyň Ogluny ret edip, Onuň ýerine ganhor birini saýlamak bilen, ýewreýler Hudaýyň Ruhunyň saklaýjy güýji aýrylanda we adamlar ýüz döndereniň gözegçiligi astyna düşende, ynsan tebigatynyň näme edip bilýändigini we näme etjekdigini görkezdiler. Şeýtany özlerine höküm sürüji hökmünde saýlaýanlar, saýlan hojaýynlarynyň ruhuny ýüze çykararlar.</w:t>
      </w:r>
    </w:p>
    <w:p>
      <w:pPr>
        <w:pStyle w:val="ArticleScripture"/>
        <w:jc w:val="left"/>
      </w:pPr>
      <w:r>
        <w:rPr>
          <w:rFonts w:ascii="Times New Roman" w:hAnsi="Times New Roman" w:eastAsia="Times New Roman" w:cs="Times New Roman"/>
        </w:rPr>
        <w:t>“Dünýä Hudaý öz ornundan çykyp, onuň etmişi üçin ony jezalandyrýança gowulanmaz. Şonda ýer onuň dökülen ganyny açyp görkezer we indi onuň öldürülenlerini örtmez. Mesih Öz şägirtlerine duýduryş berdi: ‘Ägä boluň, hiç kim sizi aldamasyn. Çünki köp adamlar meniň adym bilen gelip: Men Mesihdirin, diýip, köpleri aldarlar. Siz uruşlar we uruş habarlary hakda eşidersiňiz; gorkmaň, çünki bularyň hemmesi bolmalydyr, emma ahyr entek gelen däldir. Sebäbi millet millete garşy, patyşalyk patyşalyga garşy galar; dürli ýerlerde açlyklar, ýokanç keseller we ýer titremeler bolar. Bularyň hemmesi hasratlaryň başlangyjydyr. Şonda sizi ezýet çekmek üçin tabşyrarlar we öldürerler; meniň adym sebäpli ähli milletler sizden ýigrenerler. Şonda köp adamlar büdrederler, biri-birine dönüklik ederler we biri-birini ýigrenerler. Köp ýalan pygamberler peýda bolup, köpleri aldarlar. Bikanunçylyk köpelendigi sebäpli, köpüsiniň söýgüsi sowar. Emma ahyra çenli çydan şol halas bolar.’”</w:t>
      </w:r>
    </w:p>
    <w:p>
      <w:pPr>
        <w:pStyle w:val="ArticleScripture"/>
        <w:jc w:val="left"/>
      </w:pPr>
      <w:r>
        <w:rPr>
          <w:rFonts w:ascii="Times New Roman" w:hAnsi="Times New Roman" w:eastAsia="Times New Roman" w:cs="Times New Roman"/>
        </w:rPr>
        <w:t>“Mesih bu ýerde bolanda, dünýä Barabbasy saýlady. Bu gün hem dünýä we ybadathanalar şol bir saýlawy edýärler. Mesihiň satylmagy, ret edilmegi we haça çüýlenmegi baradaky wakalar gaýtadan janlandyryldy we ýene-de ägirt uly gerimde gaýtadan janlandyrylar. Adamlar duşmanyň häsiýetleri bilen doly bolar, we onuň aldawlary olaryň arasynda beýik güýç gazanar. Nuryň ret edilýän derejesine görä, nädogry düşünje we ýalňyş düşünmek bolar. Mesihi ret edip, Barabbasy saýlaýanlar heläkçilikli bir aldawyň astynda işleýärler. Ýoýulyp görkezme we ýalan şaýatlyk aç-açan gozgalaňa öwrüler. Göz erbet bolsa, tutuş beden garaňkylykdan doly bolar. Mesihden başga islendik ýolbaşça ýürek söýgüsini baglaýanlar özlerini şeýle bir jadylaýjy bir bihuş ediji güýjüň beden, jan we ruh boýunça dolandyryşy astynda taparlar welin, onuň täsiri bilen janlar hakykaty eşitmekden ýüz öwrüp, ýalana ynanarlar. Olar duzaga düşüriler we ele salnarlar, hem-de her bir edýän hereketleri bilen: Bize Barabbasy boşat, emma Mesihi haça çüýle, diýip gygyrarlar.”</w:t>
      </w:r>
    </w:p>
    <w:p>
      <w:pPr>
        <w:pStyle w:val="ArticleScripture"/>
        <w:jc w:val="left"/>
      </w:pPr>
      <w:r>
        <w:rPr>
          <w:rFonts w:ascii="Times New Roman" w:hAnsi="Times New Roman" w:eastAsia="Times New Roman" w:cs="Times New Roman"/>
        </w:rPr>
        <w:t>“Hatda häzir bu karar kabul edilýär. Haçda bolup geçen sahnalar täzeden gaýtalanýar. Hakykatdan we dogrulykdan ýüz öwren ýygnaklarda, Hudaýyň söýgüsi jan içinde hemişelik orun alan ýörelge bolmadyk mahaly, ynsan tebigatynyň näme edip bilýändigi we näme etjekdigi äşgär edilýär. Häzir bolup biljek hiç bir zada geň galmaly däldiris. Elhençligiň islendik ýüze çykmalaryna haýran galmaly däldiris. Hudaýyň kanunyny mukaddes däl aýaklarynyň astynda depelänler, Isany kemsidip, oňa dönüklik eden adamlarda bolan şol bir ruha eýedirler. Wyždan azaby duýman, olar atalary bolan iblisiň işlerini ederler. Olar Yahudanyň dönük dodaklaryndan çykan soragy bererler: Eger men Isa Mesihi size tabşyrsam, maňa näme berersiňiz? Hut häzir hem Mesih Öz mukaddesleriniň şahsyýetinde dönüklige sezewar edilýär.” Review and Herald, 1900-njy ýylyň 30-njy ýanwary.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kyrk ikinji</dc:title>
  <dc:subject>Haýwanyň Keşbiniň Döreýşi: Aýanlykly Syýahatyň Üsti Açyldy</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