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kyrk üçünji bölüm</w:t>
      </w:r>
    </w:p>
    <w:p>
      <w:pPr>
        <w:pStyle w:val="ArticleSubtitle"/>
        <w:jc w:val="left"/>
      </w:pPr>
      <w:r>
        <w:rPr>
          <w:rFonts w:ascii="Arial" w:hAnsi="Arial" w:eastAsia="Arial" w:cs="Arial"/>
        </w:rPr>
        <w:t>Pygamberlik Nusgalaryny Äşgär Etmek: Soňky Prezident we Ýyrtyjynyň Keşbi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Mukaddes Kitabyň pygamberlikleriniň birinji şalygy Wawilon bolupdy, we Wawilonyň pygamberlik şaýatlygynda birinji hem-de soňky patyşalar aýratyn hem maksatlaýyn ýagdaýda pygamberlik nyşanlary hökmünde ulanylypdy. Medo-Parsynyň ikinji şalygynda bolsa, ilkinji iki patyşa — şolaryň biriniň gadymy Ysraýylyň Iýerusalime gaýdyp barmagyna rugsat beren üç permanyň ilkinjisini çykaran patyşa bolmagy bilen — we ondan soň gelen hem ikinji hem üçünji permany hödürlän iki patyşa aýratynlykda görkezilipdi. Şeýle hem, Isgender Zülkarnaýyn tarapyndan aňladylan gudratly patyşa hem-de üçünji şalyk bolan Gresiýanyň taryhynda onuň yzyna eýeren serkerdeler we patyşalar pygamberlik sözüniň içinde görkezilipdi. Butparaz Rimiň dördünji şalygy bolsa şol şalygyň hökümdarlaryna we imperatorlaryna gönüden-göni ýüzlenýär.</w:t>
      </w:r>
    </w:p>
    <w:p>
      <w:pPr>
        <w:pStyle w:val="ArticleBody"/>
        <w:jc w:val="left"/>
      </w:pPr>
      <w:r>
        <w:rPr>
          <w:rFonts w:ascii="Times New Roman" w:hAnsi="Times New Roman" w:eastAsia="Times New Roman" w:cs="Times New Roman"/>
        </w:rPr>
        <w:t>Ysraýylyň ähli patyşalary — demirgazyk hem günorta patyşalyklarynyňkylary hem — anyk görkezilipdir, we olaryň hemmesi Hudaýyň pygamberlik Sözüniň içindäki nyşanlardyr; edil assiriýa patyşalary we Müsüriň faraonlary hem şonuň ýalydyr. Hudaýyň pygamberlik Sözüniň hakykatdan-da Amerikanyň Birleşen Ştatlarynyň prezidentlerine ýüzlenýändigi baradaky pikir, gözleri bolup-da görüp bilmeýänlere we gulaklary bolup-da düşünip bilmeýänlere juda ynandyryjy däl ýaly eşidilip biler. Emma aslynda, soňky günleriň pygamberlikleri üçin esasy salgylanma nokady bolan Ylhamyň on üçünji babyndaky ýer ýüzüniň haýwanynyň prezidentlerine Hudaýyň ýüzlenmejekdigini pikir etmek has-da manysyzdyr.</w:t>
      </w:r>
    </w:p>
    <w:p>
      <w:pPr>
        <w:pStyle w:val="ArticleBody"/>
        <w:jc w:val="left"/>
      </w:pPr>
      <w:r>
        <w:rPr>
          <w:rFonts w:ascii="Times New Roman" w:hAnsi="Times New Roman" w:eastAsia="Times New Roman" w:cs="Times New Roman"/>
        </w:rPr>
        <w:t>Amerikanyň Birleşen Ştatlarynyň soňky prezidenti pygamberlik zerurlygy boýunça Amerikanyň Birleşen Ştatlarynyň ilkinji prezidenti tarapyndan tymsallaşdyrylan bolardy. Ol soňky respublikan prezident hökmünde-de pygamberlik zerurlygy boýunça ilkinji respublikan prezident tarapyndan tymsallaşdyrylan bolardy. Ahyrky özgertme hereketiniň taryhyndaky soňky prezident hökmünde, ol şol pygamberlik döwrüniň ilkinji prezidenti tarapyndan hem tymsallaşdyrylandyr. Ahyrky we üçünji jahan urşy döwründe häkimiýet sürjek prezident hökmünde-de, ol birinji we ikinji jahan urşlary döwründe häkimiýet süren prezidentler tarapyndan hem tymsallaşdyrylan bolardy.</w:t>
      </w:r>
    </w:p>
    <w:p>
      <w:pPr>
        <w:pStyle w:val="ArticleBody"/>
        <w:jc w:val="left"/>
      </w:pPr>
      <w:r>
        <w:rPr>
          <w:rFonts w:ascii="Times New Roman" w:hAnsi="Times New Roman" w:eastAsia="Times New Roman" w:cs="Times New Roman"/>
        </w:rPr>
        <w:t>Amerikanyň taryhynda bolup geçen üç dünýä urşy pygamberligiň üç esse ulanylyşyny aňladýar. Joe Bideniň häzir ýer ýüzüni ugrukdyrýan üçünji dünýä urşy Birinji Jahan urşy we Ikinji Jahan urşy arkaly öňünden nusgalanyp görkezildi. Şol bir wagtyň özünde Biden Amerikanyň Birleşen Ştatlaryny ikinji Graždanlyk urşuna hem alyp barýar. Öňümizdäki aýlarda ikinji Graždanlyk urşy we üçünji dünýä urşy bilen baglanyşykly pygamberlik hereketleri göwreli aýalyň agyry çekşi ýaly barha güýjäp gider.</w:t>
      </w:r>
    </w:p>
    <w:p>
      <w:pPr>
        <w:pStyle w:val="ArticleBody"/>
        <w:jc w:val="left"/>
      </w:pPr>
      <w:r>
        <w:rPr>
          <w:rFonts w:ascii="Times New Roman" w:hAnsi="Times New Roman" w:eastAsia="Times New Roman" w:cs="Times New Roman"/>
        </w:rPr>
        <w:t>Ikinji Jahan Urşunyň krizisiniň ýitileşen döwründen galan, nemes ylahyýatçysy we lýuteran ruhanysy Martin Niemölleriň meşhur sözleri şeýle boldy: “Ilki bilen, olar sosialistleriň yzyna düşdüler, men bolsa sesimi çykarmadym — sebäbi men sosialist däldim. Soňra olar kärdeşler arkalaşyklarynyň agzalarynyň yzyna düşdüler, men bolsa sesimi çykarmadym — sebäbi men kärdeşler arkalaşygynyň agzasy däldim. Soňra olar ýewreýleriň yzyna düşdüler, men bolsa sesimi çykarmadym — sebäbi men ýewreý däldim. Soňra olar meniň yzuma düşdüler — meniň üçin geplemäge hiç kim galmandy.” Wagtyň ýörişi dowam etdikçe, biz şu günki taryha yza seredip, häzir bolup geçýän bu hereketleriň hakykatdan-da pygamberlik taryhynyň soňky uruşlarynyň başlangyç ädimleri bolandygyny ykrar ederis.</w:t>
      </w:r>
    </w:p>
    <w:p>
      <w:pPr>
        <w:pStyle w:val="ArticleBody"/>
        <w:jc w:val="left"/>
      </w:pPr>
      <w:r>
        <w:rPr>
          <w:rFonts w:ascii="Times New Roman" w:hAnsi="Times New Roman" w:eastAsia="Times New Roman" w:cs="Times New Roman"/>
        </w:rPr>
        <w:t>1776-njy ýyldan 1798-nji ýyla çenli, Garaşsyzlyk Jarnamasy, Konstitusiýa we Daşary ýurtlular hem-de Ýaňsylama hakyndaky Kanunlar ýol belgileri bolan pygamberlik döwründe, 2001-nji ýylyň 11-nji sentýabryndan başlap Birleşen Ştatlaryň aždaha ýaly gepleýän wagta çenli bolan taryh şekillendirilýär. 2001-nji ýylyň 11-nji sentýabry öwrülişik nokady boldy, we Garaşsyzlyk Jarnamasy şol sene bilen gabat gelýär. Garaşsyzlyk Jarnamasy şol bir wagtda Ynkylap urşuny hem alamatlandyrýar we 2001-nji ýyldaky Patriot Kanunynyň şol urşuň ruhy taýdan gaýtalanmagynyň başlanýandygyny görkezýär. “Ynkylap” sözi doly bir aýlawy tamamlamagy aňladýar.</w:t>
      </w:r>
    </w:p>
    <w:p>
      <w:pPr>
        <w:pStyle w:val="ArticleBody"/>
        <w:jc w:val="left"/>
      </w:pPr>
      <w:r>
        <w:rPr>
          <w:rFonts w:ascii="Times New Roman" w:hAnsi="Times New Roman" w:eastAsia="Times New Roman" w:cs="Times New Roman"/>
        </w:rPr>
        <w:t>1776-njy ýyldan 1798-nji ýyla çenli döwürde Rewolýusion uruş Angliýanyň şa häkimiýetini, şeýle hem umuman ähli şalary ret etdi. Konstitusiýa diňe bir şa häkimiýetine däl, eýsem edil şonuň ýaly aýgytly ýagdaýda papalyk häkimiýetine hem çäklendirmeler goýdy. 1798-nji ýyla çenli tegelek (rewolýusiýa) prezidente şa häkimiýetini berýän kanunlaryň kabul edilmegi bilen tamamlanypdy.</w:t>
      </w:r>
    </w:p>
    <w:p>
      <w:pPr>
        <w:pStyle w:val="ArticleBody"/>
        <w:jc w:val="left"/>
      </w:pPr>
      <w:r>
        <w:rPr>
          <w:rFonts w:ascii="Times New Roman" w:hAnsi="Times New Roman" w:eastAsia="Times New Roman" w:cs="Times New Roman"/>
        </w:rPr>
        <w:t>Patriot Act ýere ýüz ýüzüne meňzeýän wagşy haýwanyň aždaha ýaly gepleýän derejesine çenli ýetýän bir ynkylaby (bir tigri) alamatlandyrýar; şol ýerde papalyk güýji hem täzeden dikeldilýär. 1776-dan 1798-e çenli bolan birinji tigir patyşalyk häkimiýetiniň täzeden dikeldilmegine alyp barýan pygamberlik häsiýetli bir ynkylaby görkezýär; onuň nyşanlaýan ynkylaby bolsa papalyk güýjüniň täzeden dikeldilmegine alyp barýan bir ynkylaby görkezýär. Ikinji Ynkylapçylyk Urşy 2001-nji ýylyň 11-nji sentýabryndan bäri dowam edip gelýär. Ýogsam näme üçin oňa Patriot Act diýler?</w:t>
      </w:r>
    </w:p>
    <w:p>
      <w:pPr>
        <w:pStyle w:val="ArticleBody"/>
        <w:jc w:val="left"/>
      </w:pPr>
      <w:r>
        <w:rPr>
          <w:rFonts w:ascii="Times New Roman" w:hAnsi="Times New Roman" w:eastAsia="Times New Roman" w:cs="Times New Roman"/>
        </w:rPr>
        <w:t>Soňky prezidentiň taryhynda bolup geçýän uruşlara ýüzlenmezden ozal, biz wagşy haýwanyň keşbiniň pygamberlik aýratynlyklaryna seretmegimizi dowam etdireris. Soňky prezidentiň döwründe wagşy haýwanyň keşbiniň emele gelşinde bar bolan ýagdaýy tanamak möhümdir. Ol prezident aždarha güýji bilen baglanyşykly güýçler bilen göreşde duran Respublikan partiýadan bolan prezident bolmalydyr. Ol soňky bolmalydyr, şonuň üçin hem sekiz prezidentden ybarat bir döwürde sekizinji prezident bolmalydyr. Amerikanyň Birleşen Ştatlarynyň iki başlangyç döwründe, iki Kontinental Kongresiň ikisinde-de, iki döwür hem sekiz prezident arkaly şekillendirilipdi, we iki döwür hem şol sekiz prezidentiň birini ýediniňkiden diýip kesgitledi. Şeýlelikde, başlangyçdaky iki şaýadyň esasynda, soňky prezident sekizinji prezident bolmalydyr, ýagny ýediniňkiden bolan.</w:t>
      </w:r>
    </w:p>
    <w:p>
      <w:pPr>
        <w:pStyle w:val="ArticleBody"/>
        <w:jc w:val="left"/>
      </w:pPr>
      <w:r>
        <w:rPr>
          <w:rFonts w:ascii="Times New Roman" w:hAnsi="Times New Roman" w:eastAsia="Times New Roman" w:cs="Times New Roman"/>
        </w:rPr>
        <w:t>Diňe Donald Tramp bu pygamberlik aýratynlyklaryny ýerine ýetirýär. Donald Trampyň miras almaga taýýar bolan pygamberlik ýagdaýyna doly düşünmek üçin, pygamberlik taýdan ilkinji iki Jahan urşunyň Üçünji Jahan urşunda görkezilýändigine, hem-de şol urşlaryň pygamberlik häsiýetleriniň hem Trampyň miras almaga taýýar bolan ýagdaýy barada söz açýandygyna düşünmek zerurdyr. Şeýle diýleninden soň, biz häzirlikçe üç Jahan urşunyň üç gatly ulanylyşyny entek ulanmaýarys.</w:t>
      </w:r>
    </w:p>
    <w:p>
      <w:pPr>
        <w:pStyle w:val="ArticleBody"/>
        <w:jc w:val="left"/>
      </w:pPr>
      <w:r>
        <w:rPr>
          <w:rFonts w:ascii="Times New Roman" w:hAnsi="Times New Roman" w:eastAsia="Times New Roman" w:cs="Times New Roman"/>
        </w:rPr>
        <w:t>Yslamyň getiren barha güýjeýän urşy we onuň yzýanyndaky maliýe kynçylyklary arkaly üçünji weýiň Yslamy ABŞ-da haýwanyň keşbiniň emele gelşinde ýalan pygamberiň wezipesini ýerine ýetirýär. Yslamyň ýalan pygamberi bolan “eşek”, edil eşegiň Mesihi Iýerusalime alyp barşy ýaly, ABŞ-nyň ýalan pygamberini “Iýerusalime” alyp barýar. Şol saparda geçmişdäki öňünden aýdyşlaryň ýerine ýetmelerini döretýän pygamberlik gurşawy emele gelýär. 1798-nji ýylda keseki ýurtlular we pitneçilik baradaky kanunlar guzy hökmünde başlap, ahyrsoňy aždarha ýaly gürlejek ýer haýwanynyň taryhynyň iň başlangyjynda “sözlendi”. Keseki ýurtlular we pitneçilik baradaky kanunlarda görkezilen dört kanun bardy.</w:t>
      </w:r>
    </w:p>
    <w:p>
      <w:pPr>
        <w:pStyle w:val="ArticleBody"/>
        <w:jc w:val="left"/>
      </w:pPr>
      <w:r>
        <w:rPr>
          <w:rFonts w:ascii="Times New Roman" w:hAnsi="Times New Roman" w:eastAsia="Times New Roman" w:cs="Times New Roman"/>
        </w:rPr>
        <w:t>Raýatlyga kabul etmek baradaky kanun: Bu kanun amerikan raýatlygyny almak üçin ýaşamak möhletine goýulýan talaby uzaltdy.</w:t>
      </w:r>
    </w:p>
    <w:p>
      <w:pPr>
        <w:pStyle w:val="ArticleBody"/>
        <w:jc w:val="left"/>
      </w:pPr>
      <w:r>
        <w:rPr>
          <w:rFonts w:ascii="Times New Roman" w:hAnsi="Times New Roman" w:eastAsia="Times New Roman" w:cs="Times New Roman"/>
        </w:rPr>
        <w:t>Daşary ýurtlularyň dostlary hakynda kanun: Bu kanun prezidente parahatçylyk döwründe “Amerikanyň Birleşen Ştatlarynyň parahatçylygy we howpsuzlygy üçin howply” diýip hasap edilen raýat dälleri ýurtdan çykarmaga ygtyýar berýärdi. Ol hökümete daşary ýurt raýatlaryny degişli kazyýet seljermesi bolmazdan tussag etmäge we ýurtdan çykarmaga rugsat berýärdi.</w:t>
      </w:r>
    </w:p>
    <w:p>
      <w:pPr>
        <w:pStyle w:val="ArticleBody"/>
        <w:jc w:val="left"/>
      </w:pPr>
      <w:r>
        <w:rPr>
          <w:rFonts w:ascii="Times New Roman" w:hAnsi="Times New Roman" w:eastAsia="Times New Roman" w:cs="Times New Roman"/>
        </w:rPr>
        <w:t>Daşary ýurt duşmanlary hakynda Kanun: Bu kanun uruş döwründe duşman döwletiniň islendik erkek raýatyny tussag etmäge we ýurtdan çykarmaga prezidente ygtyýar berýärdi.</w:t>
      </w:r>
    </w:p>
    <w:p>
      <w:pPr>
        <w:pStyle w:val="ArticleBody"/>
        <w:jc w:val="left"/>
      </w:pPr>
      <w:r>
        <w:rPr>
          <w:rFonts w:ascii="Times New Roman" w:hAnsi="Times New Roman" w:eastAsia="Times New Roman" w:cs="Times New Roman"/>
        </w:rPr>
        <w:t>Pitneçi Kanuny: Dördüsiniň içinde iň jedelli bolan Pitneçi Kanuny ABŞ-nyň hökümetine ýa-da onuň wezipeli adamlaryna garşy ýalan, töhmetli ýa-da ýaman niýetli ýazgylary çap etmegi jenaýat diýip yglan etdi. Ol, aslynda, hökümeti tankyt etmegi jenaýatlaşdyrdy.</w:t>
      </w:r>
    </w:p>
    <w:p>
      <w:pPr>
        <w:pStyle w:val="ArticleBody"/>
        <w:jc w:val="left"/>
      </w:pPr>
      <w:r>
        <w:rPr>
          <w:rFonts w:ascii="Times New Roman" w:hAnsi="Times New Roman" w:eastAsia="Times New Roman" w:cs="Times New Roman"/>
        </w:rPr>
        <w:t>Donald Trumpyň saýlaw kampaniýasy esasan onuň öňki prezidentlik möhletinde başlap, “diwary gurmagy” tamamlajakdygy baradaky wadasyna esaslanýar. Ol 2024-nji ýylda saýlanan ýagdaýynda adamzat taryhyndaky iň uly deportasiýanyň amala aşyryljakdygyny beýan etdi. Trumpyň Amerikanyň syýasy meýdanyndaky beýleki ähli syýasatçylardan tapawutlanýan şahsy aýratynlygy bar. Ol öz saýlaw wadalaryny ýerine ýetirýär ýa-da iň bolmanda ýerine ýetirmäge çalyşýar. «Alien and Sedition Acts» onuň deportasiýa baradaky wadasy bilen doly laýyk gelýän kanunlary aňladýar.</w:t>
      </w:r>
    </w:p>
    <w:p>
      <w:pPr>
        <w:pStyle w:val="ArticleBody"/>
        <w:jc w:val="left"/>
      </w:pPr>
      <w:r>
        <w:rPr>
          <w:rFonts w:ascii="Times New Roman" w:hAnsi="Times New Roman" w:eastAsia="Times New Roman" w:cs="Times New Roman"/>
        </w:rPr>
        <w:t>Trampyň iň uly aýyplamalarynyň biri, onuň “batgalyk” diýip atlandyran, korrumpirlenen, ahlaksyz we eglişikli syýasatçylary, kärli býurokratlary, harply agentlikleri hem-de milliardçy maliýeleşdirijileri bilen berk ornaşan Waşington D.C. syýasy establişmenti bilen baglanyşykly bolan, Gitleriň Reýh Halky Maglumatlandyryş we Propaganda ministrliginiň häzirki zaman ýüze çykmasy tarapyndan öndürilýän we häzirki wagtda MSM — Mainstream Media diýlip atlandyrylýan “galp habarlardyr.” Alien and Sedition Acts onuň “galp habara” bolan ýigrenji bilen kämil derejede gabat gelýän kanunlary aňladýar. Isa hemişe bir zadyň soňuny bir zadyň başlangyjy bilen görkezýär.</w:t>
      </w:r>
    </w:p>
    <w:p>
      <w:pPr>
        <w:pStyle w:val="ArticleBody"/>
        <w:jc w:val="left"/>
      </w:pPr>
      <w:r>
        <w:rPr>
          <w:rFonts w:ascii="Times New Roman" w:hAnsi="Times New Roman" w:eastAsia="Times New Roman" w:cs="Times New Roman"/>
        </w:rPr>
        <w:t>Ilkinji Respublikan prezident Linkolnyň demokrat öňküsi Býukeneniň döreden Graždançylyk urşy baradaky meselä ýüzlenmäge mejbur boldy. Muny ýerine ýetirýärkä, Linkoln habeas corpus hukugyny wagtlaýyn togtatdy. Habeas corpus şahsyýetiň öz saklanylyşyna ýa-da türmä basylşyna garşy kazyýetde şikaýat etmäge bolan hukugyny goraýan hukuk ýörelgesidir. Ol adamyň kanuny esas bolmazdan tussaglykda saklanyp bilinmejekdigini üpjün edýän esasy hukuklaryň biridir. Haçan-da tussagyň adyndan habeas corpus talapnamasy berilse, ol döwletiň şol şahsyýetiň tussaglykda saklanmagyna degişli esaslandyrmany kazyýetiň öňünde görkezmegini talap edýär.</w:t>
      </w:r>
    </w:p>
    <w:p>
      <w:pPr>
        <w:pStyle w:val="ArticleBody"/>
        <w:jc w:val="left"/>
      </w:pPr>
      <w:r>
        <w:rPr>
          <w:rFonts w:ascii="Times New Roman" w:hAnsi="Times New Roman" w:eastAsia="Times New Roman" w:cs="Times New Roman"/>
        </w:rPr>
        <w:t>Amerikan Raýatlyk Urşy döwründe Linkoln uruş döwrüniň çäresi hökmünde Amerikanyň Birleşen Ştatlarynyň käbir sebitlerinde habeas corpus buýrugynyň güýjüni wagtlaýynça togtatdy. Ol habeas corpusy ilkinji gezek 1861-nji ýylyň aprelinde Merilendde wagtlaýynça togtatdy, soňra bolsa bu togtadyşy Orta Günbataryň käbir böleklerine hem giňeltdi. Bu hereket bölünişigi goldaýan ýa-da Konfederasiýa duýgudaşlygy güýçli bolan (demokratlar) sebitlerde tertibi saklamak, garşylygy basyp ýatyrmak hem-de Bileleşigiň uruş tagallalaryna päsgelçilik döredilmeginiň öňüni almak üçin edildi.</w:t>
      </w:r>
    </w:p>
    <w:p>
      <w:pPr>
        <w:pStyle w:val="ArticleBody"/>
        <w:jc w:val="left"/>
      </w:pPr>
      <w:r>
        <w:rPr>
          <w:rFonts w:ascii="Times New Roman" w:hAnsi="Times New Roman" w:eastAsia="Times New Roman" w:cs="Times New Roman"/>
        </w:rPr>
        <w:t>Linkolnyň habeas corpus ýörelgesini togtatmagy jedelli boldy we möhüm konstitusion sowallary ýüze çykardy, çünki bu ABŞ-nyň Konstitusiýasy tarapyndan kepillendirilýän esasy raýat azatlyklarynyň biriniň wagtlaýyn togtadylmagyny öz içine alýardy. Konstitusiýa, “gozgalaň ýa-da çozuş ýagdaýlarynda jemgyýetçilik howpsuzlygy muny talap eden mahaly” habeas corpus writiniň togtadylmagyna rugsat berýär (I madda, 9-njy bölüm).</w:t>
      </w:r>
    </w:p>
    <w:p>
      <w:pPr>
        <w:pStyle w:val="ArticleBody"/>
        <w:jc w:val="left"/>
      </w:pPr>
      <w:r>
        <w:rPr>
          <w:rFonts w:ascii="Times New Roman" w:hAnsi="Times New Roman" w:eastAsia="Times New Roman" w:cs="Times New Roman"/>
        </w:rPr>
        <w:t>Linkoln öz hereketlerini, uruş döwründe Birleşigiň saklanyp galmagy we milli howpsuzlygyň üpjün edilmegi üçin zerur diýip gorady. Kongres 1863-nji ýylda Habeas Corpus-y Togtatmak baradaky Kanuny kabul etdi; bu kanun yzyna täsirli tertipde Linkolnyň habeas corpus-y togtatmagyny ygtyýarly etdi hem-de harby tussaglykda saklamak üçin käbir amallary göz öňünde tutdy. Graždanlyk urşundan soňky ýyllarda, çaknyşyk soňlanyp we ýurt ýene-de parahatçylyk ýagdaýyna dolanyp barýarka, habeas corpus kem-kemden dikeldildi.</w:t>
      </w:r>
    </w:p>
    <w:p>
      <w:pPr>
        <w:pStyle w:val="ArticleBody"/>
        <w:jc w:val="left"/>
      </w:pPr>
      <w:r>
        <w:rPr>
          <w:rFonts w:ascii="Times New Roman" w:hAnsi="Times New Roman" w:eastAsia="Times New Roman" w:cs="Times New Roman"/>
        </w:rPr>
        <w:t>1871-nji ýylda Prezident Ulysses S. Grant (respublikaçy) hem Rekonstruksiýa döwründe Ku Klux Klan-yň (demokratlar) terror höküm süren wagtynda Günorta Karolinanyň dokuz okrugynda habeas corpus hukugyny wagtlaýyn togtatdy. Bu wagtlaýyn togtatma zorluga garşy göreşmäge we ýaňy azat edilen afroamerikaly amerikalylaryň raýat hukuklaryny goramaga gönükdirilipdi.</w:t>
      </w:r>
    </w:p>
    <w:p>
      <w:pPr>
        <w:pStyle w:val="ArticleBody"/>
        <w:jc w:val="left"/>
      </w:pPr>
      <w:r>
        <w:rPr>
          <w:rFonts w:ascii="Times New Roman" w:hAnsi="Times New Roman" w:eastAsia="Times New Roman" w:cs="Times New Roman"/>
        </w:rPr>
        <w:t>1942-nji ýylda, Ikinji Jahan urşy döwründe Prezident Franklin D. Ruzwelt (Demokrat) ABŞ-nyň Günbatar kenarynda ýaşaýan ýapon asylly amerikalylary mejbury göçürmäge we lagerlere ýerleşdirmäge ygtyýar beren 9066-njy Ýerine ýetiriji buýruga gol çekdi. Bu tehniki taýdan habeas corpus hukugyny togtatmasa-da, ol ýapon asylly amerikalylaryň degişli kazyýet seljermesi bolmazdan tussag edilmegine getirdi we olaryň kanuny hukuklary agyr derejede çäklendirildi.</w:t>
      </w:r>
    </w:p>
    <w:p>
      <w:pPr>
        <w:pStyle w:val="ArticleBody"/>
        <w:jc w:val="left"/>
      </w:pPr>
      <w:r>
        <w:rPr>
          <w:rFonts w:ascii="Times New Roman" w:hAnsi="Times New Roman" w:eastAsia="Times New Roman" w:cs="Times New Roman"/>
        </w:rPr>
        <w:t>Soňra 2001-nji ýylda, iň soňky Buş (globalist respublikan), 11-nji sentýabrdaky terrorçylykly hüjümlerden soň, Guantanamo aýlagynda we beýleki desgalarda duşman söweşijileri diýlip güman edilýän adamlary tussaglykda saklamaga ygtyýar berdi. Bu şahslaryň tussaglykda saklanylmagy we olaryň hukuk ýagdaýy habeas corpus bilen baglanyşykly kazyýet jedelleriniň predmetine öwrüldi.</w:t>
      </w:r>
    </w:p>
    <w:p>
      <w:pPr>
        <w:pStyle w:val="ArticleBody"/>
        <w:jc w:val="left"/>
      </w:pPr>
      <w:r>
        <w:rPr>
          <w:rFonts w:ascii="Times New Roman" w:hAnsi="Times New Roman" w:eastAsia="Times New Roman" w:cs="Times New Roman"/>
        </w:rPr>
        <w:t>Soňra 2021-nji ýylda Pelosiniň (demokrat) 6-njy ýanwar boýunça sud işleri habeas corpus-y togtatmak, degişli hukuk tertibini aradan aýyrmak we Konstitusiýa garşy internirlemäni amala aşyrmak düşünjesini dowam etdirdi. 2021-nji ýyldaky Pelosi sud işleriniň aýratynlygy şundan ybaratdyr: bu, amerikan raýatlarynyň kanuny hukuklarynyň diňe syýasy maksatlar üçin ilkinji gezek bir gapdala goýlan pursadydy. Ondan öňki beýleki her gezekde anyk duşman subýektlerini kesgitleýän hakyky uruş ýa-da gozgalaň bardy. Pelosi sud işlerindäki duşmanlar bolsa, diňe aždarhadan ylham alýan globalistleriň duşmanlarydy. Konstitusiýanyň agdarylmagy bilen baglanyşykly meseleleriň pygamberlik ugrylygyny tanamak möhümdir, çünki bular wagşy haýwanyň şekiliniň emele gelşini görkezýän wakalardyr; ýagny bu, Hudaýyň halky üçin beýik synagdyr.</w:t>
      </w:r>
    </w:p>
    <w:p>
      <w:pPr>
        <w:pStyle w:val="ArticleBody"/>
        <w:jc w:val="left"/>
      </w:pPr>
      <w:r>
        <w:rPr>
          <w:rFonts w:ascii="Times New Roman" w:hAnsi="Times New Roman" w:eastAsia="Times New Roman" w:cs="Times New Roman"/>
        </w:rPr>
        <w:t>Pelosi siziň gahrymanyňyz bolsa-da, ýa-da Trump siziň baş göreşijiňiz bolsa-da, munuň ähmiýeti ýok; möhüm bolan zat, ýakynlaşýan krizisi tanamagyňyz we degişli taýýarlygy görmegiňizdir. Geljekdäki krizisde üstün çykjaklar asman Iýerusaliminiň raýatlarydyr, we Hudaýyň kanunyndan ýüz öwüren ähli güýçler, haýwanyň şekili emele getirilýän mahaly, Hudaýa wepaly perzentleriniň garşysyna saddukiler (Demokratlar) bilen fariseýleriň (Respublikanlar) birleşişi ýaly, birleşmek üzredir.</w:t>
      </w:r>
    </w:p>
    <w:p>
      <w:pPr>
        <w:pStyle w:val="ArticleBody"/>
        <w:jc w:val="left"/>
      </w:pPr>
      <w:r>
        <w:rPr>
          <w:rFonts w:ascii="Times New Roman" w:hAnsi="Times New Roman" w:eastAsia="Times New Roman" w:cs="Times New Roman"/>
        </w:rPr>
        <w:t>Amerikanyň Birleşen Ştatlarynda Yslamyň ýalan pygamberiniň ýa-da dünýäde imandan dänmiş protestantçylygyň aldaw işi, Hut şol zat Çerkew bilen Döwletiň birleşdirilmegine getirýär. Aýal dogan Waýt ýene bir Raýat urşunyň boljakdygyny, onuň bolsa häzirki Babiliň täjirleri bolan ählumumy bankirler we milliarderler tarapyndan getirip çykaryljakdygyny kesgitleýär; olar pygamberlik taýdan aždarha güýjüniň wekilleriniň ýarysyny emele getirýärler. Beýleki ýarysy bolsa hünärmen syýasatçylar, hukukçylar, patyşalar we hökümdarlardyr.</w:t>
      </w:r>
    </w:p>
    <w:p>
      <w:pPr>
        <w:pStyle w:val="ArticleScripture"/>
        <w:jc w:val="left"/>
      </w:pPr>
      <w:r>
        <w:rPr>
          <w:rFonts w:ascii="Times New Roman" w:hAnsi="Times New Roman" w:eastAsia="Times New Roman" w:cs="Times New Roman"/>
        </w:rPr>
        <w:t>“Hindistanda, Hytaýda, Russiýada we Amerikanyň şäherlerinde müňlerçe erkekler we aýallar açlykdan heläk bolýar. Baý adamlar, güýji öz ellerinde saklaýandyklary sebäpli, bazary dolandyrýarlar. Olar alyp bilýän zatlarynyň baryny arzan bahadan satyn alýarlar-da, soňra bolsa örän ýokarlandyrylan bahalardan satýarlar. Munuň manysy garyp gatlaklar üçin açlykdyr, hem-de bu raýat urşuna getirer.” Manuscript Releases, volume 5, 305.</w:t>
      </w:r>
    </w:p>
    <w:p>
      <w:pPr>
        <w:pStyle w:val="ArticleBody"/>
        <w:jc w:val="left"/>
      </w:pPr>
      <w:r>
        <w:rPr>
          <w:rFonts w:ascii="Times New Roman" w:hAnsi="Times New Roman" w:eastAsia="Times New Roman" w:cs="Times New Roman"/>
        </w:rPr>
        <w:t>Ynkylap urşy göni manydaky uruşdy, ýöne ol 2001-nji ýylyň 11-nji sentýabrynda başlanan syýasy urşy aňladýardy. Amerikanyň Birleşen Ştatlary häzirki wagtda iki syýasy partiýanyň arasynda bölünen bir milletdir, emma Hudaýyň Sözi hiç haçan puja çykmaýar, we Onuň Sözi Trampyň 2024-nji ýyldaky saýlawlarda gaýtadan saýlanjakdygyny görkezýär. Aslynda ähli niýetler we maksatlar boýunça eýýäm badalga alan Graždanlyk urşy, Linkolnda bolşy ýaly, ilkinji Respublikaçy prezidentiň döwründäki ýaly, onuň saýlawyndan gysga wagt soň hakykatdan-da başlar. Onuň miras aljak Graždanlyk urşunyň düýp mantygy, beýleki zatlar bilen birlikde, maliýe girdejilerini has-da artdyrmak islegi hem-de has möhümrägi, orta gatlagy ýok etmek maksady bilen, bütin dünýä boýunça gözegçiliksiz köpçülikleýin immigrasiýany açmak ugrunda ýadawsyz zähmet çeken global bankirler we milliarder söwdagärler tarapyndan emele getiriler. Wawilonyň söwdagärleri aşa baýlar bilen aşa garyplardan ybarat iki gatlakly ulgamy kemala getirmäge çalyşýarlar.</w:t>
      </w:r>
    </w:p>
    <w:p>
      <w:pPr>
        <w:pStyle w:val="ArticleBody"/>
        <w:jc w:val="left"/>
      </w:pPr>
      <w:r>
        <w:rPr>
          <w:rFonts w:ascii="Times New Roman" w:hAnsi="Times New Roman" w:eastAsia="Times New Roman" w:cs="Times New Roman"/>
        </w:rPr>
        <w:t>Tramp haýwanyň şekiliniň dikeldilmegine baştutanlyk etjek prezident bolar, we şol şekiliň gurulmagyny mejbur etjek hem Yslamyň ýalan pygamberi bolar; görmäge gözleri bolan, duýup bilýän, eşitmäge gulaklary bolan we düşünip bilýänler üçin, 2023-nji ýylyň 7-nji oktýabrynda üçünji hasratyň Yslamy tarapyndan hakyky Ysraýyla, gadymy Şanly Ýere garşy edilen hüjümi Yslamyň ýalan pygamberiniň ylahy takdyr boýunça işiniň aýdyň amal bolmagydyr.</w:t>
      </w:r>
    </w:p>
    <w:p>
      <w:pPr>
        <w:pStyle w:val="ArticleBody"/>
        <w:jc w:val="left"/>
      </w:pPr>
      <w:r>
        <w:rPr>
          <w:rFonts w:ascii="Times New Roman" w:hAnsi="Times New Roman" w:eastAsia="Times New Roman" w:cs="Times New Roman"/>
        </w:rPr>
        <w:t>Dürlülik, Deňlik we Özüne Çekijilik partiýasy hökmünde özüni ýokary galdyrýan Demokratik partiýa indi özleriniň öňe süren şeýtany pelsepesiniň miwesini orýar. 2023-nji ýylyň 7-nji oktýabryndan bäri Ysraýyla garşy bolanlar bilen Ysraýyly goldaýanlaryň arasyndaky jedel 2024-nji ýylyň saýlawyna golaýlaşdyklaryça olaryň partiýasynyň syýasy güýjüni çat açdyrýar. Bu bölünişik olaryň tarapdarlarynyň arasynda özara çaknyşyklary döretdi; hatda olaryň azgynlaşan elektron ses beriş maşynlary indi Tramp üçin hakykatda beriljek sesleriň öwezini dolup geçmäge ýeterlik mukdarda sesleri manipulýasiýa etmäge ukypsyz bolup biler. Yslamyň ýalan pygamberiniň söweşi, ahyrzamanyň 1989-njy ýyldaky döwründen bäri, ýer ýüzüniň haýwany deňiz haýwanyna bir şekil ýasaýarka, ýediden bolan sekizinji prezident hökmünde Trampyň saýlanmagyna getirýän ýagdaýlary emele getirýär.</w:t>
      </w:r>
    </w:p>
    <w:p>
      <w:pPr>
        <w:pStyle w:val="ArticleBody"/>
        <w:jc w:val="left"/>
      </w:pPr>
      <w:r>
        <w:rPr>
          <w:rFonts w:ascii="Times New Roman" w:hAnsi="Times New Roman" w:eastAsia="Times New Roman" w:cs="Times New Roman"/>
        </w:rPr>
        <w:t>“Dürlülik, Deňlik we Öz içine alyş” atly şeýtany pelsepe, LGBTQ+ gün tertibini öňe iteklemek arkaly Sodom bilen Gomorranyň gozgalaňyny gaýtadan döretmegiň meýdançalarynyň biridir.</w:t>
      </w:r>
    </w:p>
    <w:p>
      <w:pPr>
        <w:pStyle w:val="ArticleScripture"/>
        <w:jc w:val="left"/>
      </w:pPr>
      <w:r>
        <w:rPr>
          <w:rFonts w:ascii="Times New Roman" w:hAnsi="Times New Roman" w:eastAsia="Times New Roman" w:cs="Times New Roman"/>
        </w:rPr>
        <w:t>Şonuň ýaly hem Lutyň günlerinde bolşy ýaly boldy: olar iýýärdiler, içýärdiler, satyn alýardylar, satýardylar, ekýärdiler, gurýardylar; emma Lut Sodomdan çykan şol günüň özünde gökden ot we kükürt ýagyp, olaryň hemmesini ýok etdi. Ynsan Oglunyň aýan boljak gününde hem edil şeýle bolar. Luka 17:28–30.</w:t>
      </w:r>
    </w:p>
    <w:p>
      <w:pPr>
        <w:pStyle w:val="ArticleBody"/>
        <w:jc w:val="left"/>
      </w:pPr>
      <w:r>
        <w:rPr>
          <w:rFonts w:ascii="Times New Roman" w:hAnsi="Times New Roman" w:eastAsia="Times New Roman" w:cs="Times New Roman"/>
        </w:rPr>
        <w:t>LGBTQ+ gün tertibi hem-de Geý Buýsanjy hökmünde görkezilýär we şeýle bolansoň, ol ýer ýüzündäki haýwanyň, ondan soň bolsa dünýäniň iň soňky ahlak taýdan ýykylşyny alamatlandyrýar.</w:t>
      </w:r>
    </w:p>
    <w:p>
      <w:pPr>
        <w:pStyle w:val="ArticleScripture"/>
        <w:jc w:val="left"/>
      </w:pPr>
      <w:r>
        <w:rPr>
          <w:rFonts w:ascii="Times New Roman" w:hAnsi="Times New Roman" w:eastAsia="Times New Roman" w:cs="Times New Roman"/>
        </w:rPr>
        <w:t>Dogruçylaryň ýoly ýamanlykdan ýüz döndürmekdir; öz ýoluny goraýan öz janyny saklar. Buýsanç heläkçiligiň öňünden gelýär, tekepbir ruh bolsa ýykylyşyň öňünden. Tekepbirler bilen oljany paýlaşmakdan pes göwünliler bilen pes ruhly bolmak gowudyr. Süleýmanyň pähimleri 16:17–19.</w:t>
      </w:r>
    </w:p>
    <w:p>
      <w:pPr>
        <w:pStyle w:val="ArticleBody"/>
        <w:jc w:val="left"/>
      </w:pPr>
      <w:r>
        <w:rPr>
          <w:rFonts w:ascii="Times New Roman" w:hAnsi="Times New Roman" w:eastAsia="Times New Roman" w:cs="Times New Roman"/>
        </w:rPr>
        <w:t>Tekepbir ýykylşyň öňünden gelýär, tekepbirlik heläkçiligiň hem öňünden gelýär. Milletiň ýüz dönderişligi milli heläkçilige getirýär, ählumumyçylaryň tekepbirliginiň nyşany bolsa, Sodom bilen Gomorranyň gozgalaňynyň nyşanydyr. Ylham ýakyn wagtda geljek Ýekşenbe kanunyny Lutuň Sodom, Gomorra we düzlügiň şäherleriniň heläkçiliginden zordan gutulyp çykmagy bilen utgaşdyrýar; çünki Ýekşenbe kanuny mahalynda papalygyň elinden gutulýanlaryň nyşany hut Lutuň nesilleridir (Ammon we Moab).</w:t>
      </w:r>
    </w:p>
    <w:p>
      <w:pPr>
        <w:pStyle w:val="ArticleScripture"/>
        <w:jc w:val="left"/>
      </w:pPr>
      <w:r>
        <w:rPr>
          <w:rFonts w:ascii="Times New Roman" w:hAnsi="Times New Roman" w:eastAsia="Times New Roman" w:cs="Times New Roman"/>
        </w:rPr>
        <w:t>Ol şeýle hem şöhratly ýurda girer, we köp ýurtlar ýykylar; emma onuň elinden şular gutular: Edom, Moab we Ammonyň ogullarynyň başlyklary. Daniýel 11:41.</w:t>
      </w:r>
    </w:p>
    <w:p>
      <w:pPr>
        <w:pStyle w:val="ArticleBody"/>
        <w:jc w:val="left"/>
      </w:pPr>
      <w:r>
        <w:rPr>
          <w:rFonts w:ascii="Times New Roman" w:hAnsi="Times New Roman" w:eastAsia="Times New Roman" w:cs="Times New Roman"/>
        </w:rPr>
        <w:t>Demokratik parti indi öz eli bilen çöküşe tarap barýar. Men syýasat bilen gyzyklanamok; men diňe häzirki taryhy pygamberlik beýanaty bilen sazlaşdyrýaryn. Demokratik parti dünýä ýüzünde serhetleri açmak üçin ýadawsyz zähmet çekdi, şeýlelik bilen adamlaryň deňi-taýy görülmedik we gözegçiliksiz siliň ýoluny açdy. Aždarha tarapyndan ruhlandyrylan globalistler tarapyndan bütin planetanyň ýüzünde sil derwezeleri açyldy.</w:t>
      </w:r>
    </w:p>
    <w:p>
      <w:pPr>
        <w:pStyle w:val="ArticleScripture"/>
        <w:jc w:val="left"/>
      </w:pPr>
      <w:r>
        <w:rPr>
          <w:rFonts w:ascii="Times New Roman" w:hAnsi="Times New Roman" w:eastAsia="Times New Roman" w:cs="Times New Roman"/>
        </w:rPr>
        <w:t>Ýylan aýaldan soň, ony sil alyp gitmek üçin, agzyndan suw joşguny ýaly çykardy. Ýer bolsa aýala kömek etdi; ýer agzyny açyp, aždarhanyň agzyndan çykaran silini ýuwutdy. Şonda aždarha aýala garşy gazaplandy-da, onuň nesliniň galany bilen, ýagny Hudaýyň buýruklaryny ýerine ýetirýänler we Isa Mesihiň şaýatlygyna eýe bolanlar bilen uruşmaga gitdi. Ylham 12:15–17.</w:t>
      </w:r>
    </w:p>
    <w:p>
      <w:pPr>
        <w:pStyle w:val="ArticleBody"/>
        <w:jc w:val="left"/>
      </w:pPr>
      <w:r>
        <w:rPr>
          <w:rFonts w:ascii="Times New Roman" w:hAnsi="Times New Roman" w:eastAsia="Times New Roman" w:cs="Times New Roman"/>
        </w:rPr>
        <w:t>“Galyndy” bir ýüz kyrk dört müňdür, we bir ýüz kyrk dört müňüň taryhy 2001-nji ýylyň 11-nji sentýabrynda başlan taryhdyr. Şondan bäri aždarha güýji ähli taraplara “agzyndan suw çykaryp, sil kimin” atýar. Suw adamlary aňladýar.</w:t>
      </w:r>
    </w:p>
    <w:p>
      <w:pPr>
        <w:pStyle w:val="ArticleScripture"/>
        <w:jc w:val="left"/>
      </w:pPr>
      <w:r>
        <w:rPr>
          <w:rFonts w:ascii="Times New Roman" w:hAnsi="Times New Roman" w:eastAsia="Times New Roman" w:cs="Times New Roman"/>
        </w:rPr>
        <w:t>Ol maňa şeýle diýýär: “Sen gören, zynaçy aýalyň oturan suwlary halklardyr, köpçüliklerdir, milletlerdir we dillerdir.” Ylham 17:15.</w:t>
      </w:r>
    </w:p>
    <w:p>
      <w:pPr>
        <w:pStyle w:val="ArticleBody"/>
        <w:jc w:val="left"/>
      </w:pPr>
      <w:r>
        <w:rPr>
          <w:rFonts w:ascii="Times New Roman" w:hAnsi="Times New Roman" w:eastAsia="Times New Roman" w:cs="Times New Roman"/>
        </w:rPr>
        <w:t>Bu ýüz kyrk dört müňüň möhürleniş döwründe bikanun immigrasiýanyň bentlerini açýanlar aagondarha häkimiýetiniň ýerdäki wekilleridir (globalistler). Dünýäniň töweregindäki aagondarhanyň “sil suwlary” Rebbiň ýakynda geljek ýekşenbe kanunynda baýdagyny galdyrmaga taýyn bolandygyny görkezýär. Ylham 12-däki aagondarhanyň sil suwlary Amerikanyň Birleşen Ştatlarynyň başynda ýer haýwany tarapyndan ýuwudyldy, emma indi aagondarhanyň sil suwlary gaýdyp geldi; şeýlelik bilen, ol ýakynlaşýan ýekşenbe kanuny krizisi barada duýduryş berýär, çünki duşman sil ýaly girip gelende, Hudaý Öz baýdagyny galdyrýar.</w:t>
      </w:r>
    </w:p>
    <w:p>
      <w:pPr>
        <w:pStyle w:val="ArticleScripture"/>
        <w:jc w:val="left"/>
      </w:pPr>
      <w:r>
        <w:rPr>
          <w:rFonts w:ascii="Times New Roman" w:hAnsi="Times New Roman" w:eastAsia="Times New Roman" w:cs="Times New Roman"/>
        </w:rPr>
        <w:t>Rebbe garşy jenaýat edip, ýalan sözläp, Hudaýymyzdan ýüz öwrüp, sütem we pitne barada aýdyp, ýürekden ýalan sözleri oýlap tapyp, olary dile getirdik. Şeýlelikde höküm yza serpildi, adalat uzakda durdy; çünki hakykat köçede ýykyldy, dogrulyk bolsa girip bilmedi. Hawa, hakykat ýok boldy; erbetlikden ýüz öwren bolsa özüni olja edýär. Reb muny gördi, höküm bolmandygy Onuň göwnünden turmady. Ol hiç kimiň ýokdugyny gördi, araçynyň ýokdugyna geň galdy; şonuň üçin Oňa gutulyşy Öz goly getirdi, Ony Öz dogrulygy goldady. Ol sowut hökmünde dogrulygy geýdi, kellesine gutulyş tuwulgasyny goýdy; eşik hökmünde ar alyş lybaslaryny geýdi we don hökmünde yhlasa bürenip aldy. Ol olaryň işlerine görä, şoňa laýyk hem gaýtaryp berer: garşydaşlaryna gazap, duşmanlaryna jeza; adalara hem jezasyny gaýtaryp berer. Şeýlelikde günbatardan Rebbiň adyndan, gündogardan bolsa Onuň şöhratyndan gorkarlar. Çünki duşman derýa ýaly joşup gelende, Rebbiň Ruhy oňa garşy baýdak galdyrar. Şeýle hem Halasgär Siona geler, Ýakubyň içinde jenaýatdan ýüz öwrenlere, diýip Reb aýdýar. «Meniň olara bolan ähtim şudur, diýýär Reb: seniň üstüňdäki Ruhum we agzyňa salan sözlerim agzyňdan-da, nesliňiň agzyndan-da, nesliňiň nesliniň agzyndan-da aýrylmaz» diýýär Reb, «şu wagtdan başlap ebedilik». Işaýa 59:13–21.</w:t>
      </w:r>
    </w:p>
    <w:p>
      <w:pPr>
        <w:pStyle w:val="ArticleBody"/>
        <w:jc w:val="left"/>
      </w:pPr>
      <w:r>
        <w:rPr>
          <w:rFonts w:ascii="Times New Roman" w:hAnsi="Times New Roman" w:eastAsia="Times New Roman" w:cs="Times New Roman"/>
        </w:rPr>
        <w:t>Duşman sil ýaly bolup gelende ýokary galdyrylýan baýdak — nyşandyr; ol Hudaýyň Sözünde hem bir ölçegdir. Ýakynda geljek Ýekşenbe kanunynyň öň ýanyndaky döwürde, bikanun immigrasiýanyň sil ýaly akymy synag möhletiniň ýapylmaga golaýlandygynyň alamatydyr. Işaýa bir ölçegiň ýokary galdyrylmagy hakynda söz açanda görkezýän ýagdaýy kanunsyzlyk döwrüni beýan edýär; çünki ol şeýle diýýär: “hökm yza öwrüldi, adalat bolsa alysdaky ýerde durdy; çünki hakykat köçede ýykyldy, dogrulyk hem girip bilmedi. Hawa, hakykat ýok boldy; ýamanlykdan ýüz öwürýän adam özüni olja edýär: Reb muny gördi, we hökümiň ýokdugyna razy bolmady. Ol hiç bir adamyň ýokdugyny gördi, we şepagatçy ýokdugyna haýran galdy.” Jorj Soros ýaly adamlar tarapyndan maliýeleşdirilen we Demokrat syýasatçylar tarapyndan äsgerilmedik anarhiýa, Işaýadan alnan bu bölek bilen baglanyşykda Uýam Waýt tarapyndan örän ýerlikli beýan edilýär.</w:t>
      </w:r>
    </w:p>
    <w:p>
      <w:pPr>
        <w:pStyle w:val="ArticleScripture"/>
        <w:jc w:val="left"/>
      </w:pPr>
      <w:r>
        <w:rPr>
          <w:rFonts w:ascii="Times New Roman" w:hAnsi="Times New Roman" w:eastAsia="Times New Roman" w:cs="Times New Roman"/>
        </w:rPr>
        <w:t>“Adalatlar bozulandyr. Hökümdarlar gazanç islegi we beden lezzetine bolan söýgi bilen herekete getirilýär. Serhoşluk köp adamyň akyl ukyplaryny garaňkylyga büräpdir, şonuň üçin Şeýtan olaryň üstünden diýen ýaly doly höküm sürýär. Hukukçylar bozulypdyr, para alýarlar, aldanylýarlar. Serhoşluk we aýşy-eşret, höwes, gabanjaňlyk, her dürli namyssyzlyk kanunlary dolandyrýanlaryň arasynda görünýär. ‘Adyllyk uzakda durýar; çünki hakykat köçede ýykyldy, dogrulyk bolsa içeri girip bilmeýär.’ Işaýa 59:14.” Beýik Göreş, 586.</w:t>
      </w:r>
    </w:p>
    <w:p>
      <w:pPr>
        <w:pStyle w:val="ArticleBody"/>
        <w:jc w:val="left"/>
      </w:pPr>
      <w:r>
        <w:rPr>
          <w:rFonts w:ascii="Times New Roman" w:hAnsi="Times New Roman" w:eastAsia="Times New Roman" w:cs="Times New Roman"/>
        </w:rPr>
        <w:t>Bikanun immigrasiýa, Antifa (anti-faşistler) ýaly anarhik hereketler we Black Lives Matter ýaly zorlukly hereketler — Bularyň ählisi Kritiki Jyns Teoriýasy ýaly bozulyp galdyrylan taryhy beýanata esaslanýar — aagondaryň pula bolan söýgi bilen herekete getirilýän syýasy hökümdarlary tarapyndan goldanyldy we öňe sürüldi; hem-de zaýalanan kazyýetler we hukukçylar hakykaty Ylham kitabyň on birinji babynda iki şaýadyň öldürilen şol bir köçesine okladylar. Ol köçe ateizmiň (Müsüriň) we ahlaksyzlygyň (Sodomyň) şäherinde, ýagny aagondaryň we onuň wekilleriniň şäherinde ýerleşýärdi. Demokratik partiýanyň miweleri bilen şekillendirilýän gurşaw pygamberlik taýdan sil hökmünde beýan edilýär, we Şeýtan, Hudaýyň duşmany hökmünde, öz sil derwezelerini açanda, bu Hudaýyň tugunyň tizden galdyryljakdygynyň subutnamasydyr.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Dünýädäki ýagdaýyň ýagdaýy agyr zamanalaryň edil gapymyzda durandygyny görkezýär. Gündelik gazetler ýakyn geljekde boljak elhenç çaknyşygyň alamatlaryndan doludyr. Bet garakçylyklar ýygy-ýygydan bolup durýar. Iş taşlaýyşlar adaty ýagdaýa öwrüldi. Ogrulyklar we ganhorluklar her ýerde edilýär. Jynlardan eýelenen adamlar erkekleriň, aýallaryň we ýaş çagalaryň janyny alýarlar. Adamlar günä-güzerana maýyl bolup galdylar, we her dürli ýamanlyk höküm sürýär. Duşman adalaty ýoýmagy hem-de adamlaryň ýüreklerini bencillik peýdasyny gazanmak islegi bilen doldurmagy başardy. «Adalat uzakda durýar; çünki hakykat köçede ýykyldy, dogrulyk bolsa içeri girip bilmeýär» (Işaýa 59:14). Uly şäherlerde iýmitden, başpena we geýimden tas mahrum garyplykda we betbagtlykda ýaşaýan sansyz-köp adamlar bar; şol bir şäherlerde bolsa ýüregiň isläp biljek zatlarynyň hemmesinden artyk zady bolan, nepis bezelip enjamlaşdyrylan öýlere, şahsy bezeglere, ýa-da ondan-da beter ten höweslerini kanagatlandyrmaga, içgä, temmäkä we beýniniň güýjüni ýok edýän, akyly deňagramdan çykarýan, jany peseldýän beýleki zatlara pullaryny sowrup, kaşaňlykda ýaşaýan adamlar hem bar. Açlyk çekýän ynsanlygyň nalalary Hudaýyň huzuryna çykýar, şol bir wagtda bolsa adamlar her dürli sütem we talaňçylyk arkaly äpet baýlyklary üýşürýärler.</w:t>
      </w:r>
    </w:p>
    <w:p>
      <w:pPr>
        <w:pStyle w:val="ArticleScripture"/>
        <w:jc w:val="left"/>
      </w:pPr>
      <w:r>
        <w:rPr>
          <w:rFonts w:ascii="Times New Roman" w:hAnsi="Times New Roman" w:eastAsia="Times New Roman" w:cs="Times New Roman"/>
        </w:rPr>
        <w:t>Gije wagty maňa gat-gat bolup göge tarap beýgelip barýan binalary görmäge çagyryldy. Bu binalaryň oda çydamlydygy kepillendirilýärdi, olar bolsa eýelerini we gurujylaryny şöhratlandyrmak üçin gurulýardy. Bu binalar barha beýgelýärdi, olarda iň gymmatly materiallar ulanylýardy. Bu binalaryň eýeleri öz-özlerine: «Biz Hudaýy iň gowy nädip şöhratlandyryp bileris?» diýip soramaýardylar. Reb olaryň pikirinde däldi.</w:t>
      </w:r>
    </w:p>
    <w:p>
      <w:pPr>
        <w:pStyle w:val="ArticleScripture"/>
        <w:jc w:val="left"/>
      </w:pPr>
      <w:r>
        <w:rPr>
          <w:rFonts w:ascii="Times New Roman" w:hAnsi="Times New Roman" w:eastAsia="Times New Roman" w:cs="Times New Roman"/>
        </w:rPr>
        <w:t>Bu beýik binalar gurulyp barýarka, eýeleri öz-özüni kanagatlandyrmaga we goňşularynyň göripligini oýarmaga ulanjak pullarynyň bardygyna hyjuwly tekepbirlik bilen şatlanýardylar. Şeýlelik bilen olaryň maýa goýýan pullarynyň köp bölegi gysymlap almak, garyplary ezmek arkaly gazanylypdy. Olar gökde her bir söwda geleşiginiň hasabynyň saklanýandygyny; her bir adalatsyz söwdanyň, her bir galplykly işiň şol ýerde ýazga alynýandygyny unutdylar. Şeýle bir wagt ýetip gelýär: şonda adamlar özleriniň galplygynda we tekepbirliginde Rebbiň geçmegine ýol bermejek çägine ýeterler, we olar Ýehowanyň sabyr-takatynyň hem bir çäginiň bardygyny öwrenerler.</w:t>
      </w:r>
    </w:p>
    <w:p>
      <w:pPr>
        <w:pStyle w:val="ArticleScripture"/>
        <w:jc w:val="left"/>
      </w:pPr>
      <w:r>
        <w:rPr>
          <w:rFonts w:ascii="Times New Roman" w:hAnsi="Times New Roman" w:eastAsia="Times New Roman" w:cs="Times New Roman"/>
        </w:rPr>
        <w:t>“Soňra meniň öňümden geçen görnüş ýangyn howsaly boldy. Adamlar belent we guýy oda çydamly hasap edilýän binalara seredip: ‘Bular bütinleý howpsuzdyr’ diýdiler. Emma bu binalar edil gatran ýaly ýanyp ýok boldy. Ýangyn söndüriji maşynlar bu heläkçiligi saklamak üçin hiç zat edip bilmedi. Ýangyn söndürijiler şol maşynlary işledip bilmediler.” Testimonies, 9-njy jilt,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kyrk üçünji bölüm</dc:title>
  <dc:subject>Pygamberlik Nusgalaryny Äşgär Etmek: Soňky Prezident we Ýyrtyjynyň Keşbi</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