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altmyş dördünji</w:t>
      </w:r>
    </w:p>
    <w:p>
      <w:pPr>
        <w:pStyle w:val="ArticleSubtitle"/>
        <w:jc w:val="left"/>
      </w:pPr>
      <w:r>
        <w:rPr>
          <w:rFonts w:ascii="Arial" w:hAnsi="Arial" w:eastAsia="Arial" w:cs="Arial"/>
        </w:rPr>
        <w:t>Danyýel 11-iň pygamberlik ähmiýeti: taryhy we geljekki manylaryny aýan etmek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Danyýlyň on birinji babyndaky on altynjy aýatda biziň eramyzdan öň 63-nji ýylda Pompeý tarapyndan Ýahuda bilen Iýerusalimiň basyp alynmagy beýan edilýär. Bu şol babyň kyrk birinji aýatynyň ýerine ýetmegi hökmünde Amerika Birleşen Ştatlarynda tizden geljek ýekşenbe kanunyny aňladýar. Aýat bilen baglanyşykly taryh, şäher basylyp alnanda bolup geçýän raýat urşuny görkezýär; şeýlelik bilen, häzirki wagtda Amerika Birleşen Ştatlarynda bolup geçýän ABŞ-nyň Raýat urşunyň gaýtalanýandygyny kesgitleýär. Okuň atylandygy ýa-da atylmandygy möhüm bolmazdan, häzirki wagtda Amerika Birleşen Ştatlaryna gözegçilik etmek ugrunda iki topar göreş alyp barýar. Pompeý Iýerusalimi basyp alanda, bu Iýerusalimiň biziň eramyzyň 70-nji ýylynda weýran edilýänçä Rim häkimiýetiniň astynda galjakdygyny görkezdi. Şeýlelikde, bu Mukaddes Kitabyň pygamberliklerindäki altynjy patyşalygyň soňuny belläp berýän tizden geljek ýekşenbe kanunynyň bir nusgasy boldy.</w:t>
      </w:r>
    </w:p>
    <w:p>
      <w:pPr>
        <w:pStyle w:val="ArticleBody"/>
        <w:jc w:val="left"/>
      </w:pPr>
      <w:r>
        <w:rPr>
          <w:rFonts w:ascii="Times New Roman" w:hAnsi="Times New Roman" w:eastAsia="Times New Roman" w:cs="Times New Roman"/>
        </w:rPr>
        <w:t>Pompeý bu bölekde kesgitlenýän dört Rim güýjüniň ilkinjisidir. Rimli bolan Mark Antoniý hem şeýle-de kesgitlenýär, emma rim ýolbaşçylary hökmünde görkezilen şol dört güýjüň arasynda Antoniý Rime garşy pitne turzup, Müsür bilen Rime garşy bileleşik döreden rim ýolbaşçylygyny aňladýar. Pompeý, Ýuliý Sezar, Awgust Sezar we Tiberiý Sezar ýer ýüzüniň haýwanasynyň respublika şahynyň dört neslini aňlatmak üçin pygamberlik taýdan ulanylýan dört rimlidir.</w:t>
      </w:r>
    </w:p>
    <w:p>
      <w:pPr>
        <w:pStyle w:val="ArticleBody"/>
        <w:jc w:val="left"/>
      </w:pPr>
      <w:r>
        <w:rPr>
          <w:rFonts w:ascii="Times New Roman" w:hAnsi="Times New Roman" w:eastAsia="Times New Roman" w:cs="Times New Roman"/>
        </w:rPr>
        <w:t>1863-nji ýylyň neslindäki ABŞ-nyň Raýat urşundaky gozgalaňy aňladýan Pompeý, şeýle hem soňky nesli we häzirki wagtda eýýäm başlan “raýat urşuny” görkezýär. Ýuliý Sezar ikinji nesli aňladýar; şol döwürde Amerikanyň Birleşen Ştatlary halklaryň arasynda öňdebaryjy döwlet hökmünde berk ornaşypdy, ýöne 1913-nji ýylda, maliýe ulgamynyň özygtyýarlylygy globalist bankçylyk ulgamyna berlende we bir dünýä hökümeti üçin iş başlananda, ol kast edilip öldürildi. Awgust Sezar, gan dökülmegine garamazdan, Amerikanyň Birleşen Ştatlarynyň dünýäniň göripligine öwrülen döwrüni, ýagny iki dünýä urşunyň şöhratly ýyllaryny aňladýar. Soňky nesilde bolsa, serhoşlygy we Mesihiň haça çüýlenmegi bilen tanalýan Tiberiý Sezar, aslynda ilkinji katolik prezident Jon F. Kennediniň saýlanmagy bilen başlanan döwri aňladýar; şeýlelikde, Rime baş egjek nesli görkezýär.</w:t>
      </w:r>
    </w:p>
    <w:p>
      <w:pPr>
        <w:pStyle w:val="ArticleBody"/>
        <w:jc w:val="left"/>
      </w:pPr>
      <w:r>
        <w:rPr>
          <w:rFonts w:ascii="Times New Roman" w:hAnsi="Times New Roman" w:eastAsia="Times New Roman" w:cs="Times New Roman"/>
        </w:rPr>
        <w:t>Pompeý bilen baglanyşykly bu pygamberlik meseleleri möhüm bolup durýar, emma biz häzirki wagtda Pompeýden we on altynjy aýatdan öň gelen pygamberlik taryhyna üns berýäris; bu taryh bapdaky ilkinji iki aýatda 1989-njy ýyly ahyrzaman hökmünde görkezmek bilen başlanýar, soňra bolsa Reýgandan bäri baý altynjy Prezidenti görkezýär, ol globalistleri galagaýyş edýär, muny Tramp, gürrüňsiz, amala aşyrdy.</w:t>
      </w:r>
    </w:p>
    <w:p>
      <w:pPr>
        <w:pStyle w:val="ArticleBody"/>
        <w:jc w:val="left"/>
      </w:pPr>
      <w:r>
        <w:rPr>
          <w:rFonts w:ascii="Times New Roman" w:hAnsi="Times New Roman" w:eastAsia="Times New Roman" w:cs="Times New Roman"/>
        </w:rPr>
        <w:t>Tramp, Kiriňden soň gelen dördünji hökümdar, baý Pars patyşasy Kserks arkaly nusgalanýar; ol Esteriň hekaýatynda Ahaşweroş ady bilen hem tanalýar. Aýatlarda Kserksden soň gelýän indiki patyşa üçünji aýatda Isgender Zülkarneýin bolup durýar. Taryhy taýdan Kserks bilen Isgender Zülkarneýniň arasynda sekiz hökümdar bolupdy. Trampdan başlap, Isgender Zülkarneýin arkaly şekillendirilen bir dünýä hökümetine çenli, on patyşa görkezilýär; Tramp birinji, Isgender bolsa iň soňkusydyr.</w:t>
      </w:r>
    </w:p>
    <w:p>
      <w:pPr>
        <w:pStyle w:val="ArticleBody"/>
        <w:jc w:val="left"/>
      </w:pPr>
      <w:r>
        <w:rPr>
          <w:rFonts w:ascii="Times New Roman" w:hAnsi="Times New Roman" w:eastAsia="Times New Roman" w:cs="Times New Roman"/>
        </w:rPr>
        <w:t>Pygamberlik setirleri dünýäniň ahyrynda ýeriň ähli patyşalarynyň papalyk bilen zina etjekdigini görkezýär, we şol patyşalar “on patyşa” hökmünde şekillendirilýär. On bölekli bir patyşalygyň başy bolan hem-de Izebel bilen öýlenen Ahab, ähli on patyşanyň papalyk bilen zina edýän bolsalar-da, muny ilkinji bolup edýän bir esasy patyşanyň bardygyny aňladýar. Papalyga ýeriň tagty ilkinji gezek berlende, şol esasy patyşa miladydan soňky 496-njy ýylda Franklaryň (Fransiýanyň) patyşasy Hludwigdi. Bu ýagdaý papalygyň Fransiýa Katolik ybadathanasynyň ilkinji doglany hem-de Katolik ybadathanasynyň uly gyzy diýen ady bermegi bilen laýyk gelýär.</w:t>
      </w:r>
    </w:p>
    <w:p>
      <w:pPr>
        <w:pStyle w:val="ArticleBody"/>
        <w:jc w:val="left"/>
      </w:pPr>
      <w:r>
        <w:rPr>
          <w:rFonts w:ascii="Times New Roman" w:hAnsi="Times New Roman" w:eastAsia="Times New Roman" w:cs="Times New Roman"/>
        </w:rPr>
        <w:t>Siwilizlenen dünýäniň tagtyna Rimi ýerleşdirmekde Fransiýa tarapyndan ýerine ýetirilen pygamberlik işi, Amerikanyň Birleşen Ştatlarynyň pygamberlik işini alamatlandyrýar. Mukaddes Kitabyň pygamberligindäki ýekşenbe kanuny Amerikanyň Birleşen Ştatlarynda başlanýar, soňra bolsa ýer ýüzündäki her bir millet şol göreldä eýerýär. Pygamberligiň setiriniň yzysüre setiri, soňky günlerde günäniň adamy bilen ilkinji we iň öňdäki derejede zyna edýän on patyşanyň baş patyşasynyň Amerikanyň Birleşen Ştatlarydygyny görkezýär. Ikinji we üçünji aýatlarda birinji baý patyşa Kserks bilen soňky patyşa Beýik Aleksandryň arasynda hiç bir patyşa görkezilmese-de, taryh on patyşany kesgitleýär. On sany synagy aňladýar, şeýle hem ol bir konfederasiýany aňladýar.</w:t>
      </w:r>
    </w:p>
    <w:p>
      <w:pPr>
        <w:pStyle w:val="ArticleBody"/>
        <w:jc w:val="left"/>
      </w:pPr>
      <w:r>
        <w:rPr>
          <w:rFonts w:ascii="Times New Roman" w:hAnsi="Times New Roman" w:eastAsia="Times New Roman" w:cs="Times New Roman"/>
        </w:rPr>
        <w:t>Dünýäniň ýüzbe-ýüz bolýan synagy, wagşy haýwanyň keşbi hökmünde görkezilen bütindünýä ulgamynyň döredilmegidir. Bu synag tiz wagtda geljek ýekşenbe kanuny bilen Amerikanyň Birleşen Ştatlarynda başlanýar we ýerdäki her bir millet şol göreldä eýerýänçä dowam edýär. Isa hemişe bir zadyň soňuny onuň başlangyjy arkaly görkezýär; şonuň üçin hem ikinji we üçünji aýatlarda baý patyşa bilen Aleksandryň arasynda hiç bir patyşa agzalmasa-da, taryh iň baý prezident bilen başlanýan bir synag prosesini görkezýär; ol syýasy taýdan bozulyp giden ulgama gatnaşyp baýlyk gazanandygy üçin däl-de, öz işewürlik işlerinden baý bolan adamdy.</w:t>
      </w:r>
    </w:p>
    <w:p>
      <w:pPr>
        <w:pStyle w:val="ArticleBody"/>
        <w:jc w:val="left"/>
      </w:pPr>
      <w:r>
        <w:rPr>
          <w:rFonts w:ascii="Times New Roman" w:hAnsi="Times New Roman" w:eastAsia="Times New Roman" w:cs="Times New Roman"/>
        </w:rPr>
        <w:t>Amerika ady Latyn dilindäki “Amerigo” adyndan gelip çykýar; bu at bolsa XV asyryň ahyrynda we XVI asyryň başlarynda Täze Dünýä birnäçe sapar eden italýan syýahatçysy we deňiz ýolbeledijisi Amerigo Vespuççiniň ady bilen baglanyşyklydyr. Umuman aýdanyňda, Vespuççiniň gözleg-syýahatlary, Täze Dünýäniň öwrenilmeginde girdeji, giňelmek we abraý üçin mümkinçiligi gören goldaw berijileriň we howandarlaryň maliýe goldawy, maýa goýumlary arkaly mümkin boldy. “Amerika” ady girdeji öndürmek tagallasynyň nyşanydyr.</w:t>
      </w:r>
    </w:p>
    <w:p>
      <w:pPr>
        <w:pStyle w:val="ArticleBody"/>
        <w:jc w:val="left"/>
      </w:pPr>
      <w:r>
        <w:rPr>
          <w:rFonts w:ascii="Times New Roman" w:hAnsi="Times New Roman" w:eastAsia="Times New Roman" w:cs="Times New Roman"/>
        </w:rPr>
        <w:t>Isa her zaman bir zadyň ahyryny onuň başlangyjy bilen görkezýär; Medo-Persiýanyň iki şahly patyşalygyndan Isgender Zülkarnaýyn tarapyndan şekillendirilen bir dünýä hökümetine geçişi aňladýan on patyşanyň başlangyjy bolsa, Fransiýa we Ahap arkaly nusgalaşdyrylan patyşalygyň prezidenti bolan baý patyşa bilen başlanýar; ol hem, bütin dünýä Amerikanyň Birleşen Ştatlarynyň güýji bilen baglanyşykly ykdysady şertler bilen ýüzbe-ýüz edilip, satyn alyp-satyp bilmek isleýän bolsalar, ähli dünýäni Katolik ybadathanasyna baş egmäge mejbur eden wagtynda, Isgender Zülkarnaýyn tarapyndan şekillendirilen başa hem öwrüler.</w:t>
      </w:r>
    </w:p>
    <w:p>
      <w:pPr>
        <w:pStyle w:val="ArticleBody"/>
        <w:jc w:val="left"/>
      </w:pPr>
      <w:r>
        <w:rPr>
          <w:rFonts w:ascii="Times New Roman" w:hAnsi="Times New Roman" w:eastAsia="Times New Roman" w:cs="Times New Roman"/>
        </w:rPr>
        <w:t>Ylham kitabyň on ýedinji babyndaky ýedinji patyşalyk — on patyşadyr, we şol on patyşanyň pygamberlik häsiýetleriniň biri hem şudur: olar Wawilonyň jelep aýalyna özleriniň ýedinji patyşalygyny bermäge razy bolmanka, diňe “gysga wagt” dowam edýärler; ol hem diňe “bir sagat” saklanyp durýar. Bu ylalaşygy kabul etmeginiň pygamberlik sebäbi — olaryň Wawilonyň şerabyndan serhoş bolmagydyr. Taryhy taýdan Isgender Zülkarneýn hem diňe gysga wagt höküm sürdi, çünki onuň durmuşy öz patyşalygynyň döredilişi ýaly çalt tamam boldy; sebäbi ol özüni içgi bilen ölüme eltdi. Şeýlelikde, bu Birleşen Milletler Guramasynyň on patyşasynyň gysga wagtlygyny we serhoşlygyny alamatlandyrýar. Isgender Zülkarneýn aýaga galan badyna döwüldi, we onuň patyşalygy dört ýele berildi; bu bolsa onuň öňki patyşalygyny gaýtadan berkarar etmek ugrunda soňraky göreşi kesgitleýär.</w:t>
      </w:r>
    </w:p>
    <w:p>
      <w:pPr>
        <w:pStyle w:val="ArticleScripture"/>
        <w:jc w:val="left"/>
      </w:pPr>
      <w:r>
        <w:rPr>
          <w:rFonts w:ascii="Times New Roman" w:hAnsi="Times New Roman" w:eastAsia="Times New Roman" w:cs="Times New Roman"/>
        </w:rPr>
        <w:t>Mundan başga-da, men Darýus Madyň birinji ýylynda hem ony berkitmek we güýçlendirmek üçin durdum. Indi bolsa saňa hakykaty görkezjek. Ine, Parsda entek üç patyşa peýda bolar; dördünjisi bolsa olaryň hemmesinden has baý bolar. Ol öz baýlygy arkaly gazanan güýji bilen hemmeleri Ýewanystanyň patyşalygyna garşy gozgalaňa salar. Soňra uly hökmürowanlyk bilen höküm sürjek, öz islegine görä hereket etjek gudratly bir patyşa peýda bolar. Ol peýda bolanda, onuň patyşalygy dargadylar we asmanyň dört şemalyna tarap bölüner; emma ol onuň nesline geçmez, ne-de onuň höküm süren hökümrowanlygyna görä bolar. Çünki onuň patyşalygy köki bilen goparylar we ondan başgalar üçin berler. Daniel 11:1–4.</w:t>
      </w:r>
    </w:p>
    <w:p>
      <w:pPr>
        <w:pStyle w:val="ArticleBody"/>
        <w:jc w:val="left"/>
      </w:pPr>
      <w:r>
        <w:rPr>
          <w:rFonts w:ascii="Times New Roman" w:hAnsi="Times New Roman" w:eastAsia="Times New Roman" w:cs="Times New Roman"/>
        </w:rPr>
        <w:t>Aleksandryň patyşalygy näçe çalt birleşen bolsa, şonça-da çalt dargady; çünki ol pygamberlikde wakalaryň tiz amala aşýandygy bilen kesgitlenýän ahyrzamany aňladýar.</w:t>
      </w:r>
    </w:p>
    <w:p>
      <w:pPr>
        <w:pStyle w:val="ArticleScripture"/>
        <w:jc w:val="left"/>
      </w:pPr>
      <w:r>
        <w:rPr>
          <w:rFonts w:ascii="Times New Roman" w:hAnsi="Times New Roman" w:eastAsia="Times New Roman" w:cs="Times New Roman"/>
        </w:rPr>
        <w:t>“Ýamanlygyň güýjüni görkezýän güýçler öz güýçlerini birleşdirip, bir merkeze jemleýärler. Olar soňky beýik krizis üçin pugtalanyp barýarlar. Biziň dünýämizde ýakyn wagtda uly özgertmeler bolup geçer, we ahyrky hereketler çalt bolar.” Testimonies, 9-njy tom, 11.</w:t>
      </w:r>
    </w:p>
    <w:p>
      <w:pPr>
        <w:pStyle w:val="ArticleBody"/>
        <w:jc w:val="left"/>
      </w:pPr>
      <w:r>
        <w:rPr>
          <w:rFonts w:ascii="Times New Roman" w:hAnsi="Times New Roman" w:eastAsia="Times New Roman" w:cs="Times New Roman"/>
        </w:rPr>
        <w:t>Yslamyň üçünji hasraty birinji we ikinji hasratyň pygamberlik häsiýetleriniň esasynda berkidilendir. Birinji hasratda Muhammediň gelmegi bilen başlanan we indiki döwre çenli dowam eden bir döwür bardy; şol indiki döwür “bäş aý” ýa-da ýüz elli ýyl hökmünde kesgitlenýärdi, şol döwürde Yslam Rimiň goşunlaryna “zeper ýetirerdi”. Ýüz elli ýyllyk wagt pygamberliginiň soňy şol bir wagtda üç ýüz togsan bir ýyl we on bäş günlük pygamberligiň başlangyjyny hem belleýär; bu döwürde ikinji Hasratyň Yslamy soňra Rimiň goşunlaryny “öldürerdi”.</w:t>
      </w:r>
    </w:p>
    <w:p>
      <w:pPr>
        <w:pStyle w:val="ArticleBody"/>
        <w:jc w:val="left"/>
      </w:pPr>
      <w:r>
        <w:rPr>
          <w:rFonts w:ascii="Times New Roman" w:hAnsi="Times New Roman" w:eastAsia="Times New Roman" w:cs="Times New Roman"/>
        </w:rPr>
        <w:t>2001-nji ýylyň 11-nji sentýabry ilkinji bela degişli Muhammediň döwrüniň başlanandygyny görkezdi; bu döwür 2023-nji ýylyň 7-nji oktýabryny hem öz içine alýar, ýagny şol gün Yslamyň gadymy göni manydaky “Şanly Ýurtda” “Rimiň goşunlaryna” “zyýan ýetirjek” döwrüniň başlanandygyny belleýär; bu “Şanly Ýurt” Amerikanyň Birleşen Ştatlarynyň ornuny tutýan nyşandyr; we 2023-nji ýylyň 7-nji oktýabryndan bäri Yslamyň Rimiň goşunyna garşy hüjümleri, bu makalanyň 2024-nji ýylyň 17-nji fewralynda ýazylyş mahalynda iki ýüze golaýlap barýar.</w:t>
      </w:r>
    </w:p>
    <w:p>
      <w:pPr>
        <w:pStyle w:val="ArticleBody"/>
        <w:jc w:val="left"/>
      </w:pPr>
      <w:r>
        <w:rPr>
          <w:rFonts w:ascii="Times New Roman" w:hAnsi="Times New Roman" w:eastAsia="Times New Roman" w:cs="Times New Roman"/>
        </w:rPr>
        <w:t>Ýakyn wagtda çykjak ýekşenbe güni baradaky kanun bilen Birleşen Ştatlar Mukaddes Kitabyň pygamberligindäki altynjy patyşalyk hökmünde “öldürilýär”; bu ýagdaý olaryň üçünji uly jihadynyň söweşi güýçlenýän mahaly, öňki Rimiň goşunlaryny ýok eden yslamy hüjümleriniň üç ýüz togsan bir ýyl on bäş günlük döwrüne laýyk gelýär. Mikaýyl ýerinden turanda, adam üçin synag möhleti ýapylýar, we iň soňky ýedi bela wagtynda dört ýel doly goýberilýär.</w:t>
      </w:r>
    </w:p>
    <w:p>
      <w:pPr>
        <w:pStyle w:val="ArticleScripture"/>
        <w:jc w:val="left"/>
      </w:pPr>
      <w:r>
        <w:rPr>
          <w:rFonts w:ascii="Times New Roman" w:hAnsi="Times New Roman" w:eastAsia="Times New Roman" w:cs="Times New Roman"/>
        </w:rPr>
        <w:t>Men milletleriň gaharynyň, Hudaýyň gazabynyň we ölülere höküm ediljek döwrüň biri-birinden aýry hem anyk tapawutlydygyny, olaryň biriniň beýlekisiniň yzyndan gelýändigini gördüm; şeýle hem Mikailiň entek ýerinden galmandygyny we ozal hiç haçan bolmadyk muşakgat wagtynyň entek başlanmandygyny gördüm. Milletler häzir gazaplanýarlar, emma beýik Baş Ruhanymyz mukaddes ýerde Öz hyzmatyny tamamlanyndan soň, Ol ýerinden galar, ar alyş lybaslaryny geýer, şonda soňky ýedi bela inderiler.</w:t>
      </w:r>
    </w:p>
    <w:p>
      <w:pPr>
        <w:pStyle w:val="ArticleScripture"/>
        <w:jc w:val="left"/>
      </w:pPr>
      <w:r>
        <w:rPr>
          <w:rFonts w:ascii="Times New Roman" w:hAnsi="Times New Roman" w:eastAsia="Times New Roman" w:cs="Times New Roman"/>
        </w:rPr>
        <w:t>“Men dört perişdäniň dört ýeli Isanyň mukaddes ýerde işi tamam bolýança saklajakdygyny, ondan soň bolsa soňky ýedi bela geljekdigini gördüm.” Early Writings, 36.</w:t>
      </w:r>
    </w:p>
    <w:p>
      <w:pPr>
        <w:pStyle w:val="ArticleBody"/>
        <w:jc w:val="left"/>
      </w:pPr>
      <w:r>
        <w:rPr>
          <w:rFonts w:ascii="Times New Roman" w:hAnsi="Times New Roman" w:eastAsia="Times New Roman" w:cs="Times New Roman"/>
        </w:rPr>
        <w:t>Ak dogan Waýtyň ýazgylarynda “dört ýel” “boşanyp çykmaga hem-de ýolunda ölüm we heläkçilik getirmäge ymtylýan gazaply at” hökmünde şekillendirilýär we synag möhleti ýapylanda olar doly boşadylýar. Olar ikinji waýda dört ýel hökmünde däl-de, “dört perişde” hökmünde beýan edilipdi.</w:t>
      </w:r>
    </w:p>
    <w:p>
      <w:pPr>
        <w:pStyle w:val="ArticleScripture"/>
        <w:jc w:val="left"/>
      </w:pPr>
      <w:r>
        <w:rPr>
          <w:rFonts w:ascii="Times New Roman" w:hAnsi="Times New Roman" w:eastAsia="Times New Roman" w:cs="Times New Roman"/>
        </w:rPr>
        <w:t>Altynjy perişdä, ýagny surnaýy bolan perişdä şeýle diýýärdi: Beýik Ýewfrat derýasynda bagly duran dört perişdäni boşat. Şonda adamlaryň üçden bir bölegini öldürmek üçin bir sagat, bir gün, bir aý we bir ýyl üçin taýýarlanyp goýlan şol dört perişdä boşadyldy. Ylham 9:14, 15.</w:t>
      </w:r>
    </w:p>
    <w:p>
      <w:pPr>
        <w:pStyle w:val="ArticleBody"/>
        <w:jc w:val="left"/>
      </w:pPr>
      <w:r>
        <w:rPr>
          <w:rFonts w:ascii="Times New Roman" w:hAnsi="Times New Roman" w:eastAsia="Times New Roman" w:cs="Times New Roman"/>
        </w:rPr>
        <w:t>“Köneli dört ýel”, ýa-da “dört perişde”, nyşanyň ulanylan mazmuny bilen kesgitlenişine görä, ikisi hem Yslamyň nyşanlarydyr. Isgender Zülkarneýin orta çykanda, onuň patyşalygy — ýedinji patyşalygy aňladýan, ýagny ажdarhanyň, ýyrtyjy haýwanyň we galp pygamberiň üç taraply patyşalygynyň üçden bir bölegi bolan şol patyşalyk — “ol orta çykanda, onuň patyşalygy dargadylar we asmanyň dört ýeline tarap bölünip paýlanylar.” Adamzat synag möhleti tamamlananda, dört ýel, ýa-da dört perişde boşadylýar, we olar onuň patyşalygyny dargadýarlar, çünki onuň patyşalygy “dargadylar.” Şonda şol on patyşa we olaryň hyzmatdaşlary bolan globalist täjirler uzakda durup, aglap-sygyryp nala çekerler.</w:t>
      </w:r>
    </w:p>
    <w:p>
      <w:pPr>
        <w:pStyle w:val="ArticleScripture"/>
        <w:jc w:val="left"/>
      </w:pPr>
      <w:r>
        <w:rPr>
          <w:rFonts w:ascii="Times New Roman" w:hAnsi="Times New Roman" w:eastAsia="Times New Roman" w:cs="Times New Roman"/>
        </w:rPr>
        <w:t>Çünki ine, patyşalar ýygnandylar, olar bilelikde geçip gitdiler. Olar muny görüp haýran galdylar; alada düşdüler we howlugyp gaçdylar. Ol ýerde olary gorky gaplady, dogurýan aýalyň agyrysy ýaly agyry tutdy. Sen Tarşyş gämilerini gündogar ýeli bilen döwýärsiň. Zebur 48:4–7.</w:t>
      </w:r>
    </w:p>
    <w:p>
      <w:pPr>
        <w:pStyle w:val="ArticleBody"/>
        <w:jc w:val="left"/>
      </w:pPr>
      <w:r>
        <w:rPr>
          <w:rFonts w:ascii="Times New Roman" w:hAnsi="Times New Roman" w:eastAsia="Times New Roman" w:cs="Times New Roman"/>
        </w:rPr>
        <w:t>On patyşanyň ykdysady gurluşy Yslamyň “gündogar şemaly” tarapyndan döwülýär.</w:t>
      </w:r>
    </w:p>
    <w:p>
      <w:pPr>
        <w:pStyle w:val="ArticleScripture"/>
        <w:jc w:val="left"/>
      </w:pPr>
      <w:r>
        <w:rPr>
          <w:rFonts w:ascii="Times New Roman" w:hAnsi="Times New Roman" w:eastAsia="Times New Roman" w:cs="Times New Roman"/>
        </w:rPr>
        <w:t>Kürekçileriñ seni uly suwlara getirdiler; gündogar ýeli seni deňizleriñ ortasynda döwdi. Seniñ baýlyklaryñ, ýarmarkalaryñ, söwdäñ, deňizçileriñ, ýolbeletleriñ, gämi bejerijileriñ, söwdäñ bilen meşgullanýanlaryñ hem-de içiñdäki ähli uruş adamlaryñ, senden ybarat ähli jemagatyñ bilen bilelikde, heläkçilik günüñde deňizleriñ ortasyna gaçarlar. Ezekiel 27:26, 27.</w:t>
      </w:r>
    </w:p>
    <w:p>
      <w:pPr>
        <w:pStyle w:val="ArticleBody"/>
        <w:jc w:val="left"/>
      </w:pPr>
      <w:r>
        <w:rPr>
          <w:rFonts w:ascii="Times New Roman" w:hAnsi="Times New Roman" w:eastAsia="Times New Roman" w:cs="Times New Roman"/>
        </w:rPr>
        <w:t>Yslamyň “gündogar şemaly”, Isgender Zülkarnaýnyň patyşalygynyň “döwlüp”, dört ýele berlendigi bilen şekillendirilişi ýaly, “olaryň heläk boljak gününde” on patyşanyň patyşalygyny döwýär. Danyýel 11-de bolup geçen taryhyň köp bölegi, on birinji bap öz iň soňky ýerine ýetirilişine ýetende, gaýtadan gaýtalanar. Şol taryhlary nirede dogry bölmelidigini kesgitlemek, pygamberlik okuwçylary bolmaga çagyrylanlaryň pygamberlik işidir. Danyýel on birinji bapyň soňky alty aýaty, Mikaýyl ýerinden galanda, adamzat synag möhletiniň tamamlanmagynda jemlenýär. Isgender Zülkarnaýnyň patyşalygy dört ýele bölünende, bu synag möhletiniň tamamlanmagyny aňladýar we bäşinji aýatdan başlap gelýän indiki pygamberlik taryhynyň täze bir pygamberlik çyzygy hökmünde garalmalydygyny görkezýär.</w:t>
      </w:r>
    </w:p>
    <w:p>
      <w:pPr>
        <w:pStyle w:val="ArticleBody"/>
        <w:jc w:val="left"/>
      </w:pPr>
      <w:r>
        <w:rPr>
          <w:rFonts w:ascii="Times New Roman" w:hAnsi="Times New Roman" w:eastAsia="Times New Roman" w:cs="Times New Roman"/>
        </w:rPr>
        <w:t>Bäşinji aýatdan on altynjy aýada çenli bolan bölek 538-nji ýyldan ýakyn wagtda güýje girjek Ýekşenbe kanunyna çenli taryhy görkezýär. Bäşinji aýatdan dokuzynjy aýada çenli bolan aýatlar 538-nji ýylda başlap, 1798-nji ýylda ahyrzamanyň wagtynda tamamlanan papalyk häkimiýetiniň müň iki ýüz altmyş ýyllyk taryhyny aňladýar. Onunjy aýat, ahyrzamanyň wagtynda, 1989-njy ýylda papalygyň Sowet Soýuzyny süpürip aýyran mahaly, kyrkynjy aýatyň nusga bolup görkezýän taryhyny kesgitleýär. On birinji we on ikinji aýatlar Ukrainadaky häzirki proksi urşuny görkezýär; bu urşy Putin bilen Russiýa gazanar, ýöne Putiniň ýeňşinden soňky ýagdaý “Ninewanyň söweşi” bilen we ilkinji “waýyň” taryhynda Yslamy boşadan çuňňur jary açan “açar” bolan “Hysrowyň ýykylşy” bilen ugurdaş bolar.</w:t>
      </w:r>
    </w:p>
    <w:p>
      <w:pPr>
        <w:pStyle w:val="ArticleBody"/>
        <w:jc w:val="left"/>
      </w:pPr>
      <w:r>
        <w:rPr>
          <w:rFonts w:ascii="Times New Roman" w:hAnsi="Times New Roman" w:eastAsia="Times New Roman" w:cs="Times New Roman"/>
        </w:rPr>
        <w:t>Putiniň gysga wagtlyk ýeňşinden soň, on üçden on bäşe çenli aýatlarda Amerikanyň Birleşen Ştatlary proksi urşunda ýeňiş gazanar; ýagny bu, Ikinji Jahan urşundan bäri alnyp barylýan proksi urşunyň jemlenmesidir. Bu bölek üç söweşi görkezýär: birinji söweş, onunjy we kyrkynjy aýatlaryň berjaý bolmagy bilen, 1989-njy ýylda tamamlandy; ikinjisi, häzirki Ukrainadaky uruş bolup, on birinji we on ikinji aýatlary aňladýar; üçünji proksi urşy bolsa, Amerikanyň Birleşen Ştatlarynyň ahyrky ýeňşini aňladyp, on üçünji aýatdan on bäşinji aýada çenli görkezilýär.</w:t>
      </w:r>
    </w:p>
    <w:p>
      <w:pPr>
        <w:pStyle w:val="ArticleBody"/>
        <w:jc w:val="left"/>
      </w:pPr>
      <w:r>
        <w:rPr>
          <w:rFonts w:ascii="Times New Roman" w:hAnsi="Times New Roman" w:eastAsia="Times New Roman" w:cs="Times New Roman"/>
        </w:rPr>
        <w:t>Bäşinji aýatdan on bäşinji aýata çenli görkezilen bu dört döwür babatda ykrar edilmeli zat şudur: häzirki wagtda Ukrainadaky urşy aňladýan soňky iki döwür, soňra bolsa Amerikanyň Birleşen Ştatlarynyň jogap zarbasy, möhürleniş döwründe bolup geçýär. On altynjy aýat Amerikanyň Birleşen Ştatlarynda tizden güýje girjek ýekşenbe kanunyny görkezýär. Bäşinji aýatdan onunjy aýada çenli bolan aýatlar 538-nji ýyldan başlap 1798-nji ýylda ahyrzaman döwrüne, ondan hem 1989-njy ýylda ahyrzaman döwrüne çenli bolan taryhy aňladýar. Şonuň üçin on birinji aýatdan on bäşinji aýada çenli görkezilen ahyrky wekilçilikli urşuň iki söweşi, Ezekieliň on ikinji babynda her bir görnüşiň täsiriniň doly amala aşýandygy görkezilýän döwürde ýerine ýetirilýär.</w:t>
      </w:r>
    </w:p>
    <w:p>
      <w:pPr>
        <w:pStyle w:val="ArticleBody"/>
        <w:jc w:val="left"/>
      </w:pPr>
      <w:r>
        <w:rPr>
          <w:rFonts w:ascii="Times New Roman" w:hAnsi="Times New Roman" w:eastAsia="Times New Roman" w:cs="Times New Roman"/>
        </w:rPr>
        <w:t>Şol görnüşler Hezekiele “tekerleriň içindäki tekerler” hökmünde görkezildi; muny Sister White “adamzat wakalarynyň çylşyrymly özara täsiri” diýip kesgitleýär. Ukrainadaky urşuň taryhy, Putiniň ýeňşi, soňra bolsa onuň heläkçiligi, onuň yzyndan hem Amerikanyň Birleşen Ştatlarynyň ýeňşi — bularyň barysy Hudaýyň Sözüindäki setir üstüne setir açylýan iň çylşyrymly ylhamlaryň biridir.</w:t>
      </w:r>
    </w:p>
    <w:p>
      <w:pPr>
        <w:pStyle w:val="ArticleBody"/>
        <w:jc w:val="left"/>
      </w:pPr>
      <w:r>
        <w:rPr>
          <w:rFonts w:ascii="Times New Roman" w:hAnsi="Times New Roman" w:eastAsia="Times New Roman" w:cs="Times New Roman"/>
        </w:rPr>
        <w:t>Ezekieliň “tigirleriň içindäki tigirler” baradaky beýanyna düşündiriş berip, Uýekeş Waýt şeýle diýýär: Ezekiel şol tigirleri ilkinji gezek göreninde, bu ýagdaý başagaýlyk ýaly bolup göründi, emma ahyrsoňy Ezekiel “adamzat wakalarynyň çylşyrymly özara täsiri” bolan şol tigirlerde kämil tertibi tanady. On birinji aýatdan on bäşinji aýada çenli beýan edilen taryhy dogry paýlamak üçin, Katolik buthanasy bilen nasist Germaniýasynyň arasyndaky gatnaşyk düşünilmelidir, çünki Ukrainadaky nasist ýolbaşçylary şol gatnaşygyň wekilleri bolup durýarlar.</w:t>
      </w:r>
    </w:p>
    <w:p>
      <w:pPr>
        <w:pStyle w:val="ArticleBody"/>
        <w:jc w:val="left"/>
      </w:pPr>
      <w:r>
        <w:rPr>
          <w:rFonts w:ascii="Times New Roman" w:hAnsi="Times New Roman" w:eastAsia="Times New Roman" w:cs="Times New Roman"/>
        </w:rPr>
        <w:t>Şeýle hem, 1918-nji ýylda Portugaliýanyň Fatima şäherinde diýlip atlandyrylýan päk gyz Merýemiň görünmeginiň ornuna, şol taryhda diýlip atlandyrylýan päk gyz Merýemiň üç çaga bilen galdyran üç syryny hem goşmak bilen, düşünmek zerurdyr. Katolik ybadathanasy bilen hudaýsız Russiýanyň arasyndaky göreşi we Ikinji jahan urşuny beýan edýän şol üç habaryň esasy manysy, Ukrainadaky uruşda şöhlelenýän Fatima habarynyň bir bölegidir.</w:t>
      </w:r>
    </w:p>
    <w:p>
      <w:pPr>
        <w:pStyle w:val="ArticleBody"/>
        <w:jc w:val="left"/>
      </w:pPr>
      <w:r>
        <w:rPr>
          <w:rFonts w:ascii="Times New Roman" w:hAnsi="Times New Roman" w:eastAsia="Times New Roman" w:cs="Times New Roman"/>
        </w:rPr>
        <w:t>Fransuz ynkylaby, onuň Katolik ybadathanasyna bolan pygamberlik gatnaşygy we ahyrsoňunda Putini aňladýan Napoleon Bonapart bilen baglylygy hem Ukrainadaky uruşda görkezilen “tigirleriň” biridir. Fransuz ynkylabynyň Amerikanyň Birleşen Ştatlaryna bolan pygamberlik gatnaşygy hem şu taryhda görkezilýär; çünki Fransiýa pese gaçyp barýarka Putin Napoleonyň üsti bilen görkezilişi ýaly, 1989-njy ýylyň söweşinde Katolisizmiň goşunlarynyň başynda bolan öňki aktýor Ronald Reagan hem Ukraina pese gaçyp barýarka öňki aktýor Zelenskini nusgalaýar. Bu aýatlarda biri-biri bilen kesişýän we baglanyşýan tigirlerde, Zelenskini öňe süren we sürüp gelýän Amerikanyň Birleşen Ştatlaryndaky Demokrat syýasatçylar üçin soňky saman çöpi Putin üstün çykanda paş ediler.</w:t>
      </w:r>
    </w:p>
    <w:p>
      <w:pPr>
        <w:pStyle w:val="ArticleBody"/>
        <w:jc w:val="left"/>
      </w:pPr>
      <w:r>
        <w:rPr>
          <w:rFonts w:ascii="Times New Roman" w:hAnsi="Times New Roman" w:eastAsia="Times New Roman" w:cs="Times New Roman"/>
        </w:rPr>
        <w:t>Biz bu gözlegi indiki makalada dowam etdireris.</w:t>
      </w:r>
    </w:p>
    <w:p>
      <w:pPr>
        <w:pStyle w:val="ArticleScripture"/>
        <w:jc w:val="left"/>
      </w:pPr>
      <w:r>
        <w:rPr>
          <w:rFonts w:ascii="Times New Roman" w:hAnsi="Times New Roman" w:eastAsia="Times New Roman" w:cs="Times New Roman"/>
        </w:rPr>
        <w:t>“Hebar derýasynyň kenarynda Hezekiel demirgazykdan gelýän ýaly görünýän bir tüweleýi gördi: ‘uly bir bulut, öz-özüne sarmaşýan bir ot, onuň töwereginde parlaklyk, onuň ortasyndan hem sähraýy reňk kimin bir görnüş çykýardy.’ Biri-biriniň içinden geçýän birnäçe tigir dört janly barlyk tarapyndan herekete getirilýärdi. Bularyň ählisinden has ýokarda ‘tagtyň meňzeşi bardy, sapfir daşy görnüşindäki ýaly; tagtyň meňzeşiniň üstünde bolsa onuň ýokarsynda adam sypatynyň görnüşindäki bir meňzeşlik bardy.’ ‘Keruwlaryň arasynda olaryň ganatlarynyň aşagynda adam eliniň şekili göründi.’ Hezekiel 1:4, 26; 10:8. Tigirleriň düzülişi şeýle bir çylşyrymlydy welin, ilkinji nazarda bulaşyk ýaly görünýärdi; emma olar kämil sazlaşyk bilen hereket edýärdiler. Keruwlaryň ganatlarynyň astyndaky El tarapyndan goldanylýan we ugrukdyrylýan asman barlyklary bu tigirleri herekete getirýärdiler; olaryň ýokarsynda, sapfir tagtyň üstünde, Baky Olan bardy; tagtyň daş-töwereginde bolsa Hudaýy rehim-şepagatyň nyşany bolan älemgoşar bardy.</w:t>
      </w:r>
    </w:p>
    <w:p>
      <w:pPr>
        <w:pStyle w:val="ArticleScripture"/>
        <w:jc w:val="left"/>
      </w:pPr>
      <w:r>
        <w:rPr>
          <w:rFonts w:ascii="Times New Roman" w:hAnsi="Times New Roman" w:eastAsia="Times New Roman" w:cs="Times New Roman"/>
        </w:rPr>
        <w:t>Keruplaryň ganatlarynyň aşagyndaky eliň ýolbaşçylygy astynda tigir kimin çylşyrymly gurluşlar nähili bolan bolsa, adamzat wakalarynyň çylşyrymly akymy hem hut şeýlelikde ylahy gözegçiligiň astyndadyr. Milletleriň dawasy we galmagalynyň arasynda-da keruplaryň ýokarsynda oturan Henizem ýeriň işlerini ugrukdyrýar.</w:t>
      </w:r>
    </w:p>
    <w:p>
      <w:pPr>
        <w:pStyle w:val="ArticleScripture"/>
        <w:jc w:val="left"/>
      </w:pPr>
      <w:r>
        <w:rPr>
          <w:rFonts w:ascii="Times New Roman" w:hAnsi="Times New Roman" w:eastAsia="Times New Roman" w:cs="Times New Roman"/>
        </w:rPr>
        <w:t>Özlerine mälim bolmadyk hakykata özleri bilmän şaýatlyk edip, özlerine bölünip berlen wagty we orny birin-birin eýelän milletleriň taryhy bize ýüzlenýär. Her bir millete-de, şu günüň her bir adamyna-da Hudaý Öz beýik meýilnamasynda orun belläp goýandyr. Şu gün adamlar we milletler hiç bir hata goýbermeýäniň elindäki şakul bilen ölçenilýär. Hemmesi öz saýlawlary arkaly öz ykballaryny kesgitleýärler, we Hudaý Öz maksatlarynyň amala aşmagy üçin bularyň ählisini Öz erkine tabyn edip dolandyrýar.</w:t>
      </w:r>
    </w:p>
    <w:p>
      <w:pPr>
        <w:pStyle w:val="ArticleScripture"/>
        <w:jc w:val="left"/>
      </w:pPr>
      <w:r>
        <w:rPr>
          <w:rFonts w:ascii="Times New Roman" w:hAnsi="Times New Roman" w:eastAsia="Times New Roman" w:cs="Times New Roman"/>
        </w:rPr>
        <w:t>Beýik MEN ÖZÜMÖŇ Öz Sözüne ýazyp goýan taryhy, pygamberlik zynjyryndaky bir halkany beýlekisine baglap, geçmişdäki ebedilikden geljekdäki ebedilige çenli, bize şu gün döwürleriň ýörişinde nirede durandygymyzy we öňde geljek wagtda nämelere garaşmalydygyny aýdýar. Pygamberligiň şu wagta çenli bolup geçjek diýip öňünden aýdyp goýan zatlarynyň ählisi taryhyň sahypalarynda yzarlanyldy, we biz heniz gelmeli bolan zatlaryň hemmesiniň hem öz tertibi boýunça ýerine ýetiriler diýip ynamly bolup bileris. Terbiýe,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altmyş dördünji</dc:title>
  <dc:subject>Danyýel 11-iň pygamberlik ähmiýeti: taryhy we geljekki manylaryny aýan etmek</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