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 altynjy bölüm</w:t>
      </w:r>
    </w:p>
    <w:p>
      <w:pPr>
        <w:pStyle w:val="ArticleSubtitle"/>
        <w:jc w:val="left"/>
      </w:pPr>
      <w:r>
        <w:rPr>
          <w:rFonts w:ascii="Arial" w:hAnsi="Arial" w:eastAsia="Arial" w:cs="Arial"/>
        </w:rPr>
        <w:t>Pygamberligiň Syrlaryny Açmak: Fransuz ynkylaby, Putiniň Russiýasy we Ukrainadaky gapma-garşylyk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1989-njy ýylda ahyrzamanyň wagtal-wagtal nusgalylaşdyrylmagyny onunjy aýatyň pygamberlik taryhy arkaly göz öňünde tutup başlamazdan öň, ýer ýüzüniň haýwanynyň iki şahasynyň hem üçünji nesliniň taryhyna dolanmak zerurdyr. 1913-nji ýylda ýer ýüzüniň haýwanynyň respublikançylyk şahasy globalistik bank ulgamı bilen öz ylalaşyga gitmek neslini başlady, 1919-njy ýylda bolsa hakyky protestantçylygyň şahasy dünýä öz bilim ulgamynyň akkreditasiýasyny tabşyran mahaly, dinden çykan protestantçylygyň teologlary hem-de Amerikanyň Lukmançylyk Assosiasiýasy bilen öz ylalaşyga gitmek neslini başlady. Iki şaha hem şol pursatdan başlap öz degişli habarlarynyň ugruny üýtgetjek dünýä bilen ylalaşykly gatnaşygy başlady.</w:t>
      </w:r>
    </w:p>
    <w:p>
      <w:pPr>
        <w:pStyle w:val="ArticleBody"/>
        <w:jc w:val="left"/>
      </w:pPr>
      <w:r>
        <w:rPr>
          <w:rFonts w:ascii="Times New Roman" w:hAnsi="Times New Roman" w:eastAsia="Times New Roman" w:cs="Times New Roman"/>
        </w:rPr>
        <w:t>Şol taryhda demirgazygyň patyşasy üçin başlangyç nokat, şeýle hem ahyrky günleriň günortanyň patyşasy üçin hem öwrülişik nokadyna ýetdi. Fatima gudraty 1917-nji ýylyň 13-nji oktýabrynda Portugaliýanyň Fatima şäherinde bolup geçdi. Ol üç ýaş çopan çaganyň: Lusiýa dos Santosyň hem-de onuň doganoglanlary Fransisko we Jasinta Martonyň şaýat bolan Merýem bilen bagly peýda bolmalaryň bir toparynyň jemlenmesi boldy. Çagalaryň beren maglumatlaryna görä, Fatimanyň Biziň Hanymymyz hökmünde tanalýan Perişde Merýem 1917-nji ýylyň maý aýyndan oktýabr aýyna çenli her aýyň 13-nji gününde olara göründi.</w:t>
      </w:r>
    </w:p>
    <w:p>
      <w:pPr>
        <w:pStyle w:val="ArticleBody"/>
        <w:jc w:val="left"/>
      </w:pPr>
      <w:r>
        <w:rPr>
          <w:rFonts w:ascii="Times New Roman" w:hAnsi="Times New Roman" w:eastAsia="Times New Roman" w:cs="Times New Roman"/>
        </w:rPr>
        <w:t>1917-nji ýylyň 13-nji oktýabryndaky soňky görünüş mahalynda, çagalaryň öňünden aýdşy ýaly bir gudratyň şaýady bolmaga garaşyp, on müňlerçe adam Fatimanyň golaýyndaky Kowa da Iriada ýygnandy. Şaýatlaryň aýtmagyna görä, gün öz reňklerini üýtgedýän, aýlanýan we asmanda tans edýän ýaly göründi. Bu waka soňra Günüň gudraty ýa-da Fatimanyň gudraty diýlip tanaldy.</w:t>
      </w:r>
    </w:p>
    <w:p>
      <w:pPr>
        <w:pStyle w:val="ArticleBody"/>
        <w:jc w:val="left"/>
      </w:pPr>
      <w:r>
        <w:rPr>
          <w:rFonts w:ascii="Times New Roman" w:hAnsi="Times New Roman" w:eastAsia="Times New Roman" w:cs="Times New Roman"/>
        </w:rPr>
        <w:t>Fatima gudraty katolik taryhynda we ybadatynda möhüm wakadyr, we ol ýyllaryň dowamynda köp sanly öwrenişiň, jedelleriň hem-de dini düşündirişleriň mowzugy bolup geldi. Fatimada bolup geçen wakalar halk ybadatyna, Maryýa wepalylygyna hem-de Katolik kilisesiniň çäginde apokaliptik temalaryň düşündirilişine uzak möhletleýin täsir ýetirdi.</w:t>
      </w:r>
    </w:p>
    <w:p>
      <w:pPr>
        <w:pStyle w:val="ArticleBody"/>
        <w:jc w:val="left"/>
      </w:pPr>
      <w:r>
        <w:rPr>
          <w:rFonts w:ascii="Times New Roman" w:hAnsi="Times New Roman" w:eastAsia="Times New Roman" w:cs="Times New Roman"/>
        </w:rPr>
        <w:t>Bolşewik rewolýusiýasy Russiýada 1917-nji ýylyň 7-nji noýabrynda bolup geçdi; şol gün Wladimir Leniniň we Bolşewik partiýasynyň ýolbaşçylygyndaky bolşewik güýçleri Petrograddaky (häzirki Sankt-Peterburg) hökümetiň esasy binalaryny we infrastrukturasyny eýeledi. Bu waka 1917-nji ýylyň Russiýa rewolýusiýasynyň jemleniş nokadyny aňlatdy; şol rewolýusiýa ýylyň başynda bolup geçen Fewral rewolýusiýasy bilen başlan bolup, onuň netijesinde patyşa Nikolaý II tagtdan ýüz öwürdi we wagtlaýyn hökümet döredildi.</w:t>
      </w:r>
    </w:p>
    <w:p>
      <w:pPr>
        <w:pStyle w:val="ArticleBody"/>
        <w:jc w:val="left"/>
      </w:pPr>
      <w:r>
        <w:rPr>
          <w:rFonts w:ascii="Times New Roman" w:hAnsi="Times New Roman" w:eastAsia="Times New Roman" w:cs="Times New Roman"/>
        </w:rPr>
        <w:t>Rewolýusiýanyň dowamynda bolşewikler wagtlaýyn hökümeti üstünlikli agdaryp, Russiýanyň üstünden Sowet gözegçiligini ýola goýdular. Bolşewikler sosialistik döwletiň döredilendigini yglan edip, özleriniň rewolýusion maksatnamasyny durmuşa geçirmäge başladylar; munuň içine senagaty millileşdirmek, ýeri gaýtadan paýlamak hem-de Russiýany Birinji Jahan urşundan çykarmak girýärdi. Oktýabr rewolýusiýasy ahyrsoňy Sowet Soýuzynyň döredilmegine getirdi we Russiýa hem-de bütin dünýä üçin çuňňur hem giň gerimli netijeleri döretdi, XX asyryň taryhynyň ösüş ugruny kesgitledi.</w:t>
      </w:r>
    </w:p>
    <w:p>
      <w:pPr>
        <w:pStyle w:val="ArticleBody"/>
        <w:jc w:val="left"/>
      </w:pPr>
      <w:r>
        <w:rPr>
          <w:rFonts w:ascii="Times New Roman" w:hAnsi="Times New Roman" w:eastAsia="Times New Roman" w:cs="Times New Roman"/>
        </w:rPr>
        <w:t>Isa soňuny başlangyç arkaly suratlandyrýar, hem-de soňky günleriň demirgazygyň patyşasyny we günortanyň patyşasyny doly görmek üçin olaryň başlangyçlaryna düşünmek zerurdyr. Danyýel kitabynyň on birinji babynda görkezilen göni manydaky günortanyň we demirgazygyň patyşalary şeýle kesgitlenýär: günortanyň patyşasy hökmünde Müsüriň göni manydaky çägine höküm sürýän güýç, demirgazygyň patyşasy hökmünde bolsa Wawilon bilen baglanyşykly göni manydaky geografik sebite höküm sürýän güýç.</w:t>
      </w:r>
    </w:p>
    <w:p>
      <w:pPr>
        <w:pStyle w:val="ArticleBody"/>
        <w:jc w:val="left"/>
      </w:pPr>
      <w:r>
        <w:rPr>
          <w:rFonts w:ascii="Times New Roman" w:hAnsi="Times New Roman" w:eastAsia="Times New Roman" w:cs="Times New Roman"/>
        </w:rPr>
        <w:t>Göni pygamberlik haç döwründe ruhy pygamberlige geçdi; şol döwürde gadymy göni Ysraýyl häzirki zaman ruhy Ysraýyla geçip barýardy. Göni butparaz Rim biziň eramyzyň 67-nji ýylyndan 70-nji ýylyna çenli üç ýarym göni ýyl dowamynda göni Iýerusalimi depeledi, ruhy papalyk Rimi bolsa ruhy Iýerusalimi üç ýarym ruhy ýyl dowamynda depeledi.</w:t>
      </w:r>
    </w:p>
    <w:p>
      <w:pPr>
        <w:pStyle w:val="ArticleBody"/>
        <w:jc w:val="left"/>
      </w:pPr>
      <w:r>
        <w:rPr>
          <w:rFonts w:ascii="Times New Roman" w:hAnsi="Times New Roman" w:eastAsia="Times New Roman" w:cs="Times New Roman"/>
        </w:rPr>
        <w:t>Ruhy Wawilon, Ylham kitaby on ýedinji bapda ýer ýüzüniň patyşalary bilen zyna edýän jelep hökmünde anyk görkezilýär. Ruhy Müsür bolsa, Ylham kitaby on birinji bapda hudaýsyz Fransiýa hökmünde anyk görkezilýär. Demirgazygyň ruhy patyşasynyň häzirki zaman görnüşleri — ahyrzaman wagtynda, 1798-nji ýylda öz öldüriji ýarasyny alan we soňra ahyrzaman wagtynda, 1989-njy ýylda günortanyň ruhy patyşasynyň häzirki zaman görnüşine garşy jogap urşuny alyp baran güýç — ikisi hem Danyýel on birinji bap, kyrkynjy aýatda beýan edilýär. Bu iki güýjüň hem soňky günlerdäki ýüze çykyşlarynyň gözbaşy 1917–1918-nji ýyllar aralygyna daýanýar; bu bolsa ýer ýüzüniň ýyrtyjysynyň iki şahasy üçin hem ylalaşyk nesliniň şol bir döwür çägidir. Ahyrlaryny dogry ulanmak üçin şol başlangyçlar hökman ykrar edilmelidir. Demirgazygyň we günortanyň soňky günlerdäki patyşalarynyň başlangyçlary ikisi hem Fransuz ynkylabyndan başlanýar.</w:t>
      </w:r>
    </w:p>
    <w:p>
      <w:pPr>
        <w:pStyle w:val="ArticleScripture"/>
        <w:jc w:val="left"/>
      </w:pPr>
      <w:r>
        <w:rPr>
          <w:rFonts w:ascii="Times New Roman" w:hAnsi="Times New Roman" w:eastAsia="Times New Roman" w:cs="Times New Roman"/>
        </w:rPr>
        <w:t>“On altynjy asyrda Reformasiýa halka açyk Mukaddes Kitaby hödürläp, Ýewropanyň ähli ýurtlaryna girmäge çalyşdy. Käbir milletler ony Gögüň bir habarchysy hökmünde şatlyk bilen garşyladylar. Beýleki ýurtlarda bolsa papalyk onuň girmeginiň öňüni almaga uly derejede üstünlik gazandy; şeýlelikde, beýgeldiji täsirleri bilen Mukaddes Kitap hakyndaky bilimiň nury tas bütinleý daşarda goýuldy. Bir ýurtda bolsa, nur içeri ýol tapsa-da, garaňkylyk ony aňlamady. Asyrlar boýy hakykat bilen ýalňyşlyk agalyk ugrunda göreşdi. Ahyrynda ýamanlyk ýeňdi, Gögüň hakykaty bolsa daşlaşdyrylyp çykaryldy. ‘Höküm şundan ybaratdyr: dünýä nur geldi, emma adamlar nura garanda garaňkylygy has söýdüler.’ Ýahýa 3:19. Millet özüniň saýlap alan ýolunyň netijelerini ormaga galdyryldy. Onuň merhemetiniň sowgadyny ýigrenen halkdan Hudaýyň Ruhunyň saklaýjy täsiri aýryldy. Ýamanlyga kämillige ýetmäge ýol berildi. Bütin dünýä bolsa nury bilkastlaýyn ret etmegiň miwesini gördi.”</w:t>
      </w:r>
    </w:p>
    <w:p>
      <w:pPr>
        <w:pStyle w:val="ArticleScripture"/>
        <w:jc w:val="left"/>
      </w:pPr>
      <w:r>
        <w:rPr>
          <w:rFonts w:ascii="Times New Roman" w:hAnsi="Times New Roman" w:eastAsia="Times New Roman" w:cs="Times New Roman"/>
        </w:rPr>
        <w:t>Mukaddes Kitaba garşy uruş Fransiýada şeýle köp asyrlaryň dowamynda dowam etdirilip, ahyrsoňy Rewolýusiýanyň sahnalarynda öz iň ýokary nokadyna ýetdi. Şol elhenç partlama Rim tarapyndan Mukaddes Ýazgylaryň basylyp ýatyrylmagynyň diňe kanuny netijesi boldy. Ol dünýäniň haçanam şaýat bolan zatlarynyň iň täsirli mysaly boldy: papalyk syýasatynyň amala aşmagynyň mysaly, ýagny Rim buthanasynyň taglymatynyň müň ýyldan gowrak wagt bäri alyp barýan ugrunyň nähili netijelere eltýändiginiň mysaly.</w:t>
      </w:r>
    </w:p>
    <w:p>
      <w:pPr>
        <w:pStyle w:val="ArticleScripture"/>
        <w:jc w:val="left"/>
      </w:pPr>
      <w:r>
        <w:rPr>
          <w:rFonts w:ascii="Times New Roman" w:hAnsi="Times New Roman" w:eastAsia="Times New Roman" w:cs="Times New Roman"/>
        </w:rPr>
        <w:t>“Papal agalygy döwründe Mukaddes Ýazgylaryň basylyp ýatyrylmagy pygamberler tarapyndan öňünden aýdylypdy; şeýle hem Ylhamçy, «günä adamsynyň» hökümranlygynyň esasan hem Fransiýa üçin getirmeli bolan elhenç netijelerine-de yşarat edýär.” Beýik göreş, 265, 266.</w:t>
      </w:r>
    </w:p>
    <w:p>
      <w:pPr>
        <w:pStyle w:val="ArticleBody"/>
        <w:jc w:val="left"/>
      </w:pPr>
      <w:r>
        <w:rPr>
          <w:rFonts w:ascii="Times New Roman" w:hAnsi="Times New Roman" w:eastAsia="Times New Roman" w:cs="Times New Roman"/>
        </w:rPr>
        <w:t>Fransuz ynkylaby “papanyň agalyk süren döwründe” Mukaddes Ýazgylaryň basylyp ýatyrylmagy netijesinde ýüze çykdy. Papalygyň iň baş duşmanyna öwrülmeli bolan ateizmiň döreýşi hut papalygyň özüniň eli bilen amala aşyryldy. Fransuz ynkylaby 1789-njy ýyldan 1799-njy ýyla çenli dowam etdi, emma Fransiýada başlanan ateistik ynkylap ruhy bütin Ýewropa we ondan daşarlara hem ýaýramagyny dowam etdirdi. Fransiýadaky ynkylabyň tamamlanmagyndan bir ýüz on sekiz ýyl soň, Russiýada Rus ynkylaby başlandy. Fransiýada başlan ateizmiň ynkylaby Russiýada tamamlandy, we 1917-nji ýylda Russiýa Müsüriň ateizmi arkaly alamatlandyrylan milletiň pygamberlikdäki wekili boldy. Günorta patyşasy hökmünde görkezilen aždaha güýji Fransiýadan Russiýa göçüpdi.</w:t>
      </w:r>
    </w:p>
    <w:p>
      <w:pPr>
        <w:pStyle w:val="ArticleBody"/>
        <w:jc w:val="left"/>
      </w:pPr>
      <w:r>
        <w:rPr>
          <w:rFonts w:ascii="Times New Roman" w:hAnsi="Times New Roman" w:eastAsia="Times New Roman" w:cs="Times New Roman"/>
        </w:rPr>
        <w:t>Fransiýadaky ynkylap syýasy we pygamberlik taýdan Napoleon Bonapart tarapyndan şekillendirildi, we şol manyda Napoleon Müsüriň ateizmi netijesinde ýüze çykan ynkylap arkaly döredilen milletiň ilkinji ýolbaşçysyny aňladýar. Napoleonyň narsissizmi Putiniň narsissizmi tarapyndan ýerlikli gaýtalanýar.</w:t>
      </w:r>
    </w:p>
    <w:p>
      <w:pPr>
        <w:pStyle w:val="ArticleBody"/>
        <w:jc w:val="left"/>
      </w:pPr>
      <w:r>
        <w:rPr>
          <w:rFonts w:ascii="Times New Roman" w:hAnsi="Times New Roman" w:eastAsia="Times New Roman" w:cs="Times New Roman"/>
        </w:rPr>
        <w:t>Napoleon şekil-täswiriň hem-de propaganda güýjüniň nähili beýikdigine örän çuňňur düşünýärdi; öňki KGB ofiseri bolan Putin hem şonuň ýalydyr. KGB propaganda işine ýöriteleşendir. Napoleon öz ygtyýarlygyny, kuwwatyny hem-de ýolbaşçylyk keşbini halka görkezmegiň serişdesi hökmünde portret sungatyndan peýdalandy. Ol öz döwrüniň iň meşhur suratkeşleriniň birnäçesine, şol sanda Žak-Lui Dawid, Antuan-Žan Gro we Žan-Ogýust-Dominik Engr ýaly ussatlara portretleri sargyt etdi.</w:t>
      </w:r>
    </w:p>
    <w:p>
      <w:pPr>
        <w:pStyle w:val="ArticleBody"/>
        <w:jc w:val="left"/>
      </w:pPr>
      <w:r>
        <w:rPr>
          <w:rFonts w:ascii="Times New Roman" w:hAnsi="Times New Roman" w:eastAsia="Times New Roman" w:cs="Times New Roman"/>
        </w:rPr>
        <w:t>Bu portretler Napoleony dürli duruşlarda we şertlerde şekillendirýärdi; olar resmi döwlet portretlerinden başlap, has resmi däl sahnalara çenli uzalýardy. Olar diňe bir Napoleonyň özi üçin şahsy ýadygärlikler bolman, eýsem onuň keşbini we täsirini içerki hem-de halkara derejede ýaýratmagyň serişdeleri bolup hyzmat edýärdi. Putin hem özüne degişli, internetdäki häzirki zaman täsir edijileriniň islendigi bilen bäsleşip biljek şertlerde düşürilen köp sanly surat arkaly hut şonuň ýaly işi amala aşyrdy.</w:t>
      </w:r>
    </w:p>
    <w:p>
      <w:pPr>
        <w:pStyle w:val="ArticleBody"/>
        <w:jc w:val="left"/>
      </w:pPr>
      <w:r>
        <w:rPr>
          <w:rFonts w:ascii="Times New Roman" w:hAnsi="Times New Roman" w:eastAsia="Times New Roman" w:cs="Times New Roman"/>
        </w:rPr>
        <w:t>Fransuz ynkylabynyň başynda patyşa, onuň maşgalasy we köşk gullukçylary agdarylyp, jezalandyryldy. Rus ynkylabynyň başynda hem çar, onuň maşgalasy we köşk gullukçylary agdarylyp, jezalandyryldy. Fransiýada başlanan ynkylap Russiýada öz iň soňky netijesine ýetdi. Fransuz ynkylaby Ylham kitabynyň on birinji bapdaky pygamberligiň mowzugydyr, şonuň üçin hem Fransuz ynkylaby pygamberlik düşündirişiniň kadalaryna tabyndyr. Isa hemişe bir zadyň soňuny şol zadyň başlangyjy bilen görkezýär; şonuň üçin Rus ynkylaby Fransuz ynkylabynyň soňudyr.</w:t>
      </w:r>
    </w:p>
    <w:p>
      <w:pPr>
        <w:pStyle w:val="ArticleBody"/>
        <w:jc w:val="left"/>
      </w:pPr>
      <w:r>
        <w:rPr>
          <w:rFonts w:ascii="Times New Roman" w:hAnsi="Times New Roman" w:eastAsia="Times New Roman" w:cs="Times New Roman"/>
        </w:rPr>
        <w:t>Wladimir Putin Müsüriň hudaýsızlygy bilen amala aşyrylan rewolýusiýada döredilen bir milletiň soňky ýolbaşçysyny aňladýar. Russiýanyň ilkinji ýolbaşçysy Wladimir Lenindi. “Wladimir” ady slawýan gelip çykyşly bolup, iki bölekden ybaratdyr: “wlad” we “mir.” “Wlad” slawýan köki bolan “wladeti” sözünden gelip çykýar, onuň manysy “höküm sürmek” ýa-da häkimiýeti ulanmakdyr. “Mir” bolsa “dünýä” diýmegi aňladýar. Ilkinji Wladimir (Lenin) soňky Wladimiri (Putin) nusgalaýar; ol, şeýle hem, hudaýsızlyk rewolýusiýasynyň ilkinji ýolbaşçysy (Napoleon) tarapyndan hem nusgalanýar.</w:t>
      </w:r>
    </w:p>
    <w:p>
      <w:pPr>
        <w:pStyle w:val="ArticleBody"/>
        <w:jc w:val="left"/>
      </w:pPr>
      <w:r>
        <w:rPr>
          <w:rFonts w:ascii="Times New Roman" w:hAnsi="Times New Roman" w:eastAsia="Times New Roman" w:cs="Times New Roman"/>
        </w:rPr>
        <w:t>1814-nji ýylyň aprelinde Altynjy koalisiýanyň urşunda Napoleonyň ýeňlişe sezewar edilmeginden we Fontenblo şertnamasyndan soň, ol Fransiýanyň tagtyndan ýüz öwrüp, Ortaýer deňzindäki Elba adasyna sürgün edildi. Oňa adanyň üstünden hökümdarlyk hukugy berildi we örän çäklendirilen ýagdaýda bolsa-da, Imperator diýen adyny saklamaga rugsat edildi. Napoleon Elbada takmynan on aý geçirdi; şol döwrüň dowamynda ol Fransiýada häkimiýete gaýdyp gelmek üçin meýilnamalar düzdi. Elbadan gaçyp çykmagyndan we Ýüz gün döwründe Fransiýada gysga wagtlyk häkimiýete dolanmagyndan soň, Napoleon 1815-nji ýylyň iýunynda Waterloo söweşinde aýgytly ýeňildi. Bu ýeňlişden soň, soýuzdaş döwletler, aýratyn-da Beýik Britaniýa, Napoleonyň mundan beýläk haýsydyr bir başa bela sebäp bolmagynyň öňüni almaga berk karar etdiler. Şonuň netijesinde, ol ýene-de sürgün edildi, bu gezek Günorta Atlantikadaky uzakdaky Keramatly Ýelena adasyna. Napoleon ömrüniň galan bölegini 1821-nji ýylda aradan çykýança Keramatly Ýelena adasyndaky sürgünde geçirdi.</w:t>
      </w:r>
    </w:p>
    <w:p>
      <w:pPr>
        <w:pStyle w:val="ArticleBody"/>
        <w:jc w:val="left"/>
      </w:pPr>
      <w:r>
        <w:rPr>
          <w:rFonts w:ascii="Times New Roman" w:hAnsi="Times New Roman" w:eastAsia="Times New Roman" w:cs="Times New Roman"/>
        </w:rPr>
        <w:t>Putin köne gwardiýa KGB-niň wekillerinden biridir. KGB 1954-nji ýyldan 1991-nji ýylda dargadylýança Sowet Soýuzynyň esasy howpsuzlyk we aňtaw gullugy bolupdy. Ol ýurduň içki howpsuzlygy, garşy-aňtaw işleri hem-de ýurduň içinde-de, halkara derejesinde-de aňtaw maglumatlaryny toplamak üçin jogapkärdi. KGB özüniň giň möçberli içalular ulgamy, gözegçilik amallary we Kommunistik düzgün-tertibiň ilat üstündäki gözegçiligini saklap durmakdaky orny bilen tanalýardy. Wladimir Putin Sowet Soýuzynyň esasy howpsuzlyk we aňtaw gullugy bolan KGB-niň (Döwlet Howpsuzlyk Komitetiniň) agzasydy.</w:t>
      </w:r>
    </w:p>
    <w:p>
      <w:pPr>
        <w:pStyle w:val="ArticleBody"/>
        <w:jc w:val="left"/>
      </w:pPr>
      <w:r>
        <w:rPr>
          <w:rFonts w:ascii="Times New Roman" w:hAnsi="Times New Roman" w:eastAsia="Times New Roman" w:cs="Times New Roman"/>
        </w:rPr>
        <w:t>Putin 1975-nji ýylda Leningrad Döwlet Uniwersitetini tamamlanyndan soň KGB-ä goşuldy. Putin 1991-nji ýylda Sowet Soýuzynyň dargamagyna çenli KGB-de işledi; şondan soň bolsa syýasata girdi we ahyrsoňy 2000-nji ýylda Russiýanyň Prezidenti boldy. Onuň KGB-däki geçmişi dolandyryşa we daşary syýasata bolan çemeleşmesine düýpli täsir etdi. Napoleonyň ilkinji sürgüni — Elba adasynda bolmagy — KGB-niň filosofiýasynyň gaýdyp gelen 1991-nji ýyldan 2000-nji ýyla çenli bolan taryhy aňladýar. Putin ahyrsoňy, on üçden on bäşe çenli aýatlarda görkezilişi ýaly, ýeňlenende, şol ikinji ýeňliş (birinjisi 1989 bolmak bilen) Waterloony we Napoleonyň öz ölen ikinji sürgünini nusgalaýar.</w:t>
      </w:r>
    </w:p>
    <w:p>
      <w:pPr>
        <w:pStyle w:val="ArticleBody"/>
        <w:jc w:val="left"/>
      </w:pPr>
      <w:r>
        <w:rPr>
          <w:rFonts w:ascii="Times New Roman" w:hAnsi="Times New Roman" w:eastAsia="Times New Roman" w:cs="Times New Roman"/>
        </w:rPr>
        <w:t>Napoleon 1798-nji we 1799-njy ýyllarda papalyga öldüriji ýarany ýetirdi. 1799-njy ýylda Fransiýada Fransuz ynkylaby tamamlandy, emma 1917-nji ýyla çenli ol Russiýa baryp ýetdi we Bolşewik ynkylabyna öwrüldi. 1917-nji ýylda Portugaliýada Fatima gudraty bolup geçdi, we güman edilişine görä, Merýem we Ýusup bilen aragatnaşyk saklan üç çaga üç sany gizlin habary aldy. Bu üç habar, diňe papanyň, ýagny demirgazygyň patyşasynyň okamagy üçin niýetlenendigi manysynda gizlin bolupdy. Habarlar papaga Katolik buthanasynyň ýolbaşçylary bilen aýratyn ýygnak çagyrmagy we bir ýyl öň ýaňy kommunistik Russiýa öwrülen Russiýany gyz Merýeme bagyşlamak üçin ýörite dabarany geçirmegi buýurýardy.</w:t>
      </w:r>
    </w:p>
    <w:p>
      <w:pPr>
        <w:pStyle w:val="ArticleBody"/>
        <w:jc w:val="left"/>
      </w:pPr>
      <w:r>
        <w:rPr>
          <w:rFonts w:ascii="Times New Roman" w:hAnsi="Times New Roman" w:eastAsia="Times New Roman" w:cs="Times New Roman"/>
        </w:rPr>
        <w:t>Habarlar, eger papa Russiýany Merýeme bagyşlamak baradaky buýrugy ýerine ýetirmekden ýüz öwürse, dünýäniň ýene bir jahan urşuny başdan geçirjekdigi barada duýduryşy öz içine alýardy (birinji jahan urşy gudratdan bir aý soň tamamlanmalydy). Fatima habarlary konserwatiw katolik pygamberlik düşündirişiniň gurluşyna öwrüldi. Ol katolik buthanasynyň içindäki göreşi, ýagny papa Ioann Pawel II we Birinji Watikan Geňeşi tarapyndan wekilçilik edilýän konserwatiw katolisizm bilen häzirki “woke-papa” we Ikinji Watikan Geňeşi tarapyndan wekilçilik edilýän liberal katolisizmiň arasyndaky göreşi kesgitledi.</w:t>
      </w:r>
    </w:p>
    <w:p>
      <w:pPr>
        <w:pStyle w:val="ArticleBody"/>
        <w:jc w:val="left"/>
      </w:pPr>
      <w:r>
        <w:rPr>
          <w:rFonts w:ascii="Times New Roman" w:hAnsi="Times New Roman" w:eastAsia="Times New Roman" w:cs="Times New Roman"/>
        </w:rPr>
        <w:t>Fatima habarlarynda “gowy papa” “ak papa”, “erbet papa” bolsa “gara papa” diýlip görkezildi. Gowy papa, Papa Ioann Pavel II, Fatima Bikiresini özüne ýol görkeziji but hökmünde ykrar eden konserwatiw papady; erbet papa bolsa, “woke-papa” bolup, ol hem özüni “gyz Maryam” diýlip atlandyrylýan şahsdan gelýän islendik habarlary ret edýär. Portugaliýanyň Fatima şäherindäki zyýaratgähine baryp, çägine gireniňizde, girelge bir tarapda gara papanyň, beýleki tarapda bolsa ak papanyň iki äpet heýkeliniň arasynda ýerleşdirilendir; şeýlelikde, bu, Fatima pygamberliklerinde görkezilen içki göreşi aňladýar.</w:t>
      </w:r>
    </w:p>
    <w:p>
      <w:pPr>
        <w:pStyle w:val="ArticleBody"/>
        <w:jc w:val="left"/>
      </w:pPr>
      <w:r>
        <w:rPr>
          <w:rFonts w:ascii="Times New Roman" w:hAnsi="Times New Roman" w:eastAsia="Times New Roman" w:cs="Times New Roman"/>
        </w:rPr>
        <w:t>Fatimanyň üç gizlin habarynyň beýleki bir bölegi Katolisizmiň (demirgazygyň patyşasy) we ateizmiň (günortanyň patyşasy) arasyndaky söweşe berýän aýratyn ünsi bolupdy. Katolisizmiň we ateist Russiýanyň arasyndaky söweşiň, Katolisizmiň uly bir bölegine ugrukdyrýan şeýtany pygamberligiň bir temasy bolup durýandygyny ykrar etmezden, Ikinji Jahan urşy döwründe Katolik buthanasynyň nasist Germaniýasyna beren goldawyna düşünmek kyn, hatda mümkin däl.</w:t>
      </w:r>
    </w:p>
    <w:p>
      <w:pPr>
        <w:pStyle w:val="ArticleBody"/>
        <w:jc w:val="left"/>
      </w:pPr>
      <w:r>
        <w:rPr>
          <w:rFonts w:ascii="Times New Roman" w:hAnsi="Times New Roman" w:eastAsia="Times New Roman" w:cs="Times New Roman"/>
        </w:rPr>
        <w:t>Ikinji Jahan urşy döwründe, 1941-nji ýylyň 8-nji sentýabryndan 1944-nji ýylyň 27-nji ýanwaryna çenli dowam eden Leningrad söweşi taryhda iň uzak we iň gazaply gabawlaryň biri boldy. 1942-nji ýylyň 23-nji awgustyndan 1943-nji ýylyň 2-nji fewralyna çenli bolup geçen Stalingrad söweşi köplenç Ikinji Jahan urşunyň iň ganly we iň möhüm söweşi hasaplanýar. Bu söweş iki tarapda-da ägirt uly ýitgilere getirdi; çaklamalara görä, ölenleri, ýaralananlary we ýesir düşen esgerleri goşmak bilen, umumy ýitgiler 2 milliondan gowrak boldy. Stalingrad söweşi urşuň öwrülişik nokadyny hem alamatlandyrdy, sebäbi ol Sowet goşunynyň Nemes goşunynyň üstünden aýgytly ýeňiş gazanmagyna getirip, soňunda nasistik Germaniýanyň ýeňilmegine ýol açdy.</w:t>
      </w:r>
    </w:p>
    <w:p>
      <w:pPr>
        <w:pStyle w:val="ArticleBody"/>
        <w:jc w:val="left"/>
      </w:pPr>
      <w:r>
        <w:rPr>
          <w:rFonts w:ascii="Times New Roman" w:hAnsi="Times New Roman" w:eastAsia="Times New Roman" w:cs="Times New Roman"/>
        </w:rPr>
        <w:t>Nasist Germaniýasynyň Russiýa garşy alyp baran urşunyň, esasan-da ýaňy agzalan şol iki söweşdäki ornuny ykrar etmezden, Germaniýanyň Katolik ybadathanasynyň gizlin ýarany hökmünde eýelän ornuna düşünmek kyn bolýar. Fatimanyň Merýeminiň şeýtany pygamberliginiň itergi bermegi bilen, Katoliklik tarapyndan Russiýanyň ateizmine, soňra bolsa kommunistik Sowet Soýuzyna garşy alnyp barlan ruhy urşuň esaslaryna düşünilmezse, Ikinji jahan urşundan soň Katolikçiligiň nasist uruş jenaýatçylaryny gizlinlikde penalamagynyň we soňra olary dünýäniň çar künjegine geçirmeginiň mantygy gözden gaçýar. Nasistler Russiýa garşy göreşde Katolikçiligiň wekili goşunydy.</w:t>
      </w:r>
    </w:p>
    <w:p>
      <w:pPr>
        <w:pStyle w:val="ArticleBody"/>
        <w:jc w:val="left"/>
      </w:pPr>
      <w:r>
        <w:rPr>
          <w:rFonts w:ascii="Times New Roman" w:hAnsi="Times New Roman" w:eastAsia="Times New Roman" w:cs="Times New Roman"/>
        </w:rPr>
        <w:t>Fatima pygamberlik logikasyna görä, ateist Russiýanyň baştutany Putin, ýolbaşçylarynyň nasistlerdigi aç-açan mälim bolan Ukrainadaky urşa gatnaşýar. Ikinji Jahan urşundan başlap we şondan soňra Fatimanyň ateizme garşy urşunyň ýerüsti goşunlary faşizm we nasizmdir. Elbetde, Ukrain hökümetiniň ýolbaşçylary baradaky bu hakykat gowy resminamalaşdyrylan bolsa-da, Gitleriň Reýh Halky Maglumatlandyryş we Propaganda ministrliginiň häzirki zaman görnüşi (esasy akym köpçülikleýin habar beriş serişdeleri) bu faktlary ellerinden gelençe gizledi.</w:t>
      </w:r>
    </w:p>
    <w:p>
      <w:pPr>
        <w:pStyle w:val="ArticleBody"/>
        <w:jc w:val="left"/>
      </w:pPr>
      <w:r>
        <w:rPr>
          <w:rFonts w:ascii="Times New Roman" w:hAnsi="Times New Roman" w:eastAsia="Times New Roman" w:cs="Times New Roman"/>
        </w:rPr>
        <w:t>“Ukraine” ady slawýanlaryň “ukraina” sözünden gelip çykýar, onuň manysy “serhet ýeri” ýa-da “gyra” diýmekdir. Bu at taryhy taýdan häzirki Ukrainadan öň bolan orta asyr döwleti Kiýew Rusynyň serhet sebitlerine degişlilikde ulanylypdyr we ol Gündogar Ýewropa bilen Ýewraziýanyň çatrygynda ýerleşýär. Taryhyň dowamynda ol Wizantiýa imperiýasy, Osman imperiýasy, Rus imperiýasy we beýlekiler bilen birlikde dürli medeniýetleriň, siwilizasiýalaryň we imperiýalaryň duşuşyk nokady bolup hyzmat etdi. Onuň strategik ýerleşişi ony möhüm medeni, syýasy we harby özara täsirleriň başdan geçirilýän serhet sebitine öwürdi. Orta asyrlarda Ukraina häzirki Ukrainanyň, Russiýanyň we Belarusuň käbir böleklerini öz içine alan kuwwatly döwlet bolan Kiýew Rusynyň serhet sebiti bolupdy. Kiýew Rusy wagtyň geçmegi bilen giňelip we kiçelip durka, onuň serhetleri hem köplenç üýtgäpdir, Ukraina bolsa döwletiň çetinde galmagyny dowam etdiripdir.</w:t>
      </w:r>
    </w:p>
    <w:p>
      <w:pPr>
        <w:pStyle w:val="ArticleBody"/>
        <w:jc w:val="left"/>
      </w:pPr>
      <w:r>
        <w:rPr>
          <w:rFonts w:ascii="Times New Roman" w:hAnsi="Times New Roman" w:eastAsia="Times New Roman" w:cs="Times New Roman"/>
        </w:rPr>
        <w:t>1989-njy ýylda Sowet Soýuzy dargandan soň, onunjy aýatda görkezilişi ýaly, on birinji we on ikinji aýatlar günortanyň patyşasynyň garşylyklaýyn hüjüme geçip, demirgazygyň patyşasyny ýeňýän söweşini görkezýär. Şol söweş günortanyň patyşasynyň we demirgazygyň patyşasynyň häkimlik edýän ýerleriniň serhedi bolan Rafiyada alnyp baryldy.</w:t>
      </w:r>
    </w:p>
    <w:p>
      <w:pPr>
        <w:pStyle w:val="ArticleBody"/>
        <w:jc w:val="left"/>
      </w:pPr>
      <w:r>
        <w:rPr>
          <w:rFonts w:ascii="Times New Roman" w:hAnsi="Times New Roman" w:eastAsia="Times New Roman" w:cs="Times New Roman"/>
        </w:rPr>
        <w:t>Miladydan öňki 217-nji ýylda bolup geçen Rafia söweşi öz adyny söweşiň bolan ýeriniň golaýyndaky şäheriň adyndan alýar. Rafia gadymy Palestinanyň deňiz kenaryndaky sebitinde, Müsüriň Ptolemeýler Patyşalygy bilen Selewkiler Imperiýasynyň araçägine golaý ýerde ýerleşen şäherdi. Söweş döwründe Patyşa Ptolemeý IV Filopator tarapyndan dolandyrylýan Müsüriň Ptolemeýler Patyşalygy bilen Patyşa Antiokh III tarapyndan dolandyrylýan Selewkiler Imperiýasynyň arasyndaky araçäk Rafiýanyň töwereklerinde ýerleşýärdi. Söweş şu araçäk sebitiniň golaýynda bolup geçdi, çünki iki tarap hem Lewantdaky strategik çäkler üstünden gözegçiligi berkitmäge çalyşýardy.</w:t>
      </w:r>
    </w:p>
    <w:p>
      <w:pPr>
        <w:pStyle w:val="ArticleBody"/>
        <w:jc w:val="left"/>
      </w:pPr>
      <w:r>
        <w:rPr>
          <w:rFonts w:ascii="Times New Roman" w:hAnsi="Times New Roman" w:eastAsia="Times New Roman" w:cs="Times New Roman"/>
        </w:rPr>
        <w:t>Gadymy Rafiýa şäheri häzirki Rafa şäheriniň golaýynda ýerleşýär. Rafa Palestina ýerleriniň bir bölegi bolan Gazanyň günorta zolagynda ýerleşýän şäherdir. Ptolemeý miladydan öňki 217-nji ýylda Rafiýadaky ýeňşinden soň, Ýerusalimdäki ýehudylara, şeýle hem Müsürde hem yzarlamalar başlatdy. Bu ýeňiş uzak dowam etmedi we, şeýle diýseň boljak bolsa, indiki üç aýatda ol öz Waterloo-syna duş geldi. On üçünji aýatda ozal ýeňlen demirgazygyň patyşasy gaýdyp gelýär we on bäşinji aýada çenli günortanyň patyşasyny basyp ýatyrýar.</w:t>
      </w:r>
    </w:p>
    <w:p>
      <w:pPr>
        <w:pStyle w:val="ArticleBody"/>
        <w:jc w:val="left"/>
      </w:pPr>
      <w:r>
        <w:rPr>
          <w:rFonts w:ascii="Times New Roman" w:hAnsi="Times New Roman" w:eastAsia="Times New Roman" w:cs="Times New Roman"/>
        </w:rPr>
        <w:t>Putiniň Ukrainadaky ýeňşi, wagyz-nesihat işlerinde ýöriteleşen öňki KGB işgäri bolan Putin tarapyndan, ähtimal, ukrain ýolbaşçylygynyň nasistik köklerini paş etmek üçin, şeýle hem ykdysady açgözlük sebäpli şol düzgüni goldan Günbatar dünýäsindäkileri paş etmek üçin peýdalanylar; mundan başga-da, gürrüňsiz, amerikan salgyt töleýjileriniň serişdeleri bilen maliýeleşdirilen we globalistler tarapyndan ulanylan gizlin gara merkezleri hem-de bio-laboratoriýalary hem paş eder.</w:t>
      </w:r>
    </w:p>
    <w:p>
      <w:pPr>
        <w:pStyle w:val="ArticleBody"/>
        <w:jc w:val="left"/>
      </w:pPr>
      <w:r>
        <w:rPr>
          <w:rFonts w:ascii="Times New Roman" w:hAnsi="Times New Roman" w:eastAsia="Times New Roman" w:cs="Times New Roman"/>
        </w:rPr>
        <w:t>Şol ylhamlar dünýä globalistleriniň häzirki wagtdaky wagyz-ündewlerini, şeýle hem Amerikanyň Birleşen Ştatlaryndaky Demokratik partiýanyň gepleýji wekilleriniň sözlemlerini puja çykarar. Putiniň şol ýeňşi sekizinji Prezidenti — ýagny ýediniň içinden çykany — on altynjy aýatdan biraz öň taryha girýän pygamberlikdäki despot hökmünde öz ornuny eýelemegi üçin ygtyýar berer; on altynjy aýat bolsa tizden geljek Ýekşenbe kanunydyr.</w:t>
      </w:r>
    </w:p>
    <w:p>
      <w:pPr>
        <w:pStyle w:val="ArticleBody"/>
        <w:jc w:val="left"/>
      </w:pPr>
      <w:r>
        <w:rPr>
          <w:rFonts w:ascii="Times New Roman" w:hAnsi="Times New Roman" w:eastAsia="Times New Roman" w:cs="Times New Roman"/>
        </w:rPr>
        <w:t>On üçünji aýatda demirgazygyň patyşasy öz goşunyny täzeden jemleýär, on dördünji aýatda bolsa butparaz Rim taryh sahnasyna ilkinji gezek girizilýär, ýöne ol entek demirgazygyň patyşasy däldir. Ol ýerde ol “görünýäni berkidýän” nyşan hökmünde hem-de özüni beýgeldip, soňra ýykylyp gaçýan güýç hökmünde tanadylýar. Putiniň Ukrainadaky uruşda gazanan ýeňşinden soň, papalyk dünýä syýasatyna özüni beýgeldip girip başlar, on altynjy aýatdaky ýekşenbe kanunynyň edil öň ýanynda.</w:t>
      </w:r>
    </w:p>
    <w:p>
      <w:pPr>
        <w:pStyle w:val="ArticleBody"/>
        <w:jc w:val="left"/>
      </w:pPr>
      <w:r>
        <w:rPr>
          <w:rFonts w:ascii="Times New Roman" w:hAnsi="Times New Roman" w:eastAsia="Times New Roman" w:cs="Times New Roman"/>
        </w:rPr>
        <w:t>Fransuz rewolýusiýasy hem-de onuň Rus rewolýusiýasy bilen baglanyşygy; Napoleon we Putin; Fatimanyň gudraty hem-de onuň üç syry; Watikanyň Gitler bilen gizlin bileleşigi, Watikanyň Reagan bilen gizlin bileleşigi — bularyň hemmesi 2001-nji ýylyň 11-nji sentýabryndan Amerikanyň Birleşen Ştatlarynda ýekşenbe kanunyna çenli dowam edýän on birinji bilen on bäşinji aýatlaryň taryhynda biri-biri bilen kesişýän pygamberlik “tekerleridir”. Onunjy aýata geçmezden ozal, bu pygamberlik “tekerleriniň” gysgaça jemlemesini bermek möhüm boldy.</w:t>
      </w:r>
    </w:p>
    <w:p>
      <w:pPr>
        <w:pStyle w:val="ArticleBody"/>
        <w:jc w:val="left"/>
      </w:pPr>
      <w:r>
        <w:rPr>
          <w:rFonts w:ascii="Times New Roman" w:hAnsi="Times New Roman" w:eastAsia="Times New Roman" w:cs="Times New Roman"/>
        </w:rPr>
        <w:t>Aşakdaky makala iň bir “Main Stream Media” diýilýän zatlaryň nusgasy bolan “NBC news”-dan alyndy, we “MSM” Gitleriň Ikinji jahan urşundaky wagyz-nesihat maşynynyň häzirki zaman görnüşidir. Elbetde, bu makala Putine garşy, Russiýa garşy we Ukrainanyň tarapdarydyr, emma mesele bu däl. Asman şalygynyň raýatlary hökmünde, Hudaýyň halky şeýtany işiň hiç bir tarapyny goldamaly däldir, çünki ähli uruşlar şeýtany işdir.</w:t>
      </w:r>
    </w:p>
    <w:p>
      <w:pPr>
        <w:pStyle w:val="ArticleBody"/>
        <w:jc w:val="left"/>
      </w:pPr>
      <w:r>
        <w:rPr>
          <w:rFonts w:ascii="Times New Roman" w:hAnsi="Times New Roman" w:eastAsia="Times New Roman" w:cs="Times New Roman"/>
        </w:rPr>
        <w:t>Bu makalanyň maksady, Katolisizm (demirgazygyň patyşasy) bilen ateizmiň (günortanyň patyşasy) arasyndaky pygamberlik söweşi hem-de şol iki pygamberlik güýjüniň söweşinde Nasizmiň Katolisizmiň wekili goşuny hökmünde ulanylandygy (edil 1989-njy ýylda Amerikanyň Birleşen Ştatlarynyň ulanylyşy ýaly) bilen tanyş däl bolanlara muny düşünmäge mümkinçilik bermekdir. Pygamberligi öwrenýänler, Ikinji Jahan urşunyň we Sowuk urşuň taryhy arka meýiliniň häzirki wagtda Ukrainadaky uruşda, Danyýeliň on birinji babyndaky on birinji we on ikinji aýatlaryň ýerine ýetmegi hökmünde şekillendirilýändigini görer ýaly, ýeterlik subutnamalara eýe bolmalydyrlar.</w:t>
      </w:r>
    </w:p>
    <w:p>
      <w:pPr>
        <w:pStyle w:val="ArticleScripture"/>
        <w:jc w:val="left"/>
      </w:pPr>
      <w:r>
        <w:rPr>
          <w:rFonts w:ascii="Times New Roman" w:hAnsi="Times New Roman" w:eastAsia="Times New Roman" w:cs="Times New Roman"/>
        </w:rPr>
        <w:t>“Pygamberligiň göni ýerine ýetmegini görkezýän taryhy wakalar halkyň öňünde açyp görkezildi, we pygamberlik bu dünýäniň taryhynyň ahyryna çenli alyp barýan wakalaryň şekilli beýany hökmünde görüldi.” Selected Messages, book 2, 102.</w:t>
      </w:r>
    </w:p>
    <w:p>
      <w:pPr>
        <w:pStyle w:val="ArticleBody"/>
        <w:jc w:val="left"/>
      </w:pPr>
      <w:r>
        <w:rPr>
          <w:rFonts w:ascii="Times New Roman" w:hAnsi="Times New Roman" w:eastAsia="Times New Roman" w:cs="Times New Roman"/>
        </w:rPr>
        <w:t>NBC News makalasy: “Ukrainanyň nasist meselesi hakykatdanam bar, hatda Putiniň ‘nasistlerden arassalamak’ baradaky talaby dogry bolmasa-da”</w:t>
      </w:r>
    </w:p>
    <w:p>
      <w:pPr>
        <w:pStyle w:val="ArticleScripture"/>
        <w:jc w:val="left"/>
      </w:pPr>
      <w:r>
        <w:rPr>
          <w:rFonts w:ascii="Times New Roman" w:hAnsi="Times New Roman" w:eastAsia="Times New Roman" w:cs="Times New Roman"/>
        </w:rPr>
        <w:t>Russiýanyň Ukrainä garşy hüjümini aklamak üçin Russiýanyň Prezidenti Wladimir Putiniň oýlap tapan köp sanly ýoýmalarynyň arasynda, belki-de iň geňi, bu hereketiň ýurdy we onuň ýolbaşçylygyny “faşizmden saplamak” üçin edilendigi baradaky öňe sürmesi bolup durýar. Goňşusynyň çägine sowutly tanklar we söweşjeň uçarlary bilen girmeginiň esasyny beýan edende, Putin bu ädimiň “adamları goramak” üçin edilendigini, olaryň “gorkuzma we genoside sezewar edilendigini”, şeýle hem Russiýanyň “Ukrainany ýaragsyzlandyrmaga we faşizmden saplamaga çalyşjakdygyny” aýdypdyr.</w:t>
      </w:r>
    </w:p>
    <w:p>
      <w:pPr>
        <w:pStyle w:val="ArticleScripture"/>
        <w:jc w:val="left"/>
      </w:pPr>
      <w:r>
        <w:rPr>
          <w:rFonts w:ascii="Times New Roman" w:hAnsi="Times New Roman" w:eastAsia="Times New Roman" w:cs="Times New Roman"/>
        </w:rPr>
        <w:t>Putiniň weýran ediji hereketleri — olaryň arasynda ýewreý jemgyýetleriniň weýran edilmegi hem bar — onuň kimdir biriniň abadançylygyny üpjün etmegi maksat edinýändigini aýdanda ýalan sözleýändigini aýdyň görkezýär.</w:t>
      </w:r>
    </w:p>
    <w:p>
      <w:pPr>
        <w:pStyle w:val="ArticleScripture"/>
        <w:jc w:val="left"/>
      </w:pPr>
      <w:r>
        <w:rPr>
          <w:rFonts w:ascii="Times New Roman" w:hAnsi="Times New Roman" w:eastAsia="Times New Roman" w:cs="Times New Roman"/>
        </w:rPr>
        <w:t>Daşyndan seredilende, Putiniň bu töhmedi bihaýadyr; iň bolmanda, munuň sebäbi ukrain Prezidenti Wolodymyr Zelenskyýniň ýehudydygy we onuň maşgalasynyň agzalarynyň käbiriniň Ikinji Jahan urşy döwründe öldürilendigini aýdandygydyr. Şeýle hem, Ukrainada soňky döwürde köpçülikleýin adam öldürmeleriň ýa-da etnik arassalamalaryň bolup geçýändigine hiç bir subutnama ýok. Mundan başga-da, garşydaşlary natsistler diýip atlandyrmak Russiýada giňden ulanylýan syýasy hiledir, aýratyn-da nädogry maglumat kampaniýalaryny goldaýan hem-de basyp alyşy aklamak üçin Ikinji Jahan urşundaky duşmana garşy milli ar alyş duýgularyny öjükdirmek isleýän bir ýolbaşçydan gelip çykanda.</w:t>
      </w:r>
    </w:p>
    <w:p>
      <w:pPr>
        <w:pStyle w:val="ArticleScripture"/>
        <w:jc w:val="left"/>
      </w:pPr>
      <w:r>
        <w:rPr>
          <w:rFonts w:ascii="Times New Roman" w:hAnsi="Times New Roman" w:eastAsia="Times New Roman" w:cs="Times New Roman"/>
        </w:rPr>
        <w:t>Ýöne Putin wagyz-nesihat bilen meşgullanýan hem bolsa, Ukrainanyň hem geçmişde, hem häzirki döwürde hakyky nasist meselesiniň bardygy hem hakykatdyr. Putiniň weýran ediji hereketleri — olaryň arasynda ýewreý jemagatlarynyň haraba öwrülmegi hem bar — kimdir biriniň abadançylygyny üpjün etmek maksadynyň bardygyny aýdanda, onuň ýalan sözleýändigini aýdyň görkezýär. Emma sary-gök baýdagy Kremliň wagşy zorlugyndan goramak nähili möhüm bolsa-da, Ukrainanyň antisemitik taryhyny, Gitleriň nasistleri bilen hyzmatdaşlygyny, şeýle hem soňky döwürlerde käbir töwereklerde täze nasist toparlarynyň kabul edilmegini inkär etmek howply säwlik bolardy.</w:t>
      </w:r>
    </w:p>
    <w:p>
      <w:pPr>
        <w:pStyle w:val="ArticleScripture"/>
        <w:jc w:val="left"/>
      </w:pPr>
      <w:r>
        <w:rPr>
          <w:rFonts w:ascii="Times New Roman" w:hAnsi="Times New Roman" w:eastAsia="Times New Roman" w:cs="Times New Roman"/>
        </w:rPr>
        <w:t>Näme üçin gaçyp barýan ukrainler barada şeýle mähir-duýguly gürrüň edilýär? Olar akýagyz.</w:t>
      </w:r>
    </w:p>
    <w:p>
      <w:pPr>
        <w:pStyle w:val="ArticleScripture"/>
        <w:jc w:val="left"/>
      </w:pPr>
      <w:r>
        <w:rPr>
          <w:rFonts w:ascii="Times New Roman" w:hAnsi="Times New Roman" w:eastAsia="Times New Roman" w:cs="Times New Roman"/>
        </w:rPr>
        <w:t>Ikinji Jahan urşunyň öňüsyrasynda Ukraina Ýewropadaky iň uly ýewreý jemagatlarynyň biriniň mekanydy; olaryň sany barada berilýän çaklamalar 2,7 milliona çenli ýetýärdi. Bu bolsa, şol çägiň antisemitizmiň we pogromlaryň uzak taryhy bilen tanalýandygyny nazara alanyňda, diýseň täsin görkezijidi. Urşuň ahyryna çenli olaryň ýarysyndan hem köpüsi heläk boldy. 1941-nji ýylda nemes goşunlary Kiewi gözegçilik astyna alanda, olar “Heil Hitler” ýazgysy bilen bezelen baýdaklar bilen garşy alyndy. Az salymdan soň, göçürilip ýerleşdiriljekdikleri bahanasy bilen, takmynan 34,000 ýewreý — roma halky we beýleki “islenilmeýänler” bilen birlikde — jemlenip, şäheriň daşyndaky meýdanlara pyýada alnyp gidildi-de, soňradan “ok bilen amala aşyrylan Holokost” diýlip atlandyrylan gyrgynçylykda rehimsizlik bilen gyryldy.</w:t>
      </w:r>
    </w:p>
    <w:p>
      <w:pPr>
        <w:pStyle w:val="ArticleScripture"/>
        <w:jc w:val="left"/>
      </w:pPr>
      <w:r>
        <w:rPr>
          <w:rFonts w:ascii="Times New Roman" w:hAnsi="Times New Roman" w:eastAsia="Times New Roman" w:cs="Times New Roman"/>
        </w:rPr>
        <w:t>Babyn Ýar jülgesi iki ýylyň dowamynda köpçülikleýin mazar hökmünde dolmagyny dowam etdirdi. Şol ýerde 100 000-e çenli adam öldürilendigi sebäpli, ol Auşwitsden we beýleki ölüm lagerlerinden daşary Holokostyň iň uly aýratyn gyrgynçylyk ýerleriniň birine öwrüldi. Gözlegçiler bu ýerde nasistleriň öldürmek baradaky buýruklaryny ýerine ýetirmekde ýerli ilatyň möhüm orun eýeländigini belläp geçdiler.</w:t>
      </w:r>
    </w:p>
    <w:p>
      <w:pPr>
        <w:pStyle w:val="ArticleScripture"/>
        <w:jc w:val="left"/>
      </w:pPr>
      <w:r>
        <w:rPr>
          <w:rFonts w:ascii="Times New Roman" w:hAnsi="Times New Roman" w:eastAsia="Times New Roman" w:cs="Times New Roman"/>
        </w:rPr>
        <w:t>Häzirki wagtda Ukrainada 56,000-den 140,000-e çenli ýewreý ýaşaýar; olar öz ene-atalarynyň göz öňüne-de getirip bilmedik azatlyklaryndan we goraglaryndan peýdalanýarlar. Muňa geçen aý kabul edilen, antisemitik hereketleri jenaýat hasaplaýan täzelenen kanun hem girýär. Gynansak-da, bu kanun köpçülikde ýigrenji garaýyşlaryň aç-açan artmagyna garşy göreşmek üçin niýetlenipdi; munuň içine sinagogalaryň we ýewreý hatyra ýadygärlikleriniň swastika bilen hapalanmagy, şeýle-de Kiýewde we beýleki şäherlerde Waffen SS-ni wasp eden gorkunç ýörişler hem girýär.</w:t>
      </w:r>
    </w:p>
    <w:p>
      <w:pPr>
        <w:pStyle w:val="ArticleScripture"/>
        <w:jc w:val="left"/>
      </w:pPr>
      <w:r>
        <w:rPr>
          <w:rFonts w:ascii="Times New Roman" w:hAnsi="Times New Roman" w:eastAsia="Times New Roman" w:cs="Times New Roman"/>
        </w:rPr>
        <w:t>Ýene bir howply ösüş hökmünde, Ukraina soňky ýyllarda mirasy olaryň nasistleriň wekil-agentleri hökmünde jedelsiz taryhy ýazgylary bilen lalanan ukrain milletçi şahsyýetlerini hormatlaýan heýkelleriň aşa köplügini gurdurdy. *The Forward* gazeti şol nejisleriň birnäçesini sanap geçdi; olaryň arasynda Ukrain Milletçiler Guramasynyň (OUN) ýolbaşçysy Stepan Bandera hem bardy, onuň yzyna eýerijileri SS-iň we nemes goşunynyň ýerli milisiýa agzalary hökmünde hereket edipdirler. “Ukrainada bu nasist hyzmatdaşyny şöhratlandyrýan birnäçe onlarça ýadygärlik we onlarça köçe ady bar; hatda munuň özi Wikipediýada iki aýratyn sahypanyň döredilmegini talap ederliklidir” diýip, *The Forward* ýazdy.</w:t>
      </w:r>
    </w:p>
    <w:p>
      <w:pPr>
        <w:pStyle w:val="ArticleScripture"/>
        <w:jc w:val="left"/>
      </w:pPr>
      <w:r>
        <w:rPr>
          <w:rFonts w:ascii="Times New Roman" w:hAnsi="Times New Roman" w:eastAsia="Times New Roman" w:cs="Times New Roman"/>
        </w:rPr>
        <w:t>Ýene-de ýygy-ýygydan hormatlanýan şahslaryň biri Roman Şuhewyçdir; ol ukrain azatlyk göreşijisi hökmünde sarpalanýar, emma şol bir wagtyň özünde Forward-yň belleýşi ýaly, “müňlerçe ýewreýleriň we … polýaklaryň wagşylarça öldürilmegine jogapkär” bolan gorkuly nasistik kömekçi polisiýa bölüminiň hem ýolbaşçysydy. Şeýle hem OUN-yň bir wagtky başlygy Ýaroslaw Stetsko üçin heýkeller galdyryldy; ol: “Men Ukrainadaky ýewreýleriň ýok edilmegini talap edýärin” diýip ýazypdy.</w:t>
      </w:r>
    </w:p>
    <w:p>
      <w:pPr>
        <w:pStyle w:val="ArticleScripture"/>
        <w:jc w:val="left"/>
      </w:pPr>
      <w:r>
        <w:rPr>
          <w:rFonts w:ascii="Times New Roman" w:hAnsi="Times New Roman" w:eastAsia="Times New Roman" w:cs="Times New Roman"/>
        </w:rPr>
        <w:t>Soňky on ýylda aşa sagçy toparlar hem syýasy abraýa eýe boldular; olaryň arasynda iň bir howsalalyysy Svoboda bolup durýar (öň Ukrainanyň Sosial-Milli Partiýasy), onuň ýolbaşçysy ýurduň “moskwaly-ýehudy mafiýasy” tarapyndan dolandyrylýandygyny öňe sürdi, orunbasary bolsa Ukrainada doglan ýehudy aktrisa Mila Kunisi häsiýetlendirmek üçin antisemitistik kemsidiji sözi ulandy. Foreign Policy-niň habar bermegine görä, Svoboda Ukrainanyň Parlamentine birnäçe agzasyny iberdi, şolaryň arasynda Holokosty adamzat taryhynyň “ýagty döwri” diýip atlandyran biri hem bardy.</w:t>
      </w:r>
    </w:p>
    <w:p>
      <w:pPr>
        <w:pStyle w:val="ArticleScripture"/>
        <w:jc w:val="left"/>
      </w:pPr>
      <w:r>
        <w:rPr>
          <w:rFonts w:ascii="Times New Roman" w:hAnsi="Times New Roman" w:eastAsia="Times New Roman" w:cs="Times New Roman"/>
        </w:rPr>
        <w:t>Şonuň ýaly howsala salýan başga bir ýagdaý hem, täze-nasistleriň Ukrainanyň barha giňeýän meýletin batalýonlarynyň käbirleriniň düzümine girmegidir. Olar 2014-nji ýylda Putiniň Kryma çozuşyndan soň, Ukrainanyň gündogarynda Moskwa tarapyndan goldanylýan separatistlere garşy alnyp barylan iň gazaply köçe söweşleriniň käbirinde uruşyp, söweşde taplanandyrlar. Şeýle toparlaryň biri, Ukrainanyň milli maksady ýurduň ýewreýlerden we beýleki pes hasap edilýän jynslardan saplanmagy diýlip öňe süren, akýagyzlaryň agalygyny aç-açan goldaýan bir adam tarapyndan döredilen Azow batalýonydyr. 2018-nji ýylda ABŞ-nyň Kongresi Ukraina berilýän kömegiň “Azow batalýonyna ýarag, taýýarlyk ýa-da başga kömek bermek üçin” ulanylyp bilinmejekdigini şert edip goýdy. Şeýle-de bolsa, Azow häzir Ukrainanyň Milli gwardiýasynyň resmi agzasydyr.</w:t>
      </w:r>
    </w:p>
    <w:p>
      <w:pPr>
        <w:pStyle w:val="ArticleScripture"/>
        <w:jc w:val="left"/>
      </w:pPr>
      <w:r>
        <w:rPr>
          <w:rFonts w:ascii="Times New Roman" w:hAnsi="Times New Roman" w:eastAsia="Times New Roman" w:cs="Times New Roman"/>
        </w:rPr>
        <w:t>Elbetde, bu biynjalykly ýagdaýlaryň hiç biri-de soňky birnäçe hepdäniň dowamynda ukrainalylaryň başyna gelen ejiri aklap bilmez — üstesine-de, Putiniň çozuşy başlan mahaly, onuň şularyň haýsydyr biri bilen herekete getirilmegi ähtimal däl. Hakykatdan-da, Putiniň sebäpli Odessa, Harkow we beýleki gündogar şäherlerinde ýaşaýan ýewreýler aşa agyr basyş astyndadyr. Köpler ýerli sinagogalarda we ýewreý merkezlerinde pena tapsalar-da, beýlekiler ähli ýewreýleriň Ukrainany terk etmegini maslahat beren Ysraýyl hem goşmak bilen, daşary ýurtlara gaçyp çykdylar.</w:t>
      </w:r>
    </w:p>
    <w:p>
      <w:pPr>
        <w:pStyle w:val="ArticleScripture"/>
        <w:jc w:val="left"/>
      </w:pPr>
      <w:r>
        <w:rPr>
          <w:rFonts w:ascii="Times New Roman" w:hAnsi="Times New Roman" w:eastAsia="Times New Roman" w:cs="Times New Roman"/>
        </w:rPr>
        <w:t>Meniň öz ene-atam hem yzarlamalardan gutulmak üçin Günbatar Ukrainadan gaçmaga mejbur bolupdylar, we bu aýlawyň dowam edýändigini görmek juda gynançlydyr. Eger ýurt bulagaýlyga we gozgalaňa ýol berse, ýahudylar öz raýatdaşlarynyň käbirinden ýene-de howp astynda galyp bilerler. Bu howpy ykrar etmezlik, oňa garşy öňüni alyş çäreleriniň juda az görülýändigini aňladýar.</w:t>
      </w:r>
    </w:p>
    <w:p>
      <w:pPr>
        <w:pStyle w:val="ArticleScripture"/>
        <w:jc w:val="left"/>
      </w:pPr>
      <w:r>
        <w:rPr>
          <w:rFonts w:ascii="Times New Roman" w:hAnsi="Times New Roman" w:eastAsia="Times New Roman" w:cs="Times New Roman"/>
        </w:rPr>
        <w:t>Ýurduň käbir bölekleri taryhyň iň nejis hereketleriniň biri bilen baglanyşyp galan hem bolsa, bu wakada Ukrainanyň tarapynda durmak, şübhesiz, eýermeli mertebeli duruşdyr. Hut häzir, Putin ukrain halkyna garşy hüjümini ýakyp-ýandyryjy gazap bilen günsaýyn güýçlendirýän her gününde, N-sözüne hakykatda kimiň mynasypdygyny görmezlik kyn.</w:t>
      </w:r>
    </w:p>
    <w:p>
      <w:pPr>
        <w:pStyle w:val="ArticleScripture"/>
        <w:jc w:val="left"/>
      </w:pPr>
      <w:r>
        <w:rPr>
          <w:rFonts w:ascii="Times New Roman" w:hAnsi="Times New Roman" w:eastAsia="Times New Roman" w:cs="Times New Roman"/>
        </w:rPr>
        <w:t>Allen Ripp, 2022-nji ýylyň 5-nji marty – Çeşme</w:t>
      </w:r>
    </w:p>
    <w:p>
      <w:pPr>
        <w:pStyle w:val="ArticleBody"/>
        <w:jc w:val="left"/>
      </w:pPr>
      <w:r>
        <w:rPr>
          <w:rFonts w:ascii="Times New Roman" w:hAnsi="Times New Roman" w:eastAsia="Times New Roman" w:cs="Times New Roman"/>
        </w:rPr>
        <w:t>Bu barlagy indiki makalamyzda dowam etdireris.</w:t>
      </w:r>
    </w:p>
    <w:p>
      <w:pPr>
        <w:pStyle w:val="ArticleScripture"/>
        <w:jc w:val="left"/>
      </w:pPr>
      <w:r>
        <w:rPr>
          <w:rFonts w:ascii="Times New Roman" w:hAnsi="Times New Roman" w:eastAsia="Times New Roman" w:cs="Times New Roman"/>
        </w:rPr>
        <w:t>“Geçmişi hatırlayamayanlar, onu tekrar etmeye mahkûmdur.” George Santayana.</w:t>
      </w:r>
    </w:p>
    <w:p>
      <w:pPr>
        <w:pStyle w:val="ArticleScripture"/>
        <w:jc w:val="left"/>
      </w:pPr>
      <w:r>
        <w:rPr>
          <w:rFonts w:ascii="Times New Roman" w:hAnsi="Times New Roman" w:eastAsia="Times New Roman" w:cs="Times New Roman"/>
        </w:rPr>
        <w:t>Hudaýyň pygamberlik taryhynda geçmişde berjaý boljak diýip anyk görkezen zatlarynyň ählisi berjaý boldy, we öz tertibine görä entek gelmeli bolan zatlaryň ählisi-de bolar. Hudaýyň pygamberi Daniýel öz ornunda dur. Ýahýa öz ornunda dur. Ylham kitabynda Ýehuda taýpasynyň Arslany pygamberligi öwrenýänlere Daniýeliň kitabyny açdy, şonuň üçin Daniýel öz ornunda durýandyr. Ol öz şaýatlygyny berýär, ýagny Rebbiň oňa görnüş arkaly açan beýik we mübärek wakalary hakda şaýatlyk edýär; biz bolsa olaryň berjaý bolşunyň hut bosagasynda duranymyz üçin, şolary bilmelidiris.</w:t>
      </w:r>
    </w:p>
    <w:p>
      <w:pPr>
        <w:pStyle w:val="ArticleScripture"/>
        <w:jc w:val="left"/>
      </w:pPr>
      <w:r>
        <w:rPr>
          <w:rFonts w:ascii="Times New Roman" w:hAnsi="Times New Roman" w:eastAsia="Times New Roman" w:cs="Times New Roman"/>
        </w:rPr>
        <w:t>“Taryhda we pygamberlikde Hudaýyň Sözi hakykat bilen ýalanyň arasynda uzak wagtlap dowam eden göreşi beýan edýär. Ol göreş heniz hem dowam edýär. Geçmişde bolan zatlar gaýtadan bolar. Köne jedeller täzeden janlandyrylar, we täze nazaryýetler yzygiderli ýüze çykar. Emma ynançlarynda we pygamberlikleriň amala aşmagynda birinji, ikinji we üçünji perişdeleriň habarlarynyň yglan edilmeginde öz paýlaryny ýerine ýetiren Hudaýyň halky nirede durýandyklaryny bilýär. Olar iň arassa altyndan-da gymmatly tejribä eýedirler. Olar gaýa kimin berk durmaly, ynamynyň başlangyjyny ahyra çenli sarsmaz saklamalydyrlar.”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 altynjy bölüm</dc:title>
  <dc:subject>Pygamberligiň Syrlaryny Açmak: Fransuz ynkylaby, Putiniň Russiýasy we Ukrainadaky gapma-garşylyk</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