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Altmış Sekizinji</w:t>
      </w:r>
    </w:p>
    <w:p>
      <w:pPr>
        <w:pStyle w:val="ArticleSubtitle"/>
        <w:jc w:val="left"/>
      </w:pPr>
      <w:r>
        <w:rPr>
          <w:rFonts w:ascii="Arial" w:hAnsi="Arial" w:eastAsia="Arial" w:cs="Arial"/>
        </w:rPr>
        <w:t>Pygamberlik Hakykatynyň Açylmagy: Proksi uruşlarynyň Ikinji Söweşi we 144 000-nyň Möhürlenmegi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Biz häzir Daniýel kitabynyň on birinji babynyň on birinji we on ikinji aýatlarynda şekillendirilişi ýaly, ynanylan uruşlaryň ikinji söweşine ýüzlenýäris. Şol aýatlardaky ikinji söweş, ateistik Russiýanyň güýji bilen Ukraina döwletiniň arasynda gidýän Ukrainadaky urşy görkezýär. Aýatlarda Putin Ptolemeý IV ýaly ýeňiş gazanýar, emma ýeňşinden soň ol öz ýüreginde ýokary galar, we onuň narsissistik özüni beýgeltmesi onuň Waterloo-synyň serişdesine öwrüler. Häzirki taryhyň bu taryhy beýany diňe häzirki taryhyň ruhy taýdan nämäni aňladýandygyna düşünýänler üçin peýdalydyr.</w:t>
      </w:r>
    </w:p>
    <w:p>
      <w:pPr>
        <w:pStyle w:val="ArticleBody"/>
        <w:jc w:val="left"/>
      </w:pPr>
      <w:r>
        <w:rPr>
          <w:rFonts w:ascii="Times New Roman" w:hAnsi="Times New Roman" w:eastAsia="Times New Roman" w:cs="Times New Roman"/>
        </w:rPr>
        <w:t>Onunjy bölümiň birinji aýatynda, Hudaýyň ahyrzamandaky halkyny aňladýan Daniýel hem “görüşe”, hem-de “zada” düşünýän hökmünde görkezilýär. Görüş bilen zat yzygiderli ýagdaýda bilelikde, emma biri-birinden aýratyn, hakykatyň bir ugry hökmünde beýan edilýär. Olar Ulai we Hiddekel derýalarydyr. Olar “mareh” we “chazon” görnüşleridir. Olar iki müň bäş ýüz ýigrimi ýyllyk pygamberlik bilen baglanyşykly iki müň üç ýüz ýyllyk pygamberlikdir. Olar Hudaýyň halkynyň içerki we daşarky şaýatlygydyr. Reb ähmiýetsiz zatlary gaýtalamaýar. Ilkinji agzalyş kadasy, Daniýel hakda onuň iň soňky görüşinde bize aýdylýan ilkinji zadyň, onuň hem “chazon”, hem-de “mareh”e düşünýän Hudaýyň ahyrzamandaky halkyny aňladýandygyny kesgitleýär. Şonuň üçin, on birinji we on ikinji aýatlaryň pygamberlik taryhyna dogry düşünilmegi üçin, görüşi we zady görmek örän wajypdyr.</w:t>
      </w:r>
    </w:p>
    <w:p>
      <w:pPr>
        <w:pStyle w:val="ArticleBody"/>
        <w:jc w:val="left"/>
      </w:pPr>
      <w:r>
        <w:rPr>
          <w:rFonts w:ascii="Times New Roman" w:hAnsi="Times New Roman" w:eastAsia="Times New Roman" w:cs="Times New Roman"/>
        </w:rPr>
        <w:t>Danyýl, Ylham kitabynyň on birinji babyndaky ýüz kyrk dört müňi aňladýar; olar Milleritleriň taryhynda amala aşan on gyz hakyndaky tymsaly kämil gaýtaladylar. Olar hem, Milleritler ýaly, ilkinji lapykeçligi başdan geçirdiler; bu lapykeçlik Ylham kitabynyň on birinji babynda düýpsüz çukurdan çykan ateistik “woke” haýwan tarapyndan öldürilmek hökmünde görkezilýär; soňra olaryň jesetleri uly şäheriň — Müsüriň we Sodomyň — köçesinde ýatýar; şol ýerde Mesih hem haça çüýlenipdi. Olaryň ölümi aždarhanyň yzyna eýerijileri üçin “şatlyk” döretdi, emma Danyýlda ol matam döretdi.</w:t>
      </w:r>
    </w:p>
    <w:p>
      <w:pPr>
        <w:pStyle w:val="ArticleBody"/>
        <w:jc w:val="left"/>
      </w:pPr>
      <w:r>
        <w:rPr>
          <w:rFonts w:ascii="Times New Roman" w:hAnsi="Times New Roman" w:eastAsia="Times New Roman" w:cs="Times New Roman"/>
        </w:rPr>
        <w:t>Ýüz kyrk dört müňüň möhürlenişiniň taryhy hem Lazaryň direldilişi arkaly şekillendirildi; onuň direldilişi Mesihiň işiniň möhürleme hereketi hökmünde kesgitlenipdi. Şeýle hem, Mesihiň möhürleýänleriniň nyşany hökmünde ol, Iýerusalime dabaraly girişe öňbaşçylyk etdi; bu bolsa Millerçi taryhda, şeýle hem ýüz kyrk dört müňüň taryhynda Ýarygije Çagyryşy hereketiniň görnüşi bolupdy. Lazaryň direldilişi, onuň uýalary Merýem bilen Martanyň matam tutýan döwründe bolup geçdi; edil onunjy bapdaky ýigrimi bir günüň dowamynda Daniýeliň bolşy ýaly. Onunjy bapda Daniýeliň matamy, Lazary we Musany täzeden ýaşaýşa getiren şol şahsyýetiň, ýagny Mikaýylyň inmegi bilen tamamlanýar. Ylham kitabyň on birinji babyndaky iki şaýadyň direldilişi, “marahyň” sebäp bolujy görnüşi arkaly Daniýeliň özgermesi bilen şekillendirilýär.</w:t>
      </w:r>
    </w:p>
    <w:p>
      <w:pPr>
        <w:pStyle w:val="ArticleBody"/>
        <w:jc w:val="left"/>
      </w:pPr>
      <w:r>
        <w:rPr>
          <w:rFonts w:ascii="Times New Roman" w:hAnsi="Times New Roman" w:eastAsia="Times New Roman" w:cs="Times New Roman"/>
        </w:rPr>
        <w:t>Onunjy bapda, Daniel Ylhamyň on birinji babynda-da görkezilýän ýüz kyrk dört müňüň möhürlenmegini şekillendirýär. Şol bapda Jebraýyl özüniň Daniele Hudaýyň ahyrky günlerdäki halkynyň başyna nämeler geljekdigine düşünmek üçin gelendigini aç-açan aýdýar. Hudaýyň halkynyň ahyrky günlerde başyna geljek zatlar baradaky habar pygamberlik taýdan pygamberlik çyzygynyň üstüne pygamberlik çyzygyny goýmak usulyýeti bilen tassyklanýan habaryň çäginde ýerleşdirilendir. Şol ulanylyşyň içinde ilkinji ýatlama düzgüni birikdirilen çyzyklaryň içki hem daşarky hakykatlaryny görýänlerden başga hiç kimiň dogry düşünjäni görüp bilmejekdigini görkezýär. Olar “görlüşi” we “zady” düşünýänlerdir.</w:t>
      </w:r>
    </w:p>
    <w:p>
      <w:pPr>
        <w:pStyle w:val="ArticleBody"/>
        <w:jc w:val="left"/>
      </w:pPr>
      <w:r>
        <w:rPr>
          <w:rFonts w:ascii="Times New Roman" w:hAnsi="Times New Roman" w:eastAsia="Times New Roman" w:cs="Times New Roman"/>
        </w:rPr>
        <w:t>Ýüz kyrk dört müň pygamberlik habaryna düşünerler, emma olar şol habary başdan geçirerler hem-de, çünki habar bilen tejribäni biri-birinden aýryp bolmaz. Mukaddes edýän hut habaryň özüdür, çünki habar Hudaýyň Sözüdir, Mesih bolsa Hudaýyň Sözüdir, Hudaýyň Sözi bolsa Hakykatdyr. Onuň habary Hakykat hökmünde tassyklanýar, sebäbi ol pygamberlik tatbiginiň ýörelgeleri arkaly beýan edilýär; bu ýörelgeler bolsa Onuň kimdiginiň we nähilidiginiň ýörelgelerinden ne artykdyr, ne kemdir. Ol Palmonidir, Gudratly Sanagçy, Syrlaryň Sanagçysy. Ol Gudratly Dilçidir, başlangyçdyr we soňydyr, birinjidir we ahyrkydyr, Alfa we Omegedir. Pygamberligiň habaryny berkidýän we pygamberligiň tejribesini emele getirýän pygamberlik kadalaryny kesgitleýän zatlar hem Onuň kimdiginiň şu unsurlarydyr.</w:t>
      </w:r>
    </w:p>
    <w:p>
      <w:pPr>
        <w:pStyle w:val="ArticleBody"/>
        <w:jc w:val="left"/>
      </w:pPr>
      <w:r>
        <w:rPr>
          <w:rFonts w:ascii="Times New Roman" w:hAnsi="Times New Roman" w:eastAsia="Times New Roman" w:cs="Times New Roman"/>
        </w:rPr>
        <w:t>Ulaý we Hiddekel, Şinar ýurdunyň iki uly derýasy, Pars aýlagyna ýetmezinden öň, birleşýän ýerleriniň golaýynda Şatt al-Arab diýlip atlandyrylýan batgalyk bir sebiti emele getirýärler, emma olar bir bitewi derýa bolup goşulmaýarlar. Şatt al-Arab, Furat we Tigr derýalarynyň, şeýle hem birnäçe kiçi derýalaryň we akarsuwlaryň bir ýere jemlenmegi netijesinde emele gelen derýa deltasyndyr. Şeýle-de bolsa, hatda delta sebitiniň içinde-de Furat bilen Tigr öz aýratynlygyny saklaýar we Pars aýlagyna biri-birinden tapawutly derýalar hökmünde akyp girýär. Pygamberligiň içerki we daşarky habarlary hem özara tapawutly gatnaşygyny saklaýar, emma olar öz jemine (ahyrzaman günlerinde) ýetende, birnäçe goşant goşýan derýalary we akarsuwlary öz içine alýan bir deltany emele getirýär. Isa ruhy zady tebigy zat arkaly görkezýär, we ahyrzaman günlerinde her bir görnüşiň täsiri, iki uly derýa öz aýratyn hyzmatlaryny saklap galýandygyna garamazdan, delta suw joşgunly bir ýeri emele getirýär.</w:t>
      </w:r>
    </w:p>
    <w:p>
      <w:pPr>
        <w:pStyle w:val="ArticleBody"/>
        <w:jc w:val="left"/>
      </w:pPr>
      <w:r>
        <w:rPr>
          <w:rFonts w:ascii="Times New Roman" w:hAnsi="Times New Roman" w:eastAsia="Times New Roman" w:cs="Times New Roman"/>
        </w:rPr>
        <w:t>Ýigrimi bir günlük ýas döwri, iki şaýadyň köçede öli ýatan wagty bilen gabat gelýär, we şol wagt döwri ilkinji lapykeçlik bilen hem-de gijikme wagty bilen başlanýar. Şol wagt döwri, ýüz kyrk dört müňüň möhürlenmeginiň amala aşyrylýan has uly wagt döwrüniň içinde bolup geçýär. Möhürleme 1989-njy ýylda ahyrzamanyň wagtynda başlanmady; ol Mesih üçünji perişde hökmünde 2001-nji ýylyň 11-nji sentýabrynda inende başlandy. Ol Öz halkyny Kadeşe ikinji sapar gelşine getirdi, we bu gezek taýýar bolan az sanlylar wada edilen ýurda girerler. 1989-njy ýylda ahyrzamanyň wagtyndan başlap 2001-nji ýylyň 11-nji sentýabryna çenli Hudaýyň halkynyň başdan geçiren tejribesi olary möhürlemedi. Möhürleme Mesih inip, üçünji belanyň ýedinji surnaýynyň ilkinji notasyny ýaňlandyranda başlandy.</w:t>
      </w:r>
    </w:p>
    <w:p>
      <w:pPr>
        <w:pStyle w:val="ArticleBody"/>
        <w:jc w:val="left"/>
      </w:pPr>
      <w:r>
        <w:rPr>
          <w:rFonts w:ascii="Times New Roman" w:hAnsi="Times New Roman" w:eastAsia="Times New Roman" w:cs="Times New Roman"/>
        </w:rPr>
        <w:t>Ýedinji surnaýyň ýaňlanmagy — Hudaýyň syrynyň tamamlanýan ýeridir, we şol syr ýüz kyrk dört müňüň möhürlenmegini aňladýar; bu möhürlenme şol surnaýyň ýaňlanýan wagtynda bolup geçýär. Ol surnaý üç sesi berýär, çünki ol Hakykatdyr. Birinji ses 2001-nji ýylyň 11-nji sentýabrydy, ikinji ses 2023-nji ýylyň 7-nji oktýabrydy, we şol üç sesiň üçünjisi ýakyn wagtda geljek Ýekşenbe kanunyndadyr. Şol üç ses — hakykatda elmydama bar bolan üç ädimdir. Danyýeliň onunjy bapdaky üç gezek el degirilmesi onuň tejribesini ýedinji surnaýyň üç sesi bilen görkezilýän taryh döwrüne baglanyşdyrdy.</w:t>
      </w:r>
    </w:p>
    <w:p>
      <w:pPr>
        <w:pStyle w:val="ArticleBody"/>
        <w:jc w:val="left"/>
      </w:pPr>
      <w:r>
        <w:rPr>
          <w:rFonts w:ascii="Times New Roman" w:hAnsi="Times New Roman" w:eastAsia="Times New Roman" w:cs="Times New Roman"/>
        </w:rPr>
        <w:t>Mesihiň keşbine öwrülmek täsirini döredýän pygamberlik habary, Danyýeliň onunjy bapda suratlandyryşy ýaly, Hudaýyň halkynyň soňky günlerde başyna geljek zatlaryň habarydyr; ýöne bu, umumy manydaky soňky günler däldir. Bu, ýüz kyrk dört müň adamyň möhürleniş döwründe Hudaýyň halkynyň düşünýän we başdan geçirýän habarydyr.</w:t>
      </w:r>
    </w:p>
    <w:p>
      <w:pPr>
        <w:pStyle w:val="ArticleBody"/>
        <w:jc w:val="left"/>
      </w:pPr>
      <w:r>
        <w:rPr>
          <w:rFonts w:ascii="Times New Roman" w:hAnsi="Times New Roman" w:eastAsia="Times New Roman" w:cs="Times New Roman"/>
        </w:rPr>
        <w:t>Gabriel on birinji bapda şekillendirilen pygamberlik taryhyny beýan edip başlanda, ol pygamberligiň anyk ugurlaryny görkezýär. Ilkinji iki bapda Kiruşdan (birinji Buş hökmünde) başlanýar, ahyrzaman wagty bolan 1989-njy ýyldan ugur alnyp, kyrk bäşinji prezident hökmünde Donald Trampyň (altynjy) taryhyna çenli dowam edýär, we şol ýerde pygamberlik taryhy bes edilýär; tä üçünji we dördünji baplarda ýedinji patyşalyk hökmünde Birleşen Milletler Guramasynyň (Beýik Aleksandr) taryhyna seredilýänçä. Şeýlelikde, globalistleri gozgalaňa salýan baý altynjy prezident hökmünde Donald Tramp baradaky habar ýüz kyrk dört müňüň möhürleniş döwründe ýerine ýetýän hakykatdyr. Şonuň üçin hem ol häzirki hakykatdyr.</w:t>
      </w:r>
    </w:p>
    <w:p>
      <w:pPr>
        <w:pStyle w:val="ArticleBody"/>
        <w:jc w:val="left"/>
      </w:pPr>
      <w:r>
        <w:rPr>
          <w:rFonts w:ascii="Times New Roman" w:hAnsi="Times New Roman" w:eastAsia="Times New Roman" w:cs="Times New Roman"/>
        </w:rPr>
        <w:t>Bäşinji aýatdan dokuzynjy aýada çenli papalygyň tagtda berkidilmeginden başlap, 538-nji ýyldan tä ölüm ýarasyna we ahyrzamanyň wagty bolan 1798-nji ýyla çenli bolan taryh beýan edilýär. Elbetde, bu zerur we möhüm hakykatdyr, çünki ol kyrkynjy aýady goldaýar we tassyklaýar, emma ol ýüz kyrk dört müňüň möhürleniş döwründe bolup geçýän aýratyn pygamberlik beýanatyny bermeýär. Onunjy aýat, bäşinji aýatdan dokuzynjy aýada çenli bolşy ýaly, kyrkynjy aýadyň dogrulygyny tassyklaýar, ýöne möhürleniş döwründe ýerine ýetýän pygamberlik taryhyna degişli bolmaýar. Şeýle-de bolsa, ol 1989-njy ýyly belleýär, şonuň üçin hem aýdylyp geçilmezlik arkaly 1989-njy ýyldan kyrk birinji aýatdaky ýekşenbe kanunyna çenli sessiz bir döwri kesgitleýär.</w:t>
      </w:r>
    </w:p>
    <w:p>
      <w:pPr>
        <w:pStyle w:val="ArticleBody"/>
        <w:jc w:val="left"/>
      </w:pPr>
      <w:r>
        <w:rPr>
          <w:rFonts w:ascii="Times New Roman" w:hAnsi="Times New Roman" w:eastAsia="Times New Roman" w:cs="Times New Roman"/>
        </w:rPr>
        <w:t>On birinji aýatdan on bäşinji aýata çenli aýatlar ýüz kyrk dört müň adamyň möhürleniş döwründe berjaý bolýan taryhy görkezýär. Ol aýatlar ikinji we üçünji aýatlaryň arasyndaky, şeýle hem kyrkynjy aýatdaky 1989-njy ýyl bilen kyrk birinji aýatdaky ýekşenbe kanunynyň arasyndaky gizlin taryhyň çägine gabat gelýär. Ol aýatlar örän-de häzirki hakykatdyr, we eger-de biz şol aýatlara düşünmegiň maksat edinilen peýdalaryny almakçy bolsak, olary hut şeýle hökmünde ykrar etmelidiris.</w:t>
      </w:r>
    </w:p>
    <w:p>
      <w:pPr>
        <w:pStyle w:val="ArticleBody"/>
        <w:jc w:val="left"/>
      </w:pPr>
      <w:r>
        <w:rPr>
          <w:rFonts w:ascii="Times New Roman" w:hAnsi="Times New Roman" w:eastAsia="Times New Roman" w:cs="Times New Roman"/>
        </w:rPr>
        <w:t>Maksat edilýän peýdalar ikitaraplaýyn bolup, sebäbi ol onda şekillendirilen pygamberlik taryhyna düşünmäni, şeýle hem şol habaryň hakykatlaryna düşünmek arkaly emele gelýän tejribäni aňladýar. Habara düşünmek — möhürleniş döwründe amala aşýan bilimdäki soňky artma — ýüz kyrk dört müňüň arasynda boljaklary mukaddes edýän zaddyr. Şonuň üçin bu aýatlara içerki we daşarky nukdaýnazardan garamak möhümdir.</w:t>
      </w:r>
    </w:p>
    <w:p>
      <w:pPr>
        <w:pStyle w:val="ArticleBody"/>
        <w:jc w:val="left"/>
      </w:pPr>
      <w:r>
        <w:rPr>
          <w:rFonts w:ascii="Times New Roman" w:hAnsi="Times New Roman" w:eastAsia="Times New Roman" w:cs="Times New Roman"/>
        </w:rPr>
        <w:t>Lewileriň ýigrimi altynjy babyndaky “ýedi wagt” ýüz kyrk dört müňüň möhürleniş döwrüniň aýrylmaz bir bölegidir; çünki Danyýeliň ikinji we dokuzynjy baplarda görkezilen iki dogasy, wagşy haýwanyň şekili arkaly beýan edilýän pygamberlik taryhyna düşünmek üçin edilýän iki esse dogany, şeýle hem öz günäleriniň we atalarynyň günäleriniň bagyşlanmagy hakdaky Lewiler 26-daky dogany ýerine ýetirýänlerde emele gelýän tejribäni kabul etmegi aňladýar. Daşarky doga wagşy haýwanyň şekilini kesgitleýär, içki doga bolsa Mesihiň keşbini emele getirýär.</w:t>
      </w:r>
    </w:p>
    <w:p>
      <w:pPr>
        <w:pStyle w:val="ArticleBody"/>
        <w:jc w:val="left"/>
      </w:pPr>
      <w:r>
        <w:rPr>
          <w:rFonts w:ascii="Times New Roman" w:hAnsi="Times New Roman" w:eastAsia="Times New Roman" w:cs="Times New Roman"/>
        </w:rPr>
        <w:t>Danyýl on birinji bapdaky dürli parçalarda görkezilen, aýratyn-da möhürleme wagtynyň içinde amala aşýan taryhyň düşünilmegi, ikinji bapda Danyýlyň dogasy arkaly şekillendirilýär. Ol we üç wepaly ýoldaşy Nebukadnesaryň metallardan düzülen heýkel baradaky düýşüniň syrly habaryna düşünmäge çalyşdylar. Nebukadnesaryň gizlin düýşünde şekillendirilen pygamberlik taryhynyň dogry düşünilişi ykrar edilende, şol düşüniliş düşünýänlere özleriniň umytsyz ýagdaýdadygyny bildirýär, eger-de olar şahsy taýdan dokuzynjy bapda Danyýlyň dogasy arkaly şekillendirilen doly toba tejribesini başdan geçirmeseler.</w:t>
      </w:r>
    </w:p>
    <w:p>
      <w:pPr>
        <w:pStyle w:val="ArticleBody"/>
        <w:jc w:val="left"/>
      </w:pPr>
      <w:r>
        <w:rPr>
          <w:rFonts w:ascii="Times New Roman" w:hAnsi="Times New Roman" w:eastAsia="Times New Roman" w:cs="Times New Roman"/>
        </w:rPr>
        <w:t>Onuň onunjy babynda beýan edilýän tejribäni on birinji babyndaky ahyrzaman wakalarynyň pygamberlik rowaýatyndan aýyrmak, pygamberligiň okuwçysy hökmünde şowsuzlyga uçramakdyr. Danyýel kitabynyň on birinji babynda, on birinji we on ikinji aýatlarda, serhet zolagynyň urşy, Rafiýa söweşi hem-de günorta patyşasynyň ýeňşi, Hudaýyň pygamberlik Sözünde bellenen üç wekilçilikli urşuň ikinjisini aňladýar. Hakykatyň bu ylhamyny görünýän ýagdaýa getirýän açar — onunjy aýatda Demirgazygyň patyşasynyň galanyňa (boýnuna) çenli joşup geçýändigini we aşyp geçýändigini Beýik Dilşynasyň ulanmagydyr. Ol joşup geçmegi we aşyp geçmegi beýan edýän başga iki aýaty hem berdi, şeýle etmek bilen bolsa, ol wakalaryň pygamberlik rowaýatyny hem-de şol wakalara düşünmegiň döretmeli tejribesini bir ýere jemleýär.</w:t>
      </w:r>
    </w:p>
    <w:p>
      <w:pPr>
        <w:pStyle w:val="ArticleScripture"/>
        <w:jc w:val="left"/>
      </w:pPr>
      <w:r>
        <w:rPr>
          <w:rFonts w:ascii="Times New Roman" w:hAnsi="Times New Roman" w:eastAsia="Times New Roman" w:cs="Times New Roman"/>
        </w:rPr>
        <w:t>Emma onuň ogullary gahar-gazaba mündüriler we köp sanly uly goşunlary jemlärler; olaryň biri hökman geler, joşup geçer we öňünden geçip gider; soňra ol yzyna dolanar we öz galasyna çenli gahar-gazaba müner. Günortanyň patyşasy hem gazaba münüp, onuň bilen, ýagny demirgazygyň patyşasy bilen söweşmäge çykar; ol uly bir goşuny öňe çykarar; emma şol goşun onuň eline berler. Goşuny ýok edenden soň, onuň ýüregi ýokary galkar; ol on müňlerçäni ýykar; emma munuň bilen güýçlenmez. Daniel 11:10–12.</w:t>
      </w:r>
    </w:p>
    <w:p>
      <w:pPr>
        <w:pStyle w:val="ArticleBody"/>
        <w:jc w:val="left"/>
      </w:pPr>
      <w:r>
        <w:rPr>
          <w:rFonts w:ascii="Times New Roman" w:hAnsi="Times New Roman" w:eastAsia="Times New Roman" w:cs="Times New Roman"/>
        </w:rPr>
        <w:t>2014-nji ýylda Putin Ukrainada uruş başlatdy, hem-de on birinji babyň on birinji aýatynda görkezilişi ýaly bu hakykaty ykrar etmek üçin pygamberlikleri öwrenýän talyp ilki bilen onunjy aýadyň Danyýel kitabyň on birinji babyň kyrkynjy aýadynyň ikinji bölegini suratlandyrýan bir taryhy aňladýandygyny görmäge ukyply bolmalydyr. Muny ykrar edenlerinden soň, olar onunjy aýadyň kyrkynjy aýada goşýan zadynyň şundan ybaratdygyny görerler: 1989-njy ýylda Sowet Soýuzy syrylyp aýrylanda, demirgazygyň patyşasy diňe öz galasyna (“boýnuna”) çenli çykdy. Emma pygamberlikleri öwrenýän talyp Işaýa kitabynyň sekizinji babyň sekizinji aýadyny görýänçä, munuň nämäni aňladýandygyny bilmezdi. Şonda ol üç aýadyň hemmesiniň Mukaddes Kitapda diňe üç gezek ulanylýan bir aňlatma arkaly biri-birine baglanyşdyrylandygyny kesgitlemek üçin pygamberlik ygtyýaryna eýe bolardy.</w:t>
      </w:r>
    </w:p>
    <w:p>
      <w:pPr>
        <w:pStyle w:val="ArticleBody"/>
        <w:jc w:val="left"/>
      </w:pPr>
      <w:r>
        <w:rPr>
          <w:rFonts w:ascii="Times New Roman" w:hAnsi="Times New Roman" w:eastAsia="Times New Roman" w:cs="Times New Roman"/>
        </w:rPr>
        <w:t>Şondan soň talyba Mukaddes Kitapda “daşyp geçmek” diýen aňlatmanyň üç gezek duş gelmeginiň maksatlaýyn gaýtalanmadygyna däl-de, hut maksatlaýyn gaýtalanýandygyna degişli ikinji bir şaýatlyk gerek bolar. Bu hakykata degişli ikinji şaýatlyk, şol üç aýadyň (şaýatlygyň) ählisiniň hem günortadaky bir patyşa hüjüm edýän demirgazygyň bir patyşasyny görkezýändigi sebäpli berkidilýär. Şeýlelikde, iki hili içerki şaýatlyk arkaly şol bir nyşanly taryh hökmünde tassyklanan bu üç şaýatlyk, pygamberligi öwrenýän talyby soňra şol üç aýady setir üstüne setir usulynda biri-biriniň üstüne goýup deňeşdirmäge alyp barýar. Şol ulanylyş bolsa, demirgazygyň patyşasy bilen günortanyň patyşasynyň arasyndaky söweşi beýan edýän aýatlaryň mazmunyny giňeldýär.</w:t>
      </w:r>
    </w:p>
    <w:p>
      <w:pPr>
        <w:pStyle w:val="ArticleBody"/>
        <w:jc w:val="left"/>
      </w:pPr>
      <w:r>
        <w:rPr>
          <w:rFonts w:ascii="Times New Roman" w:hAnsi="Times New Roman" w:eastAsia="Times New Roman" w:cs="Times New Roman"/>
        </w:rPr>
        <w:t>Işaýa kitabynyň ýedinji babyndaky sekizinji we dokuzynjy aýatlar, onunjy aýatdaky “galanyň” nämäni aňladýandygy baradaky syrly meseläniň çözgüdiniň açaryny berýär, çünki “gala” diýlip terjime edilen ibrany sözi, şeýle hem on birinji babyň ýedinji aýatynda günortanyň patyşasynyň içine giren “galasydyr”. “Gala” sözi, Danyýel 11:31-de “güýç mukaddesligi” diýen aňlatmada “güýç” diýip hem terjime edilýär. Şeýlelikde, bu iki aýat (ýedinji we otuz birinji) “galanyň” bir patyşalygyň ýa-da bir patyşanyň paýtagtydygyna iki şaýatlyk berýär. Bu hakykat iki şaýat bilen (ikisiniň hem on birinji bapda bolmagy bilen) berkidilenden soň, Işaýanyň ýedinji babyndaky sekizinji we dokuzynjy aýatlardaky syrly parçada, “galanyň” bir patyşalygyň paýtagtydygyny ýa-da şol patyşalygyň patyşasyny aňladýandygyny iki içerki şaýat arkaly görkezmegi, 1989-njy ýyldan öň, paýtagty Russiýa bolan, paýtagt şäheri Moskwa bolan Sowet Soýuzynyň başynda Mikal Gorbaçýowyň durandygyny tassyklaýar. Gorbaçýowyň görnüp duran alamatynyň onuň maňlaýy bolmagy tötänden däldir.</w:t>
      </w:r>
    </w:p>
    <w:p>
      <w:pPr>
        <w:pStyle w:val="ArticleBody"/>
        <w:jc w:val="left"/>
      </w:pPr>
      <w:r>
        <w:rPr>
          <w:rFonts w:ascii="Times New Roman" w:hAnsi="Times New Roman" w:eastAsia="Times New Roman" w:cs="Times New Roman"/>
        </w:rPr>
        <w:t>Setir üstüne setir, bu ulanylyşyň jemlemesi, «Ynanaýmasaňyz, elbetde, berkidilmersiňiz» diýip aýdanda, onuň ähmiýetini nygtaýar. Isa şeýle diýdi: «Eý, akylsyzlar we pygamberleriň aýdanlarynyň ählisine ynanmaga ýüregi ýuwaşlar». [Seret Luka 24:25] Ezra şeýle ýazdy: «Olar irden daň bilen turup, Tekoa çölüne gitdiler; olar gidip barýarkalar, Ýehosapat durup şeýle diýdi: Meni diňläň, eý Ýahuda we Iýerusalimiň ýaşaýjylary; Hudaýyňyz Rebbe ynanyň, şeýle etseňiz berkidilersiňiz; Onuň pygamberlerine ynanyň, şeýle etseňiz rowaçlanarsyňyz». [Seret 2 Hronikalar 20:20] Ylham kitabynda ýedi gezek diňlemek baradaky buýruk berilýär. «Gulagy bolan, Ruhuň ýygnaklara näme diýýändigini eşitsin».</w:t>
      </w:r>
    </w:p>
    <w:p>
      <w:pPr>
        <w:pStyle w:val="ArticleBody"/>
        <w:jc w:val="left"/>
      </w:pPr>
      <w:r>
        <w:rPr>
          <w:rFonts w:ascii="Times New Roman" w:hAnsi="Times New Roman" w:eastAsia="Times New Roman" w:cs="Times New Roman"/>
        </w:rPr>
        <w:t>Berkarar edilmek, hikmetli bakireler arasında bulunmak demektir; zira akılsızlar, peygamberlere iman etmekte yürekçe ağır davranırlar. Hikmetliler, Allah’ın peygamberleri aracılığıyla söylemiş olduğu şeye iman ederler; Kutsal Ruh’un kiliselere ne dediğini işittikleri için berkarar edilir ve gelişip serpilirler. Rusya’nın teşhis edilmesi ve onun 2014 yılında Ukrayna’ya karşı başlattığı savaş, Mesih’in tam da o hakikati mühründen açtığı dönemde, hikmetli peygamberlik öğrencileri olanları berkarar eden şeydir.</w:t>
      </w:r>
    </w:p>
    <w:p>
      <w:pPr>
        <w:pStyle w:val="ArticleBody"/>
        <w:jc w:val="left"/>
      </w:pPr>
      <w:r>
        <w:rPr>
          <w:rFonts w:ascii="Times New Roman" w:hAnsi="Times New Roman" w:eastAsia="Times New Roman" w:cs="Times New Roman"/>
        </w:rPr>
        <w:t>Bu hakykat 2014-nji ýylda taryha geldi; bu bolsa 2001-den soňra bolýar, şonuň üçin ol ýüz kyrk dört müňüň möhürleniş döwrüniň içinde ýerleşýär. Ondan soňky ýyl, 2015-nji ýylda, iň baý prezident — ýagny 1989-njy ýyldaky ahyrzaman döwründen hasaplanylanda altynjy prezident — globalistleri öjükdirip başlady. Onunjy aýat 1989-njy ýylyň taryhyny kesgitleýär, emma şol bir wagtyň özünde Russiýany “galamgaýyr” hökmünde hem belleýär; indiki iki aýatda bolsa Russiýa proxy uruşlarynyň ikinji söweşine başlar, we Putin şol söweşde ýeňer. Aýatlaryň hakykaty, olaryň aňladýan taryhy amala aşanda, möhürden açylýar.</w:t>
      </w:r>
    </w:p>
    <w:p>
      <w:pPr>
        <w:pStyle w:val="ArticleScripture"/>
        <w:jc w:val="left"/>
      </w:pPr>
      <w:r>
        <w:rPr>
          <w:rFonts w:ascii="Times New Roman" w:hAnsi="Times New Roman" w:eastAsia="Times New Roman" w:cs="Times New Roman"/>
        </w:rPr>
        <w:t>“Daniýel öz paýynda we öz ornunda durandyr. Daniýeliň we Ýahýanyň pygamberlikleri düşünilmelidir. Olar biri-birini düşündirýärler. Olar dünýä her bir adamyň düşünmeli bolan hakykatlaryny berýärler. Bu pygamberlikler dünýäde şaýat bolmalydyr. Olar şu soňky günlerde amala aşmaklary arkaly özlerini düşündirerler.” The Kress Collection, 105.</w:t>
      </w:r>
    </w:p>
    <w:p>
      <w:pPr>
        <w:pStyle w:val="ArticleBody"/>
        <w:jc w:val="left"/>
      </w:pPr>
      <w:r>
        <w:rPr>
          <w:rFonts w:ascii="Times New Roman" w:hAnsi="Times New Roman" w:eastAsia="Times New Roman" w:cs="Times New Roman"/>
        </w:rPr>
        <w:t>On birinji hem on ikinji aýatlaryň pygamberligi, bir ýüz kyrk dört müňüň möhürleniş wagtyndaky taryhy amala aşmasy arkaly açylýar, emma “setir üstüne setir” boýunça, bu aýatlar bilen bagly başga-da bir möhüm hakykat bar. Pygamberligi öwrenýän talyp “daşyp, hem üstünden geçmek” baradaky üç parçany bir ýere getirmek üçin, altmyş bäş ýyl baradaky pygamberligi-de pygamberlik çyzygyna getirmelidir. Altmyş bäş ýyllyk pygamberlik iki sany iki müň bäş ýüz ýigrimi ýyllyk pygamberligiň başlangyjyny belleýär, we olaryň biri-birinden kyrk alty ýyl ara bilen başlanýandygyny görkezýär. Başlangyçdaky altmyş bäş ýyly kesgitlemek bilen, ol şeýle hem Alfasynyň we Omegasynyň ahyrda altmyş bäş ýyl emele getirjekdigini görkezýär.</w:t>
      </w:r>
    </w:p>
    <w:p>
      <w:pPr>
        <w:pStyle w:val="ArticleBody"/>
        <w:jc w:val="left"/>
      </w:pPr>
      <w:r>
        <w:rPr>
          <w:rFonts w:ascii="Times New Roman" w:hAnsi="Times New Roman" w:eastAsia="Times New Roman" w:cs="Times New Roman"/>
        </w:rPr>
        <w:t>Başlangyçdaky-da, ahyryndaky-da altmyş bäş ýyl döwrüniň her biri üç sany alamat nokadynyň möhürini göterýär. Birinjisi b.e. öň 742-nji ýyl boldy, soň on dokuz ýyl geçenden soň b.e. öň 723-nji ýyl, soň bolsa kyrk alty ýyl geçenden soň b.e. öň 677-nji ýyl boldy. Şol üç alamat nokady ahyrda 1798, 1844 we 1863 ýyllar bilen görkezilýär. Başlangyçdaky (Alfa) kyrk alty ýyllyk döwür ybadathananyň we goşunyň depelenmegini aňladýar, ahyryndaky (Omega) kyrk alty ýyllyk döwür bolsa mukaddes ýeriň we goşunyň dikeldilmegini aňladýar; şol wagtda Ähtiň Habarchysy (ol şol bir wagtda Alfa we Omega hem bolup), 1798-den 1844-e çenli kyrk alty ýylyň dowamynda Özüniň galdyran ybadathanasyna birden girerdi.</w:t>
      </w:r>
    </w:p>
    <w:p>
      <w:pPr>
        <w:pStyle w:val="ArticleBody"/>
        <w:jc w:val="left"/>
      </w:pPr>
      <w:r>
        <w:rPr>
          <w:rFonts w:ascii="Times New Roman" w:hAnsi="Times New Roman" w:eastAsia="Times New Roman" w:cs="Times New Roman"/>
        </w:rPr>
        <w:t>Işaýanyň miladydan öňki 742-nji ýylda pygamberligi öňe süren döwründe, öňünden on dokuz ýyl bilen başlanýan kyrk alty ýyl, öz tamamynda kyrk alty ýyly aňladýar; soňra olaryň yzyna kiazma nagyşyna görä ýene on dokuz ýyl gelýär. 1844-den 1863-e çenli bolan on dokuz ýyl, şol taryhda bolup geçen pitne sebäpli ýerine ýetirilmän galan ýüz kyrk dört müň hakynda Mesihiň niýetleriniň bir mysalyny berýär. Danyýel kitabynyň on birinji babyndaky onunjy aýatdan on ikinji aýada çenli bolan aýatlar baradaky hakykat sözüni dogry bölmek üçin pygamberlik öwrenijisinden talap edilýän iş, diňe bir (eger ynanýan bolsaňyz) Russiýanyň 2014-nji ýylda Ukrainada urşa başlajakdygyny däl, eýsem şol urşuň ýüz kyrk dört müňüň möhürleniş döwründe başlanjakdygyny hem tassyklaýar. Aýatlarda şekillendirilen pygamberlik taryhy näçe möhüm bolsa, hut şol taryhyň hakykatynyň möhüri açylýan taryhy hem 1844-den 1863-e çenli bolan on dokuz ýylyň taryhy arkaly şekillendirilendir.</w:t>
      </w:r>
    </w:p>
    <w:p>
      <w:pPr>
        <w:pStyle w:val="ArticleBody"/>
        <w:jc w:val="left"/>
      </w:pPr>
      <w:r>
        <w:rPr>
          <w:rFonts w:ascii="Times New Roman" w:hAnsi="Times New Roman" w:eastAsia="Times New Roman" w:cs="Times New Roman"/>
        </w:rPr>
        <w:t>1844 üçünji perişdäniň gelşini görkezýär we ol 2001-nji ýylyň 11-nji sentýabrynda üçünji perişdäniň gelşiniň nusgasy bolýar. 1863 Ýeriho şäheriniň täzeden gurulmagy bilen alamatlandyrylan pitneçiligi aňladýar. 1863-nji ýylyň ýol belgisi hem ýakynda geljek ýekşenbe kanuny wagtynda “Ýerihonyň diwarlaryny ýykyş” üçin ulanylýan ýüz kyrk dört müňüň tabynlygyny nusgalaýar. Biziň garap duran aýatlarymyzda on altynjy aýat Amerikanyň Birleşen Ştatlarynda ýekşenbe kanunyny aňladýar. On birinji aýat 2014-nji ýyldan Putiniň ahyrky ýeňşine çenli döwri belleýär. Bu aýatlar on üçünji aýatdan on bäşinji aýata çenli beýan edilişi ýaly, üçünji proksi urşy bilen yzarlanylýan ikinji proksi urşuň başlanmagyny görkezýär.</w:t>
      </w:r>
    </w:p>
    <w:p>
      <w:pPr>
        <w:pStyle w:val="ArticleBody"/>
        <w:jc w:val="left"/>
      </w:pPr>
      <w:r>
        <w:rPr>
          <w:rFonts w:ascii="Times New Roman" w:hAnsi="Times New Roman" w:eastAsia="Times New Roman" w:cs="Times New Roman"/>
        </w:rPr>
        <w:t>Ikinji aýaty on birinji we on ikinji aýatlar bilen bilelikde garanymyzda, 2014-nji ýylda başlanan Ukrain söweşini kesgitleýäris; onuň yzysüre 2015-nji ýylda ABŞ-nyň Prezidentlik saýlaw kampaniýasy, soňra bolsa 2016-njy ýylda iň baý prezidentiň saýlanmagy geldi. On ikinji aýatdan soň, Ýekşenbe kanunyndan öňki iň soňky prezidentiň ar alyş hereketi üçünji proksi urşunda ýüze çykýar. Serhet çyzygynyň söweşi bolan ikinji proksi urşy altynjy we iň baý prezidentiň saýlanmagyndan az salym öň başlandy.</w:t>
      </w:r>
    </w:p>
    <w:p>
      <w:pPr>
        <w:pStyle w:val="ArticleBody"/>
        <w:jc w:val="left"/>
      </w:pPr>
      <w:r>
        <w:rPr>
          <w:rFonts w:ascii="Times New Roman" w:hAnsi="Times New Roman" w:eastAsia="Times New Roman" w:cs="Times New Roman"/>
        </w:rPr>
        <w:t>1844-nji ýyldan 1863-nji ýyla çenli bolan taryhda Ezekiýeliň iki taýagy birleşdirilmelidi. Olaryň birleşdirilmegi ýüz kyrk dört müňüň möhürlenmegi bolan işde ylahylyk bilen ynsanlygyň birleşmegini aňladýardy. 1844-nji ýylda üçünji perişde geldi we gökdäki mukaddes ýer, Hudaýyň kanuny, Sabat güni hem-de üçünji perişde bilen baglanyşykly ýagtylygy açdy. 1849-njy ýylda Reb uly lapykeçlikde dargadylan süriniň dargap giden galan bölegini ýygnamak üçin Öz elini ikinji gezek uzatdy. 1850-nji ýylda Ol Öz halkyny Habakkukyň ikinji çyzgysyny taýýarlamaga alyp bardy, bu bolsa Ol Öz halkyny “Ýerihonyň diwarlaryny ýykmaga” alyp barýarka, olaryň wagyz etmeli habaryny şekilli görnüşde görkezmek üçindi. Şol çyzgyda “köne çyzgyda” bolşy ýaly “ýedi wagt” hem bardy.</w:t>
      </w:r>
    </w:p>
    <w:p>
      <w:pPr>
        <w:pStyle w:val="ArticleBody"/>
        <w:jc w:val="left"/>
      </w:pPr>
      <w:r>
        <w:rPr>
          <w:rFonts w:ascii="Times New Roman" w:hAnsi="Times New Roman" w:eastAsia="Times New Roman" w:cs="Times New Roman"/>
        </w:rPr>
        <w:t>1856-njy ýylda Ol Öz halkyny “Ieriho söweşiniň” öňüsyrasynda möhürlemeli bolan nury açdy. Şol nur Alfa bilen Omega-nyň William Miller’e açan ilkinji nurunyň artdyrylmagy bolupdy. Ol gadymy Ieriho söweşinde gaýta-gaýta şekillendirilişi ýaly, “ýedi wagt” baradaky nurdy. Öz halkyny möhürlemeli bolan nur, şol bir wagtda olary oýarmaly we ýene-de Filadelfiýanyň tejribesine geçirmeli bolan Laodikiýa habarydy. Şol soňky nur ilkinji nuruň artdyrylmagy bolupdy, emma Onuň halky şol nura geleňsizlik etdi we netijede Laodikiýanyň çölünde sergezdan bolmagy saýlady. 1844, 1849, 1850, 1856 we 1863-nji ýyllar ýakyn wagtda geljek Ýekşenbe kanunyna çenli 2001-nji ýylyň 11-nji sentýabrynyň taryhynda şekillendirilýän bäş ýolbelgini aňladýar.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Ýerihon Ysraýyl ogullary sebäpli pugta ýapylypdy: hiç kim çykmady, hiç kim-de girmedi. Reb Ýeşuwa şeýle diýdi: «Ine, Men Ýerihony, onuň patyşasyny we gaýduwsyz batyrlaryny seniň eliňe berdim. Siz bolsa şäheri gabap aýlanyp çykyň, ähli söweşiji adamlar şäheriň daşyndan bir gezek aýlansyn. Şeýlelikde alty gün edersiňiz. Ähtiň sandygyndan öň ýedi ruhany goçuň şahyndan edilen ýedi surnaý götersin; ýedinji gün bolsa şäheriň daşyndan ýedi gezek aýlanyň, ruhanylar hem surnaýlary çalsynlar. Şeýle bolar: goçuň şahy bilen uzyn ses çykaranlarynda, siz surnaýyň sesini eşideniňizde, ähli halk beýik ses bilen gygyryp goýbersin; şonda şäheriň diwary düýbünden ýere ýykylacakdyr, halk bolsa her kim öz öňündäki tarapa göni çykyp gider». Nunyň ogly Ýeşuwa ruhanylary çagyrdy-da, olara şeýle diýdi: «Äht sandygyňy göteriň, Rebbiň sandygyndan öň ýedi ruhany goçuň şahyndan edilen ýedi surnaý götersin». Soň ol halka: «Öňe geçiň, şäheri gabap aýlanyň, ýaraglylar hem Rebbiň sandygyndan öň geçsinler» diýdi. Şeýle boldy: Ýeşuwa halka aýdyp gutaran badyna, goçuň şahyndan edilen ýedi surnaýy göterýän ýedi ruhany Rebbiň öňünde öňe geçdiler-de, surnaýlary çaldylar; Rebbiň äht sandygy hem olaryň yzyndan gelýärdi. Ýaraglylar surnaý çalýan ruhanylaryň öňünden barýardylar, yzdan gelýänler bolsa sandygyň yzy bilen gelýärdiler; ruhanylar ýöräp barýardylar hem surnaýlary çalýardylar. Ýeşuwa bolsa halka buýrugyny beripdi: «Men size gygyryň diýýän güne çenli ne gygyraň, ne-de sesiňizi çykaryň; agzyňyzdan bir söz hem çykmasyn. Şondan soň gygyryň».</w:t>
      </w:r>
    </w:p>
    <w:p>
      <w:pPr>
        <w:pStyle w:val="ArticleScripture"/>
        <w:jc w:val="left"/>
      </w:pPr>
      <w:r>
        <w:rPr>
          <w:rFonts w:ascii="Times New Roman" w:hAnsi="Times New Roman" w:eastAsia="Times New Roman" w:cs="Times New Roman"/>
        </w:rPr>
        <w:t>Şeýlelik bilen, Rebbiň sandygy şäheriň daşyna aýlanyp, ony bir gezek dolandy; soňra olar düşelgä geldiler we düşelgede gijeläp galdylar. Ýeşuwa ir bilen daňdan turdy, ruhanylar hem Rebbiň sandygyny göterdiler. Rebbiň sandygynyň öňünde goçuň şahyndan edilen ýedi surnaý göteren ýedi ruhany hemişe öňe gidip, surnaý çalýardy; ýaragly adamlar olaryň öňünden barýardy; yzky goraýjylar bolsa Rebbiň sandygynyň yzyndan gelýärdi; ruhanylar bolsa gidip barşlaryna surnaý çalýardylar. Ikinji gün hem olar şäheriň daşyna bir gezek aýlanyp, düşelgä dolandylar; alty günläp şeýle etdiler. Ýedinji gün bolsa olar daň söküler-sökülmez irden turup, şol bir tertip boýunça şäheriň daşyna ýedi gezek aýlandylar; diňe şol gün şäheriň daşyna ýedi gezek aýlandylar. Ýedinji gezekde, ruhanylar surnaý çalanda, Ýeşuwa halka: «Gygyryň, çünki Reb size şäheri berdi» diýdi.</w:t>
      </w:r>
    </w:p>
    <w:p>
      <w:pPr>
        <w:pStyle w:val="ArticleScripture"/>
        <w:jc w:val="left"/>
      </w:pPr>
      <w:r>
        <w:rPr>
          <w:rFonts w:ascii="Times New Roman" w:hAnsi="Times New Roman" w:eastAsia="Times New Roman" w:cs="Times New Roman"/>
        </w:rPr>
        <w:t>Şäher, onuň özi-de we onuň içindäkileriň hemmesi-de Reb üçin näletlenen bolar; diňe jelep Rahap diri galar, ol hem-de onuň öýündäki öz ýanyndaky ähli adamlar, çünki ol biziň iberen ilçilerimizi gizledi. Emma siz özüňizi näletlenen zatdan hökman daşda saklaň; ýogsam, näletlenen zatdan alyp, özüňizi näletli edersiňiz we Ysraýyl goşuny düşelgesini nälete duçar edip, ony bela salarsyňyz. Ýöne ähli kümüş, altyn, bürünç we demir gap-gaçlar Reb üçin mukaddes edilendir; olar Rebbiň hazynasyna getiriler. Şeýlelikde, ruhanylar surnaý çalanda, halk gygyryşdy; we şeýle boldy: halk surnaýyň sesini eşidip, beýik gygyryş bilen gygyryşanda, diwar düýbünden ýykyldy; şonda halk şähere çykdy, her kim göni öz öňünden, we olar şäheri eýelediler.</w:t>
      </w:r>
    </w:p>
    <w:p>
      <w:pPr>
        <w:pStyle w:val="ArticleScripture"/>
        <w:jc w:val="left"/>
      </w:pPr>
      <w:r>
        <w:rPr>
          <w:rFonts w:ascii="Times New Roman" w:hAnsi="Times New Roman" w:eastAsia="Times New Roman" w:cs="Times New Roman"/>
        </w:rPr>
        <w:t>Şäheriň içindäki ähli zady, erkekdir aýaldyr, ýaşdyr garrydyr, öküzdir goýundyr, eşekdir — gylyjyň ýiti tarapy bilen bütinleý ýok etdiler. Emma Ýeşuwa ýurduň içini barlap gören iki adama şeýle diýipdi: «Peşehotunyň öýüne giriň-de, oňa ant içşiňiz ýaly, ol aýaly hem onuň ähli zadyny ol ýerden çykaryp getiriň». Şeýlelikde, içaly bolup giden ýaş ýigitler girip, Rahaby, onuň atasyny, ejesini, doganlaryny we onuň ähli zadyny çykaryp getirdiler; onuň ähli garyndaşlaryny hem çykaryp, Ysraýylyň düşelgesiniň daşynda ýerleşdirdiler. Soňra şäheri hem-de onuň içindäki ähli zady ot bilen ýakdylar; diňe kümşi, altyny, bürünç we demir gaplary Rebbiň öýüniň hazynasyna goýdular. Ýöne Ýeşuwa peşehot Rahaby, onuň atasynyň öý-hojalygyny we onuň ähli zadyny diri galdyrdy; ol şu güne çenli Ysraýylyň arasynda ýaşaýar, sebäbi Ýeriho şäherini içalap görmek üçin Ýeşuwanyň iberen ilçilerini gizläpdi. Şol wagt Ýeşuwa olardan kasam aldy-da şeýle diýdi: «Rebbiň huzurynda Ýeriho diýilýän bu şäheri täzeden galdyryp gurýan adam näletli bolsun: onuň binýadyny ilkinji oglunyň üstünde salar, derwezelerini bolsa iň kiçi oglunyň üstünde diker». Şeýlelikde, Reb Ýeşuwa bilen boldy; onuň şöhraty bütin ýurda ýaýrady. Ýeşuwa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Altmış Sekizinji</dc:title>
  <dc:subject>Pygamberlik Hakykatynyň Açylmagy: Proksi uruşlarynyň Ikinji Söweşi we 144 000-nyň Möhürlenmegi</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