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segsen birinji</w:t>
      </w:r>
    </w:p>
    <w:p>
      <w:pPr>
        <w:pStyle w:val="ArticleSubtitle"/>
        <w:jc w:val="left"/>
      </w:pPr>
      <w:r>
        <w:rPr>
          <w:rFonts w:ascii="Arial" w:hAnsi="Arial" w:eastAsia="Arial" w:cs="Arial"/>
        </w:rPr>
        <w:t>Ýarygije ýaryndaky seslenme we Rimiň pygamberlikdäki roly: Danyýel kitabynda ahyrzaman günleriniň açylmagy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Danyýlyň on birinji babynda pygamberligiň birnäçe setirleri bar we olaryň ählisi şol babyň soňky alty aýaty bilen sazlaşýar. 1989-njy ýylda, ahyrzamanyň wagtyndan başlap kyrkynjy aýatyň taryhy bilen, kyrk birinji aýatyň Ýekşenbe kanunyna çenli laýyk gelýän bölüm, soňky günlere çenli möhürlenen pygamberlik bölegidir. Bu, synag möhletiniň tamamlanmagyna az wagt galanda möhüriniň açylýan, Isa Mesihiň Ylhamynyň Danyýyl arkaly berlen tamamlaýjy bölegidir. Ikinji aýat Trampy — soňky Respublikan prezidenti, soňky Prezidenti, ýediniň içinden bolan sekizinjini — tanyşdyrýar; ol 2015-nji ýylda öz dalaşgärligini yglan edip, globalistleri gozgalaňa getirmäge başlan iň baý prezidentdir. Onunjy aýat 1989-njy ýyly görkezýär, on birinji we on ikinji aýatlar bolsa 2014-nji ýylda başlanan Ukrain söweşini, Putiniň ýeňşi we soňundan gelen heläkçiligini görkezýär.</w:t>
      </w:r>
    </w:p>
    <w:p>
      <w:pPr>
        <w:pStyle w:val="ArticleBody"/>
        <w:jc w:val="left"/>
      </w:pPr>
      <w:r>
        <w:rPr>
          <w:rFonts w:ascii="Times New Roman" w:hAnsi="Times New Roman" w:eastAsia="Times New Roman" w:cs="Times New Roman"/>
        </w:rPr>
        <w:t>On üçünji aýatdan on bäşinji aýata çenli bolan aýatlar, kyrkynjy aýatda beýan edilýän üç söweşiň üçünjisini suratlandyrýar: ol 1989-njy ýylda Sowet Soýuzynyň dargamagy bilen başlanýar, soňra Ukrainadaky uruş bilen dowam edýär, onuň yzysüre bolsa Panium söweşi gelýär; bu söweş Amerikanyň Birleşen Ştatlarynda ýüz dönderiji protestantizmiň dünýäniň globalistlerine garşy alyp barýan daşarky göreşini aňladýar.</w:t>
      </w:r>
    </w:p>
    <w:p>
      <w:pPr>
        <w:pStyle w:val="ArticleBody"/>
        <w:jc w:val="left"/>
      </w:pPr>
      <w:r>
        <w:rPr>
          <w:rFonts w:ascii="Times New Roman" w:hAnsi="Times New Roman" w:eastAsia="Times New Roman" w:cs="Times New Roman"/>
        </w:rPr>
        <w:t>Ýoldan azaşan Protestantizm agalyk edýär we ýakyn wagtda güýje girjek ýekşenbe kanunynda amala aşyrylýan üç esse birleşigiň iýerarhiki gatnaşyklaryny döredýär. Ýyrtyjy Katoliklikdir, we ol Ýezebel hem-de başga köp sanly nyşanlar arkaly şekillendirilýän üç güýjüň başydyr. Ol ýyrtyjynyň üstünde höküm sürýän we oňa münen jelepdir.</w:t>
      </w:r>
    </w:p>
    <w:p>
      <w:pPr>
        <w:pStyle w:val="ArticleBody"/>
        <w:jc w:val="left"/>
      </w:pPr>
      <w:r>
        <w:rPr>
          <w:rFonts w:ascii="Times New Roman" w:hAnsi="Times New Roman" w:eastAsia="Times New Roman" w:cs="Times New Roman"/>
        </w:rPr>
        <w:t>Ýalançy pygamber, aždarhanyň on şahaly patyşalygynyň başy bolan äri Ahap arkaly wekilçilik edilýän Amerikanyň Birleşen Ştatlarydyr. Miladydan öňki 200-nji ýylda bolan Panium söweşi, globalizm bilen mürteda öwrülen protestantizmiň arasyndaky daşarky göreşiň nusgasydyr. Içerki göreş bolsa miladydan öňki 167-nji ýylda bolan gozgalaň arkaly görkezilýär; onuň yzyndan miladydan öňki 164-nji ýylda Hanukkah arkaly ýatlanýan ybadathananyň gaýtadan bagyşlanylmagy geldi. Şondan soň bolsa miladydan öňki 161-nji ýyldan 158-nji ýyla çenli bolan döwür geldi; bu döwür Amerikanyň Birleşen Ştatlarynyň „bileleşik“ arkaly görkezilişi ýaly, katolisizmiň ybadathana bilen döwletiň birleşmesiniň bir keşbini galdyrýan döwrüniň nusgasydyr.</w:t>
      </w:r>
    </w:p>
    <w:p>
      <w:pPr>
        <w:pStyle w:val="ArticleBody"/>
        <w:jc w:val="left"/>
      </w:pPr>
      <w:r>
        <w:rPr>
          <w:rFonts w:ascii="Times New Roman" w:hAnsi="Times New Roman" w:eastAsia="Times New Roman" w:cs="Times New Roman"/>
        </w:rPr>
        <w:t>On üçünji aýatda Uriýa Smit bize Rafiýa söweşinden on dört ýyl soň Ptolemeýiň “çendenaşa içgilige we ahlaksyzlyga” duçar bolup ölendigini, onuň ýerine bolsa şol wagt dört ýa-da bäş ýaşly çaga bolan ogly Ptolemeý Epifanesiň geçendigini habar berýär. “Şol bir wagtda Antiýoh öz patyşalygyndaky pitneni basyp ýatyrandan, gündogar ýurtlaryny boýun egdirip we ol ýerde tertip-düzgüni berkarar edenden soň, ýaş Epifanesiň Müsüriň tagtyna geçmegi bilen islendik işe girişmäge boşady.” Putiniň gysga ömürli ýeňşi gutarandan soň, Tramp Müsüriň täze ýaşajyk patyşasy bilen iş salyşmaga taýýar bolar. Muny etmezinden öň, ol Amerikanyň Birleşen Ştatlarynyň içinde bolan “bir pitneni basyp ýatyrar.”</w:t>
      </w:r>
    </w:p>
    <w:p>
      <w:pPr>
        <w:pStyle w:val="ArticleBody"/>
        <w:jc w:val="left"/>
      </w:pPr>
      <w:r>
        <w:rPr>
          <w:rFonts w:ascii="Times New Roman" w:hAnsi="Times New Roman" w:eastAsia="Times New Roman" w:cs="Times New Roman"/>
        </w:rPr>
        <w:t>Tramp saýlananda, ol 1798-nji ýylyň “Alien and Sedition Acts” kanunlary arkaly öňden nusgalanyp görkezilen kanunlary durmuşa geçirer; şeýle hem, Graždançylyk urşuna jogap hökmünde ilkinji Respublikan prezidentiň edişi ýaly, “habeas corpus”-y togtadar. Onuň hereketleri, şeýle-de, prezident Grantyň Ku Klux Klan bilen iş salyşanda eden hereketleri, F. D. Ruzweltiň Ikinji jahan urşy döwründe ýaponlary we başgalary tussag edişi, hem-de soňky Jorj Buşyň “Patriot Act” kanuny bilen hem nusgalanyp görkezildi.</w:t>
      </w:r>
    </w:p>
    <w:p>
      <w:pPr>
        <w:pStyle w:val="ArticleBody"/>
        <w:jc w:val="left"/>
      </w:pPr>
      <w:r>
        <w:rPr>
          <w:rFonts w:ascii="Times New Roman" w:hAnsi="Times New Roman" w:eastAsia="Times New Roman" w:cs="Times New Roman"/>
        </w:rPr>
        <w:t>Ol, Selewkde bolşy ýaly, Amerikanyň Birleşen Ştatlarynda gozgalaňy basyp ýatyrar, soňra bolsa nazaryny Müsüriň “çaga patyşasyna” gönükdirer. Şeýle etmek bilen, ol Makedoniýaly Filip bilen bileleşik baglaşar, çünki Smit şeýle ýazýar: “Şol bir wagtda, Makedoniýanyň patyşasy Filip hem Ptolemeýiň hökmürowanlygyny olaryň arasynda paýlaşmak üçin Antiýoh bilen şertnama baglaşdy; olaryň her biri özüne iň ýakyn we iň amatly ýerde ýerleşýän bölekleri almagy göz öňünde tutýardy. Ine, pygamberligi berjaý etmäge ýeterlik derejede günortanyň patyşasyna garşy bir galgynma bardy, we şübhesiz, pygamberligiň göz öňünde tutan wakalarynyň hut özi-de şulardy.”</w:t>
      </w:r>
    </w:p>
    <w:p>
      <w:pPr>
        <w:pStyle w:val="ArticleBody"/>
        <w:jc w:val="left"/>
      </w:pPr>
      <w:r>
        <w:rPr>
          <w:rFonts w:ascii="Times New Roman" w:hAnsi="Times New Roman" w:eastAsia="Times New Roman" w:cs="Times New Roman"/>
        </w:rPr>
        <w:t>Tramp NATO-nyň (Birleşen Milletler Guramasynyň) halklary bilen Russiýa meselesini hem-de Putiniň çöküşinden soňky netijeleri aradan aýyrmagyň çylşyrymly taraplaryny çözmek üçin berk bir bileleşik döreder. Şol wagtda, on dördünji aýata we Smitiň düşündirişine görä, “täze bir güýç girizilýär.” Papalyk Russiýany we onuň hemra döwletlerini NATO-nyň we Birleşen Ştatlaryň häkimiýetinden goramak üçin ara düşer; ýa-da Smitiň düşündirişiniň getirşi ýaly, “Rim sözledi; we Siriýa bilen Makedoniýa tiz wagtda öz düýşleriniň görnüşiniň üýtgeýändigini gördi. Rimliler Müsüriň ýaş patyşasynyň bähbidine gatyşdylar, onuň Antiýoh bilen Filip tarapyndan taýýarlanan heläkçilikden goralmalydygyny berk kesgitlediler. Bu biziň eramyzdan öňki 200-nji ýyl bolup, Rimlileriň Siriýanyň we Müsüriň işlerine ilkinji möhüm gatyşmalarynyň biri boldy.”</w:t>
      </w:r>
    </w:p>
    <w:p>
      <w:pPr>
        <w:pStyle w:val="ArticleBody"/>
        <w:jc w:val="left"/>
      </w:pPr>
      <w:r>
        <w:rPr>
          <w:rFonts w:ascii="Times New Roman" w:hAnsi="Times New Roman" w:eastAsia="Times New Roman" w:cs="Times New Roman"/>
        </w:rPr>
        <w:t>Roma, Suruň jelepçesi, şonda öz aýdymlaryny aýdyp, ýeriň patyşalary bilen zyna etmäge başlaýar; bu bolsa, bary-ýogy iki aýatdan soň şol patyşalaryň oňa doly boýun bolmagyndan öň bolup geçýär. Hut şol wagt Panium söweşi bolup geçdi. B.e. öňki 200-nji ýyl Suruň jelepçesiniň aýdym aýdyp başlamagyny görkezýär, ol muny Russiýany goramak babatda edýär; Russiýany bolsa Amerikanyň Birleşen Ştatlary bilen Birleşen Milletler Guramasy ýaňy-ýakynda özara bähbitleri üçin bölüşip almak barada ylalaşdylar. Jelepçe olaryň ikisinden-de üstün çykýar, emma soňra Paniumyň “söweşi” bolup geçýär we Amerikanyň Birleşen Ştatlary Birleşen Milletler Guramasyndan üstün çykýar.</w:t>
      </w:r>
    </w:p>
    <w:p>
      <w:pPr>
        <w:pStyle w:val="ArticleBody"/>
        <w:jc w:val="left"/>
      </w:pPr>
      <w:r>
        <w:rPr>
          <w:rFonts w:ascii="Times New Roman" w:hAnsi="Times New Roman" w:eastAsia="Times New Roman" w:cs="Times New Roman"/>
        </w:rPr>
        <w:t>Simwoliki taýdan, otuz üç ýyldan soň Modeiniň gozgalaňy Amerikanyň Birleşen Ştatlarynda başlanýar. Simwoliki taýdan, şondan üç ýyl soň, Hanukka arkaly şekillendirilşi ýaly, protestantizm diýlip atlandyrylýanyň we Konstitusion Respublikanyň täzeden bagyşlanyşy berkarar edilýär. Simwoliki taýdan, şondan üç ýyl soň, ýewreýleriň Rim bilen baglaşan ylalaşygy arkaly aňladylýan döwür başlanýar.</w:t>
      </w:r>
    </w:p>
    <w:p>
      <w:pPr>
        <w:pStyle w:val="ArticleBody"/>
        <w:jc w:val="left"/>
      </w:pPr>
      <w:r>
        <w:rPr>
          <w:rFonts w:ascii="Times New Roman" w:hAnsi="Times New Roman" w:eastAsia="Times New Roman" w:cs="Times New Roman"/>
        </w:rPr>
        <w:t>Soňky hereketler çalt bolar, şonuň üçin aýatlardaky kyrk sekiz ýyl bilen görkezilen taryh, pygamberligiň anyklykda ahyrzamanyň wagtynda, ýagny 1989-njy ýylda başlanandygyny kesgitlän, yzly-yzyna bolup geçýän çalt wakalar tapgyryny beýan edýär; munuň yzysüre on birinji we on ikinji aýatlardaky ikinji söweş 2014-nji ýylda gelýär, onuň yzysüre bolsa 2015-nji ýyl gelýär, şol ýylda Trump prezidentlige dalaşgärligini yglan etdi we şeýlelik bilen onuň globalizmi tutaşdyrmak baradaky pygamberlik işi başlady. Trump eýýäm dowam edýän Raýat urşuny basyp ýatyrmagyň işine başlan badyna, ol Birleşen Milletler Guramasy bilen (NATO — Makedoniýaly Filip) bileleşik etmäge synanyşar, we Rim aýdym aýdyp başlar. Şol synanyşyk edilýän bileleşik Panium söweşi bilen görkezilen iki güýjüň arasyndaky agalyk ugrunda göreşe öwrüler.</w:t>
      </w:r>
    </w:p>
    <w:p>
      <w:pPr>
        <w:pStyle w:val="ArticleBody"/>
        <w:jc w:val="left"/>
      </w:pPr>
      <w:r>
        <w:rPr>
          <w:rFonts w:ascii="Times New Roman" w:hAnsi="Times New Roman" w:eastAsia="Times New Roman" w:cs="Times New Roman"/>
        </w:rPr>
        <w:t>Şeýlelik bilen, Panium on üçünji aýatyň ýol belgisi bolup durýar; bu ýerde Ýekşenbe kanunyndan öň bolup geçýän ahyrky tiz hereketler başlanýar. Ähli pygamberler öz ýaşan döwründen has köp dünýäniň soňy barada sözlediler, elbetde, Isa bolsa ähli pygamberleriň iň ulusydy. Haçdan biraz öň, ýagny on altynjy aýat bilen görkezilýän we Ýekşenbe kanunynyň nusgasy bolan pursatdan öň, Isa Öz şägirtleri bilen Paniuma sapar etdi. Onuň ol ýerde bolan wagty hem-de ol ýerde beýan eden sapaklary ýakyn wagtda geljek Panium söweşi bilen gabat gelýär. Taryhyň dowamynda Paniumyň birnäçe ady bolupdy, Mesihiň döwründe bolsa Paniumyň ady Kesariýa Filipidi.</w:t>
      </w:r>
    </w:p>
    <w:p>
      <w:pPr>
        <w:pStyle w:val="ArticleScripture"/>
        <w:jc w:val="left"/>
      </w:pPr>
      <w:r>
        <w:rPr>
          <w:rFonts w:ascii="Times New Roman" w:hAnsi="Times New Roman" w:eastAsia="Times New Roman" w:cs="Times New Roman"/>
        </w:rPr>
        <w:t>Isa bilen Onuň şägirtleri indi Kaýsariýa Filipiniň töweregindäki şäherleriň birine gelipdiler. Olar Jeliläniň çäklerinden çykyp, butparazlygyň höküm sürýän bir sebitine gelendiler. Bu ýerde şägirtler ýahudylygyň dolandyryjy täsirinden daşlaşdyrylyp, butparaz ybadaty bilen has ýakyn gatnaşyga getirildiler. Olaryň töwereginde dünýäniň ähli ýerlerinde bar bolan yrymlar görnüşleri görkezilýärdi. Isa bu zatlaryň görnüşiniň olary butparazlar babatda öz jogapkärçiliklerini duýmaga getirmegini isleýärdi. Ol bu sebitde bolýan döwründe, halka öwretmekden çekilmäge we Özüni has doly şägirtlerine bagyş etmäge çalyşdy.</w:t>
      </w:r>
    </w:p>
    <w:p>
      <w:pPr>
        <w:pStyle w:val="ArticleScripture"/>
        <w:jc w:val="left"/>
      </w:pPr>
      <w:r>
        <w:rPr>
          <w:rFonts w:ascii="Times New Roman" w:hAnsi="Times New Roman" w:eastAsia="Times New Roman" w:cs="Times New Roman"/>
        </w:rPr>
        <w:t>Ol özüne garaşýan ezaplar barada olara aýtmakçy boldy. Emma ilki bilen Ol ýalňyzlykda bir ýana çekilip, olaryň ýürekleriniň Onuň sözlerini kabul etmäge taýýar bolmagy üçin doga etdi. Olara täzeden goşulanda, bermek isleýän habaryny bada-bat olara bildirmedi. Muny etmezden ozal, geljek synag üçin berkidilmekleri maksady bilen, Olara Özüne bolan imanyny ykrar etmek mümkinçiligini berdi. Ol şeýle diýip sorady: «Ynsan Oglunyň Men kimdigimi adamlar näme diýýärler?»</w:t>
      </w:r>
    </w:p>
    <w:p>
      <w:pPr>
        <w:pStyle w:val="ArticleScripture"/>
        <w:jc w:val="left"/>
      </w:pPr>
      <w:r>
        <w:rPr>
          <w:rFonts w:ascii="Times New Roman" w:hAnsi="Times New Roman" w:eastAsia="Times New Roman" w:cs="Times New Roman"/>
        </w:rPr>
        <w:t>Gynansak-da, şägirtler Ysraýylyň özleriniň Mesihini tanamakda şowsuz bolandygyny boýun almaga mejbur boldular. Elbetde, käbirleri Onuň gudratlaryny görenlerinde, Ony Dawudyň Ogly diýip yglan edipdiler. Betsaýdada doýurylan mähelleler Ony Ysraýylyň patyşasy diýip jar etmegi isläpdi. Köp adamlar Ony pygamber hökmünde kabul etmäge taýýardylar; emma Ony Mesih diýip ynanmadylar.</w:t>
      </w:r>
    </w:p>
    <w:p>
      <w:pPr>
        <w:pStyle w:val="ArticleScripture"/>
        <w:jc w:val="left"/>
      </w:pPr>
      <w:r>
        <w:rPr>
          <w:rFonts w:ascii="Times New Roman" w:hAnsi="Times New Roman" w:eastAsia="Times New Roman" w:cs="Times New Roman"/>
        </w:rPr>
        <w:t>Isa indi şägirtleriň özlerine degişli bolan ikinji soragy berdi: «Emma siz Meni kim diýip aýdýarsyňyz?» Petrus şeýle jogap berdi: «Sen Mesihsiň, diri Hudaýyň Oglusy.»</w:t>
      </w:r>
    </w:p>
    <w:p>
      <w:pPr>
        <w:pStyle w:val="ArticleScripture"/>
        <w:jc w:val="left"/>
      </w:pPr>
      <w:r>
        <w:rPr>
          <w:rFonts w:ascii="Times New Roman" w:hAnsi="Times New Roman" w:eastAsia="Times New Roman" w:cs="Times New Roman"/>
        </w:rPr>
        <w:t>Ilkibaşdan bäri Petrus Isanyň Mesihdigine iman edipdi. Çokları hem, Ýahýa Çokundyryjynyň wagzy bilen ynandyrylyp, Mesihe iman edenler, onuň zyndana taşlanyp, ölüm jezasyna höküm edilmegi bilen, Ýahýanyň wezipesi barada şübhelenmäge başladylar; indi bolsa, olar uzak wagtlap garaşan Isanyň hem Mesihdigine şübhe edýärdiler. Şägirtleriň köpüsi Isanyň Dawudyň tagtynda Öz ornuny eýelemegine gyzgyn umyt baglapdylar; emma Onuň beýle niýetiniň ýokdugyna göz ýetirenlerinde, Ony terk etdiler. Ýöne Petrus bilen onuň ýoldaşlary öz wepalylyklaryndan ýüz öwürmediler. Düýn öwüp, bu gün ýazgarýanlaryň yrgyldap duran ýörelgesi Halasgäriň hakyky yzyna eýerijisiniň imanyny sarsdyrmady. Petrus: «Sen Mesihsiň, diriniň Ogly» diýdi. Ol Rebbiniň başyna patyşalyk hormatlarynyň täç goýmagyna garaşmady, eýsem Ony peseldiliş ýagdaýynda hem kabul etdi.</w:t>
      </w:r>
    </w:p>
    <w:p>
      <w:pPr>
        <w:pStyle w:val="ArticleScripture"/>
        <w:jc w:val="left"/>
      </w:pPr>
      <w:r>
        <w:rPr>
          <w:rFonts w:ascii="Times New Roman" w:hAnsi="Times New Roman" w:eastAsia="Times New Roman" w:cs="Times New Roman"/>
        </w:rPr>
        <w:t>Petr on ikiniň imanyny beýan edipdi. Şeýle-de bolsa, şägirtler heniz hem Mesihe degişli gullugyň maksadyna düşünmekden gaty daşdadylar. Ruhanylaryň we hökümdarlaryň garşylygy hem-de ýoýup görkezmeleri, olary Mesihden ýüz öwürtmäge güýji ýetmese-de, şonda-da olary örän uly howsala goýýardy. Olar öňlerindäki ýoly aýdyň görmeýärdiler. Irki terbiýeleriniň täsiri, rabbylaryň taglymy, däp-dessuryň güýji heniz hem hakykata bolan garaýyşlaryny bökdeýärdi. Käte-käte Isadan gymmatly nur şöhleleri olaryň üstüne saçylýardy, emma olar köplenç kölegeleriň arasynda sermenip ýören adamlar ýalydylar. Emma şu gün, imanynyň beýik synagy bilen ýüzbe-ýüz getirilmezlerinden öň, Mukaddes Ruh olaryň üstüne gudrat bilen inip ornaşdy. Gysga bir wagtlyk olaryň gözleri “görünýän zatlardan” sowlup, “görünmeýän zatlary” synlamaga gönükdirildi. 2 Korintoslylar 4:18. Adam sypatynyň perdesiniň astynda olar Hudaýyň Oglunyň şöhratyny görüp bildiler.</w:t>
      </w:r>
    </w:p>
    <w:p>
      <w:pPr>
        <w:pStyle w:val="ArticleScripture"/>
        <w:jc w:val="left"/>
      </w:pPr>
      <w:r>
        <w:rPr>
          <w:rFonts w:ascii="Times New Roman" w:hAnsi="Times New Roman" w:eastAsia="Times New Roman" w:cs="Times New Roman"/>
        </w:rPr>
        <w:t>Isa oňa şeýle jogap berdi: «Bagtlysyň sen, Şimun Barýona; çünki muny saňa et bilen gan aýan etmedi, eýsem göklerdäki Atam aýan etdi.»</w:t>
      </w:r>
    </w:p>
    <w:p>
      <w:pPr>
        <w:pStyle w:val="ArticleScripture"/>
        <w:jc w:val="left"/>
      </w:pPr>
      <w:r>
        <w:rPr>
          <w:rFonts w:ascii="Times New Roman" w:hAnsi="Times New Roman" w:eastAsia="Times New Roman" w:cs="Times New Roman"/>
        </w:rPr>
        <w:t>Petrusyň boýun alan hakykaty ynanýanyň imanynyň esasydyr. Ol Mesihiň Öz tarapyndan baky ýaşaýyş diýip yglan eden zadydyr. Emma bu bilimiň eýesi bolmak özüňi şöhratlandyrmaga hiç hili esas däldi. Ol Petrusa öz akyly ýa-da öz ýagşylygy arkaly aýan edilmedi. Adamzat hiç wagt özünden-özi ylahy zady tanamaga ýetip bilmez. “Ol asmandan-da belentdir; sen näme edip bilersiň? Ol dowzahdan-da çuňdur; sen näme bilip bilersiň?” Eýýup 11:8. Diňe ogullyga alnyp kabul edilmegiň Ruhy bize Hudaýyň çuň zatlaryny açyp biler; olar “gözüň görmedik, gulagyň eşitmedik, ynsan ýüregine-de gelmedik” zatlarydyr. “Çünki Hudaý olary bize Öz Ruhy arkaly aýan etdi; sebäbi Ruh ähli zady, hatda Hudaýyň çuň zatlaryny-da derňeýär.” 1 Korinfliler 2:9, 10. “Rebbiň syry Ondan gorkýanlar bilendir”; Petrusyň Mesihiň şöhratyny tanamagy hem onuň “Hudaý tarapyndan öwredilen” bolandygynyň subutnamasydy. Zebur 25:14; Ýahýa 6:45. Hawa, hakykatdan-da, “bagtlysyň sen, Simun Bar-Ýona; çünki muny saňa et bilen gan aýan etmedi.”</w:t>
      </w:r>
    </w:p>
    <w:p>
      <w:pPr>
        <w:pStyle w:val="ArticleScripture"/>
        <w:jc w:val="left"/>
      </w:pPr>
      <w:r>
        <w:rPr>
          <w:rFonts w:ascii="Times New Roman" w:hAnsi="Times New Roman" w:eastAsia="Times New Roman" w:cs="Times New Roman"/>
        </w:rPr>
        <w:t>Isa sözüni dowam etdirip şeýle diýdi: «Men saňa hem aýdýaryn: sen Petrussiň, we Men Öz ýygnagymy şu gaýanyň üstünde bina ederin; dowzahyň derwezeleri oňa garşy üstün çykyp bilmez». Petrus sözi daş manysyny berýär, ýagny togalanyp ýören daş. Petrus ýygnagyň esaslandyrylan gaýasy däldi. Ol näletläp, ant içip Öz Rebini inkär eden wagty, dowzahyň derwezeleri oňa garşy üstün çykdy. Ýygnak bolsa dowzahyň derwezeleri garşy üstün çykyp bilmejek Biriniň üstünde bina edildi.</w:t>
      </w:r>
    </w:p>
    <w:p>
      <w:pPr>
        <w:pStyle w:val="ArticleScripture"/>
        <w:jc w:val="left"/>
      </w:pPr>
      <w:r>
        <w:rPr>
          <w:rFonts w:ascii="Times New Roman" w:hAnsi="Times New Roman" w:eastAsia="Times New Roman" w:cs="Times New Roman"/>
        </w:rPr>
        <w:t>“Halasgärimiz gelmezinden birnäçe asyr öň Musa Ysraýylyň gutulyşynyň Gaýasyna yşarat edipdi. Zeburçy: ‘güýjümiň Gaýasy’ diýip aýdym aýdypdy. Işaýa bolsa şeýle ýazypdy: ‘Şonuň üçin Hökmürowan Reb şeýle diýýär: Ine, Men Sionda binýat üçin bir daş, synalan bir daş, gymmatbaha burç daşy, berk binýat goýýaryn.’ Kanunun Gaýtalanmagy 32:4; Zebur 62:7; Işaýa 28:16. Petrusyň özi-de, ylham arkaly ýazyp, bu pygamberligi Isaga degişli edýär. Ol şeýle diýýär: ‘Eger siz Rebbiň rehim-şepagatlydygyny dadyp gören bolsaňyz: adamlardan ret edilen, emma Hudaýyň huzurynda saýlanan we gymmatly bolan diri Daşa gelmek bilen, siz hem diri daşlar hökmünde ruhy bir öý bolup gurulýarsyňyz.’ 1 Petrus 2:3–5, R. V.</w:t>
      </w:r>
    </w:p>
    <w:p>
      <w:pPr>
        <w:pStyle w:val="ArticleScripture"/>
        <w:jc w:val="left"/>
      </w:pPr>
      <w:r>
        <w:rPr>
          <w:rFonts w:ascii="Times New Roman" w:hAnsi="Times New Roman" w:eastAsia="Times New Roman" w:cs="Times New Roman"/>
        </w:rPr>
        <w:t>“‘Hiç kimse goýlan düýpden başga düýp goýup bilmez; şol düýp Isa Mesihdir.’ 1 Korinfliler 3:11. ‘Şu gaýanyň üstünde,’ diýip Isa aýtdy, ‘Öz ybadathanamy guraryn.’ Hudaýyň, gökdäki ähli akylly-jandarlaryň huzurynda, görünmeýän dowzah goşunynyň huzurynda, Mesih Öz ybadathanasyny diri Gaýanyň üstünde esaslandyrdy. Ol Gaýa Özüdir,—biziň üçin döwlen we ezilen Öz tenidir. Şu düýbüň üstünde gurlan ybadathana garşy dowzahyň derwezeleri üstün gelmez.”</w:t>
      </w:r>
    </w:p>
    <w:p>
      <w:pPr>
        <w:pStyle w:val="ArticleScripture"/>
        <w:jc w:val="left"/>
      </w:pPr>
      <w:r>
        <w:rPr>
          <w:rFonts w:ascii="Times New Roman" w:hAnsi="Times New Roman" w:eastAsia="Times New Roman" w:cs="Times New Roman"/>
        </w:rPr>
        <w:t>Mesih bu sözleri aýdanda, ybadathana nähili ejiz görünýärdi! Şonda diňe az sanly imanly bardy, olaryň garşysyna ähli jynlaryň we erbet adamlaryň güýji gönükdirilerdi; emma Mesihiň yzyna eýerijileri gorkmaly däldiler. Öz güýjüniň Gaýasynyň üstünde bina edilen olar ýykylyp bilinmezdi.</w:t>
      </w:r>
    </w:p>
    <w:p>
      <w:pPr>
        <w:pStyle w:val="ArticleScripture"/>
        <w:jc w:val="left"/>
      </w:pPr>
      <w:r>
        <w:rPr>
          <w:rFonts w:ascii="Times New Roman" w:hAnsi="Times New Roman" w:eastAsia="Times New Roman" w:cs="Times New Roman"/>
        </w:rPr>
        <w:t>“Alty müň ýyl bäri iman Mesihe daýanyp guruldy. Alty müň ýyl bäri şeýtanyň gazabynyň sili hem tupanlary gutulyşymyzyň Gaýasyna urup durdy; emma ol sarsmaz halda durýar.</w:t>
      </w:r>
    </w:p>
    <w:p>
      <w:pPr>
        <w:pStyle w:val="ArticleScripture"/>
        <w:jc w:val="left"/>
      </w:pPr>
      <w:r>
        <w:rPr>
          <w:rFonts w:ascii="Times New Roman" w:hAnsi="Times New Roman" w:eastAsia="Times New Roman" w:cs="Times New Roman"/>
        </w:rPr>
        <w:t>Petrus ybadathan iman edenleriň bütin jemagatynyň wekili hökmünde ybadathananyň imanynyň binýady bolan hakykaty beýan edipdi, we Isa indi oňa hormat görkezdi. Ol şeýle diýdi: «Saňa Gökleriň Patyşalygynyň açarlaryny bererin; ýerde nämäni baglasaň, ol göklerde baglanan bolar; ýerde nämäni çözseň, ol göklerde çözülen bolar».</w:t>
      </w:r>
    </w:p>
    <w:p>
      <w:pPr>
        <w:pStyle w:val="ArticleScripture"/>
        <w:jc w:val="left"/>
      </w:pPr>
      <w:r>
        <w:rPr>
          <w:rFonts w:ascii="Times New Roman" w:hAnsi="Times New Roman" w:eastAsia="Times New Roman" w:cs="Times New Roman"/>
        </w:rPr>
        <w:t>“‘Gök Patyşalygynyň açarlary’ Mesihiň sözleridir. Mukaddes Ýazgynyň ähli sözleri Onuňkydyr we şu ýerde munuň içine girýär. Bu sözleriň gögi açmaga-da, ýapmaga-da güýji bardyr. Olar adamlaryň kabul edilýändigi ýa-da ret edilýändigi üçin şertleri yglan edýär. Şeýlelikde, Hudaýyň sözüni wagyz edýänleriň hyzmaty ýaşaýşa eltýän ýaşaýşyň ysy ýa-da ölüme eltýän ölümiň ysy bolýar. Olaryňky ebedi netijeler bilen ýüklenen bir missiýadyr.</w:t>
      </w:r>
    </w:p>
    <w:p>
      <w:pPr>
        <w:pStyle w:val="ArticleScripture"/>
        <w:jc w:val="left"/>
      </w:pPr>
      <w:r>
        <w:rPr>
          <w:rFonts w:ascii="Times New Roman" w:hAnsi="Times New Roman" w:eastAsia="Times New Roman" w:cs="Times New Roman"/>
        </w:rPr>
        <w:t>Halasgär Hoş Habaryň işini aýratynlykda diňe Petra ynanmadı. Soňraky bir wagtda, Petra aýdylan sözleri gaýtalap, Ol olary gönüden-göni ybadathana degişli etdi. Şonuň ýaly-da, mazmun taýdan şol bir zat imanlylar jeminiň wekilleri hökmünde on iki şägirde hem aýdyldy. Eger Isa şägirtleriň birine beýlekilerden üstün aýratyn bir ygtyýar beren bolsady, onda olaryň kimiň iň uly boljakdygy barada şeýle ýygy jedelleşýändiklerini görmezdik. Olar Öz Mugallymynyň islegine boýun egip, Onuň saýlan kişisini hormatlarydylar.</w:t>
      </w:r>
    </w:p>
    <w:p>
      <w:pPr>
        <w:pStyle w:val="ArticleScripture"/>
        <w:jc w:val="left"/>
      </w:pPr>
      <w:r>
        <w:rPr>
          <w:rFonts w:ascii="Times New Roman" w:hAnsi="Times New Roman" w:eastAsia="Times New Roman" w:cs="Times New Roman"/>
        </w:rPr>
        <w:t>Olaryň özlerine bir baş bellänleriniň ýerine, Mesih şägirtlerine şeýle diýdi: «Size Rabbi diýilmesin»; «şeýle hem size ussatlar diýilmesin, çünki siziň Ussadyňyz birdir, ol hem Mesihdir». Matta 23:8, 10.</w:t>
      </w:r>
    </w:p>
    <w:p>
      <w:pPr>
        <w:pStyle w:val="ArticleScripture"/>
        <w:jc w:val="left"/>
      </w:pPr>
      <w:r>
        <w:rPr>
          <w:rFonts w:ascii="Times New Roman" w:hAnsi="Times New Roman" w:eastAsia="Times New Roman" w:cs="Times New Roman"/>
        </w:rPr>
        <w:t>“Her bir erkek başı Mesihtir.” Kurtarıjynyň aýaklarynyň aşagyna hemme zady tabyn eden Hudaý Ony “ýygnaga ähli zatlaryň üstünden Baş bolmak üçin berdi; ýygnak bolsa Onuň Bedeni, hemmede hemme zady doldurýanyň dolulygydyr.” 1 Korintoslylar 11:3; Efesliler 1:22, 23. Ýygnak öz binýady hökmünde Mesihe daýanýar; ol öz Başy hökmünde Mesihe boýun bolmalydyr. Ol adama bil baglamaly däl, ne-de adam tarapyndan dolandyrylmalydyr. Köp adamlar ýygnakdaky ynanylan bir wezipesiniň özlerine başga adamlaryň nämä ynanmalydygyny we näme etmelidigini görkezmäge ygtyýar berýändigini öňe sürýärler. Hudaý bu talaby tassyklamaýar. Halasgär şeýle yglan edýär: “Siziň hemmäňiz doganlarsyňyz.” Hemmesi synaga sezewar bolýar we ýalňyşlyga ýol bermäge ukyplydyr. Biz ýol görkezmek üçin hiç bir çäkli barlyga bil baglap bilmeris. Imanyň gaýasy — ýygnakdaky Mesihiň dirilikli huzurydyr. Iň ejizi hem muňa daýanyp biler, özüni iň güýçli hasap edýänler bolsa, Mesihi özleriniň güýji etmese, iň ejiz bolup çykarlar. “Adama bil baglaýan we özüne gol hökmünde teni daýan edýän adam näletlidir.” Reb “Gaýadyr, Onuň işi kämildir.” “Oňa bil baglaýanlaryň hemmesi bagtlydyr.” Ýeremiýa 17:5; Kanun taglymaty 32:4; Zebur 2:12.</w:t>
      </w:r>
    </w:p>
    <w:p>
      <w:pPr>
        <w:pStyle w:val="ArticleScripture"/>
        <w:jc w:val="left"/>
      </w:pPr>
      <w:r>
        <w:rPr>
          <w:rFonts w:ascii="Times New Roman" w:hAnsi="Times New Roman" w:eastAsia="Times New Roman" w:cs="Times New Roman"/>
        </w:rPr>
        <w:t>Petrusyň ykrar etmeginden soň, Isa şägirtlere Öziniň Mesihdigini hiç kime aýtmazlygy buýurdy. Bu buýruk, kanunçylar bilen fariseýleriň aýgytly garşylygy sebäpli berildi. Mundan hem başga, halkyň, hatda şägirtleriň hem, Mesih hakynda düşünjesi şeýle ýalňyşdy welin, Ony köpçülikleýin yglan etmek olara Onuň häsiýeti ýa-da işi barada hiç hili dogry düşünje bermezdi. Emma Ol günsaýyn Özüni halasgär hökmünde olara aýan edýärdi, şeýlelikde Ol Özleri üçin Mesih hökmünde Öz hakynda dogry düşünjä eýe bolmaklaryny isleýärdi.</w:t>
      </w:r>
    </w:p>
    <w:p>
      <w:pPr>
        <w:pStyle w:val="ArticleScripture"/>
        <w:jc w:val="left"/>
      </w:pPr>
      <w:r>
        <w:rPr>
          <w:rFonts w:ascii="Times New Roman" w:hAnsi="Times New Roman" w:eastAsia="Times New Roman" w:cs="Times New Roman"/>
        </w:rPr>
        <w:t>„Şägirtler heniz hem Mesihe dünýewi bir hökümdar hökmünde höküm sürer diýip garaşýardylar. Ol Öz maksadyny şonça wagt gizläp gelenem bolsa, olar Onuň hemişelik garyplykda we näbelli halda galmajakdygyna ynanýardylar; Ol Öz patyşalygyny gurjak wagty golaýlapdy. Ruhanylaryň we rabblaryň ýigrenjiniň hiç haçan ýeňlip bilinmejekdigi, Mesihiň öz halky tarapyndan ret ediljekdigi, aldawçy hökmünde höküm ediljekdigi we jenaýatkär hökmünde haça çüýlenjekdigi — şeýle pikiri şägirtler hiç haçan göz öňüne-de getirmändiler. Emma garaňkylygyň güýjüniň sagady golaýlap gelýärdi, we Isa şägirtleriniň öňünde duran göreşi olara açyp görkezmelidi. Ol synagy öňünden görüp, gynançlydy.” The Desire of Ages, 411-415.</w:t>
      </w:r>
    </w:p>
    <w:p>
      <w:pPr>
        <w:pStyle w:val="ArticleBody"/>
        <w:jc w:val="left"/>
      </w:pPr>
      <w:r>
        <w:rPr>
          <w:rFonts w:ascii="Times New Roman" w:hAnsi="Times New Roman" w:eastAsia="Times New Roman" w:cs="Times New Roman"/>
        </w:rPr>
        <w:t>Danyýl 11-iň on altynjy aýaty Amerikanyň Birleşen Ştatlarynda ýakyn wagtda geljek ýekşenbe kanunyny aňladýar. Şol “ýer titremesiniň” sagadynyň edil öň ýanynda ýüz kyrk dört müňüň arasynda bolmaga çalyşýan dalaşgärler ukularyndan oýandyrylýar. Olary oýandyrýan zat pygamberlik habarydyr. Şol pursatda iki topar ýüze çykýar we on gyz baradaky tymsalda görkezilişi ýaly, bir toparyň gaplarynda ýag bar, beýleki toparyň bolsa ýok. Danyýl 11-iň on üçünji aýatyndan on bäşinji aýatyna çenli aýatlar diňe bir ýekşenbe kanunynyň öňünden gelýän pygamberlik taryhyny aňlatman, eýsem on gyz baradaky tymsalyň manysynda paýhaslylaryň Hudaýyň möhürini kabul etmek we uly ýer titremesiniň sagadynda baýdak hökmünde ýokary göterilmek üçin eýe boljak “ýag”y bolan “habary” hem aňladýar. Bu makalalar indi ähli makalalaryň belentligine ýetdi, çünki bu aýatlaryň içinde aňladylýan habar iki altyn turba arkaly aşak akdyrylýan altyn ýagdyr.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“Hakykaty ykrar edýänler Şeýtana hyzmat edýänçäler, onuň dowzahdan çykan kölegesi olaryň Hudaýa we asmana bolan garaýyşlaryny keser. Olar ilkinji söýgüsini ýitirenler ýaly bolarlar. Olar ebedi hakykatlary görüp bilmezler. Hudaýyň biziň üçin taýýarlan zady Zekarýa kitabynyň 3-nji we 4-nji baplarynda, şeýle hem 4:12–14-de şeýle beýan edilýär: ‘Soňra men oňa ýene-de jogap berip diýdim: Öz içlerinden altyn ýagyny iki altyn turba arkaly boşadýan şu iki zeýtun şahasy nämedir? Ol maňa jogap berip diýdi: Bular nämedigini bilmeýärsiňmi? Men bolsa: Ýok, eý agam, diýdim. Şonda ol aýtdy: Bular bütin ýeriň Rebiniň ýanynda duran iki mesh edilenlerdir.’”</w:t>
      </w:r>
    </w:p>
    <w:p>
      <w:pPr>
        <w:pStyle w:val="ArticleScripture"/>
        <w:jc w:val="left"/>
      </w:pPr>
      <w:r>
        <w:rPr>
          <w:rFonts w:ascii="Times New Roman" w:hAnsi="Times New Roman" w:eastAsia="Times New Roman" w:cs="Times New Roman"/>
        </w:rPr>
        <w:t>“Reb doly serişdelerden doludyr. Onda serişdeleriň hiç hili ýetmezçiligi ýokdur. Bize gara kölegeleriň üýşmeginiň sebäbi biziň imansyzlygymyz, ýerparazlygymyz, ýeňil-yelpaý geplegimiz, söhbetimizde aýan bolýan ynamsyzlygymyzdyr. Mesih Sözde-de, häsiýetde-de bütinleý söýgüli we on müňleriň içindäki iň beýigi hökmünde açylmaýar. Haçan-da jan özüni biderek zada götermek bilen kanagat edýän bolsa, Rebbiň Ruhy onuň üçin örän az iş edip bilýär. Biziň gysga görüşli nazarymyz kölegäni görýär, emma onuň aňyrsyndaky şöhraty görüp bilmeýär. Perişdeler dört ýeli saklap durandyrlar; olar gaharly, zynjyryny üzmäge we bütin ýeriň ýüzüne atylyp çykmaga çalyşýan, ýolunda weýrançylygy we ölümi göterýän at bilen şekillendirilendir.”</w:t>
      </w:r>
    </w:p>
    <w:p>
      <w:pPr>
        <w:pStyle w:val="ArticleScripture"/>
        <w:jc w:val="left"/>
      </w:pPr>
      <w:r>
        <w:rPr>
          <w:rFonts w:ascii="Times New Roman" w:hAnsi="Times New Roman" w:eastAsia="Times New Roman" w:cs="Times New Roman"/>
        </w:rPr>
        <w:t>“Biz ebedi dünýäniň edil serhedinde uklap ýatmalymy? Biz sust, sowuk we öli bolmalymy? Eý, ybadathanalarymyzda Hudaýyň Ruhunyň we deminiň Öz halkyna üflenmegini, olaryň aýak üstüne galyp ýaşamagyny nähili isleýäris! Biz ýoluň dar, derwezäniň bolsa gysykdygyny görmelidiris. Emma biz şol gysyk derwezeden geçip baranymyzda, onuň giňligi çäksizdir.” Manuscript Releases, 20-nji tom, 217.</w:t>
      </w:r>
    </w:p>
    <w:p>
      <w:pPr>
        <w:pStyle w:val="ArticleScripture"/>
        <w:jc w:val="left"/>
      </w:pPr>
      <w:r>
        <w:rPr>
          <w:rFonts w:ascii="Times New Roman" w:hAnsi="Times New Roman" w:eastAsia="Times New Roman" w:cs="Times New Roman"/>
        </w:rPr>
        <w:t>“Bütin ýeriň Rebiniň huzurynda duran mesh edilenler, bir wagtlar örtüji kerup hökmünde Şeýtana berlen orna eýedirler. Tagtynyň daşyny gurşap duran mukaddes jandarlar arkaly Reb ýer ýüzüniň ýaşaýjylary bilen üznüksiz aragatnaşygy dowam etdirýär. Altyn ýag, Hudaýyň imanlylaryň çyralaryny öçüp gitmez ýaly, yşyklary pese düşüp sönmez ýaly üpjün edip durýan merhemetini aňladýar. Eger bu mukaddes ýag Hudaýyň Ruhunyň habarlarynda gökden dökülip durmadyk bolsady, ýamanlygyň güýji adamlar üstünden doly höküm sürerdi.</w:t>
      </w:r>
    </w:p>
    <w:p>
      <w:pPr>
        <w:pStyle w:val="ArticleScripture"/>
        <w:jc w:val="left"/>
      </w:pPr>
      <w:r>
        <w:rPr>
          <w:rFonts w:ascii="Times New Roman" w:hAnsi="Times New Roman" w:eastAsia="Times New Roman" w:cs="Times New Roman"/>
        </w:rPr>
        <w:t>Hudaý bize iberýän habarlaryny kabul etmänimizde masgara edilýär. Şeýlelik bilen, Ol biziň janlarymyzyň içine guýup, soňra garaňkylykda bolanlara ýetirilmegini isleýän altyn ýagyny ret edýäris. «Ine, ýigdekçi gelýär; ony garşy almaga çykyň» diýen çagyryş gelende, mukaddes ýagy kabul etmedik, ýüreklerinde Mesihiň merhemetini eziz saklamadyk adamlar, akylsyz gyzlar ýaly, özleriniň Rebbi garşylamaga taýýar däldigini görerler. Olaryň özlerinde şol ýagy edinmäge güýç ýokdur, we olaryň durmuşlary heläkçilige uçrar. Emma Hudaýyň Mukaddes Ruhy soralsa, eger biz Musanyň edişi ýaly: «Maňa Öz şöhratyňy görkez» diýip ýalbarsak, onda Hudaýyň söýgüsi ýüreklerimize döküler. Altyn turbalaryň üsti bilen şol altyn ýag bize ýetiriler. «Güýç bilen däl, kuwwat bilen däl, eýsem Meniň Ruhum bilen, diýýär Goşunlaryň Rebbi». Dogrulyk Gününiň ýagty şöhlesini kabul etmek bilen, Hudaýyň çagalary dünýäde çyralar ýaly şöhle saçarlar».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segsen birinji</dc:title>
  <dc:subject>Ýarygije ýaryndaky seslenme we Rimiň pygamberlikdäki roly: Danyýel kitabynda ahyrzaman günleriniň açylmagy</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