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segsen üçünji bölüm</w:t>
      </w:r>
    </w:p>
    <w:p>
      <w:pPr>
        <w:pStyle w:val="ArticleSubtitle"/>
        <w:jc w:val="left"/>
      </w:pPr>
      <w:r>
        <w:rPr>
          <w:rFonts w:ascii="Arial" w:hAnsi="Arial" w:eastAsia="Arial" w:cs="Arial"/>
        </w:rPr>
        <w:t>Baky Binýat: Mesih pygamberlik taryhynda we iman edýäniň ynamynda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Petrusyň ykrar eden “hakykaty imanlynyň imanynyň binýadydyr. Bu Mesihiň Özüniň ebedi ýaşaýyş diýip yglan eden zadydyr.” Şol “hakykat” Mesihiň iki tarapyny kesgitledi. Birinjisi, Mesihiň pygamberlik taryhynyň bir bölegidigidir. Pygamberlik taryhynyň wakalaryny aňladýan ýol belgileri Mesihi aňladýar. Onuň şol wakalar bilen baglanyşygy pygamberlik ýol belgileriniň mukaddesligini görkezýär we Uýam Waýtyň näme üçin ýol belgilerini goramalydygymyzy şeýle ýygy-ýygydan aýdandygynyň mantygyny berýär, çünki şol ýol belgileri Isa Mesihi aňladýar. Mesihiň döwründe synag temasyny aňladan ýol belgisi Onuň çokundyrylmasydy we ol mukaddes özgertme çyzyklaryndaky beýleki wakalar bilen utgaşýardy; bu wakalar Ylahy nyşanyň inmegi bilen tapawutlanýardy.</w:t>
      </w:r>
    </w:p>
    <w:p>
      <w:pPr>
        <w:pStyle w:val="ArticleBody"/>
        <w:jc w:val="left"/>
      </w:pPr>
      <w:r>
        <w:rPr>
          <w:rFonts w:ascii="Times New Roman" w:hAnsi="Times New Roman" w:eastAsia="Times New Roman" w:cs="Times New Roman"/>
        </w:rPr>
        <w:t>Musanyň özgertme setirinde, Ýaradyjy bilen ýaradylanyň birleşmeginiň nyşany bolan ýanyp duran bir gyrymsy agaçda Hudaýlyk inip, şol ýerde mesgen tutdy. Ýetmiş ýylyň ahyryndaky özgertme setirinde bolsa, Mihail ilkinji permany öňe sürmek üçin Kiri güýçlendirmäge indi, şol bir wagtda hem Daniel Mesihiň keşbine üýtgedildi. Mesihiň özgertme setirinde, Hudaýyň Ogluny ýaglamak üçin Mukaddes Ruh kepderi görnüşinde indi; bu Hudaýlygyň adamzat bilen birleşmeginiň nyşanydyr. Millerit taryhynda 1840-njy ýylyň 11-nji awgustynda inen perişde “Isa Mesihiň hut Özi” bolup, iýilmeli bolan kiçijik kitap bilen indi, we şol kiçijik kitap Onuň Özi idi. Şol ýerde Ol, Hudaýlygyň adamzat bilen birleşmeginiň Asman Çöreginiň etini we ganyny iýip-içmek arkaly amala aşyrylýandygyny görkezdi.</w:t>
      </w:r>
    </w:p>
    <w:p>
      <w:pPr>
        <w:pStyle w:val="ArticleBody"/>
        <w:jc w:val="left"/>
      </w:pPr>
      <w:r>
        <w:rPr>
          <w:rFonts w:ascii="Times New Roman" w:hAnsi="Times New Roman" w:eastAsia="Times New Roman" w:cs="Times New Roman"/>
        </w:rPr>
        <w:t>Mukaddes taryh mukaddesdir, çünki ol Mesihe degişli Huzuryň bedende ýüze çykmagy bilen janlanandyr. Geljekdäki wakalary görkezýän Hudaýyň Sözüniň öňünden aýdan habarlary Isa Mesihiň Özüdir, çünki Ol “Sözdür”. Şol öňünden aýdylanlar taryhda amala aşanda, şol wakalar Onuň sözüniň ýerine ýetmegini aňladýar, we Onuň Sözi Hakykatdyr. Öňünden aýdylýan habary beýan edýän hem Onuň Sözüdir, waka gelende ýerine ýetýän hem Onuň Sözüdir; şonuň üçin başlangyçda-da, ahyrda-da Isa Mesih bardyr, çünki Ol Alfa we Omegadyr. Şonuň üçin Petrus Isanyň Mesihdigini we diri Hudaýyň Oglydigini yglan edende, ol Isa Mesih bolan bir nyşany we soňky günlerde kämil ýerine ýetmesine ýetýän bir nyşany görkezýärdi. 2001-nji ýylyň 11-nji sentýabry Mesiheniň kämil ýerine ýetmesidi.</w:t>
      </w:r>
    </w:p>
    <w:p>
      <w:pPr>
        <w:pStyle w:val="ArticleBody"/>
        <w:jc w:val="left"/>
      </w:pPr>
      <w:r>
        <w:rPr>
          <w:rFonts w:ascii="Times New Roman" w:hAnsi="Times New Roman" w:eastAsia="Times New Roman" w:cs="Times New Roman"/>
        </w:rPr>
        <w:t>2001-nji ýylyň 11-nji sentýabryndaky pygamberlik ýerine ýetmesini ret etmek, diri Hudaýyň Ogly bolan Mesihi ret etmekdir. Petrus tarapyndan beýan edilen şol hakykat «imanlynyň imanynyň binýady» bolupdy, we 2001-nji ýylyň 11-nji sentýabrynda Mesih Öz soňky günlerdäki halkyny Ýeremiýanyň «gadymy ýollaryna» gaýtaryp getirdi; olar birinji we üçünji perişdeleriň habarlary hereketiniň «binýatlaryny» aňladýar. Petrus dört ýeli tutup saklaýan dört perişdäniň döwründe möhürlenýän ýüz kyrk dört müňi wekil edýärdi. Möhürleme wagty aýratyn bir pygamberlik döwrüdir; ol 2001-nji ýylyň 11-nji sentýabrynda başlanýar we ýakyn wagtda geljek Ýekşenbe kanuny bilen tamamlanýar. Isa hemişe bir zadyň ahyryny şol zadyň başlangyjy bilen şekillendirýär.</w:t>
      </w:r>
    </w:p>
    <w:p>
      <w:pPr>
        <w:pStyle w:val="ArticleBody"/>
        <w:jc w:val="left"/>
      </w:pPr>
      <w:r>
        <w:rPr>
          <w:rFonts w:ascii="Times New Roman" w:hAnsi="Times New Roman" w:eastAsia="Times New Roman" w:cs="Times New Roman"/>
        </w:rPr>
        <w:t>Möhürleme döwrüniň başynda, Hudaýyň Ruhy çokundyrylanda inişi ýaly, Ylham kitaby on sekizinjidäki perişde-de indi, we şol perişde “Isa Mesihiň hut Özi ýaly bir şahsdan pes däldi”; çünki Millerçi taryhynda ýer ýüzüni Öz şöhraty bilen ýagtyltmak üçin inen perişde-de “Isa Mesihiň hut Özi ýaly bir şahsdan pes däldi.” Ýakynda geljek ýekşenbe kanuny wagtynda-da “Isa Mesihiň hut Özi ýaly bir şahsdan pes däl” Şahs ýene-de iner we Öz beýleki sürüsini Wawilondan çagyranda, Ylham kitaby on sekizinjidäki iki habaryň ikinjisini hödürlär. Möhürleme döwrüniň ortasynda bir perişde indi; edil Millerçi hereketiniň ilkinji lapykeçliginde, 1844-nji ýylyň 19-njy aprelinde, ikinji perişdäniň inşi ýaly.</w:t>
      </w:r>
    </w:p>
    <w:p>
      <w:pPr>
        <w:pStyle w:val="ArticleBody"/>
        <w:jc w:val="left"/>
      </w:pPr>
      <w:r>
        <w:rPr>
          <w:rFonts w:ascii="Times New Roman" w:hAnsi="Times New Roman" w:eastAsia="Times New Roman" w:cs="Times New Roman"/>
        </w:rPr>
        <w:t>Şol ikinji perişdäniň gelmegi bilen, 1844-nji ýylyň 22-nji oktýabrynda üçünji perişdäniň gelmeginiň aralygynda, Gije ýarysyndaky gygyryş habary gelende, ikinji perişdä güýç goşmak üçin köp perişdeler iberildi. Bu perişdeleriň Millerit taryhynda gelen döwrüniň taryhy barada söz açyp, White uýamyz bize şeýle habar berýär: bu habarlary ret edenler, ýehudylaryň Mesihi haça çüýländigi ýaly, şonça-da anyk suratda Mesihi haça çüýländirler.</w:t>
      </w:r>
    </w:p>
    <w:p>
      <w:pPr>
        <w:pStyle w:val="ArticleScripture"/>
        <w:jc w:val="left"/>
      </w:pPr>
      <w:r>
        <w:rPr>
          <w:rFonts w:ascii="Times New Roman" w:hAnsi="Times New Roman" w:eastAsia="Times New Roman" w:cs="Times New Roman"/>
        </w:rPr>
        <w:t>“Men ýewreýleriň Isany haça çüýländigi ýaly, at boýunça bolan ybadathanalaryň hem bu habarlary haça çüýländiklerini gördüm; şonuň üçin olar iň mukaddes ýere eltýän ýoldan bihabardyrlar we Isanyň ol ýerde edýän şepagatyndan peýda alyp bilmeýärler.” Early Writings, 261.</w:t>
      </w:r>
    </w:p>
    <w:p>
      <w:pPr>
        <w:pStyle w:val="ArticleBody"/>
        <w:jc w:val="left"/>
      </w:pPr>
      <w:r>
        <w:rPr>
          <w:rFonts w:ascii="Times New Roman" w:hAnsi="Times New Roman" w:eastAsia="Times New Roman" w:cs="Times New Roman"/>
        </w:rPr>
        <w:t>Perişdeler arkaly beýan edilýän habarlaryň ret edilmegi Mesihi haça çüýlemekligi aňladýar, çünki Ol şol habarlary we olaryň taryhy taýdan amala aşmagyny Özünde jemleýär. 2020-nji ýylyň 18-nji iýulynda «Isa Mesihiň Özünden pes bolmadyk bir Şahs» aşak düşdi, bu bolsa ilkinji lapykeçligi we garaşmak döwrüniň başlanmagyny belläp geçdi. Köçelerde öldürilen, Onuň ahyrzamandaky halkynyň öli-gury süňkleri adamlary täzeden ýaşa getirip bilýän ýeke-täk sesi eşitmek arkaly oýarylmaly idi.</w:t>
      </w:r>
    </w:p>
    <w:p>
      <w:pPr>
        <w:pStyle w:val="ArticleScripture"/>
        <w:jc w:val="left"/>
      </w:pPr>
      <w:r>
        <w:rPr>
          <w:rFonts w:ascii="Times New Roman" w:hAnsi="Times New Roman" w:eastAsia="Times New Roman" w:cs="Times New Roman"/>
        </w:rPr>
        <w:t>Dogrusyny, dogrusyny size aýdýaryn: öli bolanlaryň Hudaýyň Oglunyň sesini eşitjek sagady gelýär, hatda häzir hem geldi; eşidenler ýaşarlar. Çünki Atanyň Özünde ýaşaýyş bolşy ýaly, Ogluna-da Özünde ýaşaýyş bolmagyny berdi; hem-de Oňa höküm etmäge ygtyýar berdi, sebäbi Ol Ynsan Ogludyr. Muňa haýran galmaň; çünki mazarlardakylaryň hemmesiniň Onuň sesini eşitjek sagady gelýär, hem olar daşary çykarlar: ýagşylyk edenler ýaşaýyş dirilişine, ýamanlyk edenler bolsa höküm dirilişine çykarlar. Ýahýa 5:25–29.</w:t>
      </w:r>
    </w:p>
    <w:p>
      <w:pPr>
        <w:pStyle w:val="ArticleBody"/>
        <w:jc w:val="left"/>
      </w:pPr>
      <w:r>
        <w:rPr>
          <w:rFonts w:ascii="Times New Roman" w:hAnsi="Times New Roman" w:eastAsia="Times New Roman" w:cs="Times New Roman"/>
        </w:rPr>
        <w:t>2023-nji ýylyň iýul aýynda Onuň sesi öli gurak süňkleri ýaşaýşa çagyrdy, şondan soň Alfa we Omega möhürleniş döwrüniň başlangyjyny täzeden gaýtalady, çünki 2023-nji ýylyň iýuly möhürleniş döwrüniň tamamlaýjy döwrüni alamatlandyrýar. Şonda Onuň halky ýene-de Ýeremiýanyň gadymy ýollaryna, Millerit taryhynyň binýatlaryna yzyna çagyryldy. Milleritleriň başlangyjynyň we soňunyň binýatlaýyn habary, Millerit taryhynyň ilkinji we soňky habarlary bolup, ol Lewiler kitabynyň ýigrimi altynjy babyndaky “ýedi wagt”dy.</w:t>
      </w:r>
    </w:p>
    <w:p>
      <w:pPr>
        <w:pStyle w:val="ArticleBody"/>
        <w:jc w:val="left"/>
      </w:pPr>
      <w:r>
        <w:rPr>
          <w:rFonts w:ascii="Times New Roman" w:hAnsi="Times New Roman" w:eastAsia="Times New Roman" w:cs="Times New Roman"/>
        </w:rPr>
        <w:t>2023-nji ýylyň iýul aýynda, Hudaýyň soňky gün halkyna kiçi kitaby alyp iýmek ýene-de buýruldy. Olar kiçi kitaby iýenlerinde, soňra Ylham kitaby 9-njy bapdaky üçünji Waýyň habaryny (gündogardan gelen habarlar) we Daniýel kitabynyň 11-nji bapdaky habaryny (demirgazykdan gelen habarlar) ykrar edip-etmejekdiklerini görmek üçin synagdan geçirilýärler. Bu synag prosesi olary Daniýel kitabynyň 11-nji bap, 13-den 15-e çenli aýatlaryna alyp barýar; bu Panium söweşidir, bu Kesariýa Filipidir we bu, Onuň sesini eşiden iki toparyň aýan edilýän Ýarygije Gykylygynyň habarydyr: bir topar “ýagşylyk edenler ýaşaýyş direlişine; erbetlik edenler bolsa höküm direlişine.”</w:t>
      </w:r>
    </w:p>
    <w:p>
      <w:pPr>
        <w:pStyle w:val="ArticleBody"/>
        <w:jc w:val="left"/>
      </w:pPr>
      <w:r>
        <w:rPr>
          <w:rFonts w:ascii="Times New Roman" w:hAnsi="Times New Roman" w:eastAsia="Times New Roman" w:cs="Times New Roman"/>
        </w:rPr>
        <w:t>Ýüz kyrk dört müňüň möhürleniş wagtynda üç ses bardyr, we olaryň hemmesi “Isa Mesihden pes bolmadyk bir Şahsyýetiň sesi”dir. Ylhamyň on sekizinji babyndaky birinji ses, Nýu-Ýork şäheriniň beýik binalary Hudaýyň bir degişi bilen ýykylanda eşidildi. Ikinji ses, ölüleri mazarlaryndan çagyrýan baş perişde Mikaýylyň sesidir. Üçünji ses, Ylham kitabynyň on birinji babyndaky “uly ýer titremäniň” sagadynda Onuň beýleki süri­sini Wawilondan çagyrýan Ylhamyň on sekizinji babyndaky ikinji sesdir. Petrusyñ Kesariýa Filipidäki ykrar etmesiniň kämil berjaý bolşy, Mesihiň ahyrky günlerdäki halkyny “Danyýel pygamberliginiň soňky günlere degişli şol bölegine” alyp barmagynda amala aşýar.</w:t>
      </w:r>
    </w:p>
    <w:p>
      <w:pPr>
        <w:pStyle w:val="ArticleBody"/>
        <w:jc w:val="left"/>
      </w:pPr>
      <w:r>
        <w:rPr>
          <w:rFonts w:ascii="Times New Roman" w:hAnsi="Times New Roman" w:eastAsia="Times New Roman" w:cs="Times New Roman"/>
        </w:rPr>
        <w:t>Danyýl 11-iň on üçünji aýatyndan on bäşinji aýatyna çenli bolan Panium, Danyýlyň pygamberliginiň möhürlenen we Gije ýarymda eşidilen Gykylygyň habaryny aýdyň görkezýän “bölegidir”. Panium 1844-nji ýylyň awgust aýyndaky Exeter çadyr ýygnagydyr; ol Donald Trampyň ikinji möhletinde berjaý bolýan taryhdyr we ýüz kyrk dört müňüň maňlaýlaryna Hudaýyň möhürini basýan pygamberlik habarydyr. Häzir biziň öwrenýän aýatlarymyz juda mukaddes ýerdir.</w:t>
      </w:r>
    </w:p>
    <w:p>
      <w:pPr>
        <w:pStyle w:val="ArticleScripture"/>
        <w:jc w:val="left"/>
      </w:pPr>
      <w:r>
        <w:rPr>
          <w:rFonts w:ascii="Times New Roman" w:hAnsi="Times New Roman" w:eastAsia="Times New Roman" w:cs="Times New Roman"/>
        </w:rPr>
        <w:t>Petrusyň ykrar eden hakykaty ynanýanyň imanynyň binýadydyr. Bu hakykat Mesihiň Özi tarapyndan ebedi ýaşaýyş diýlip yglan edilen zatdyr. Emma bu bilimä eýe bolmak özüni ulaltmaga hiç hili esas däldi. Ol Petrusa öz akyly ýa-da öz ýagşylygy arkaly aýan edilmedi. Ynsanzat hiç wagt öz-özünden ylahy hakykatyň bilimine ýetip bilmez. «Ol asmandan hem beýikdir; sen näme edip bilersiň? Dowzahdan hem çuňdur; sen näme bilip bilersiň?» Eýýup 11:8. Diňe ogullyga alnandygyň Ruhy bize Hudaýyň çuň zatlaryny, ýagny «gözüň görmedik, gulagyň eşitmedik, ynsanyň ýüregine-de gelmedik» zatlaryny aýan edip biler. «Çünki Hudaý olary bize Öz Ruhy arkaly aýan etdi; sebäbi Ruh hemme zady, hatda Hudaýyň çuň zatlaryny-da barlaýar.» 1 Korinfliler 2:9, 10. «Rebbiň syry Ondan gorkýanlar bilendir»; Petrusyň Mesihiň şöhratyny tanamagy bolsa onuň «Hudaý tarapyndan öwredilen»diginiň subutnamasydy. Zebur 25:14; Ýahýa 6:45. Hawa, hakykatdan hem, «bagtlysyň sen, Simun Bar-Ýona; çünki muny saňa et bilen gan aýan etmedi.»</w:t>
      </w:r>
    </w:p>
    <w:p>
      <w:pPr>
        <w:pStyle w:val="ArticleScripture"/>
        <w:jc w:val="left"/>
      </w:pPr>
      <w:r>
        <w:rPr>
          <w:rFonts w:ascii="Times New Roman" w:hAnsi="Times New Roman" w:eastAsia="Times New Roman" w:cs="Times New Roman"/>
        </w:rPr>
        <w:t>Isa şeýle-de dowam etdi: “Men saňa hem aýdýaryn: sen Petrusyň, we Men Öz ýygnagymy şu gaýanyň üstünde guraryn; dowzah derwezeleri oňa garşy üstün çykyp bilmez.” “Petrus” sözi daş diýmekdir, ýagny togalanyp ýören daş. Petrus ýygnagyň esaslanan gaýasy däldi. Ol öz Rebbini gargyş we ant içmek bilen inkär eden wagty, dowzah derwezeleri oňa garşy üstün çykdy. Ýygnak bolsa, dowzah derwezeleriniň garşy üstün çykyp bilmejek Biriniň üstünde guruldy.” Asyrlaryň Islegi, 413</w:t>
      </w:r>
    </w:p>
    <w:p>
      <w:pPr>
        <w:pStyle w:val="ArticleBody"/>
        <w:jc w:val="left"/>
      </w:pPr>
      <w:r>
        <w:rPr>
          <w:rFonts w:ascii="Times New Roman" w:hAnsi="Times New Roman" w:eastAsia="Times New Roman" w:cs="Times New Roman"/>
        </w:rPr>
        <w:t>Mesihiň Kesariýa Filipide Öz şägirtlerine ýetirýän habary Gijeki Gykylygyň habarydy we şeýle hem şoldur; ol “dowzahyň derwezeleri” diýlip atlandyrylan ybadathananyň eýesi bolan grek taňrysy Pan bilen ýeriň iki dönük şahy arasynda barýan ruhy urşuň çäginde ýerleşdirilendir. Makkabeýler Hudaýyň dönük halkydy; olar grekleriň dinine garşy uruşýarkalar, özlerini Hudaýyň ybadathanasynyň goragçylary diýip ykrar edýärdiler. Olar özlerini hem dini, hem syýasy ýolbaşçylar hökmünde tanadýardylar. Olar häzir Amerikanyň Birleşen Ştatlarynyň hökümeti bilen bilelikde haýwanyň bir keşbini emele getirip, woke-izm bilen Ene Ýeriň globalist dinine garşy uruş alyp barýan şol gaçan ybadathanalaryň dönük protestantçylygyny aňladýarlar. Dönük şahlar globalizmiň dini we syýasy düzüm bölekleri bilen göreşinde üstün çykýarlar, şol bir wagtyň özünde bolsa hakyky protestant şahy ýakyn wagtda geljek ýekşenbe kanunynyň “beýik ýertitremesinde” tug hökmünde galdyrylmagynyň öňüsyrasynda akmak gyzlaryň soňky galyndylarynyň aýrylmagy arkaly arassalanýar.</w:t>
      </w:r>
    </w:p>
    <w:p>
      <w:pPr>
        <w:pStyle w:val="ArticleBody"/>
        <w:jc w:val="left"/>
      </w:pPr>
      <w:r>
        <w:rPr>
          <w:rFonts w:ascii="Times New Roman" w:hAnsi="Times New Roman" w:eastAsia="Times New Roman" w:cs="Times New Roman"/>
        </w:rPr>
        <w:t>Danyýl kitabynyň pygamberliginiň ahyrky günlere degişli bolan bölegi, ol hem Isa Mesihiň Ylhamydyr we Gije ýaryndaky Gykylygyň habarydyr, Ýahuda taýpasynyň Arslany tarapyndan Panium bolan Kaýsariýa Filipide açylýar. Ol 2015-nji ýylda şol haýwany gozgap başlan düýpsüz çukurdan çykan ateistik haýwan bilen Respublikançylygyň şahynyň hem-de häzir kuwwatly goşun hökmünde direldilýän Protestantlygyň hakyky şahyna garşy alnyp barylýan söweşiň arasynda açylýar.</w:t>
      </w:r>
    </w:p>
    <w:p>
      <w:pPr>
        <w:pStyle w:val="ArticleBody"/>
        <w:jc w:val="left"/>
      </w:pPr>
      <w:r>
        <w:rPr>
          <w:rFonts w:ascii="Times New Roman" w:hAnsi="Times New Roman" w:eastAsia="Times New Roman" w:cs="Times New Roman"/>
        </w:rPr>
        <w:t>Petrusyň ykrar eden hakykaty 2001-nji ýylyň 11-nji sentýabrynyň ýolbelgisini aňladýar, şeýle hem Mesihiň ýaşaýan Hudaýyň Ogludygyny hem aňladýar. Isanyň Hudaýyň Ogludygy bilen aňladylýan zadyň hakykaty, edil Petrusyň günlerinde Isanyň Mesihdigi ýa däldigi synag hakykaty bolan ýaly, synag hakykatydyr. Isanyň Hudaýyň Ogludygy baradaky yglan Ogluň kimdigi hakynda aýan edilen ähli zady aňladýar. Bu diňe Onuň Hudaýyň Ogludygyny däl, eýsem Onuň ynsan ogludygyny hem aňladýar. Bu ýüz kyrk dört müňüň möhürleniş döwründe amala aşyrylýan hut şol iş bolan ylahylygyň ynsanlyga ten geýdirilmeginiň hakykatydyr. “Ten geýdirilme” hakykaty, başdaky “Sabat” hakykaty bilen nusgalanan ahyrdaky hakykatdyr.</w:t>
      </w:r>
    </w:p>
    <w:p>
      <w:pPr>
        <w:pStyle w:val="ArticleBody"/>
        <w:jc w:val="left"/>
      </w:pPr>
      <w:r>
        <w:rPr>
          <w:rFonts w:ascii="Times New Roman" w:hAnsi="Times New Roman" w:eastAsia="Times New Roman" w:cs="Times New Roman"/>
        </w:rPr>
        <w:t>1844-nji ýylyň 22-nji oktýabry üçünji perişdäniň gelmegini alamatlandyrdy. Perişde gelende, Ýahuda taýpasynyň Arslany tarapyndan, hakykatyň açylýan döwrüne laýyk gelýän aýratyn bir hakykat açylýar, we şol hakykat soňra şol hakykatyň açylan neslini synagdan geçirýär. 1844-nji ýylyň 22-nji oktýabrynda, 1798-nji ýyldan 1844-nji ýyla çenli kyrk alty ýylyň dowamynda Özüniň guran ybadathanasyna duýdansyz gelen Mesihiň işi bilen baglanyşykly hakykatlar aýan edildi. Mesihiň höküm işi, Hudaýyň kanuny, Onuň Baş Ruhany hökmünde wezipesi, haýwanyň belligi meselesi we ýüz kyrk dört müň adamyň möhürlenmegi — bularyň hemmesi açyldy. Waýta uýza şol hakykatlaryň arasynda Alfa we Omega tarapyndan aýratyn bir nurda görkezilen bir hakykatyň bardygy görkezildi.</w:t>
      </w:r>
    </w:p>
    <w:p>
      <w:pPr>
        <w:pStyle w:val="ArticleScripture"/>
        <w:jc w:val="left"/>
      </w:pPr>
      <w:r>
        <w:rPr>
          <w:rFonts w:ascii="Times New Roman" w:hAnsi="Times New Roman" w:eastAsia="Times New Roman" w:cs="Times New Roman"/>
        </w:rPr>
        <w:t>“On tabşyrygyň hut ortasynda duran dördünji buýrugy görenimde haýran galdym; onuň daşyny ýumşak nuryň şuglasy gurşap alýardy. Perişde şeýle diýdi: ‘Bu, on buýrugyň içinde asmanlary, ýeri we olaryň içindäki ähli zatlary ýaradan diri Hudaýy kesgitleýän ýeketäk buýrukdyr. Ýeriň düýbi tutulanda, Şenbe gününiň düýbi hem şol wagt tutuldy.’” Testimonies, 1-nji tom, 75.</w:t>
      </w:r>
    </w:p>
    <w:p>
      <w:pPr>
        <w:pStyle w:val="ArticleBody"/>
        <w:jc w:val="left"/>
      </w:pPr>
      <w:r>
        <w:rPr>
          <w:rFonts w:ascii="Times New Roman" w:hAnsi="Times New Roman" w:eastAsia="Times New Roman" w:cs="Times New Roman"/>
        </w:rPr>
        <w:t>Bir ýüz kyrk dört müň adamyň möhürleniş wagty ýetipdi, emma ol 1863-nji ýylyň gozgalaňy sebäpli gijikdirilmelidi. 2001-nji ýylyň 11-nji sentýabrynda möhürleniş işi başlandy; Ylham kitabynyň on sekizinji babyndaky kuwwatly perişde hökmünde görkezilen Mesih elinde Hudaýyň ahyrky gün halkynyň iýmelidigi gizlin bir kitap bilen aşak düşdi. Alfa we Omega ahyry hemişe başlangyç arkaly görkezýär, şonuň üçin soňky günlerde aýratyn bir ýagtylykda goýlan başga bir hakykat hem bardy, we ol Mesihiň bir ýüz kyrk dört müň adamy möhürlemäge ilkinji gezek synanyşan wagty aýratyn nygtalanan Sabat hakykaty bilen göni baglanyşyklydy.</w:t>
      </w:r>
    </w:p>
    <w:p>
      <w:pPr>
        <w:pStyle w:val="ArticleScripture"/>
        <w:jc w:val="left"/>
      </w:pPr>
      <w:r>
        <w:rPr>
          <w:rFonts w:ascii="Times New Roman" w:hAnsi="Times New Roman" w:eastAsia="Times New Roman" w:cs="Times New Roman"/>
        </w:rPr>
        <w:t>Danieliň öz bije düşen ýerinde durmagynyň wagty geldi. Oňa berlen nuryň öňkülerden has beýik derejede dünýä ýaýramagynyň wagty geldi. Eger Rebbiň özleri üçin şeýle köp zat edenleri şol nurda ýörseler, Mesih baradaky bilimleri we Oňa degişli pygamberlikler baradaky düşünjeleri bu ýeriň taryhynyň soňuna ýakynlaşdyklaryça örän artar.</w:t>
      </w:r>
    </w:p>
    <w:p>
      <w:pPr>
        <w:pStyle w:val="ArticleScripture"/>
        <w:jc w:val="left"/>
      </w:pPr>
      <w:r>
        <w:rPr>
          <w:rFonts w:ascii="Times New Roman" w:hAnsi="Times New Roman" w:eastAsia="Times New Roman" w:cs="Times New Roman"/>
        </w:rPr>
        <w:t>“Hudaý bilen gatnaşykda bolýanlar Dogrulygyň Güni bilen ýagtylykda ýörärler. Olar Hudaýyň öňünde öz ýoluny azdyryp, Öz Halasgärine hormatsyzlyk etmeýärler. Asman yşygy olaryň üstüne saçýar. Hudaýyň nazarynda olar çäksiz gymmatlydyr, çünki olar Mesih bilen birdir. Olar üçin Hudaýyň sözi deňi-taýy bolmadyk gözellik we mähir-jazypa eýedir. Olar onuň ähmiýetini görýärler. Hakykat olar üçin açylýar. Ten alma baradaky taglymat mylaýym bir nur bilen gurşalýar. Olar Mukaddes Ýazgylaryň ähli syrlary açýan we ähli kynçylyklary çözýän açardygyny görýärler. Ýagtylygy kabul etmäge hem-de ýagtylykda ýöremäge meýilli bolmadyklar takwalygyň syryna düşünip bilmezler, emma haçy göterip, Isanyň yzyna düşmekden ikirjiňlenmedikler Hudaýyň ýagtylygynda ýagtylygy görerler.” Manuscript Releases, number 21, 406, 407.</w:t>
      </w:r>
    </w:p>
    <w:p>
      <w:pPr>
        <w:pStyle w:val="ArticleBody"/>
        <w:jc w:val="left"/>
      </w:pPr>
      <w:r>
        <w:rPr>
          <w:rFonts w:ascii="Times New Roman" w:hAnsi="Times New Roman" w:eastAsia="Times New Roman" w:cs="Times New Roman"/>
        </w:rPr>
        <w:t>Beden almagyň taglymaty, Ylahylyga adamzat tebigatynyň birleşen ýagdaýynda günä etmeýändiginiň hakykatydyr, we ahyrky günlerde şol tejribä ýetip ýetenleriň nyşany Sabatdyr.</w:t>
      </w:r>
    </w:p>
    <w:p>
      <w:pPr>
        <w:pStyle w:val="ArticleScripture"/>
        <w:jc w:val="left"/>
      </w:pPr>
      <w:r>
        <w:rPr>
          <w:rFonts w:ascii="Times New Roman" w:hAnsi="Times New Roman" w:eastAsia="Times New Roman" w:cs="Times New Roman"/>
        </w:rPr>
        <w:t>Mundan başga-da, Men olara Öz Sabat günlerimi berdim, ol günler Men bilen olaryň arasynda alamat bolsun diýip, olar özlerini mukaddes edýän Rebbiň Meniňdigimi bilsinler. Ezekiel 20:12.</w:t>
      </w:r>
    </w:p>
    <w:p>
      <w:pPr>
        <w:pStyle w:val="ArticleBody"/>
        <w:jc w:val="left"/>
      </w:pPr>
      <w:r>
        <w:rPr>
          <w:rFonts w:ascii="Times New Roman" w:hAnsi="Times New Roman" w:eastAsia="Times New Roman" w:cs="Times New Roman"/>
        </w:rPr>
        <w:t>Yüz kyrk dört müň adam ebedilik üçin möhürlenendir, we möhürleme işi möhürleme döwrüniň ahyrynda, ýekşenbe güni baradaky kanunyň öň ýanynda, möhüriň basylýan gysga wagt döwrüni görkezýär. Şol gysga wagt döwründe Ylahylyk adamçylyk bilen hemişelik birleşdirilýär.</w:t>
      </w:r>
    </w:p>
    <w:p>
      <w:pPr>
        <w:pStyle w:val="ArticleScripture"/>
        <w:jc w:val="left"/>
      </w:pPr>
      <w:r>
        <w:rPr>
          <w:rFonts w:ascii="Times New Roman" w:hAnsi="Times New Roman" w:eastAsia="Times New Roman" w:cs="Times New Roman"/>
        </w:rPr>
        <w:t>“Eý doganlar, taýýarlygyň beýik işinde siz näme edýärsiňiz? Dünýä bilen birleşýänler dünýäniň galybyny kabul edýärler we ýyrtyjynyň nyşany üçin taýýarlanýarlar. Özlerine ynamsyz bolup, Hudaýyň öňünde özlerini peseldýänler hem-de hakykata boýun egmek arkaly janlaryny päkleýänler, ine, şolar asmanyň galybyny kabul edýärler we maňlaýlarynda Hudaýyň möhri üçin taýýarlanýarlar. Perman çykarylyp, bellik basylanda, olaryň häsiýeti ebedilik arassa we tegmilsiz galar.</w:t>
      </w:r>
    </w:p>
    <w:p>
      <w:pPr>
        <w:pStyle w:val="ArticleScripture"/>
        <w:jc w:val="left"/>
      </w:pPr>
      <w:r>
        <w:rPr>
          <w:rFonts w:ascii="Times New Roman" w:hAnsi="Times New Roman" w:eastAsia="Times New Roman" w:cs="Times New Roman"/>
        </w:rPr>
        <w:t>“Indi taýýarlyk görmegiň wagtydyr. Hudaýyň möhri hiç wagt haram erkek ýa-da aýalyň maňlaýyna basylmaz. Ol hiç wagt şöhratparaz, dünýäni söýýän erkek ýa-da aýalyň maňlaýyna basylmaz. Ol hiç wagt ýalan dilli ýa-da galp ýürekli erkekleriň we aýallaryň maňlaýyna basylmaz. Möhri kabul edýänleriň hemmesi Hudaýyň öňünde tegmilsiz bolmalydyr — asman üçin dalaşgärler. Öňe gidiň, doganlarym we uýalarym. Men şu pursatda diňe gysgaça ýazyp bilýärin, diňe taýýarlygyň zerurdygyna ünsüňizi çekýärin. Häzirki sagadyň gorkunç dabaralydygyna düşünmegiňiz üçin, Mukaddes Ýazgylary özüňiz derňäň.” Testimonies, 5-nji tom, 216.</w:t>
      </w:r>
    </w:p>
    <w:p>
      <w:pPr>
        <w:pStyle w:val="ArticleBody"/>
        <w:jc w:val="left"/>
      </w:pPr>
      <w:r>
        <w:rPr>
          <w:rFonts w:ascii="Times New Roman" w:hAnsi="Times New Roman" w:eastAsia="Times New Roman" w:cs="Times New Roman"/>
        </w:rPr>
        <w:t>Öňki parça möhüriň Ýekşenbe kanuny wagty basylýandygyny aňladýan ýaly bolup biler, emma ýagdaý beýle däldir. Uýa Waýt Ýekşenbe kanunynyň beýik bir krizisdigini açyk görkezýär, şeýle hem ol häsiýetiň krizisde ýüze çykýandygyny, ýöne hiç wagt krizisde ösdürilmeýändigini hem aýdyň öwredýär. Möhür Ýekşenbe kanuny wagtynda şol manyda basylýar welin, ol şonda görnüp bolýar; çünki şol wagtda möhüre eýe bolanlar baýdak hökmünde ýokary göterilýär. Möhür synag möhletiniň ýapylmagynyň öň ýanyndaky gysga bir döwrüň dowamynda basylýar, hem-de Sabaty saklaýanlar üçin synag möhleti Ýekşenbe kanuny wagtynda ýapylýar. Möhürleme 2001-nji ýylyň 11-nji sentýabrynda başlandy, we şonda hiç kim Hudaýyň möhürini almady; çünki 1844-nji ýylyň 22-nji oktýabryndan soňky döwürde görkezilişi ýaly, ilki bilen bir synagdan geçiriş prosesi bolmalydy.</w:t>
      </w:r>
    </w:p>
    <w:p>
      <w:pPr>
        <w:pStyle w:val="ArticleBody"/>
        <w:jc w:val="left"/>
      </w:pPr>
      <w:r>
        <w:rPr>
          <w:rFonts w:ascii="Times New Roman" w:hAnsi="Times New Roman" w:eastAsia="Times New Roman" w:cs="Times New Roman"/>
        </w:rPr>
        <w:t>Her bir reforma hereketinde, ahyrzamanyň wagtynda möhürinden açylan habary güýçlendirmek üçin ylahy nyşan inende, synag işi başlanýar. Birinji permany öňe sürmek üçin Kiri güýçlendirmäge Mikaýyl inende, ýehudiler şonda öňki ýetmiş ýylyň dowamynda ýaşan öýlerini terk edip, weýran edilen şähere dolanyp baryp, ony täzeden gurarlarmy diýen meselede synagdan geçirildiler. Mukaddes Ruh Mesihiň çokundyrylyşynda inende, ýehudiler Mesih meselesi boýunça synagdan geçirildiler. Ylham kitaby onunjy bapdaky güýçli perişde 1840-njy ýylyň 11-nji awgustynda inende, şol nesil kiçi kitaby iýerlermi, hem-de kiçi kitabyň aňladýan ähli zatlaryny kabul ederlermi diýen meselede synagdan geçirildi.</w:t>
      </w:r>
    </w:p>
    <w:p>
      <w:pPr>
        <w:pStyle w:val="ArticleBody"/>
        <w:jc w:val="left"/>
      </w:pPr>
      <w:r>
        <w:rPr>
          <w:rFonts w:ascii="Times New Roman" w:hAnsi="Times New Roman" w:eastAsia="Times New Roman" w:cs="Times New Roman"/>
        </w:rPr>
        <w:t>1840-njy ýylyň 11-nji awgustynda iki topar ybadat edijini ýüze çykaran bir synag işi başlandy, hem-de Guzynyň yzyna düşüp, Ählisi Mukaddes Ýere giren topar ýüz kyrk dört müňleriň arasynda bolmaga dalaşgärlerdi. Synag işinden geçip bilmedik şol nesil üçin soňky synag, Lewiler 26-daky “ýedi wagt” baradaky artdyrylan ýagtylygyň gelmegi bilen başlandy. 1856-njy ýyldan 1863-nji ýyla çenli Laodikiýa habary, 1844-nji ýylyň 22-nji oktýabrynda üçünji perişdäniň gelmegi bilen başlanan döwrüň içindäki soňky wagt döwrüni belläp geçdi. Şol wagt döwri Danyýel kitabynyň on birinji babyndaky on üçünji aýatdan on bäşinji aýada çenli aýatlar bilen şekillendirilýär.</w:t>
      </w:r>
    </w:p>
    <w:p>
      <w:pPr>
        <w:pStyle w:val="ArticleBody"/>
        <w:jc w:val="left"/>
      </w:pPr>
      <w:r>
        <w:rPr>
          <w:rFonts w:ascii="Times New Roman" w:hAnsi="Times New Roman" w:eastAsia="Times New Roman" w:cs="Times New Roman"/>
        </w:rPr>
        <w:t>Biz bu gözlegimizi indiki makalada dowam etdireris.</w:t>
      </w:r>
    </w:p>
    <w:p>
      <w:pPr>
        <w:pStyle w:val="ArticleScripture"/>
        <w:jc w:val="left"/>
      </w:pPr>
      <w:r>
        <w:rPr>
          <w:rFonts w:ascii="Times New Roman" w:hAnsi="Times New Roman" w:eastAsia="Times New Roman" w:cs="Times New Roman"/>
        </w:rPr>
        <w:t>“‘Başlangyçda Söz bardy, Söz Hudaý bilen bileidi, we Söz Hudaýdy. Ol başlangyçda Hudaý bilen bileidi. Hemme zat Onuň arkaly ýaradyldy; ýaradylan zatlaryň hiç biri-de Ondan başga ýaradylmady. Onda ýaşaýyş bardy; we ýaşaýyş adamlaryň nurudy. Nur garaňkylykda şöhle saçýar; emma garaňkylyk ony kabul etmedi.’ ‘Söz ten boldy-da, aramyzda ýaşady, (we biz Onuň şöhratyny gördük, Atadan gelen ýeke-täk Ogluň şöhraty ýaly,) merhemetden we hakykatdan doludy’ (John 1:1–5, 14).”</w:t>
      </w:r>
    </w:p>
    <w:p>
      <w:pPr>
        <w:pStyle w:val="ArticleScripture"/>
        <w:jc w:val="left"/>
      </w:pPr>
      <w:r>
        <w:rPr>
          <w:rFonts w:ascii="Times New Roman" w:hAnsi="Times New Roman" w:eastAsia="Times New Roman" w:cs="Times New Roman"/>
        </w:rPr>
        <w:t>“Bu bap Mesihiň işiniň häsiýetini we ähmiýetini beýan edýär. Ýuhanna öz mowzugyna düşünýän biri hökmünde ähli güýji Mesihe degişli edýär we Onuň beýikligi hem-de haşamaty hakynda söz açýar. Ol gymmatly hakykatyň ylahy şöhlelerini, günüň nurunyňky dek, lowurdadýar. Ol Mesihi Hudaý bilen adamzadyň arasyndaky ýeke-täk Araçy hökmünde görkezýär.</w:t>
      </w:r>
    </w:p>
    <w:p>
      <w:pPr>
        <w:pStyle w:val="ArticleScripture"/>
        <w:jc w:val="left"/>
      </w:pPr>
      <w:r>
        <w:rPr>
          <w:rFonts w:ascii="Times New Roman" w:hAnsi="Times New Roman" w:eastAsia="Times New Roman" w:cs="Times New Roman"/>
        </w:rPr>
        <w:t>Mesihiň adam teninde bedenlenmegi hakyndaky taglymat bir syrlardandyr, «asyrlar we nesiller boýunça gizlenip gelen syrdyr» (Koloseliler 1:26). Ol takwalygyň beýik hem çuň syrydyr. «Söz ten boldy-da, aramyzda ýaşady» (Ýahýa 1:14). Mesih Öz üstüne adam tebigatyny, Öz asman tebigatyndan pes bolan bir tebigaty aldy. Munuň ýaly hiç zat Hudaýyň ajaýyp pesgelijiligini beýle görkezýän däldir. Ol «dünýäni şeýle söýdi welin, Öz ýeketäk doglan Ogluny berdi» (Ýahýa 3:16). Ýahýa bu ajaýyp temany şeýle bir sadalyk bilen beýan edýär welin, öňe sürlen pikirleriň baryna hemmeler düşünip bilerler we nurlandyrylar.</w:t>
      </w:r>
    </w:p>
    <w:p>
      <w:pPr>
        <w:pStyle w:val="ArticleScripture"/>
        <w:jc w:val="left"/>
      </w:pPr>
      <w:r>
        <w:rPr>
          <w:rFonts w:ascii="Times New Roman" w:hAnsi="Times New Roman" w:eastAsia="Times New Roman" w:cs="Times New Roman"/>
        </w:rPr>
        <w:t>“Mesih ynsan tebigatyny galpdan kabul eden däldir; Ol ony hakykatdan-da kabul etdi. Ol hakykatda ynsan tebigatyna eýe boldy. ‘Çagalar et bilen ganyň şärigi bolýanlary sebäpli, Ol hem şonuň ýaly şolaryň şärigi boldy’ (Ýewreýler 2:14). Ol Merýemiň Oglydy; ynsan nesilşalygy boýunça Dawudyň tohumyndandy. Ol adam diýlip yglan edilendir, ýagny Adam Mesih Isa. Pawlusyň ýazyşy ýaly: ‘Bu Adam, öýi guran adamyň öýden has uly hormata eýe bolşy ýaly, Musadan hem has uly şöhrata mynasyp hasaplandy’ (Ýewreýler 3:3).”</w:t>
      </w:r>
    </w:p>
    <w:p>
      <w:pPr>
        <w:pStyle w:val="ArticleScripture"/>
        <w:jc w:val="left"/>
      </w:pPr>
      <w:r>
        <w:rPr>
          <w:rFonts w:ascii="Times New Roman" w:hAnsi="Times New Roman" w:eastAsia="Times New Roman" w:cs="Times New Roman"/>
        </w:rPr>
        <w:t>“Ýöne Hudaýyň Sözi Mesihiň bu ýerde, ýer ýüzünde bolanda adam tebigaty barada aýdýandygy ýaly, Onuň öňden bar bolşy barada hem aýdyň gürrüň edýär. Söz Hudaý bilen birlikde we Birlikde bolan, Hudaýyň ebedi Ogly hökmünde, ilahi Bir Varlyk bolup bardy. Ol ebedilikden ähtiň Araçysydy, Ony kabul eden ýagdaýynda ýer ýüzüniň ähli milletleriniň — ýahudylaryň-da, başga milletleriň-de — bereketlenmeli bolan Şol Biridi. ‘Söz Hudaý bilen bileydi, Söz Hudaýdy’ (Ýahýa 1:1). Adamlar-da, perişdeler-de ýaradylmazdan öň, Söz Hudaý bilen bileydi we Hudaýdy.”</w:t>
      </w:r>
    </w:p>
    <w:p>
      <w:pPr>
        <w:pStyle w:val="ArticleScripture"/>
        <w:jc w:val="left"/>
      </w:pPr>
      <w:r>
        <w:rPr>
          <w:rFonts w:ascii="Times New Roman" w:hAnsi="Times New Roman" w:eastAsia="Times New Roman" w:cs="Times New Roman"/>
        </w:rPr>
        <w:t>Dünýä Onuň arkaly ýaradyldy, “we Onuňsyz ýaradylan zatlaryň hiç biri-de ýaradylmady” (Ýahýa 1:3). Eger ähli zatlary Mesih ýaradan bolsa, onda Ol ähli zatlardan öň bardy. Bu barada aýdylan sözler şeýle bir anykdygy sebäpli, hiç kim şübhede goýulmaly däldir. Mesih öz tebigaty boýunça Hudaýdy, hem-de iň ýokary manyda Hudaýdy. Ol ezelden bäri Hudaý bilen bile bolup, ähli zadyň üstünden Hudaý, ebedilik mübärekdir.</w:t>
      </w:r>
    </w:p>
    <w:p>
      <w:pPr>
        <w:pStyle w:val="ArticleScripture"/>
        <w:jc w:val="left"/>
      </w:pPr>
      <w:r>
        <w:rPr>
          <w:rFonts w:ascii="Times New Roman" w:hAnsi="Times New Roman" w:eastAsia="Times New Roman" w:cs="Times New Roman"/>
        </w:rPr>
        <w:t>Reb Isa Mesih, Hudaýyň ylahy Ogly, ebedilikden bäri bar bolup, aýratyn bir Şahs bolupdy, emma Ata bilen birdi. Ol asmanyň iň beýik şöhratydy. Ol asman akylly-jandarlarynyň Serkerdesiydi, we perişdeleriň sežde bilen edýän ybadaty Öz hukugy hökmünde Onuň tarapyndan kabul edilýärdi. Bu, Hudaýdan ogurlyk däldi. «Reb meni Öz ýolunyň başynda eýe boldy,» diýip Ol yglan edýär, «gadymdaky işlerinden öň. Men ebedilikden, başlangyçdan, ýer heniz ýokka bellenipdim. Çuňluklar ýokka, men dünýä inderildim; suwdan joşup duran çeşmeler ýokka. Daglar berkarar edilmezden öň, depelerden öň men dünýä inderildim; Ol entek ýeri, meýdanlary, ne-de dünýä tozanynyň iň ýokary bölegini ýaratmanka. Ol asmanlary taýýarlanda, men şol ýerde idim; Ol çuňlugyň ýüzüne çäk çyzyk çekende» (Süleýmanyň pähimleri 8:22–27).</w:t>
      </w:r>
    </w:p>
    <w:p>
      <w:pPr>
        <w:pStyle w:val="ArticleScripture"/>
        <w:jc w:val="left"/>
      </w:pPr>
      <w:r>
        <w:rPr>
          <w:rFonts w:ascii="Times New Roman" w:hAnsi="Times New Roman" w:eastAsia="Times New Roman" w:cs="Times New Roman"/>
        </w:rPr>
        <w:t>«Mesihiň dünýäniň düýbi tutulmazdan öň Ata bilen bir bolandygy baradaky hakykatda nur we şöhrat bardyr. Bu, garaňky ýerde şöhle saçýan, ony ilahi, asyl şöhrat bilen ýagtyldýan nurdur. Öz-özünde çäksiz syrly bolan bu hakykat, başga syrly we başgaça düşündirip bolmaýan hakykatlary düşündirýär, şol bir wagtyň özünde bolsa el ýetmez we akyl sygmaz nurda gurşalyp saklanýar». Selected Messages, book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segsen üçünji bölüm</dc:title>
  <dc:subject>Baky Binýat: Mesih pygamberlik taryhynda we iman edýäniň ynamynda</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