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togsan birinji</w:t>
      </w:r>
    </w:p>
    <w:p>
      <w:pPr>
        <w:pStyle w:val="ArticleSubtitle"/>
        <w:jc w:val="left"/>
      </w:pPr>
      <w:r>
        <w:rPr>
          <w:rFonts w:ascii="Arial" w:hAnsi="Arial" w:eastAsia="Arial" w:cs="Arial"/>
        </w:rPr>
        <w:t>Danyýel 11-iň pygamberlik nagyşlary: Trampyň döwrüniň inçe-jik syrlaryny we Ýekşenbe güni baradaky Kanunyň öňüsyrasyny açyp görkezmek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Dogry düşünilende, Daniýel kitabynyň on birinji babyndaky onunjy aýatdan ýigrimi üçünji aýada çenli bolan aýatlar, şol babyň kyrkynjy aýadynyň gizlin taryhy bilen doly gabat gelýär. Kyrkynjy aýat 1989-njy ýyldan başlap kyrk birinji aýada çenli uzanýan taryhy öz içine alýar. On birinji babyň birinji we ikinji aýatlary 1989-njy ýylda başlanýar hem-de Donald Trampyň 2015-nji ýylda başlanan ilkinji prezidentlik kampaniýasyny, 2020-nji ýyla çenli, saýlawyň ateizmiň haýwany tarapyndan Trampdan ogurlanan wagtyna çenli görkezýär. Şol iki aýat Tramp “Gresiýanyň ähli ýurtlaryny galagaýyranda” başlanýan göreşi kesgitleýär.</w:t>
      </w:r>
    </w:p>
    <w:p>
      <w:pPr>
        <w:pStyle w:val="ArticleBody"/>
        <w:jc w:val="left"/>
      </w:pPr>
      <w:r>
        <w:rPr>
          <w:rFonts w:ascii="Times New Roman" w:hAnsi="Times New Roman" w:eastAsia="Times New Roman" w:cs="Times New Roman"/>
        </w:rPr>
        <w:t>Trampyň kampaniýasy onuň ilkinji prezidentlik döwrüniň bütin dowamynda dowam eden bir söweşi başlatdy. Wekiller palatasy ony 2019-njy ýylyň dekabrynda impiçment etdi, soňra bolsa 2020-nji ýylyň 13-nji ýanwarynda muny ýene bir gezek etdi. Iki ýagdaýda-da Senat Wekiller palatasynyň synanyşyklaryny ret etdi. Şeýle-de bolsa, ol Amerikanyň Birleşen Ştatlarynyň taryhynda iki gezek impiçment edilen ýeke-täk prezidentdir. Globalizm gyjyndyrylypdy.</w:t>
      </w:r>
    </w:p>
    <w:p>
      <w:pPr>
        <w:pStyle w:val="ArticleScripture"/>
        <w:jc w:val="left"/>
      </w:pPr>
      <w:r>
        <w:rPr>
          <w:rFonts w:ascii="Times New Roman" w:hAnsi="Times New Roman" w:eastAsia="Times New Roman" w:cs="Times New Roman"/>
        </w:rPr>
        <w:t>Indi bolsa, men saňa hakykaty görkezerin. Ine, Parsda entek üç patyşa peýda bolar; dördünjisi bolsa olaryň hemmesinden has baý bolar. Ol öz baýlygy arkaly gazanan güýji bilen ähli adamlary Ýunanystanyň şalygyna garşy gozgalaňa salar. Daniel 11:2.</w:t>
      </w:r>
    </w:p>
    <w:p>
      <w:pPr>
        <w:pStyle w:val="ArticleBody"/>
        <w:jc w:val="left"/>
      </w:pPr>
      <w:r>
        <w:rPr>
          <w:rFonts w:ascii="Times New Roman" w:hAnsi="Times New Roman" w:eastAsia="Times New Roman" w:cs="Times New Roman"/>
        </w:rPr>
        <w:t>Kyrkınjy aýatda bolşy ýaly, ikinji aýat hem Trampyň ilkinji saýlaw kampaniýasyndan we 2021-nji ýylyň 20-nji ýanwarynda tamamlanan prezidentlik möhletinden gizlin bir taryhy özünde goýýar. 2021-nji ýylyň şol gününden başlap, üçünji aýata çenli — ýagny Aleksandr Makedonskiniň Birleşen Milletler Guramasynyň nyşany hökmünde (Mukaddes Kitap pygamberliginiň ýedinji patyşalygy) tanadylyşyna çenli — 2021-nji ýyldaky inaugurasiýadan başlap, üç esse birleşigiň döredilýän Ýekşenbe kanunyna çenli bolan taryh gizlin bir taryhy aňladýar. Kyrkınjy aýatyň we ikinji aýatyň gizlin taryhlary ikisi hem Ýekşenbe kanunyna çenli alyp barýar we şol ýerde tamam bolýar.</w:t>
      </w:r>
    </w:p>
    <w:p>
      <w:pPr>
        <w:pStyle w:val="ArticleBody"/>
        <w:jc w:val="left"/>
      </w:pPr>
      <w:r>
        <w:rPr>
          <w:rFonts w:ascii="Times New Roman" w:hAnsi="Times New Roman" w:eastAsia="Times New Roman" w:cs="Times New Roman"/>
        </w:rPr>
        <w:t>Onunjy aýat bizi birinji aýatda bolşy ýaly ýene-de 1989-njy ýylda ahyrzamanyň wagtyna getirýär, we olaryň ikisi-de kyrkynjy aýatyň hakyky şaýatlygynyň tamamlanyşyny görkezýär, emma kyrkynjy aýatdaky şol tamamlanyş bilen tizden geljek Ýekşenbe kanunynyň arasynda henizem taryh bar. 1989-njy ýyly görkezmek bilen çäklenmän, onunjy aýat kyrkynjy aýatyň taryhyna degişli üç şaýady bir ýere getirýän açara öwrülýär; bu hem papalygyň we onuň wekili bolan güýjüň, ýagny Amerikanyň Birleşen Ştatlarynyň, 1989-njy ýylda Sowet Soýuzyny süpürip aýyrmakdaky işini doldurýar. Şol üç şaýat 1989-njy ýyldan Ýekşenbe kanunyna çenli kyrkynjy aýatyň pygamberlik gurluşynyň möhüm bir bölegini berkidýär.</w:t>
      </w:r>
    </w:p>
    <w:p>
      <w:pPr>
        <w:pStyle w:val="ArticleBody"/>
        <w:jc w:val="left"/>
      </w:pPr>
      <w:r>
        <w:rPr>
          <w:rFonts w:ascii="Times New Roman" w:hAnsi="Times New Roman" w:eastAsia="Times New Roman" w:cs="Times New Roman"/>
        </w:rPr>
        <w:t>Demirgazygyň patyşasy bilen Günortanyň patyşasynyň arasyndaky urşuň taryhy pygamberlik gurluşy, onda Demirgazygyň patyşasynyň joşup geçýändigi we aşyp geçýändigi, kyrkınjy aýatda, şeýle hem onunjy aýatda anyk görkezilýär.</w:t>
      </w:r>
    </w:p>
    <w:p>
      <w:pPr>
        <w:pStyle w:val="ArticleBody"/>
        <w:jc w:val="left"/>
      </w:pPr>
      <w:r>
        <w:rPr>
          <w:rFonts w:ascii="Times New Roman" w:hAnsi="Times New Roman" w:eastAsia="Times New Roman" w:cs="Times New Roman"/>
        </w:rPr>
        <w:t>Taryhy pygamberlik gurluşy, demirgazygyň patyşasynyň günortanyň patyşasyna garşy edýän “daşyp geçmegi we aşyp geçmegi” baradaky grammatiki şaýatlyk bilen doldurylýar; sebäbi bu, iki aýatda hem, şeýle hem Işaýa kitaby sekizinji bap, sekizinji aýatda duş gelýän üçünji şaýatlykda bolşy ýaly, şol bir ýewreýçe jümledir.</w:t>
      </w:r>
    </w:p>
    <w:p>
      <w:pPr>
        <w:pStyle w:val="ArticleBody"/>
        <w:jc w:val="left"/>
      </w:pPr>
      <w:r>
        <w:rPr>
          <w:rFonts w:ascii="Times New Roman" w:hAnsi="Times New Roman" w:eastAsia="Times New Roman" w:cs="Times New Roman"/>
        </w:rPr>
        <w:t>Onuňjy aýatda demirgazygyň patyşasy “hökmany suratda geler, joşup-daşar we içinden geçip gider”, kyrkynjy aýatda bolsa demirgazygyň patyşasy “joşup-daşar we aşyp geçer”. Işaýa kitabynyň sekizinji baby, sekizinji aýatda demirgazygyň patyşasy “joşup-daşar we aşyp geçer”. Bu üç aňlatma manysy birmeňzeş saklanyp, az-kem üýtgeşik terjime edilen şol bir ýewreýçe söz düzümleridir. Onuňjy aýatda günortanyň patyşasy Ptolemeýleriň Müsüri bolupdy, emma kyrkynjy aýatda günortanyň patyşasy ruhy Müsür, ateizmiň patyşasy, Sowet Soýuzy bolupdy; Işaýa kitabynda bolsa günortadaky Ýahuda patyşalygy günortanyň patyşasydy. Degişlilikde, demirgazygyň patyşasy Selewkiler imperiýasy, soňra papalyk, Işaýa kitabynda bolsa Assiriýa bolupdy.</w:t>
      </w:r>
    </w:p>
    <w:p>
      <w:pPr>
        <w:pStyle w:val="ArticleBody"/>
        <w:jc w:val="left"/>
      </w:pPr>
      <w:r>
        <w:rPr>
          <w:rFonts w:ascii="Times New Roman" w:hAnsi="Times New Roman" w:eastAsia="Times New Roman" w:cs="Times New Roman"/>
        </w:rPr>
        <w:t>Üç parallel aýatyň ikisinde demirgazygyň patyşasynyň çozuşynyň nirede tamamlanýandygy aýratynlykda görkezilýär. Onunjy aýatda ol “galada” tamamlanýar; bu taryhy taýdan Selewkiler öz ýörişlerini Müsüriň serhedinde tamamladyklarynda ýerine ýetdi, çünki pygamberlik Sözi demirgazygyň patyşasynyň “hökmany suratda gelip, joşup geçjekdigini, aradan geçjekdigini; soňra bolsa yzyna dolanyp, hatda öz galasyna çenli gaýtadan joşjakdygyny” kesgitledi. “Gala” olaryň şalygynyň paýtagty bolan Müsüri aňladýardy.</w:t>
      </w:r>
    </w:p>
    <w:p>
      <w:pPr>
        <w:pStyle w:val="ArticleBody"/>
        <w:jc w:val="left"/>
      </w:pPr>
      <w:r>
        <w:rPr>
          <w:rFonts w:ascii="Times New Roman" w:hAnsi="Times New Roman" w:eastAsia="Times New Roman" w:cs="Times New Roman"/>
        </w:rPr>
        <w:t>Işaýa sekizde Senherib «Ýahudanyň içinden geçer; joşup geçer we aşar, ol hatda boýun derejesine çenli ýetip geler». «Paýtagt», «patyşa» we «baş» — bularyň ählisi hem Senheribiň Iýerusalime garşy çykan hut şol parçasynda iki şaýat esasynda berkidilen biri-biriniň ornuny tutýan nyşanlardyr.</w:t>
      </w:r>
    </w:p>
    <w:p>
      <w:pPr>
        <w:pStyle w:val="ArticleScripture"/>
        <w:jc w:val="left"/>
      </w:pPr>
      <w:r>
        <w:rPr>
          <w:rFonts w:ascii="Times New Roman" w:hAnsi="Times New Roman" w:eastAsia="Times New Roman" w:cs="Times New Roman"/>
        </w:rPr>
        <w:t>Çünki Siriýanyň başy Damaskdyr, Damaskyň başy bolsa Rezin; we altmyş bäş ýylyň içinde Efraýym halk bolmaz ýaly dargadylar. Efraýymyň başy Samariýadyr, Samariýanyň başy bolsa Remaliýanyň ogludyr. Eger ynanmasaňyz, onda hakykatdanam berk durup bilmersiňiz. Işaýa 7:8, 9.</w:t>
      </w:r>
    </w:p>
    <w:p>
      <w:pPr>
        <w:pStyle w:val="ArticleBody"/>
        <w:jc w:val="left"/>
      </w:pPr>
      <w:r>
        <w:rPr>
          <w:rFonts w:ascii="Times New Roman" w:hAnsi="Times New Roman" w:eastAsia="Times New Roman" w:cs="Times New Roman"/>
        </w:rPr>
        <w:t>Siriýa döwletdir, Damask paýtagt şäherdir, Rezin bolsa patyşadyr; paýtagt bilen patyşa biri-biriniň ornuna ulanylýan nyşanlardyr. Paýtagt bilen patyşa ikisi hem “başdyr”. Senaherib Ýahudanyň üstüne “boýna çenli” gelende, ol Iýerusalime gelip saklandy, çünki ol “boýn” tarapyndan daýanýan “başa” gelip saklandy. Selewkidler Ptolemeýe garşy çykanda, olar “galada” saklandylar, we şol “gala” Müsür döwleti bolupdy.</w:t>
      </w:r>
    </w:p>
    <w:p>
      <w:pPr>
        <w:pStyle w:val="ArticleBody"/>
        <w:jc w:val="left"/>
      </w:pPr>
      <w:r>
        <w:rPr>
          <w:rFonts w:ascii="Times New Roman" w:hAnsi="Times New Roman" w:eastAsia="Times New Roman" w:cs="Times New Roman"/>
        </w:rPr>
        <w:t>Işaýa kitabynyň ýedinji babyndaky sekizinji we dokuzynjy aýatlaryň çäginde, Danyýel kitabynyň on birinji babyndaky onunjy aýat hem-de Işaýa kitabynyň sekizinji babyndaky sekizinji aýat iki şaýat bolup durýar; olar Danyýel kitabynyň on birinji babyndaky kyrkynjy aýatda demirgazygyň patyşasy 1989-njy ýylda günortanyň patyşasynyň üstünden “joşup geçip geçende”, günorta patyşalygynyň paýtagty bolan halkyň, ýagny başyň (Russiýanyň), ýerinde galandygyny kesgitlediler.</w:t>
      </w:r>
    </w:p>
    <w:p>
      <w:pPr>
        <w:pStyle w:val="ArticleBody"/>
        <w:jc w:val="left"/>
      </w:pPr>
      <w:r>
        <w:rPr>
          <w:rFonts w:ascii="Times New Roman" w:hAnsi="Times New Roman" w:eastAsia="Times New Roman" w:cs="Times New Roman"/>
        </w:rPr>
        <w:t>Onunjy aýatyň “galasy” häzirki Ukrain urşuny kesgitlemegiň açarydyr, şeýle hem Russiýanyň ýeňiş gazanjakdygynyň hem açarydyr. Şeýle-de bolsa, bu hakykaty berkidýän pygamberlik taýdan ulanylyş, 1856-njy ýylda Review and Herald makalalarynda neşir edilen, Hiram Edson üçin möhürden açylan şol bir aýatlar bilen gönüden-göni baglanyşyklydyr we bütinleý şolar esasynda durýar. Bu makalalar Lewiler 26-daky “ýedi wagt” düşünjesini kesgitleýär.</w:t>
      </w:r>
    </w:p>
    <w:p>
      <w:pPr>
        <w:pStyle w:val="ArticleBody"/>
        <w:jc w:val="left"/>
      </w:pPr>
      <w:r>
        <w:rPr>
          <w:rFonts w:ascii="Times New Roman" w:hAnsi="Times New Roman" w:eastAsia="Times New Roman" w:cs="Times New Roman"/>
        </w:rPr>
        <w:t>2023-nji ýylyň iýul aýyndan bäri Ýahuda taýpasynyň Aryslany hut şol bir aýatlardan demirgazyk we günorta patyşalyklara garşy aýdylan iki müň bäş ýüz ýigrimi ýyllyk pygamberlikleriň ikisiniň hem diňe bir dargadylyş döwrüni aňlatman, eýsem Mesihiň Hudaýlyk bilen ynsanlygy birleşdirmegi amala aşyrmakdaky hut öz işini hem şekillendirýändigini açyp görkezdi. Şol ylhamda “başyň” adamyň has ýokary tebigatydygy görkezilýär. “Baş” ynsan ybadathanasynyň içindäki “galadyr”, Sister White bolsa ony janyň galasy diýip kesgitleýär. Gala — berk galadyr.</w:t>
      </w:r>
    </w:p>
    <w:p>
      <w:pPr>
        <w:pStyle w:val="ArticleBody"/>
        <w:jc w:val="left"/>
      </w:pPr>
      <w:r>
        <w:rPr>
          <w:rFonts w:ascii="Times New Roman" w:hAnsi="Times New Roman" w:eastAsia="Times New Roman" w:cs="Times New Roman"/>
        </w:rPr>
        <w:t>Şeýlelik bilen, Danyýeliň on birinji babynyň onunjy aýatyndaky daşarky “galanyň” şol bir wagtda içerki “gala”-ny hem aňladýandygy berkidilýär. 2014-nji ýylda Ukrainada uruş (daşarky) başlananda, “aşak tarapdan” we Uelsden gelen şeýtany taglymatlaryň aralaşmagy (içerki) Future for America hereketine girizildi, hem-de möhürleniş işi ýene bir basgançaga ýetdi. 2020-nji ýyla çenli bolsa, Respublikan hem-de Protestant iki şahy şol uly şäheriň köçelerinde öldürildi; ol ýerde-de Rebimiz haça çüýlendi.</w:t>
      </w:r>
    </w:p>
    <w:p>
      <w:pPr>
        <w:pStyle w:val="ArticleBody"/>
        <w:jc w:val="left"/>
      </w:pPr>
      <w:r>
        <w:rPr>
          <w:rFonts w:ascii="Times New Roman" w:hAnsi="Times New Roman" w:eastAsia="Times New Roman" w:cs="Times New Roman"/>
        </w:rPr>
        <w:t>2020-nji ýylda Donald Trump prezidentlige ikinji saýlaw kampaniýasynda ýeňlişe sezewar boldy, we on gyzyň eglenme wagty gelip ýetdi. 2022-nji ýylda Trump resmi taýdan prezidentlige üçünji saýlaw kampaniýasyna başlady, we onuň ilkinji üstünlikli prezidentlik kampaniýasy onuň soňkusyny aňladýar. 2023-nji ýylda bolsa “çölde ýaňlanan ses” öli gury süňklere sözläp başlady.</w:t>
      </w:r>
    </w:p>
    <w:p>
      <w:pPr>
        <w:pStyle w:val="ArticleBody"/>
        <w:jc w:val="left"/>
      </w:pPr>
      <w:r>
        <w:rPr>
          <w:rFonts w:ascii="Times New Roman" w:hAnsi="Times New Roman" w:eastAsia="Times New Roman" w:cs="Times New Roman"/>
        </w:rPr>
        <w:t>On üçünji aýatdan on bäşinji aýata çenli, Putiniň Ukraina urşundan soňky taryh beýan edilýär, emma Russiýa Napoleon Bonapartyň taryhyny gaýtalap, ýeňiş oňa peýda getirmez.</w:t>
      </w:r>
    </w:p>
    <w:p>
      <w:pPr>
        <w:pStyle w:val="ArticleBody"/>
        <w:jc w:val="left"/>
      </w:pPr>
      <w:r>
        <w:rPr>
          <w:rFonts w:ascii="Times New Roman" w:hAnsi="Times New Roman" w:eastAsia="Times New Roman" w:cs="Times New Roman"/>
        </w:rPr>
        <w:t>Napoleonyň sürgün edilmegi we soňy, patyşa Uzzýanyň hem sürgün edilmegi we soňy arkaly öňden görnüşlendirildi; ol hem harby ýeňişleri arkaly güýçlenmedikdi, hem-de on birinji we on ikinji aýatlaryň Ptolemeý IV-sini öňden şekillendirýärdi; olaryň ikisi-de harby ýeňişleri arkaly güýçlenmediler. Uzzýa bilen Ptolemeý IV-niň ikisi hem ybadathanada gurban hödürlemäge synanyşdylar, we olaryň ikisine-de munuň öňi alyndy. Patyşa Uzzýa muny etmäge synanyşan mahaly maňlaýynda heýwere bilen uruldy. Onuň maňlaýyndaky belgi diňe bir haýwanyň belgisini aňlatman, eýsem 1989-njy ýyldaky günortanyň ilkinji patyşasyny hem öňden görnüşlendirýärdi; ol hem (Gorbaçýow) Sowet Soýuzyndan çykyp, Birleşen Milletler Guramasynyň bir bölegine öwrülende, bir hili sürgüne gitdi. Patyşa Uzzýa bilen bolşy ýaly, Gorbaçýowyň hem maňlaýynda görnükli bir belgi bardy. Patyşa Uzzýa, patyşa Ptolemeý IV, Napoleon we Gorbaçýow — olaryň hemmesi Putiniň soňuny öňden görnüşlendirýärler. Bu dörtüsiniň hemmesi öz aýratyn nesilşalygynyň soňuny getiren günorta patyşalary bolup, bu hem Putiniň Russiýasynyň soňuny öňden görnüşlendirýär.</w:t>
      </w:r>
    </w:p>
    <w:p>
      <w:pPr>
        <w:pStyle w:val="ArticleBody"/>
        <w:jc w:val="left"/>
      </w:pPr>
      <w:r>
        <w:rPr>
          <w:rFonts w:ascii="Times New Roman" w:hAnsi="Times New Roman" w:eastAsia="Times New Roman" w:cs="Times New Roman"/>
        </w:rPr>
        <w:t>Soňra on üçden on bäşe çenli aýatlar biziň eramyzdan öňki 200-nji ýylda başlanan şaýatlygy açyp görkezýär we Respublikan şahy aňladýan Donald Trampyň üçünji hem soňky möhletiniň nyşany bolup durýar. On dördünji aýat papalygyň Tireň jelep zenany hökmünde zyna aýdymlaryny aýdyp başlaýan wagtyny belleýär, on bäşinji aýat bolsa dinden çykan Protestant şahy çyzygyny Makkabeýleriň taryhy bilen kesgitleýär. Bu üç aýat üç pygamberlik çyzygyny öz içine alýar.</w:t>
      </w:r>
    </w:p>
    <w:p>
      <w:pPr>
        <w:pStyle w:val="ArticleBody"/>
        <w:jc w:val="left"/>
      </w:pPr>
      <w:r>
        <w:rPr>
          <w:rFonts w:ascii="Times New Roman" w:hAnsi="Times New Roman" w:eastAsia="Times New Roman" w:cs="Times New Roman"/>
        </w:rPr>
        <w:t>Makkabylaryň taryhy, ikinji aýatyň soňundan üçünji aýata çenli bolan bölek ýa-da kyrkynjy aýatyň soňundan kyrk birinji aýata çenli bolan bölek ýaly gizlin däldir, ýöne şol ugur, iň bolmanda, ilkinji derňewde düşnüksizdir. Şeýle-de bolsa, şol birneme bulaşyk pygamberlik taryhynda ýehudylaryň Rim bilen baglaşan ylalaşygy beýan edilýär, we ol wagşy haýwanyň şekiliniň emele gelşini kesgitleýär. Wagşy haýwanyň şekiliniň emele gelşi Daniýel kitabyň ikinji babyndaky gizlin taryhda hem nusgalaşdyrylýar; ol ýerde Nebukadnesar düýş görüpdi, emma ony ýatlap bilmedi, we Daniýelden ölüm howpy astynda, düýşi bilmänkän, ony düşündirmegi talap edilipdi. Ikinji bapdaky Daniýeliň hem-de üç hormatlynyň dogasy, Daniýeliň dokuzynjy bapdaky içki özgertme üçin edilen dogasyny doldurýan daşarky ýagtylyk üçin edilen dogany aňladýar.</w:t>
      </w:r>
    </w:p>
    <w:p>
      <w:pPr>
        <w:pStyle w:val="ArticleBody"/>
        <w:jc w:val="left"/>
      </w:pPr>
      <w:r>
        <w:rPr>
          <w:rFonts w:ascii="Times New Roman" w:hAnsi="Times New Roman" w:eastAsia="Times New Roman" w:cs="Times New Roman"/>
        </w:rPr>
        <w:t>Makkabeýleriň nesli Daniel kitabynyň ikinji babyndaky gizlin syr bilen laýyk gelýär. Danieliň ikinji babyndaky syr, ýediniň içinden çykýan sekizinji barlygyň pygamberlik-bilmecesine degişli ilkinji pygamberlik şaýatlygyny berýär; bu bolsa Ylham kitabynyň on birinji babynda iki şaýadyň direlşiniň açylyşyna goşant goşýar. Iki şaýadyň direlişi, ýediniň içinden çykýan sekizinji barlyk bilen baglanyşykda, Milleritleriň hem-de ýüz kyrk dört müňüň parallelik taryhynda, Milleritleriň ters geçiş bilen Laodikiýa tarap hereket etmeginiň, ýüz kyrk dört müňüň Laodikiýadan Filadelfiýa geçişi bilen laýyk gelýändigini berkidýär.</w:t>
      </w:r>
    </w:p>
    <w:p>
      <w:pPr>
        <w:pStyle w:val="ArticleBody"/>
        <w:jc w:val="left"/>
      </w:pPr>
      <w:r>
        <w:rPr>
          <w:rFonts w:ascii="Times New Roman" w:hAnsi="Times New Roman" w:eastAsia="Times New Roman" w:cs="Times New Roman"/>
        </w:rPr>
        <w:t>Makkabeýleriň garaňky nesilşalygy we Nebukadnessaryň gizlin düýşi bütinleý aýratynlykda 2023-nji ýylda iki şaýady direltmek işiniň başlanmagyndan soňra çenli möhürlenip goýlupdy. Olar Ýedinji Gün Adwentistleri üçin synag möhletiniň tamamlanmagyny alamatlandyrýan “uly ýer titremesiniň” sagadynyň öňüsyrasynda açylýar. Şol Adwentistleriň Hudaýyň möhürini almazdan ozal we synag möhleti tamamlanmazdan öň geçmeli synagy, haýwanyň keşbiniň emele gelmegi bilen baglanyşykly synagdyr.</w:t>
      </w:r>
    </w:p>
    <w:p>
      <w:pPr>
        <w:pStyle w:val="ArticleBody"/>
        <w:jc w:val="left"/>
      </w:pPr>
      <w:r>
        <w:rPr>
          <w:rFonts w:ascii="Times New Roman" w:hAnsi="Times New Roman" w:eastAsia="Times New Roman" w:cs="Times New Roman"/>
        </w:rPr>
        <w:t>Makkabeýleriň nesilşalygy, Nebukadnesaryň gizlin düýşi, ýediniň içinden bolan sekizinjiniň syry we ýer haýwanynyň iki şahy — bularyň ählisi haýwanyň şekili döredilende amala aşýan synag işine goşant goşýar. Bu ugurlaryň hakykatlar hökmünde, nähilidir bir pygamberlik manyda “gizlenen hakykatlar” bolup durýandygyny ykrar etmek, hut olaryň häzirki wagtda Ýahuda taýpasynyň Arslany tarapyndan möhüri açylýan hakykatlardygyny subut edýär.</w:t>
      </w:r>
    </w:p>
    <w:p>
      <w:pPr>
        <w:pStyle w:val="ArticleBody"/>
        <w:jc w:val="left"/>
      </w:pPr>
      <w:r>
        <w:rPr>
          <w:rFonts w:ascii="Times New Roman" w:hAnsi="Times New Roman" w:eastAsia="Times New Roman" w:cs="Times New Roman"/>
        </w:rPr>
        <w:t>Ylhamyň 13-nji babyndaky ýer ýüzüniň ýyrtyjysynyň respublikan we protestant şahalaryny aňladýan iki şaýadyň kimliginiň açylmagy, her bir şahanyň beýlekisi bilen ugurdaş gidýändigi baradaky hakykat bilen, şeýle hem her bir şahanyň içki gurluşynda goşa tebigata eýedigi baradaky hakykat bilen utgaşyp, Isa Mesihiň Ylhamynyň açylyşynyň başlangyjyny alamatlandyrýar. Açylan hakykat ýedi gürlemegiň gizlin taryhynyň açylmagyny, şeýle hem ýewreýçe “Hakykat” sözüniň kesgitlemesini hem öz içine alýar.</w:t>
      </w:r>
    </w:p>
    <w:p>
      <w:pPr>
        <w:pStyle w:val="ArticleBody"/>
        <w:jc w:val="left"/>
      </w:pPr>
      <w:r>
        <w:rPr>
          <w:rFonts w:ascii="Times New Roman" w:hAnsi="Times New Roman" w:eastAsia="Times New Roman" w:cs="Times New Roman"/>
        </w:rPr>
        <w:t>Ýedi gök gürlemesiniň soňky döwrüniň birinji lapykeçligiň üç ýol belliklerini aňladýandygy, onuň yzysüre Gijeki Feryadyň habarynyň gelýändigi, soňra bolsa beýik lapykeçlik bilen jemlenýändigi, “Hakykat” diýen ýewreý sözüne laýyklykda ykrar edilende, Ýekşenbe kanunyna alyp barýan Gijeki Feryadyň habarynyň kämil berjaý bolşy bolup durýan 2020-nji ýylyň 18-nji iýulyny alamatlandyrýan ylham şonda berkidildi.</w:t>
      </w:r>
    </w:p>
    <w:p>
      <w:pPr>
        <w:pStyle w:val="ArticleBody"/>
        <w:jc w:val="left"/>
      </w:pPr>
      <w:r>
        <w:rPr>
          <w:rFonts w:ascii="Times New Roman" w:hAnsi="Times New Roman" w:eastAsia="Times New Roman" w:cs="Times New Roman"/>
        </w:rPr>
        <w:t>Ýedi gürrüldiler 2023-nji ýylyň iýul aýyndan öň birinji perişdäniň hereketiniň we üçünji perişdäniň hereketiniň ugurdaş taryhy hökmünde tanalypdy, emma şol wagtky düşünjede soňky üç ädimli döwür ýedi gürrüldi hökmünde aýratyn görkezilen anyk döwür hökmünde hasaba alynmandy. Indi bolsa bu ykrar “Hakykat” hökmünde berkarar edildi.</w:t>
      </w:r>
    </w:p>
    <w:p>
      <w:pPr>
        <w:pStyle w:val="ArticleBody"/>
        <w:jc w:val="left"/>
      </w:pPr>
      <w:r>
        <w:rPr>
          <w:rFonts w:ascii="Times New Roman" w:hAnsi="Times New Roman" w:eastAsia="Times New Roman" w:cs="Times New Roman"/>
        </w:rPr>
        <w:t>Isa Mesihiň Ylhamy synag möhleti tamamlanmazdan öň açylýar we ol Ylham kitabynyň on birinji babyndaky iki şaýady öz içine alýar. Isa Mesihiň Ylhamy ýedi gök gümmürdiniň gizlin taryhyny öz içine alýar. Isa Mesihiň Ylhamy “sekizinjisi ýedidendir” diýen syrly beýany hem öz içine alýar; bu bolsa öz gezeginde Milleritleriň Laodikýa geçişini, şol bir wagtda ýüz kyrk dört müňüň Filadelfiýa geçişi bilen bilelikde kesgitleýär. Sekizinjiniň ýedidendigini aýtmak, şeýle hem haýwanyň keşbiniň synagy baradaky pygamberlik beýanyny aňladýar, çünki Respublikaçy we Protestant iki şah hem öz netijesine ýetýär: Respublikaçy şah hakyky Protestant şahyň Mesihiň keşbini döredip, soňra nyşan hökmünde ýokary göterilmegine garşylykda we onuň bilen jedelde, haýwanyň syýasy keşbini döredende.</w:t>
      </w:r>
    </w:p>
    <w:p>
      <w:pPr>
        <w:pStyle w:val="ArticleBody"/>
        <w:jc w:val="left"/>
      </w:pPr>
      <w:r>
        <w:rPr>
          <w:rFonts w:ascii="Times New Roman" w:hAnsi="Times New Roman" w:eastAsia="Times New Roman" w:cs="Times New Roman"/>
        </w:rPr>
        <w:t>Bu hakykatlar 2023-nji ýylyň iýul aýynyň ahyrynda açylyp başlandy, hem-de bu hakykatlaryň ählisi gizlin taryhda amala aşýan pygamberlik taryhyny aňladýar; bu bolsa “Danyýeliň pygamberliginiň ahyrky günlere degişli bölegi”dir.</w:t>
      </w:r>
    </w:p>
    <w:p>
      <w:pPr>
        <w:pStyle w:val="ArticleBody"/>
        <w:jc w:val="left"/>
      </w:pPr>
      <w:r>
        <w:rPr>
          <w:rFonts w:ascii="Times New Roman" w:hAnsi="Times New Roman" w:eastAsia="Times New Roman" w:cs="Times New Roman"/>
        </w:rPr>
        <w:t>Şeýlelik bilen, bizde 1989-njy ýyldaky ahyrzamanyň döwründen başlap, kyrk birinji aýatda beýan edilýän Ýekşenbe kanunyna çenli uzalýan, kyrkynjy aýadyň gizlin taryhynyň pygamberlik gurluşy bar; bu gurluş bize Daniel kitabynyň on birinji babyndaky birinji we ikinji aýatlary onuň üstüne ýerleşdirmäge mümkinçilik berýär. Soňra biz şol bir çyzygyň içine onunjy aýatdan on bäşinji aýada çenli bolan aýatlary hem ýerleşdirip bilýäris. Ondan soň, dogry düşünilende, on üçünji aýatda başlanýan we ýigrimi üçünji aýada çenli dowam edýän Makabeýleriň çyzygyny hem şol bir çyzygyň içine ýerleşdirip bilýäris. Şeýle hem, Ylham kitabynyň on birinji babyndaky ýedi-nji aýatdan on ikinji aýada çenli bolan iki şaýadyň çyzygyny şol bir çyzygyň içine ýerleşdirip bilýäris. Daniel bilen Ylhamdaky iki şaýat arkaly bizde kyrkynjy aýadyň gizlin taryhynyň bir gurluşy bar.</w:t>
      </w:r>
    </w:p>
    <w:p>
      <w:pPr>
        <w:pStyle w:val="ArticleBody"/>
        <w:jc w:val="left"/>
      </w:pPr>
      <w:r>
        <w:rPr>
          <w:rFonts w:ascii="Times New Roman" w:hAnsi="Times New Roman" w:eastAsia="Times New Roman" w:cs="Times New Roman"/>
        </w:rPr>
        <w:t>1989-njy ýylda Sowet Soýuzy papalyk bilen onuň wekil goşuny bolan Amerikanyň Birleşen Ştatlarynyň arasyndaky bileleşik tarapyndan süpürilip aýryldy. Sowet Soýuzy Gorbachew tarapyndan dargadylanda, ýüz kyrk dört müň üçin ahyrzamanyň wagty gelip ýetdi. Ronald Reagan ahyrzamanyň döwründen başlap Amerikanyň Birleşen Ştatlarynyň ilkinji pygamberlik şasy boldy; Darýus patyşa bilen aňladylýan dinden dönük protestant respublikan bolan Reagan-dan soň Kiros, soňra ýene üç patyşa, ondan soň bolsa baý dördünji patyşa geldi.</w:t>
      </w:r>
    </w:p>
    <w:p>
      <w:pPr>
        <w:pStyle w:val="ArticleBody"/>
        <w:jc w:val="left"/>
      </w:pPr>
      <w:r>
        <w:rPr>
          <w:rFonts w:ascii="Times New Roman" w:hAnsi="Times New Roman" w:eastAsia="Times New Roman" w:cs="Times New Roman"/>
        </w:rPr>
        <w:t>Patyşa Kiriş özüni Respublikan globalist hökmünde görkezýän Birinji Buşy aňladýardy; onuň yzysüre Demokrat globalist Klinton geldi; onuň yzysüre özüni Respublikan globalist hökmünde görkezýän Ahyrky Buş geldi; onuň yzysüre Yslamçy Demokrat globalist Obama geldi; onuň yzysüre bolsa olaryň hemmesinden iň baý prezident, imandan dönen protestant respublikan Donald Tramp geldi.</w:t>
      </w:r>
    </w:p>
    <w:p>
      <w:pPr>
        <w:pStyle w:val="ArticleBody"/>
        <w:jc w:val="left"/>
      </w:pPr>
      <w:r>
        <w:rPr>
          <w:rFonts w:ascii="Times New Roman" w:hAnsi="Times New Roman" w:eastAsia="Times New Roman" w:cs="Times New Roman"/>
        </w:rPr>
        <w:t>2014-nji ýylda Russiýa bilen papalygyň nasist wekili bolan goşunynyň arasynda Ukrain urşy başlandy; şol uruşda papalygyň öňki wekili bolan goşun (Amerikanyň Birleşen Ştatlary) ukrain wekili goşunyna goldaw berdi. 2014-nji ýylda “Future for America” hereketiniň içine aždarhanyň wekilleri aralaşdy, 2015-nji ýylda bolsa Donald Trump öz amala aşyrjak üç prezidentlik kampaniýasynyň birinjisine başlady. Ol ilkinji kampaniýasynda ýeňiş gazandy, emma orta kampaniýasy ogurlandy, soňky kampaniýasynda bolsa ol ýene-de ýeňiş gazanar. 2020-nji ýylda saýlawyň ogurlanmagy sebäpli hem Respublikan şah ölüm ýarasyny aldy, hem-de hakyky Protestant şah ýalan çaklamany yglan etmek arkaly ölüm ýarasyny aldy; bu ýagdaý belli bir derejede 2014-nji ýylda başlanan aralaşma netijesinde ýüze çykdy we dürli ýalan pygamberlik ulanylyşlarynyň girizilmegi arkaly habary ogurlady.</w:t>
      </w:r>
    </w:p>
    <w:p>
      <w:pPr>
        <w:pStyle w:val="ArticleBody"/>
        <w:jc w:val="left"/>
      </w:pPr>
      <w:r>
        <w:rPr>
          <w:rFonts w:ascii="Times New Roman" w:hAnsi="Times New Roman" w:eastAsia="Times New Roman" w:cs="Times New Roman"/>
        </w:rPr>
        <w:t>2020-nji ýylda saýlaw hem-de pygamberlik habary ogurlandy we iki şah hem aagondaryň wekilleri tarapyndan nyşanlaýyn öldürildi. Saýlaw, özüni Respublikaçy diýip yglan edýän globalistleriň we globalist Demokratlaryň iki gatly bileleşigi tarapyndan, globalist wagyz-nesihat metbugatynyň hem-de globalist täjirleriň goldamagy bilen ogurlandy. Habar bolsa, günorta ýarym şardan bolan boýy kiçi durmuşa çykmadyk bir gyz we Uelsden bolan boýy kiçi aýrylyşan bir oglan tarapyndan ogurlandy; olaryň gizlin maksady geý gün tertibini girizmek we öňe sürmek, şeýle hem “günäniň adamsyndan” ötünç soramakdy. Future for America-nyň ýolbaşçysy bu şeýtany aralaşmanyň ähli günäsini göterýär, çünki hereketi goramak jogapkärçiligi onuň üstündedi, emma ol mukaddes edilmedik habarçylara ýolbaşçylyk ornuny eýelemäge ýol bermäge çakdan aşa meýilli boldy. Donald Trump ogurlanan saýlaw üçin günäkärdir, çünki onuň öz häkimiýetiniň içerki töweregine girmäge rugsat beren adamlary, onuň öz üstüne alan işini bilkastlaýyn pese gaçyrýardylar.</w:t>
      </w:r>
    </w:p>
    <w:p>
      <w:pPr>
        <w:pStyle w:val="ArticleBody"/>
        <w:jc w:val="left"/>
      </w:pPr>
      <w:r>
        <w:rPr>
          <w:rFonts w:ascii="Times New Roman" w:hAnsi="Times New Roman" w:eastAsia="Times New Roman" w:cs="Times New Roman"/>
        </w:rPr>
        <w:t>2022-nji ýylda Donald Trump özüniň üçünji kampaniýasyna başlady, 2023-nji ýylda bolsa “çölde perýat edýän ses” ybadathanalara habar iberip başlady. Ýakynda “daş” (“şu wagtky hakykatdan” daşdakylardyr diýip kesgitleýänlerim) perýat etdi; ol, belki-de, köpçülige açyk häzirki syýasy ýagdaýda iň ýiti akyllaryň biridir, hem-de örän çuň manyly käbir hakykatlary beýan etdi. Onuň ady Victor Davis Hanson, eger siz töweregiňizde bolup geçýän wakalary synlap, şol wakalary Onuň Sözüniň öňünden aýdanlary bilen deňeşdirýän bolsaňyz, onda Victor Davis Hanson, umyt edýärin, siziň öwrenýän şol habaryň hut özüni gaýtalaýan “daşlaryň” biridir.</w:t>
      </w:r>
    </w:p>
    <w:p>
      <w:pPr>
        <w:pStyle w:val="ArticleScripture"/>
        <w:jc w:val="left"/>
      </w:pPr>
      <w:r>
        <w:rPr>
          <w:rFonts w:ascii="Times New Roman" w:hAnsi="Times New Roman" w:eastAsia="Times New Roman" w:cs="Times New Roman"/>
        </w:rPr>
        <w:t>“Hudaý biziň daş-töweregimizde bolup geçýän wakalary öwrenmegimizi we olaryň Onuň Sözüniň öňünden aýdylanlary bilen deňeşdirmegimizi isleýär, şonuň üçin hem soňky günlerde ýaşaýandygymyza düşünip bileris. Biz Mukaddes Kitaplarymyzy isleýäris we onda nämeleriň ýazylanyny bilmek isleýäris. Pygamberlikleri yhlas bilen öwrenýän talyp hakykatyň aýdyň açylyşlary bilen sylaglanar, sebäbi Isa: ‘Seniň sözüň hakykatdyr’ diýdi.” Signs of the Times, October 1, 1894.</w:t>
      </w:r>
    </w:p>
    <w:p>
      <w:pPr>
        <w:pStyle w:val="ArticleBody"/>
        <w:jc w:val="left"/>
      </w:pPr>
      <w:r>
        <w:rPr>
          <w:rFonts w:ascii="Times New Roman" w:hAnsi="Times New Roman" w:eastAsia="Times New Roman" w:cs="Times New Roman"/>
        </w:rPr>
        <w:t>X.com-da @FreyjaTarte tarapyndan ýerleşdirilen bir söhbetdeşlikde Hanson sözüne şeýle başlady: “Olar [Demokratlar] Trampa wampir hökmünde seredýärler.” Soňra ol Demokratlaryň Donald Trampyň gaýtadan saýlanmagyndan edýän gorkusyna ýüzlenýär. Hansonyň Ylham kitabyň on birinji bölümine görä, Trampyň direldilýändigine (wampir hökmünde) we bu waka bolup geçende, öň onuň ölümine şatlanýanlaryň gorky içine düşjekdigine düşünendigine ynanmaga mende hiç hili esas ýok. Şeýle-de bolsa, ol hut şu ýagdaýy öz tutuş düşündirişinde görkezýär.</w:t>
      </w:r>
    </w:p>
    <w:p>
      <w:pPr>
        <w:pStyle w:val="ArticleScripture"/>
        <w:jc w:val="left"/>
      </w:pPr>
      <w:r>
        <w:rPr>
          <w:rFonts w:ascii="Times New Roman" w:hAnsi="Times New Roman" w:eastAsia="Times New Roman" w:cs="Times New Roman"/>
        </w:rPr>
        <w:t>Üç gün ýarymdan soňra olara Hudadan gelen ýaşaýyş Ruhy girdi, olar aýaklarynyň üstünde durdular; olary görenleriň üstüne bolsa uly gorky indi. Ylham 11:11.</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“Biz şu ýazgylarda öňünden habar berlen döwre ýetdik. Ahyrzaman gelip ýetdi, pygamberleriň görgüleri açyldy, hem-de olaryň çynlakaý duýduryşlary biziň Rebbimiziň şan-şöhrat bilen gelşiniň golaýdandygyny görkezýär.</w:t>
      </w:r>
    </w:p>
    <w:p>
      <w:pPr>
        <w:pStyle w:val="ArticleScripture"/>
        <w:jc w:val="left"/>
      </w:pPr>
      <w:r>
        <w:rPr>
          <w:rFonts w:ascii="Times New Roman" w:hAnsi="Times New Roman" w:eastAsia="Times New Roman" w:cs="Times New Roman"/>
        </w:rPr>
        <w:t>Ýehudylar Hudaýyň sözüne nädogry many berdiler hem-de ony nädogry ulandylar, özlerine gelen barlag wagtyny-da tanamadylar. Mesihiň we Onuň resullarynyň gullugynyň ýyllaryny,—saýlanan halka berlen merhemetiň gymmatly soňky ýyllaryny,—olar Rebbiň ilçilerini ýok etmegiň mekir meýilnamalaryna sarp etdiler. Dünýewi hyjuwlar olary bütinleý özüne çekdi, ruhy Patyşalyk baradaky teklip bolsa olara biderek geldi. Şu gün hem bu dünýäniň patyşalygy adamlaryň pikirlerini eýeleýär, olar bolsa çalt ýerine ýetip barýan pygamberliklere we tizden geljek Hudaý Patyşalygynyň alamatlaryna üns bermeýärler.</w:t>
      </w:r>
    </w:p>
    <w:p>
      <w:pPr>
        <w:pStyle w:val="ArticleScripture"/>
        <w:jc w:val="left"/>
      </w:pPr>
      <w:r>
        <w:rPr>
          <w:rFonts w:ascii="Times New Roman" w:hAnsi="Times New Roman" w:eastAsia="Times New Roman" w:cs="Times New Roman"/>
        </w:rPr>
        <w:t>“‘Emma siz, doganlar, ol günü ogrı dek üstüňizden basyp geçer ýaly garaňkylykda dälsiňiz. Siz hemmeňiz ýagtylygyň çagalarysyňyz we günüň çagalarysyňyz; biz gijäniňem, garaňkylygyňam degişli däldiris.’ Rebbimiziň gaýdyp geljek sagadyny bilmeli bolmasak-da, onuň golaýlandygyny bilip bileris. ‘Şonuň üçin, başgalar ýaly uklamalyň; gaýta, oýag bolup, huşly bolalyň.’ 1 Selanikliler 5:4-6.” The Desire of Ages,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togsan birinji</dc:title>
  <dc:subject>Danyýel 11-iň pygamberlik nagyşlary: Trampyň döwrüniň inçe-jik syrlaryny we Ýekşenbe güni baradaky Kanunyň öňüsyrasyny açyp görkezmek</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