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Danyýel Kitaby — Bir ýüz togsan üçünji</w:t>
      </w:r>
    </w:p>
    <w:p>
      <w:pPr>
        <w:pStyle w:val="ArticleSubtitle"/>
        <w:jc w:val="left"/>
      </w:pPr>
      <w:r>
        <w:rPr>
          <w:rFonts w:ascii="Arial" w:hAnsi="Arial" w:eastAsia="Arial" w:cs="Arial"/>
        </w:rPr>
        <w:t>Ahyrzamanyň Aýan Edilmegi: Russiýanyň Ykbalyndan başlap, Trampyň gaýdyp gelmegine we Haýwanyň Suretiniň emele gelmegine çenli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2024-04-23</w:t>
      </w:r>
    </w:p>
    <w:p>
      <w:pPr>
        <w:pStyle w:val="ArticleBody"/>
        <w:jc w:val="left"/>
      </w:pPr>
      <w:r>
        <w:rPr>
          <w:rFonts w:ascii="Times New Roman" w:hAnsi="Times New Roman" w:eastAsia="Times New Roman" w:cs="Times New Roman"/>
        </w:rPr>
        <w:t>Ýakyn geljekde Russiýa Ukrainadaky urşy ýeňiş bilen tamamlar, we şol ýeňiş Putiniň hem-de Russiýanyň soňunyň başlangyjy bolup çykar. Gorbachewiň öz imperiýasyny täzeden gurup (perestroýka) soňra Birleşen Milletler Guramasyna ýüz tutşy ýaly, syýasy Russiýa Birleşen Milletler Guramasynyň ygtyýaryna tabyn ediler, dini Russiýa bolsa papalygyň gözegçiligine berler. Tramp 2024-nji ýylda saýlanar, globalist Demokratlardan hem-de özlerini Respublikan diýip ykrar edýän globalistlerden üstün çykar, we Putin bilen Russiýanyň çöküşinden dörän netijeleri çözmek maksady bilen Birleşen Milletler Guramasynyň globalistleri bilen bileleşik döreder. Soňra Tiriň jelebi Russiýanyň hatyrasyna araçyllyk eder.</w:t>
      </w:r>
    </w:p>
    <w:p>
      <w:pPr>
        <w:pStyle w:val="ArticleBody"/>
        <w:jc w:val="left"/>
      </w:pPr>
      <w:r>
        <w:rPr>
          <w:rFonts w:ascii="Times New Roman" w:hAnsi="Times New Roman" w:eastAsia="Times New Roman" w:cs="Times New Roman"/>
        </w:rPr>
        <w:t>Panium söweşinde kyrkynjy aýatyň üç söweşiniň ilkinjisiniň taryhy gaýtalanýar. 1989-njy ýylda Sowet Soýuzynyň çökmegi bilen şekillendirilen ilkinji söweşde, soňky sekiz prezidentiň ilkinjisi papalygyň ynançly wekili goşuny bolup hyzmat etdi. Şol ilkinji prezident respublikaçydy; bu hem soňkusynyň-da respublikaçy prezident boljakdygyny görkezýär. Ilkinji prezident demir perdesiniň diwary baradaky ritorikasy bilen tanalýardy; şol diwar, pygamberlik ýol belgisi hökmünde, 1989-njy ýylyň 9-njy noýabrynda Berlin diwary ýykylanda ýykyldy. Soňky respublikaçy prezident Amerikanyň Birleşen Ştatlarynyň günorta serhedindäki diwar baradaky ritorikasy bilen tanalar, hem-de Trampyň diwary gurmak baradaky şaýatlygyny bellige aljak ýol belgisi Ýekşenbe kanuny bolar; şol ýerde ybadathana bilen döwletiň arasyndaky nyşanly “bölünişik diwary” aýrylar.</w:t>
      </w:r>
    </w:p>
    <w:p>
      <w:pPr>
        <w:pStyle w:val="ArticleBody"/>
        <w:jc w:val="left"/>
      </w:pPr>
      <w:r>
        <w:rPr>
          <w:rFonts w:ascii="Times New Roman" w:hAnsi="Times New Roman" w:eastAsia="Times New Roman" w:cs="Times New Roman"/>
        </w:rPr>
        <w:t>Şol ilkinji prezident öz ýiti çykyş etmek ukyby we degişme duýgusy bilen tanalýan öňki media ýyldyzydy. Şol soňky prezident hem öz ýiti çykyş etmek ukyby we degişme duýgusy bilen tanalýan öňki media ýyldyzydyr. 1989-njy ýyl Sowet Soýuzy diýlip tanalýan imperiýanyň dargamagyny alamatlandyrdy, kyrkynjy aýatyň üç söweşiniň iň soňkusy bolsa Russiýa diýlip tanalýan imperiýanyň dargamagyny aňladýar.</w:t>
      </w:r>
    </w:p>
    <w:p>
      <w:pPr>
        <w:pStyle w:val="ArticleBody"/>
        <w:jc w:val="left"/>
      </w:pPr>
      <w:r>
        <w:rPr>
          <w:rFonts w:ascii="Times New Roman" w:hAnsi="Times New Roman" w:eastAsia="Times New Roman" w:cs="Times New Roman"/>
        </w:rPr>
        <w:t>Panium söweşi kyrkynjy aýatyň üçünji we soňky söweşidir, we ol ilkinji söweş arkaly nusgalanyp görkezilipdi. Ilkinji söweş tamamlananda, bütin dünýä dünýädäki ýeke-täk ägirt güýç hökmünde Amerikanyň Birleşen Ştatlaryny ykrar etdi. Şol dünýä hökmürowanlygy soňky söweşiň jemlenişinde gaýtadan gaýtalanar, çünki hut şol ýerde, Antioh III bilen Makedonly Filipiň arasynda döredilen bileleşige garamazdan, (Amerikanyň Birleşen Ştatlary bilen Birleşen Milletler Guramasy), Amerikanyň Birleşen Ştatlary (ýalan pygamber) on patyşanyň (aždarha — Birleşen Milletler Guramasy) baş patyşasy hökmünde berkarar ediler.</w:t>
      </w:r>
    </w:p>
    <w:p>
      <w:pPr>
        <w:pStyle w:val="ArticleBody"/>
        <w:jc w:val="left"/>
      </w:pPr>
      <w:r>
        <w:rPr>
          <w:rFonts w:ascii="Times New Roman" w:hAnsi="Times New Roman" w:eastAsia="Times New Roman" w:cs="Times New Roman"/>
        </w:rPr>
        <w:t>Kyrkynjy aýatyň üç söweşi “Hakykatyň” goluny göterýär, çünki birinjisi ahyryny aňladýar, ortaky söweş bolsa gozgalaňy aňladýar. Birinji we ahyrky ýeňişli wekil goşun (Amerikanyň Birleşen Ştatlary) üstün çykýar, emma ikinji wekil goşun ýeňilýär, we şol ikinji wekil goşun dünýä derejesinde gozgalaňyň nyşany bolan nasizmdir.</w:t>
      </w:r>
    </w:p>
    <w:p>
      <w:pPr>
        <w:pStyle w:val="ArticleBody"/>
        <w:jc w:val="left"/>
      </w:pPr>
      <w:r>
        <w:rPr>
          <w:rFonts w:ascii="Times New Roman" w:hAnsi="Times New Roman" w:eastAsia="Times New Roman" w:cs="Times New Roman"/>
        </w:rPr>
        <w:t>Donald Trumpyň üç syýasy kampaniýasy “Hakykatyň” möhürini göterýär, çünki ol ilkinji we soňky kampaniýalarynda saýlawda ýeňiş gazanýar, emma orta kampaniýasynda ol ateizmiň wagşy haýwanynyň, ýagny aždarha güýjüniň üsti bilen ýeňlişe sezewar bolýar; bu bolsa ýene-de, ýewreý elipbiýiniň on üçünji harpy bilen aňladylýan pitneniň nyşanydyr, ol hem ilkinji we soňky harp bilen bilelikde goýlanda ýewreýçe “Hakykat” sözüni emele getirýär.</w:t>
      </w:r>
    </w:p>
    <w:p>
      <w:pPr>
        <w:pStyle w:val="ArticleBody"/>
        <w:jc w:val="left"/>
      </w:pPr>
      <w:r>
        <w:rPr>
          <w:rFonts w:ascii="Times New Roman" w:hAnsi="Times New Roman" w:eastAsia="Times New Roman" w:cs="Times New Roman"/>
        </w:rPr>
        <w:t>Danyýlyň on birinji bapynyň onunjy aýaty ahyrzaman wagtyny 1989-njy ýylda kesgitleýär, on altynjy aýat bolsa tizden güýje girjek ýekşenbe kanunyny görkezýär. Onunjy aýatdan on bäşinji aýata çenli bolan aýatlar kyrkynjy aýatyň gizlin taryhyny aňladýar; bu, Danyýl kitabynyň soňky günlere çenli möhürlenip saklanan bölegidir. Onunjy aýatdan on bäşinji aýata çenli bolan aýatlar kyrkynjy aýatyň gizlin taryhyna (setir üstüne setir) ýerleşdirilende, Danyýlyň soňky günlere degişli bolan bölegi möhürden açylýar. Şol bölek ýekşenbe kanunynyň tizden güýje girmegi bilen Şenbe gününi saklaýjylar üçin synag möhletiniň ýapylmagynyň öňüsyrasynda möhürden açylýar. Şonuň üçin ol ahyrky, ýagny ýedinji möhüri aňladýar.</w:t>
      </w:r>
    </w:p>
    <w:p>
      <w:pPr>
        <w:pStyle w:val="ArticleScripture"/>
        <w:jc w:val="left"/>
      </w:pPr>
      <w:r>
        <w:rPr>
          <w:rFonts w:ascii="Times New Roman" w:hAnsi="Times New Roman" w:eastAsia="Times New Roman" w:cs="Times New Roman"/>
        </w:rPr>
        <w:t>Ol ýedinji möhüri açanda, gökde ýarym sagat çemesi dymyşlyk boldy. Men Hudaýyň öňünde duran ýedi perişdäni gördüm; olara ýedi surnaý berildi. Soň başga bir perişde gelip, altyn tütsügüji bilen gurbanlyk ýeriniň ýanynda durdy; tagtyň öňündäki altyn gurbanlyk ýerinde ähli mukaddesleriň doga-dilegleri bilen bile hödürlesin diýip, oňa köp hoşboý ysly tütsü berildi. Mukaddesleriň doga-dilegleri bilen bile bolan tütsüniň tüssesi perişdäniň elinden Hudaýyň huzuryna galyp çykdy. Soň perişde tütsügüji alyp, ony gurbanlyk ýeriniň ody bilen doldurdy-da, ýere oklady; şonda sesler, gürlemeler, ýyldyrymlar we ýer titreme boldy. Şeýlelikde, ýedi surnaýy bolan ýedi perişde surnaý çalmaga taýýarlandy. Ylham 8:1–6.</w:t>
      </w:r>
    </w:p>
    <w:p>
      <w:pPr>
        <w:pStyle w:val="ArticleBody"/>
        <w:jc w:val="left"/>
      </w:pPr>
      <w:r>
        <w:rPr>
          <w:rFonts w:ascii="Times New Roman" w:hAnsi="Times New Roman" w:eastAsia="Times New Roman" w:cs="Times New Roman"/>
        </w:rPr>
        <w:t>Ýedi surnaýly ýedi perişde Amerikanyň Birleşen Ştatlarynda ýekşenbe kanunyndan başlanýan ýerine ýetiriji hökümi aňladýar, şeýle hem olar Mikaýyl ýerinden galanda we adamzat üçin synag möhleti ýapylanda başlanýan ýerine ýetiriji hökümi aňladýar. Birinji döwürde, ýagny ýekşenbe kanunyndan Mikaýyl ýerinden galýança çenli, Hudaýyň hökmleri merhemet bilen garyşykdyr; emma ondan soňky ýedi soňky bela Hudaýyň merhemet bilen garyşmadyk hökmleridir. Ýedinji möhüriň açylmagy, ýedi perişde arkaly şekillendirilişi ýaly, ýerine ýetiriji hökümleriň taýýarlanylýan wagtydyr.</w:t>
      </w:r>
    </w:p>
    <w:p>
      <w:pPr>
        <w:pStyle w:val="ArticleBody"/>
        <w:jc w:val="left"/>
      </w:pPr>
      <w:r>
        <w:rPr>
          <w:rFonts w:ascii="Times New Roman" w:hAnsi="Times New Roman" w:eastAsia="Times New Roman" w:cs="Times New Roman"/>
        </w:rPr>
        <w:t>Danyýl kitabyň ikinji we dokuzynjy baplary “mukaddesleriň doga-dileglerini” Nebukadnesaryň haýwanlaryň şekiline degişli gizlin düýşi bilen baglanyşykly wakalara düşünmek üçin edilýän doga, hem-de Lewiler kitabynyň ýigrimi altynjy babyndaky “ýedi wagt” bilen baglanyşykly toba we boýun alma hökmünde kesgitleýär. Hudaýyň huzuryna ýokary galan “altyn hoşboý ys gapynda” hoşboý ys bilen garylan doga-dilegler, şol wagtda gurbanlyk ojagyndan alnan otuň ýere zyňylşy ýaly, diri Hudaýyň möhürini kabul edýän ýüz kyrk dört müňüň arasynda bolmaga çagyrylanlar tarapyndan edilýär.</w:t>
      </w:r>
    </w:p>
    <w:p>
      <w:pPr>
        <w:pStyle w:val="ArticleBody"/>
        <w:jc w:val="left"/>
      </w:pPr>
      <w:r>
        <w:rPr>
          <w:rFonts w:ascii="Times New Roman" w:hAnsi="Times New Roman" w:eastAsia="Times New Roman" w:cs="Times New Roman"/>
        </w:rPr>
        <w:t>Hezekiýeliň dokuzynjy babynda hut şol mukaddesler ýurtda we ybadathanada edilýän nejislikler üçin ah çekip, aglaýarlar; olar günä baradaky çuňňur ökünçlerini bildirýän mahaly, möhürleýji perişde olaryň maňlaýlaryna bir bellik goýýar. Ylham kitabyndaky sekizinji bapda bolşy ýaly, ýok ediji perişdeler bilen şekillendirilen hökümler möhürlemegiň tamamlanandygy baradaky buýruga garaşyp, şol ýerde arka planda durandyrlar.</w:t>
      </w:r>
    </w:p>
    <w:p>
      <w:pPr>
        <w:pStyle w:val="ArticleScripture"/>
        <w:jc w:val="left"/>
      </w:pPr>
      <w:r>
        <w:rPr>
          <w:rFonts w:ascii="Times New Roman" w:hAnsi="Times New Roman" w:eastAsia="Times New Roman" w:cs="Times New Roman"/>
        </w:rPr>
        <w:t>Çäksiz Olan häzir hem ähli milletler bilen bagly hasaby hiç bir ýalňyşsyz alyp barýar. Onuň merhemeti toba çagyryşlary bilen hödürlenýärkä, bu hasap açyk galar; emma sanlar Hudaýyň belleýşi ýaly belli bir möçbere ýetende, Onuň gazabynyň gullugy başlanýar. Hasap ýapylýar. Ylahy sabyr soňlanýar. Olar ugrunda merhemet indi mundan beýläk ýalbarmaýar.</w:t>
      </w:r>
    </w:p>
    <w:p>
      <w:pPr>
        <w:pStyle w:val="ArticleScripture"/>
        <w:jc w:val="left"/>
      </w:pPr>
      <w:r>
        <w:rPr>
          <w:rFonts w:ascii="Times New Roman" w:hAnsi="Times New Roman" w:eastAsia="Times New Roman" w:cs="Times New Roman"/>
        </w:rPr>
        <w:t>Pygamber gelejek asyrlara nazar salyp, hut şu döwri öz görnüşiniň öňünde gördi. Bu döwrüň halklary deňi-taýy bolmadyk rehim-şepagatlaryň kabul edijileri boldular. Asmanyň iň saýlama bereketleri olara berildi, emma artan tekepbirlik, açgözlük, butparazlyk, Hudaýa äsgermezçilik etmek we pes nankörlük olaryň garşysyna ýazylgydyr. Olar Hudaý bilen bolan hasabyny çaltlyk bilen ýapyp barýarlar.</w:t>
      </w:r>
    </w:p>
    <w:p>
      <w:pPr>
        <w:pStyle w:val="ArticleScripture"/>
        <w:jc w:val="left"/>
      </w:pPr>
      <w:r>
        <w:rPr>
          <w:rFonts w:ascii="Times New Roman" w:hAnsi="Times New Roman" w:eastAsia="Times New Roman" w:cs="Times New Roman"/>
        </w:rPr>
        <w:t>«Emma meni titredýän zat şudur: iň beýik nura we artykmaçlyklara eýe bolanlar giňden ýaýran günä bilen hapalandylar. Daş-töweregindäki adalatsyzlaryň täsiri astynda, hakykaty ykrar edýänleriň hem köpüsi sowadylar we erbetligiň güýçli akymyna gapdyryldylar. Hakyky takwalyga we mukaddeslige garşy görkezilýän umumy ýigrenç, Hudaý bilen ýakyndan baglanyşmaýanlary Onuň kanunyna bolan hormatlaryny ýitirmäge getirýär. Eger olar nura eýerip, hakykata ýürekden boýun bolýan bolsadylar, onda bu mukaddes kanun edil şeýle ýigrenilip, bir gyra itilýän wagtynda olara has-da gymmatly görünerdi. Hudaýyň kanunyna bolan hormatsyzlyk näçe açyk ýüze çyksa, oňa boýun bolýanlar bilen dünýäniň arasyndaky tapawutlandyryjy serhet hem şonça-da aýdyň bolýar. Ylahy paryzlara bolan söýgi bir toparyň arasynda artýar, näçe-de bolsa başga bir toparyň arasynda olara bolan äsgermezlik artýan bolsa.»</w:t>
      </w:r>
    </w:p>
    <w:p>
      <w:pPr>
        <w:pStyle w:val="ArticleScripture"/>
        <w:jc w:val="left"/>
      </w:pPr>
      <w:r>
        <w:rPr>
          <w:rFonts w:ascii="Times New Roman" w:hAnsi="Times New Roman" w:eastAsia="Times New Roman" w:cs="Times New Roman"/>
        </w:rPr>
        <w:t>“Krizis çalt golaşýar. Çalt artýan sanlar Hudaýyň zyýarat etjek wagtynyň tas gelip ýetendigini görkezýär. Ol jezalandyrmaga höwesli bolmasa-da, şonda-da jezalandyrar, hem-de tizden-tiz. Nuruň içinde ýöreýänler golaýlap gelýän howpuň alamatlaryny görerler; emma olar weýrançylyga asuda, aladasyz garaşyp oturmaly däl, özlerini Hudaý zyýarat güni Öz halkyny gorar diýen ynam bilen köşeşdirmeli däl. Asla beýle däldir. Olar beýlekileri halas etmek üçin yhlas bilen zähmet çekmegiň öz borjudygyna düşünmelidirler we kömek üçin berk iman bilen Hudaýa garamalydyrlar. “Dogruçyl adamyň täsirli, yhlasly dogasy köp zada ukyplydyr.”</w:t>
      </w:r>
    </w:p>
    <w:p>
      <w:pPr>
        <w:pStyle w:val="ArticleScripture"/>
        <w:jc w:val="left"/>
      </w:pPr>
      <w:r>
        <w:rPr>
          <w:rFonts w:ascii="Times New Roman" w:hAnsi="Times New Roman" w:eastAsia="Times New Roman" w:cs="Times New Roman"/>
        </w:rPr>
        <w:t>Takwalylygyň hamyry öz güýjüni bütinleý ýitirmändir. Ybadathananyň howpy we ruhdan düşgünligi iň ýokary derejesine ýetende, ýagtylykda durýan kiçijik topar ýurtda edilýän ýigrenji işlere ah çekip, aglap-ýalbarar. Emma olaryň doga-dilegleri has-da aýratynlykda ybadathananyň hatyrasyna göteriler, çünki onuň agzalary dünýäniň ýol-ýörelgesine görä hereket edýärler.</w:t>
      </w:r>
    </w:p>
    <w:p>
      <w:pPr>
        <w:pStyle w:val="ArticleScripture"/>
        <w:jc w:val="left"/>
      </w:pPr>
      <w:r>
        <w:rPr>
          <w:rFonts w:ascii="Times New Roman" w:hAnsi="Times New Roman" w:eastAsia="Times New Roman" w:cs="Times New Roman"/>
        </w:rPr>
        <w:t>Bu wepaly az sanly kişileriñ yhlasly doga-dilegleri biderek bolmaz. Reb intikam alyjy hökmünde çykanda, şol bir wagtda-da imany onuň päkliginde saklan we özlerini dünýäden menzilsiz edip goranlaryň ählisiniň goragçysy hökmünde hem çykar. Hut şu wagtda-da Hudaý gije-gündiz Oňa faryad edýän, Ol bolsa olara sabyr bilen çydap gelýän Öz saýlanlaryny ar almaklyga wada berdi.</w:t>
      </w:r>
    </w:p>
    <w:p>
      <w:pPr>
        <w:pStyle w:val="ArticleScripture"/>
        <w:jc w:val="left"/>
      </w:pPr>
      <w:r>
        <w:rPr>
          <w:rFonts w:ascii="Times New Roman" w:hAnsi="Times New Roman" w:eastAsia="Times New Roman" w:cs="Times New Roman"/>
        </w:rPr>
        <w:t>Buýruk şudur: “Şähriň ortasyndan, Iýerusalimiň ortasyndan geç-de, onuň ortasynda edilýän ähli ýigrenji işler üçin içini gepledip ah çekýän we perýat edýän adamlaryň maňlaýlaryna bir nyşan goý.” Şeýle ah çekýän, perýat edýänler ýaşaýyş sözlerini öňe sürüp geldiler; olar ýazgardylar, maslahat berdiler we ýalbaryp haýyş etdiler. Hudaýa hormatsyzlyk edip gelenleriň käbiri toba etdiler we Onuň öňünde ýüreklerini peseltdiler. Emma Rebbiň şöhraty Ysraýyldan gitdi; köpüsi henizem diniň daşky görnüşlerini dowam etdirýän bolsalar-da, Onuň gudraty we huzury ýetmezçilik edýärdi.” Testimonies, 5-nji tom, 208–210.</w:t>
      </w:r>
    </w:p>
    <w:p>
      <w:pPr>
        <w:pStyle w:val="ArticleBody"/>
        <w:jc w:val="left"/>
      </w:pPr>
      <w:r>
        <w:rPr>
          <w:rFonts w:ascii="Times New Roman" w:hAnsi="Times New Roman" w:eastAsia="Times New Roman" w:cs="Times New Roman"/>
        </w:rPr>
        <w:t>Onunjy aýatdan on bäşinji aýata çenli bolan aýatlar kyrkynjy aýatyň gizlin taryhyny açýar, şeýle etmek bilen bir wagtda ýüz kyrk dört müňüň möhürlenmeginiň indi ikinji bapdaky Daniýel bilen üç wepadar adamyň, hem-de dokuzynjy bapdaky Daniýeliň wekili bolan doga-dilegleriň talaplaryny ýerine ýetirenleriň üstünde amala aşyrylýandygyny görkezýär. Bu iki doga-dilegiň arasyndaky tapawut, pygamberligiň daşky wakalaryna düşünmek üçin edilen doga (Daniýel 2), hem-de pygamberligiň içki tejribesini başdan geçirmek üçin edilen doga (Daniýel 9) hökmünde tanalyp bilner. Ýene bir tapawut şudur: mukaddesler bilelikde wagşy haýwanyň heýkeliniň synag habaryna düşünmäge çalyşýarlar (Daniýel 2), emma olar aýratynlykda doly toba işini amala aşyrmalydyrlar (Daniýel 9). Olaryň doga-dilegleri Ezekiýel 9-yň çäginde bolmalydyr, çünki olar ýurtdaky we ýygnakdaky günäler sebäpli gaýgy-hasrat çekmelidirler.</w:t>
      </w:r>
    </w:p>
    <w:p>
      <w:pPr>
        <w:pStyle w:val="ArticleScripture"/>
        <w:jc w:val="left"/>
      </w:pPr>
      <w:r>
        <w:rPr>
          <w:rFonts w:ascii="Times New Roman" w:hAnsi="Times New Roman" w:eastAsia="Times New Roman" w:cs="Times New Roman"/>
        </w:rPr>
        <w:t>Onuň gazaby höküm görnüşinde ýüze çykjak wagtda, Mesihe degişli bu pesgöwünli, wepaly yzyna eýerijiler agy-zarlary, gözýaşlary, käýinçleri we duýduryşlary bilen ýürekleriniň ejir çekýändigini bildirip, dünýäniň galan böleginden tapawutlanarlar. Beýlekiler bar bolan ýamanlygyň üstüni örtmäge çalyşyp, her ýerde giňden ýaýran beýik erbetligi aklamaga synanyşýan mahaly, Hudaýyň hormatyna yhlasly we janlara söýgüsi bolanlar hiç kimiň göwnüni almak üçin dymyp durmazlar. Olaryň dogruçyl janlary zalym adamlaryň mukaddes däl işleri we gürrüňleri sebäpli günsaýyn azap çekýär. Olar günäniň joşgunly silini saklamaga gudratsyzdyklary sebäpli, gaýgy we howsala bilen dolýarlar. Olar uly nur alan adamlaryň öz öýleriniň içinde diniň äsgerilmeýändigini görüp, Hudaýyň öňünde aglaýarlar. Olar buýsanç, açgözlük, özüňi söýmek we aldawyň diýen ýaly ähli görnüşleriniň ýygnakda bardygy sebäpli aglaýarlar we janlaryny ejir çekdirýärler. Käýinje iterýän Hudaýyň Ruhy aýak astyna salynýar, Şeýtanyň hyzmatkärleri bolsa ýeňiş gazanýarlar. Hudaýa namys ýetirilýär, hakykat bolsa güýjüni ýitirýär.</w:t>
      </w:r>
    </w:p>
    <w:p>
      <w:pPr>
        <w:pStyle w:val="ArticleScripture"/>
        <w:jc w:val="left"/>
      </w:pPr>
      <w:r>
        <w:rPr>
          <w:rFonts w:ascii="Times New Roman" w:hAnsi="Times New Roman" w:eastAsia="Times New Roman" w:cs="Times New Roman"/>
        </w:rPr>
        <w:t>Öz ruhy pese gaçyşy zerarly gynanmaýan we başgalaryň günäleri üçin aglamaýan topar Hudaýyň möhürisiz galdyrylar. Reb Öz habarçylaryna, ellerinde gyrgy ýaraglary bolan adamlara, şeýle buýruk berýär: «Onuň yzyndan şäheriň içinden geçip gidiň-de, uruň; gözüňiz aýamasyn, rehim hem etmäň: garryny-da, ýaşyny-da, gyzlary-da, çagalary-da, aýallary-da bütinleý öldüriň; emma üstünde nyşan bolan hiç bir adama golaýlaşmaň; we Meniň mukaddes ýerimden başlaň. Şonda olar öýüň öňünde duran garry adamlardan başladylar.»</w:t>
      </w:r>
    </w:p>
    <w:p>
      <w:pPr>
        <w:pStyle w:val="ArticleScripture"/>
        <w:jc w:val="left"/>
      </w:pPr>
      <w:r>
        <w:rPr>
          <w:rFonts w:ascii="Times New Roman" w:hAnsi="Times New Roman" w:eastAsia="Times New Roman" w:cs="Times New Roman"/>
        </w:rPr>
        <w:t>“Bu ýerde biz ýygnagyň — Rebbiň mukaddes ýeriniň — ilkinji bolup Hudaýyň gazabynyň urgusyny duýandygyny görýäris. Garry adamlar, ýagny Hudaýyň uly ýagtylyk beren we halkyň ruhy bähbitleriniň goragçylary bolup duranlar, özlerine ynanylan ynamy bozupdylar. Olar öňki günlerdäki ýaly gudratlara hem-de Hudaýyň güýjüniň aýdyň ýüze çykyşyna garaşmaly däldiris diýen orny eýeläpdi. Zamanalar üýtgedi. Bu sözler olaryň imansyzlygyny berkitýär, we olar şeýle diýýärler: Reb ýagşylyk etmez-de, ýamanlyk hem etmez. Ol Öz halkynyň üstüne höküm bilen gelmek üçin juda rehimdildir. Şeýlelik bilen, Hudaýyň halkyna olaryň jenaýatlaryny, Ýakup öýüne bolsa olaryň günälerini görkezmek üçin indi hiç haçan sesini surnaý ýaly galdyrmajak adamlaryň agzyndan çykýan nara: ‘Parahatçylyk we howpsuzlyk’. Üýrüp bilmedik şol lal itler, göwnüne degen Hudaýyň adalatly aryny duýýanlaryň hut özleridir. Erkekler, ýaş gyzlar we kiçi çagalar — hemmesi bilelikde heläk bolýar.” Testimonies, 5-nji tom, 210, 211.</w:t>
      </w:r>
    </w:p>
    <w:p>
      <w:pPr>
        <w:pStyle w:val="ArticleBody"/>
        <w:jc w:val="left"/>
      </w:pPr>
      <w:r>
        <w:rPr>
          <w:rFonts w:ascii="Times New Roman" w:hAnsi="Times New Roman" w:eastAsia="Times New Roman" w:cs="Times New Roman"/>
        </w:rPr>
        <w:t>Daniel on birinji we ikinji aýatlary, onunjy aýat ýaly, 1989-njy ýylda ahyrzaman döwründe başlanýar. Ikinji aýat taryhy Donald Trampyň ilkinji möhletine çenli alyp barýar, soňra bolsa altynjy iň baý prezidentden ýedinji patyşalyga (Birleşen Milletler Guramasyna), Beýik Aleksandr arkaly nyşanlanýan, gizlin bir taryhy galdyrýar. Ikinji aýatda baý patyşa Kserks bilen Beýik Aleksandryň arasynda pars patyşalarynyň sekizisi bardy. Ikinji aýatdan üçünji aýata çenli bolan gizlin taryh sekiz patyşany aňladýar. Şeýlelikde, Trampyň ilkinji möhletiniň tamamlanmagyndan Injil pygamberliginiň ýedinji patyşalygyna çenli, Daniýel kitabyň on birinji babyndaky ikinji aýatdan üçünji aýata çenli uzalýan gizlin taryhy öz içine alýan jemi on patyşa bardyr.</w:t>
      </w:r>
    </w:p>
    <w:p>
      <w:pPr>
        <w:pStyle w:val="ArticleBody"/>
        <w:jc w:val="left"/>
      </w:pPr>
      <w:r>
        <w:rPr>
          <w:rFonts w:ascii="Times New Roman" w:hAnsi="Times New Roman" w:eastAsia="Times New Roman" w:cs="Times New Roman"/>
        </w:rPr>
        <w:t>On sany synagyň nyşanydyr, we hut şol taryhyň özünde bolup geçýän synag hem haýwanyň keşbiniň emele gelmegidir. Altynjy iň baý prezident 2015-nji ýylda özüniň ilkinji kampaniýasyndan başlap globalistleri gozgalaňa salýar, şeýle etmek bilen hem Ol Ylham kitabynyň on birinji babyndaky iki şaýady bilen ateizmiň aždaha-haýwanynyň arasynda, on altynjy we kyrk birinji aýatlardaky Ýekşenbe kanunyna çenli kesilmeýän göreşiň başlangyjyny belleýär. Şol urşuň içinde Donald Tramp aždahany gozgalaňa salan ilkinji prezident boldy, şol bir wagtda-da ol iň soňkusydyr. Tramp ýer haýwanynyň iň soňky prezidenti bolup, Tramp ýedinji patyşalygyň ilkinji ýolbaşçysy bolar. Şeýle etmek bilen, Tramp on patyşanyň ilkinjisini we iň soňkusyny aňladýar, on bolsa synagy aňladýar.</w:t>
      </w:r>
    </w:p>
    <w:p>
      <w:pPr>
        <w:pStyle w:val="ArticleBody"/>
        <w:jc w:val="left"/>
      </w:pPr>
      <w:r>
        <w:rPr>
          <w:rFonts w:ascii="Times New Roman" w:hAnsi="Times New Roman" w:eastAsia="Times New Roman" w:cs="Times New Roman"/>
        </w:rPr>
        <w:t>1776, 1789 we 1798 sekizinji prezidentiñ ýediden bolandygyny tassyklaýan üç taryhy aňladýar. 1776 Garaşsyzlyk Jarnamasynyň neşir edilmegini, hem-de Birinji we Ikinji Kontinental Kongresleriň taryhyny aňladýar. 1789 Konfederasiýa Makalalarynyň düzülip taýýarlanan taryhy döwrüni aňladýar. Bu döwür 1781-de başlap, 1789-da Konstitusiýanyň neşir edilmegi bilen tamamlandy. 1798 Alien and Sedition Acts-iň neşir edilmegini, hem-de Injil pygamberliginiň altynjy patyşalygy hökmünde ýer jandarynyň başlanmagyny aňladýar.</w:t>
      </w:r>
    </w:p>
    <w:p>
      <w:pPr>
        <w:pStyle w:val="ArticleBody"/>
        <w:jc w:val="left"/>
      </w:pPr>
      <w:r>
        <w:rPr>
          <w:rFonts w:ascii="Times New Roman" w:hAnsi="Times New Roman" w:eastAsia="Times New Roman" w:cs="Times New Roman"/>
        </w:rPr>
        <w:t>Kontinental Kongresler birinji kongres we soňky kongres diýen iki pygamberlik döwre bölünýär. Birinji Kontinental Kongresiň iki prezidenti bardy we Peyton Randolph ilkinji prezidentdi. Ikinji Kontinental Kongresiň alty prezidenti bardy. Peyton Randolph hem Birinji, hem-de Ikinji Kontinental Kongresleriň ilkinji prezidenti boldy. Birinji we Ikinji Kontinental Kongresleriň taryhynyň dowamynda jemi sekiz prezident boldy. Peyton Randolph Birinji we Ikinji Kontinental Kongresleriň ikisiniň hem ilkinji prezidenti bolup, bu sekiz prezident bolan bir pygamberlik döwri bolupdy, ýöne şol iki döwrüň hersiniň ilkinji prezidenti bir adamdy. Şonuň üçin, prezidentlik möhletleri sekiz bolan hem bolsa, hakykatda bary-ýogy ýedi prezident bardy. Ilkinji prezident prezident bolan ýedi adamyň arasynda iki gezek ilkinji prezident boldy, şonuň üçin Randolph ýediden bolan sekizinjini aňladýar; hem-de iki şaýadyň esasynda ol ilkinji hakyky prezident bolan George Washingtonyň nyşanydyr.</w:t>
      </w:r>
    </w:p>
    <w:p>
      <w:pPr>
        <w:pStyle w:val="ArticleBody"/>
        <w:jc w:val="left"/>
      </w:pPr>
      <w:r>
        <w:rPr>
          <w:rFonts w:ascii="Times New Roman" w:hAnsi="Times New Roman" w:eastAsia="Times New Roman" w:cs="Times New Roman"/>
        </w:rPr>
        <w:t>Waşington Randolph arkaly şekillendirilýär, şonuň üçin Randolph, Waşingtonyň nyşany hökmünde, hem ilkinji prezident bolan Randolphyň pygamberlik häsiýetlerini, hem-de onuň ýedidendi-gelmikli sekizinjidigini aňladýar. Şeýlelikde, Jorj Waşington, ilkinji prezident hem-de ilkinji Baş Serkerdebaşy hökmünde, pygamberlik taýdan hem sekizinji bolup, ýedidendi; we Trump, iň soňky prezident hökmünde, ol hem ýedidendi-gelmikli sekizinji bolar.</w:t>
      </w:r>
    </w:p>
    <w:p>
      <w:pPr>
        <w:pStyle w:val="ArticleBody"/>
        <w:jc w:val="left"/>
      </w:pPr>
      <w:r>
        <w:rPr>
          <w:rFonts w:ascii="Times New Roman" w:hAnsi="Times New Roman" w:eastAsia="Times New Roman" w:cs="Times New Roman"/>
        </w:rPr>
        <w:t>Ikinji Kontinental Kongresiň ikinji prezidenti Jon Henkokdy. Ikinji Kontinental Kongres 1781-nji ýylda tamamlandy. 1781-nji ýyldan 1789-njy ýyla çenli döwür Konfederasiýa Maddalarynyň taryhyny görkezýär. Bu döwür 1789-njy ýyl, ýagny Konstitusiýanyň neşir edilmegi bilen alamatlandyrylýar. Şol döwürde ýene-de sekiz prezident bardy. Konfederasiýa Maddalary ilkinji Konstitusiýany aňladýardy, emma Konfederasiýa Maddalarynyň gowşaklygy onuň çalşyrylmagyna hem-de 1789-njy ýylda on üç koloniýa tarapyndan Konstitusiýanyň ratifikasiýa edilmegine getirdi.</w:t>
      </w:r>
    </w:p>
    <w:p>
      <w:pPr>
        <w:pStyle w:val="ArticleBody"/>
        <w:jc w:val="left"/>
      </w:pPr>
      <w:r>
        <w:rPr>
          <w:rFonts w:ascii="Times New Roman" w:hAnsi="Times New Roman" w:eastAsia="Times New Roman" w:cs="Times New Roman"/>
        </w:rPr>
        <w:t>Şol döwürde sekiz prezident, öňki iki Kontinental Kongres tarapyndan aňladylan döwrüň taryhynda prezident bolmadyk ýedi prezidentden we şol ilkinji pygamberlik döwründe prezident bolan bir adamdan ybaratdy. Jon Hankok ikinji Kontinental Kongresde hem, şeýle hem Konfederasiýa Makalalary tarapyndan aňladylan döwürde hem hyzmat etdi. Pygamberlik derejesinde, iki Kontinental Kongres döwründe prezident bolan diňe ýedi adam bardy; şonuň üçin pygamberlik taýdan Jon Hankok Konfederasiýa Makalalary döwründäki sekiziň biri boldy, emma ol öňki döwürdäki ýedi adamyň hem biridi. Şonuň üçin ol ýediden bolan sekizinjidi.</w:t>
      </w:r>
    </w:p>
    <w:p>
      <w:pPr>
        <w:pStyle w:val="ArticleBody"/>
        <w:jc w:val="left"/>
      </w:pPr>
      <w:r>
        <w:rPr>
          <w:rFonts w:ascii="Times New Roman" w:hAnsi="Times New Roman" w:eastAsia="Times New Roman" w:cs="Times New Roman"/>
        </w:rPr>
        <w:t>Ikinji pygamberlik döwri, 1781-den 1789-a çenli döwür bilen görkezilen, birinji döwür ýaly, sekizinji bolan we ýedidendiň biri bolan prezidente (Hancock) eýe boldy; edil 1776-njy ýyl bilen görkezilen birinji pygamberlik döwründe Randolphyň bolşy ýaly.</w:t>
      </w:r>
    </w:p>
    <w:p>
      <w:pPr>
        <w:pStyle w:val="ArticleBody"/>
        <w:jc w:val="left"/>
      </w:pPr>
      <w:r>
        <w:rPr>
          <w:rFonts w:ascii="Times New Roman" w:hAnsi="Times New Roman" w:eastAsia="Times New Roman" w:cs="Times New Roman"/>
        </w:rPr>
        <w:t>Sekiz başkanlık her iki döwürde-de, sekizinjiniň ýediniň biri bolmagy baradaky syr şekillendirilýär. Şol iki döwür, ilkinji hakyky prezidentiň (Washingtonyň) hem Randolph arkaly berlen nusgalygy bilen, onuň nyşanyna pygamberlik syrynyň baglanyşdyrylandygyna şaýatlyk edýär. Bu üç şaýat Tramp barada söz açýar. On birinji babyň birinji we ikinji aýatlarynda şekillendirilişi ýaly, Tramp diňe onuň ilkinji möhleti arkaly görkezilýär; ol bolsa, ikinji saýlaw düýpsüz guýydan çykan haýwan tarapyndan ogurlananda tamamlandy.</w:t>
      </w:r>
    </w:p>
    <w:p>
      <w:pPr>
        <w:pStyle w:val="ArticleBody"/>
        <w:jc w:val="left"/>
      </w:pPr>
      <w:r>
        <w:rPr>
          <w:rFonts w:ascii="Times New Roman" w:hAnsi="Times New Roman" w:eastAsia="Times New Roman" w:cs="Times New Roman"/>
        </w:rPr>
        <w:t>Şol aýatlary amal eden taryhyň içinde, iň baý patyşanyň (Kserksesiň) şol nokady bilen Aleksandr Beýigiň girizilmeginiň arasynda gizlin bir taryh bar; bu bolsa ýekşenbe kanunyny aňladýar, şol wagt on patyşa gysga wagtlyk ýedinji patyşalyk bolup galýarlar. Baý patyşa bilen özleriniň ýedinji patyşalygyny papalyga bermäge razy bolan şol on patyşanyň arasynda sekiz patyşa bardy. Ikinji aýatdan üçünji aýada çenli bolan gizlin taryhy emele getirýän şol sekiz patyşa, 1776, 1789 we 1798-nji ýyllaryň taryhynda sekiz prezidentiň iki şaýadyny tapýarlar.</w:t>
      </w:r>
    </w:p>
    <w:p>
      <w:pPr>
        <w:pStyle w:val="ArticleBody"/>
        <w:jc w:val="left"/>
      </w:pPr>
      <w:r>
        <w:rPr>
          <w:rFonts w:ascii="Times New Roman" w:hAnsi="Times New Roman" w:eastAsia="Times New Roman" w:cs="Times New Roman"/>
        </w:rPr>
        <w:t>Şol taryh ýigrimi iki ýylyň nyşanyny göterýär; bu bolsa ony, Ylahylygyň ynsanlyk bilen birleşýän döwründe ýüz kyrk dört müňüň möhürlenmeginiň taryhy hökmünde kesgitleýär. Ol şeýle hem “Hakykatyň” şaýatlygyny göterýär; çünki başlangyç garaşsyzlygy alamatlandyrýar, ahyr bolsa garaşsyzlygyň aýrylmagyny alamatlandyrýar, üstesine-de 1776-njy ýyldan on üç ýyl soň, on üç koloniýa Konstitusiýany tassyklady. Şeýle hem ol, sekizinjiniň ýediniňkidendigi baradaky syrly hakykaty öz içine alýan sekiz patyşanyň (prezidentiň) iki döwrüni görkezýär.</w:t>
      </w:r>
    </w:p>
    <w:p>
      <w:pPr>
        <w:pStyle w:val="ArticleBody"/>
        <w:jc w:val="left"/>
      </w:pPr>
      <w:r>
        <w:rPr>
          <w:rFonts w:ascii="Times New Roman" w:hAnsi="Times New Roman" w:eastAsia="Times New Roman" w:cs="Times New Roman"/>
        </w:rPr>
        <w:t>Trampyň 2016-njy ýylda altynjy prezident hökmünde, şeýle hem altynjy patyşalygyň soňky ýolbaşçysy hökmünde on yzygiderli patyşanyň ilkinjisini we soňkusyny-da aňladýar. On sany şol taryhyň synag işini kesgitleýär, we Ýekşenbe kanunynyň öň ýanynda başlanýan hem-de şol ýerde jemlenýän synag haýwanyň şekiliniň emele gelmegidir. Nebukadnesaryň haýwan baradaky düýşiň şekili sekiz patyşalygy aňladýar we şeýle etmek bilen haýwanyň şekili baradaky synagyň “sekiz” sany bilen aňladylýandygyna şaýatlyk berýär.</w:t>
      </w:r>
    </w:p>
    <w:p>
      <w:pPr>
        <w:pStyle w:val="ArticleBody"/>
        <w:jc w:val="left"/>
      </w:pPr>
      <w:r>
        <w:rPr>
          <w:rFonts w:ascii="Times New Roman" w:hAnsi="Times New Roman" w:eastAsia="Times New Roman" w:cs="Times New Roman"/>
        </w:rPr>
        <w:t>Makkabaýlaryň nesliniň synag taryhynda, dinden çykan Protestantizmiň şahynyň neslini we Antiochus III tarapyndan şekillendirilen dinden çykan Respublikançylygyň şahynyň neslini görkezýän bu nesiller bilen şahlar bir şaha birleşýärler; bu bolsa papalygyň bir keşbidir. Şol bir taryhda, ýüz kyrk dört müň hökmünde görkezilenlerde Hudaýyň keşbi doly we hemişelik täzeden gaýtalanýar.</w:t>
      </w:r>
    </w:p>
    <w:p>
      <w:pPr>
        <w:pStyle w:val="ArticleBody"/>
        <w:jc w:val="left"/>
      </w:pPr>
      <w:r>
        <w:rPr>
          <w:rFonts w:ascii="Times New Roman" w:hAnsi="Times New Roman" w:eastAsia="Times New Roman" w:cs="Times New Roman"/>
        </w:rPr>
        <w:t>Kyrkynjy aýatyň gizlin taryhy ikinji aýatdan üçünji aýata çenli bolan gizlin taryhyň hem-de onunjy aýatdan on bäşinji aýata çenli bolan taryhyň içinde açylýar. 2025-nji ýylyň 20-nji ýanwarynda geçiriljek kasam kabul ediş dabarasynda Tramp ýediden bolan sekizinji prezident bolanda, Kserks bilen Beýik Aleksandryň arasyndaky sekiz patyşa wagşyň keşbiniň emele gelişiniň gelip ýetendigini alamatlandyrýar, we Tramp yzly-yzyna gelýän on patyşanyň birinjisini hem-de ahyrkysyny aňladýar.</w:t>
      </w:r>
    </w:p>
    <w:p>
      <w:pPr>
        <w:pStyle w:val="ArticleBody"/>
        <w:jc w:val="left"/>
      </w:pPr>
      <w:r>
        <w:rPr>
          <w:rFonts w:ascii="Times New Roman" w:hAnsi="Times New Roman" w:eastAsia="Times New Roman" w:cs="Times New Roman"/>
        </w:rPr>
        <w:t>Bu gözlegimizi indiki makalada dowam etdireris.</w:t>
      </w:r>
    </w:p>
    <w:p>
      <w:pPr>
        <w:pStyle w:val="ArticleScripture"/>
        <w:jc w:val="left"/>
      </w:pPr>
      <w:r>
        <w:rPr>
          <w:rFonts w:ascii="Times New Roman" w:hAnsi="Times New Roman" w:eastAsia="Times New Roman" w:cs="Times New Roman"/>
        </w:rPr>
        <w:t>Tagtda oturan Zatyň sag elinde içi-de, daşy-da ýazylan, ýedi möhür bilen möhürlenen bir kitap gördüm. Soňra güýçli bir perişdäniň gaty ses bilen şeýle jar edýändigini gördüm: «Kitaby açmaga we onuň möhürlerini çözmäge kim mynasypdyr?» Emma ne asmanda, ne ýerde, ne-de ýeriň aşagynda hiç kim kitaby açmaga-da, oňa garamaga-da ukyply däldi. Men köp agladym, çünki kitaby açmaga-da, okamaga-da, oňa garamaga-da mynasyp hiç kim tapylmady. Şonda ýaşulularyň biri maňa şeýle diýdi: «Aglama; ine, Ýahuda taýpasynyň Arslany, Dawudyň Kökü, kitaby açmaga we onuň ýedi möhürini çözmäge ýeňiş gazandy». Men seretdim, ine, tagtyň, dört jandaryň hem-de ýaşulularyň ortasynda bogazlanan ýaly bir Guzynyň durandygyny gördüm; Onuň bütin ýere iberilen Hudaýyň ýedi Ruhudyr bolan ýedi şahasy we ýedi gözi bardy. Ol gelip, tagtda Oturanyň sag elinden kitaby aldy. Ol kitaby alanda, dört jandar bilen ýigrimi dört ýaşuly Guzynyň öňünde ýüzin ýere düşdüler. Olaryň her birinde bir saz hem-de mukaddesleriň doga-dilegleri bolan hoşboý ysdan doly altyn jamlar bardy. Olar täze bir aýdym aýdyp şeýle diýdiler: «Sen kitaby almaga we onuň möhürlerini açmaga mynasypsyň; çünki Sen bogazlandyň we Öz ganyň bilen bizi her bir urugdan, dilden, halkdan we milletden Hudaýa satyn aldyň; hem bizi Hudaýymyza patyşalar we ruhanylar etdiň; biz hem ýer ýüzünde höküm süreris». Ylham 5:1–10.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Danyýel Kitaby — Bir ýüz togsan üçünji</dc:title>
  <dc:subject>Ahyrzamanyň Aýan Edilmegi: Russiýanyň Ykbalyndan başlap, Trampyň gaýdyp gelmegine we Haýwanyň Suretiniň emele gelmegine çenli</dc:subject>
  <dc:creator>Jeff Pippenger</dc:creator>
  <cp:keywords/>
  <dc:description>Generated by ArticleDigger from daniel\193_daniel.json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